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Q&amp;A 06 Apr 2008 - Maulana Wahiduddin Khan</w:t>
      </w:r>
    </w:p>
    <w:p>
      <w:r>
        <w:t>https://www.youtube.com/watch?v=UHuu4_Zbh6Q</w:t>
      </w:r>
    </w:p>
    <w:p>
      <w:r>
        <w:rPr>
          <w:b/>
        </w:rPr>
        <w:t xml:space="preserve">[00:10] </w:t>
      </w:r>
      <w:r>
        <w:t>This question is from Hafiz ur Rehman. Maulana, Quran toheed ke bare mein batata hai, to phir aisa kyun hua ke Khuda ne directly na hote hue Jibrael ke through Prophet ko verses reveal kare?</w:t>
      </w:r>
    </w:p>
    <w:p>
      <w:pPr>
        <w:jc w:val="right"/>
      </w:pPr>
      <w:r>
        <w:t>This question is from حفظ الرحمن۔ مولانا، قرآن توحید کے بارے میں بتاتا ہے، تو پھر ایسا کیوں ہوا کہ خدا نے ڈائریکٹلی نہ ہوتے ہوئے جبرائیل کے تھرو پرافٹ کو ورسز ریویل کرے؟</w:t>
      </w:r>
    </w:p>
    <w:p>
      <w:r>
        <w:rPr>
          <w:b/>
        </w:rPr>
        <w:t xml:space="preserve">[00:27] </w:t>
      </w:r>
      <w:r>
        <w:t>direct jo hai woh possible nahi hai. Quran mein hai, dekhein, ke Hazrat Musa ko jab Khuda ne Prophet banana chaha to Hazrat Musa ne kaha ke,</w:t>
      </w:r>
    </w:p>
    <w:p>
      <w:pPr>
        <w:jc w:val="right"/>
      </w:pPr>
      <w:r>
        <w:t>ڈائریکٹ جو ہے وہ پاسیبل نہیں ہے۔ قرآن میں ہے، دیکھیں، کہ حضرت موسیٰ کو جب خدا نے پرافٹ بنانا چاہا تو حضرت موسیٰ نے کہا کہ،</w:t>
      </w:r>
    </w:p>
    <w:p>
      <w:r>
        <w:rPr>
          <w:b/>
        </w:rPr>
        <w:t xml:space="preserve">[00:45] </w:t>
      </w:r>
      <w:r>
        <w:t>yaani direct chaha, direct experience chaha Khuda ka, Khuda ko dekhna chaha direct is se. to Quran mein aata hai ke Khuda ne jab apna jalwa utara to pahaad phat gaya aur</w:t>
      </w:r>
    </w:p>
    <w:p>
      <w:pPr>
        <w:jc w:val="right"/>
      </w:pPr>
      <w:r>
        <w:t>یعنی ڈائریکٹ چاہا، ڈائریکٹ ایکسپیرینس چاہا خدا کا، خدا کو دیکھنا چاہا ڈائریکٹ اس سے۔ تو قرآن میں آتا ہے کہ خدا نے جب اپنا جلوہ اتارا تو پہاڑ پھٹ گیا اور</w:t>
      </w:r>
    </w:p>
    <w:p>
      <w:r>
        <w:rPr>
          <w:b/>
        </w:rPr>
        <w:t xml:space="preserve">[01:02] </w:t>
      </w:r>
      <w:r>
        <w:t>Musa gir pare. to Khuda ko aap kya samajhte hain? Khuda koi choti moti cheez hai? Khuda jo beyond time and capacity, beyond space hai,</w:t>
      </w:r>
    </w:p>
    <w:p>
      <w:pPr>
        <w:jc w:val="right"/>
      </w:pPr>
      <w:r>
        <w:t>موسیٰ گر پڑے۔ تو خدا کو آپ کیا سمجھتے ہیں؟ خدا کوئی چھوٹی موٹی چیز ہے؟ خدا جو بیان ٹائم اینڈ کیپیسٹی، بیان سپیس ہے،</w:t>
      </w:r>
    </w:p>
    <w:p>
      <w:r>
        <w:rPr>
          <w:b/>
        </w:rPr>
        <w:t xml:space="preserve">[01:15] </w:t>
      </w:r>
      <w:r>
        <w:t>woh koi aap insaan par us ko guess kar rahe hain?</w:t>
      </w:r>
    </w:p>
    <w:p>
      <w:pPr>
        <w:jc w:val="right"/>
      </w:pPr>
      <w:r>
        <w:t>وہ کوئی آپ انسان پر اس کو گیس کر رہے ہیں؟</w:t>
      </w:r>
    </w:p>
    <w:p>
      <w:r>
        <w:rPr>
          <w:b/>
        </w:rPr>
        <w:t xml:space="preserve">[01:19] </w:t>
      </w:r>
      <w:r>
        <w:t>yaani Khuda ka main samajhta hoon ke logon ko bohat hi reduce, yaani Khuda ka bohat hi chota sa concept hai Khuda ka. Khuda ko koi aise hi samajhte hain bas jaise koi prime minister.</w:t>
      </w:r>
    </w:p>
    <w:p>
      <w:pPr>
        <w:jc w:val="right"/>
      </w:pPr>
      <w:r>
        <w:t>یعنی خدا کا میں سمجھتا ہوں کہ لوگوں کو بہت ہی ریڈیوس، یعنی خدا کا بہت ہی چھوٹا سا کانسیپٹ ہے خدا کا۔ خدا کو کوئی ایسے ہی سمجھتے ہیں بس جیسے کوئی پرائم منسٹر۔</w:t>
      </w:r>
    </w:p>
    <w:p>
      <w:r>
        <w:rPr>
          <w:b/>
        </w:rPr>
        <w:t xml:space="preserve">[01:32] </w:t>
      </w:r>
      <w:r>
        <w:t>Khuda ka direct communication insaan nahi ho sakta hai.</w:t>
      </w:r>
    </w:p>
    <w:p>
      <w:pPr>
        <w:jc w:val="right"/>
      </w:pPr>
      <w:r>
        <w:t>خدا کا ڈائریکٹ کمیون انسان نہیں ہو سکتا ہے۔</w:t>
      </w:r>
    </w:p>
    <w:p>
      <w:r>
        <w:rPr>
          <w:b/>
        </w:rPr>
        <w:t xml:space="preserve">[01:38] </w:t>
      </w:r>
      <w:r>
        <w:t>teesre, Khuda ne angel paida kiye hain, angel ke through hota hai. is qism ka question ka matlab yeh hai ke aap Khuda ka bohat hi chota sa koi aap ke mind mein hai image, Khuda koi choti si cheez hai.</w:t>
      </w:r>
    </w:p>
    <w:p>
      <w:pPr>
        <w:jc w:val="right"/>
      </w:pPr>
      <w:r>
        <w:t>تیسرے، خدا نے اینجل پیدا کیے ہیں، اینجل کے تھرو ہوتا ہے۔ اس قسم کا کوئسچن کا مطلب یہ ہے کہ آپ خدا کا بہت ہی چھوٹا سا کوئی آپ کے مائنڈ میں ہے امیج، خدا کوئی چھوٹی سی چیز ہے۔</w:t>
      </w:r>
    </w:p>
    <w:p>
      <w:r>
        <w:rPr>
          <w:b/>
        </w:rPr>
        <w:t xml:space="preserve">[01:57] </w:t>
      </w:r>
      <w:r>
        <w:t>to Quran mein khud is ka jawab maujood hai ke Khuda ne jab apna jalwa dikhaya to pahaad phat gaya aur Musa gir pare.</w:t>
      </w:r>
    </w:p>
    <w:p>
      <w:pPr>
        <w:jc w:val="right"/>
      </w:pPr>
      <w:r>
        <w:t>تو قرآن میں خود اس کا جواب موجود ہے کہ خدا نے جب اپنا جلوہ دکھایا تو پہاڑ پھٹ گیا اور موسیٰ گر پڑے۔</w:t>
      </w:r>
    </w:p>
    <w:p>
      <w:r>
        <w:rPr>
          <w:b/>
        </w:rPr>
        <w:t xml:space="preserve">[02:08] </w:t>
      </w:r>
      <w:r>
        <w:t>isi liye Khuda ne Jibrael ko jo bohat hi bara angel hai, har har paighambar ke paas wohi ko bheja.</w:t>
      </w:r>
    </w:p>
    <w:p>
      <w:pPr>
        <w:jc w:val="right"/>
      </w:pPr>
      <w:r>
        <w:t>اس لیے خدا نے جبرائیل کو جو بہت ہی بڑا اینجل ہے، ہر ہر پیغمبر کے پاس وہی کو بھیجا۔</w:t>
      </w:r>
    </w:p>
    <w:p>
      <w:r>
        <w:rPr>
          <w:b/>
        </w:rPr>
        <w:t xml:space="preserve">[02:16] </w:t>
      </w:r>
      <w:r>
        <w:t>Khuda ne jitne paighambar aaye, sab ke paas Khuda ka paigham le kar Jibrael hi aate thay. to yeh Khuda ka tareeqa hai aur yahi</w:t>
      </w:r>
    </w:p>
    <w:p>
      <w:pPr>
        <w:jc w:val="right"/>
      </w:pPr>
      <w:r>
        <w:t>خدا نے جتنے پیغمبر آئے، سب کے پاس خدا کا پیغام لے کر جبرائیل ہی آتے تھے۔ تو یہ خدا کا طریقہ ہے اور یہی</w:t>
      </w:r>
    </w:p>
    <w:p>
      <w:r>
        <w:rPr>
          <w:b/>
        </w:rPr>
        <w:t xml:space="preserve">[02:26] </w:t>
      </w:r>
      <w:r>
        <w:t>ho sakta hai, is ke siwa kuch aur nahi ho sakta hai.</w:t>
      </w:r>
    </w:p>
    <w:p>
      <w:pPr>
        <w:jc w:val="right"/>
      </w:pPr>
      <w:r>
        <w:t>ہو سکتا ہے، اس کے سوا کچھ اور نہیں ہو سکتا ہے۔</w:t>
      </w:r>
    </w:p>
    <w:p>
      <w:r>
        <w:rPr>
          <w:b/>
        </w:rPr>
        <w:t xml:space="preserve">[02:31] </w:t>
      </w:r>
      <w:r>
        <w:t>This question is from Ayesha. Scientists indirectly acknowledge God through different names, marvelous order, cosmic religion, etc., but they do not want to believe in personal God.</w:t>
      </w:r>
    </w:p>
    <w:p>
      <w:pPr>
        <w:jc w:val="right"/>
      </w:pPr>
      <w:r>
        <w:t>This question is from عائشہ۔ سائنٹسٹ ان ڈائریکٹلی اکنالج گاڈ تھرو ڈفرنٹ نیمز، مارولس آرڈر، کاسمک ریلیجن، ایٹسٹرہ، بٹ دے ڈو ناٹ وانٹ ٹو بیلیو ان پرسنل گاڈ۔</w:t>
      </w:r>
    </w:p>
    <w:p>
      <w:r>
        <w:rPr>
          <w:b/>
        </w:rPr>
        <w:t xml:space="preserve">[02:46] </w:t>
      </w:r>
      <w:r>
        <w:t>kindly comment.</w:t>
      </w:r>
    </w:p>
    <w:p>
      <w:pPr>
        <w:jc w:val="right"/>
      </w:pPr>
      <w:r>
        <w:t>کائنڈلی کمنٹ۔</w:t>
      </w:r>
    </w:p>
    <w:p>
      <w:r>
        <w:rPr>
          <w:b/>
        </w:rPr>
        <w:t xml:space="preserve">[02:51] </w:t>
      </w:r>
      <w:r>
        <w:t>is ka</w:t>
      </w:r>
    </w:p>
    <w:p>
      <w:pPr>
        <w:jc w:val="right"/>
      </w:pPr>
      <w:r>
        <w:t>اس کا</w:t>
      </w:r>
    </w:p>
    <w:p>
      <w:r>
        <w:rPr>
          <w:b/>
        </w:rPr>
        <w:t xml:space="preserve">[02:54] </w:t>
      </w:r>
      <w:r>
        <w:t>aik aik mein ne aik sahib ka parha article ya kitab thi, bohat din hua. to unhon ne is ka jawab yeh diya tha ke khuda, yaani personal god ko mante hi foran aa jata hai concept</w:t>
      </w:r>
    </w:p>
    <w:p>
      <w:pPr>
        <w:jc w:val="right"/>
      </w:pPr>
      <w:r>
        <w:t>ایک ایک میں نے ایک صاحب کا پڑھا آرٹیکل یا کتاب تھی، بہت دن ہوا۔ تو انہوں نے اس کا جواب یہ دیا تھا کہ خدا، یعنی پرسنل گاڈ کو مانتے ہی فوراً آ جاتا ہے کانسیپٹ</w:t>
      </w:r>
    </w:p>
    <w:p>
      <w:r>
        <w:rPr>
          <w:b/>
        </w:rPr>
        <w:t xml:space="preserve">[03:14] </w:t>
      </w:r>
      <w:r>
        <w:t>is ka, yaani deep judgment ka, reward aur punishment ka. aur aadmi, scientist bhi egoist hote hain, har aadmi egoist hota hai.</w:t>
      </w:r>
    </w:p>
    <w:p>
      <w:pPr>
        <w:jc w:val="right"/>
      </w:pPr>
      <w:r>
        <w:t>اس کا، یعنی ڈیپ ججمنٹ کا، ریوارڈ اور پنشمنٹ کا۔ اور آدمی، سائنٹسٹ بھی ایگوئسٹ ہوتے ہیں، ہر آدمی ایگوئسٹ ہوتا ہے۔</w:t>
      </w:r>
    </w:p>
    <w:p>
      <w:r>
        <w:rPr>
          <w:b/>
        </w:rPr>
        <w:t xml:space="preserve">[03:28] </w:t>
      </w:r>
      <w:r>
        <w:t>ab ego ko khuda agar surrender karna nahi chahta,</w:t>
      </w:r>
    </w:p>
    <w:p>
      <w:pPr>
        <w:jc w:val="right"/>
      </w:pPr>
      <w:r>
        <w:t>اب ایگو کو خدا اگر سرینڈر کرنا نہیں چاہتا،</w:t>
      </w:r>
    </w:p>
    <w:p>
      <w:r>
        <w:rPr>
          <w:b/>
        </w:rPr>
        <w:t xml:space="preserve">[03:32] </w:t>
      </w:r>
      <w:r>
        <w:t>sab se bari baat jo scientist ke liye bhi hai aur doosron ke liye bhi hai ke koi aadmi apni ego ko surrender karna nahi chahta, is liye woh is tarah ke bana leta hai concept khuda ke bare mein.</w:t>
      </w:r>
    </w:p>
    <w:p>
      <w:pPr>
        <w:jc w:val="right"/>
      </w:pPr>
      <w:r>
        <w:t>سب سے بڑی بات جو سائنٹسٹ کے لیے بھی ہے اور دوسروں کے لیے بھی ہے کہ کوئی آدمی اپنی ایگو کو سرینڈر کرنا نہیں چاہتا، اس لیے وہ اس طرح کے بنا لیتا ہے کانسیپٹ خدا کے بارے میں۔</w:t>
      </w:r>
    </w:p>
    <w:p>
      <w:r>
        <w:rPr>
          <w:b/>
        </w:rPr>
        <w:t xml:space="preserve">[03:44] </w:t>
      </w:r>
      <w:r>
        <w:t>khuda to aik cosmic spirit hai, khuda to aik</w:t>
      </w:r>
    </w:p>
    <w:p>
      <w:pPr>
        <w:jc w:val="right"/>
      </w:pPr>
      <w:r>
        <w:t>خدا تو ایک کاسمک سپرٹ ہے، خدا تو ایک</w:t>
      </w:r>
    </w:p>
    <w:p>
      <w:r>
        <w:rPr>
          <w:b/>
        </w:rPr>
        <w:t xml:space="preserve">[03:51] </w:t>
      </w:r>
      <w:r>
        <w:t>is tarah ki cheez hai. jab bhi aap manen ke khuda, yaani khuda aik aik hasti hai aur woh, yaani jis ko kehte hain personal god ka tasawwur, to foran hi aata hai ke hamein apni ego ko is khuda ke aage surrender karna hai.</w:t>
      </w:r>
    </w:p>
    <w:p>
      <w:pPr>
        <w:jc w:val="right"/>
      </w:pPr>
      <w:r>
        <w:t>اس طرح کی چیز ہے۔ جب بھی آپ مانیں کہ خدا، یعنی خدا ایک ایک ہستی ہے اور وہ، یعنی جس کو کہتے ہیں پرسنل گاڈ کا تصور، تو فوراً ہی آتا ہے کہ ہمیں اپنی ایگو کو اس خدا کے آگے سرینڈر کرنا ہے۔</w:t>
      </w:r>
    </w:p>
    <w:p>
      <w:r>
        <w:rPr>
          <w:b/>
        </w:rPr>
        <w:t xml:space="preserve">[04:10] </w:t>
      </w:r>
      <w:r>
        <w:t>kyun ke is woh khuda manne mein to hum bhi khuda ka part ban jate hain,</w:t>
      </w:r>
    </w:p>
    <w:p>
      <w:pPr>
        <w:jc w:val="right"/>
      </w:pPr>
      <w:r>
        <w:t>کیونکہ اس وہ خدا ماننے میں تو ہم بھی خدا کا پارٹ بن جاتے ہیں،</w:t>
      </w:r>
    </w:p>
    <w:p>
      <w:r>
        <w:rPr>
          <w:b/>
        </w:rPr>
        <w:t xml:space="preserve">[04:14] </w:t>
      </w:r>
      <w:r>
        <w:t>hum bhi khuda ka aik part bane hue rehte hain. woh jo jo manism ka jo concept hai, manism, is mein insan bhi khudai ka aik part hai, lekin monotheism mein khuda alag hai, hum alag hain.</w:t>
      </w:r>
    </w:p>
    <w:p>
      <w:pPr>
        <w:jc w:val="right"/>
      </w:pPr>
      <w:r>
        <w:t>ہم بھی خدا کا ایک پارٹ بنے ہوئے رہتے ہیں۔ وہ جو جو مانزم کا جو کانسیپٹ ہے، مانزم، اس میں انسان بھی خدائی کا ایک پارٹ ہے، لیکن مانوتھیزم میں خدا الگ ہے، ہم الگ ہیں۔</w:t>
      </w:r>
    </w:p>
    <w:p>
      <w:r>
        <w:rPr>
          <w:b/>
        </w:rPr>
        <w:t xml:space="preserve">[04:28] </w:t>
      </w:r>
      <w:r>
        <w:t>to personal god ko manne ke mani hain ke mein apni ego ko surrender karoon,</w:t>
      </w:r>
    </w:p>
    <w:p>
      <w:pPr>
        <w:jc w:val="right"/>
      </w:pPr>
      <w:r>
        <w:t>تو پرسنل گاڈ کو ماننے کے معنی ہیں کہ میں اپنی ایگو کو سرینڈر کروں،</w:t>
      </w:r>
    </w:p>
    <w:p>
      <w:r>
        <w:rPr>
          <w:b/>
        </w:rPr>
        <w:t xml:space="preserve">[04:34] </w:t>
      </w:r>
      <w:r>
        <w:t>mein deep judgment ko manoon, khuda ke aage pesh hone ko manoon, aur hell aur aur heaven par yaqeen karoon.</w:t>
      </w:r>
    </w:p>
    <w:p>
      <w:pPr>
        <w:jc w:val="right"/>
      </w:pPr>
      <w:r>
        <w:t>میں ڈیپ ججمنٹ کو مانوں، خدا کے آگے پیش ہونے کو مانوں، اور ہیل اور اور ہیون پر یقین کروں۔</w:t>
      </w:r>
    </w:p>
    <w:p>
      <w:r>
        <w:rPr>
          <w:b/>
        </w:rPr>
        <w:t xml:space="preserve">[04:43] </w:t>
      </w:r>
      <w:r>
        <w:t>yeh sari cheezein hain. to is ne yeh likha tha, bas to yeh sahi likha tha is ne ke is liye woh aik aik</w:t>
      </w:r>
    </w:p>
    <w:p>
      <w:pPr>
        <w:jc w:val="right"/>
      </w:pPr>
      <w:r>
        <w:t>یہ ساری چیزیں ہیں۔ تو اس نے یہ لکھا تھا، بس تو یہ صحیح لکھا تھا اس نے کہ اس لیے وہ ایک ایک</w:t>
      </w:r>
    </w:p>
    <w:p>
      <w:r>
        <w:rPr>
          <w:b/>
        </w:rPr>
        <w:t xml:space="preserve">[04:52] </w:t>
      </w:r>
      <w:r>
        <w:t>bana liye hue hain. aik taraf to dekhte hain ke universe mein meaning bohat ziyada hai, order bohat ziyada hai, harmony bohat ziyada hai. to is ko explain kaise karein?</w:t>
      </w:r>
    </w:p>
    <w:p>
      <w:pPr>
        <w:jc w:val="right"/>
      </w:pPr>
      <w:r>
        <w:t>بنا لیے ہوئے ہیں۔ ایک طرف تو دیکھتے ہیں کہ یونیورس میں میننگ بہت زیادہ ہے، آرڈر بہت زیادہ ہے، ہارمونی بہت زیادہ ہے۔ تو اس کو ایکسپلین کیسے کریں؟</w:t>
      </w:r>
    </w:p>
    <w:p>
      <w:r>
        <w:rPr>
          <w:b/>
        </w:rPr>
        <w:t xml:space="preserve">[05:05] </w:t>
      </w:r>
      <w:r>
        <w:t>sirf material process se explain nahi hota, woh</w:t>
      </w:r>
    </w:p>
    <w:p>
      <w:pPr>
        <w:jc w:val="right"/>
      </w:pPr>
      <w:r>
        <w:t>صرف مٹیریل پروسیس سے ایکسپلین نہیں ہوتا، وہ</w:t>
      </w:r>
    </w:p>
    <w:p>
      <w:r>
        <w:rPr>
          <w:b/>
        </w:rPr>
        <w:t xml:space="preserve">[05:10] </w:t>
      </w:r>
      <w:r>
        <w:t>to is ko koi intelligent process chahiye is ke andar. to is liye woh manne par majboor bhi hain, lekin apni ego ko surrender nahi karna chahte, is liye is ko personal god ke taur par nahi mante.</w:t>
      </w:r>
    </w:p>
    <w:p>
      <w:pPr>
        <w:jc w:val="right"/>
      </w:pPr>
      <w:r>
        <w:t>تو اس کو کوئی انٹیلیجنٹ پروسیس چاہیے اس کے اندر۔ تو اس لیے وہ ماننے پر مجبور بھی ہیں، لیکن اپنی ایگو کو سرینڈر نہیں کرنا چاہتے، اس لیے اس کو پرسنل گاڈ کے طور پر نہیں مانتے۔</w:t>
      </w:r>
    </w:p>
    <w:p>
      <w:r>
        <w:rPr>
          <w:b/>
        </w:rPr>
        <w:t xml:space="preserve">[05:26] </w:t>
      </w:r>
      <w:r>
        <w:t>This question is from Mustafa Umri. Maulana, log bimar ho kar ya accident ho kar ya kisi hadse ka shikar ho kar kyun marte hain?</w:t>
      </w:r>
    </w:p>
    <w:p>
      <w:pPr>
        <w:jc w:val="right"/>
      </w:pPr>
      <w:r>
        <w:t>This question is from مصطفی عمری۔ مولانا، لوگ بیمار ہو کر یا ایکسیڈنٹ ہو کر یا کسی حادثے کا شکار ہو کر کیوں مرتے ہیں؟</w:t>
      </w:r>
    </w:p>
    <w:p>
      <w:r>
        <w:rPr>
          <w:b/>
        </w:rPr>
        <w:t xml:space="preserve">[05:38] </w:t>
      </w:r>
      <w:r>
        <w:t>normal halat mein kyun nahi marte?</w:t>
      </w:r>
    </w:p>
    <w:p>
      <w:pPr>
        <w:jc w:val="right"/>
      </w:pPr>
      <w:r>
        <w:t>نارمل حالت میں کیوں نہیں مرتے؟</w:t>
      </w:r>
    </w:p>
    <w:p>
      <w:r>
        <w:rPr>
          <w:b/>
        </w:rPr>
        <w:t xml:space="preserve">[05:47] </w:t>
      </w:r>
      <w:r>
        <w:t>bhai, yeh to</w:t>
      </w:r>
    </w:p>
    <w:p>
      <w:pPr>
        <w:jc w:val="right"/>
      </w:pPr>
      <w:r>
        <w:t>بھئی، یہ تو</w:t>
      </w:r>
    </w:p>
    <w:p>
      <w:r>
        <w:rPr>
          <w:b/>
        </w:rPr>
        <w:t xml:space="preserve">[05:51] </w:t>
      </w:r>
      <w:r>
        <w:t>mein to samajhta hoon ke yeh koi question insan khuda se poochne ka hai ke khuda ne yeh tareeqa banaya hai ke logon ki maut different tareeqe se aaye.</w:t>
      </w:r>
    </w:p>
    <w:p>
      <w:pPr>
        <w:jc w:val="right"/>
      </w:pPr>
      <w:r>
        <w:t>میں تو سمجھتا ہوں کہ یہ کوئی کوئسچن انسان خدا سے پوچھنے کا ہے کہ خدا نے یہ طریقہ بنایا ہے کہ لوگوں کی موت ڈفرنٹ طریقے سے آئے۔</w:t>
      </w:r>
    </w:p>
    <w:p>
      <w:r>
        <w:rPr>
          <w:b/>
        </w:rPr>
        <w:t xml:space="preserve">[06:03] </w:t>
      </w:r>
      <w:r>
        <w:t>to lekin yahan tak mein samajhta hoon ke different tareeqe se aadmi mein relation banti hai.</w:t>
      </w:r>
    </w:p>
    <w:p>
      <w:pPr>
        <w:jc w:val="right"/>
      </w:pPr>
      <w:r>
        <w:t>تو لیکن یہاں تک میں سمجھتا ہوں کہ ڈفرنٹ طریقے سے آدمی میں ریلیشن بنتی ہے۔</w:t>
      </w:r>
    </w:p>
    <w:p>
      <w:r>
        <w:rPr>
          <w:b/>
        </w:rPr>
        <w:t xml:space="preserve">[06:11] </w:t>
      </w:r>
      <w:r>
        <w:t>agar aik hi dhang ho bilkul ke jab aadmi ki umar ho gayi 90 years to barh jayega, woh 85 years ho jaye, barh jayega, woh aik dam napata al hisab ho to aik saal pehle bimar hoga,</w:t>
      </w:r>
    </w:p>
    <w:p>
      <w:pPr>
        <w:jc w:val="right"/>
      </w:pPr>
      <w:r>
        <w:t>اگر ایک ہی ڈھنگ ہو بالکل کہ جب آدمی کی عمر ہو گئی 90 ایئرز تو بڑھ جائے گا، وہ 85 ایئرز ہو جائے، بڑھ جائے گا، وہ ایک دم ناپات الحساب ہو تو ایک سال پہلے بیمار ہوگا،</w:t>
      </w:r>
    </w:p>
    <w:p>
      <w:r>
        <w:rPr>
          <w:b/>
        </w:rPr>
        <w:t xml:space="preserve">[06:28] </w:t>
      </w:r>
      <w:r>
        <w:t>itne mahine bistar par rahega, phir woh barh jayega. agar aisa ho bilkul uniformity ho, agar uniformity to log is ke aadi ho jayenge, use to ho jayenge.</w:t>
      </w:r>
    </w:p>
    <w:p>
      <w:pPr>
        <w:jc w:val="right"/>
      </w:pPr>
      <w:r>
        <w:t>اتنے مہینے بستر پر رہے گا، پھر وہ بڑھ جائے گا۔ اگر ایسا ہو بالکل یونیفارمیٹی ہو، اگر یونیفارمیٹی تو لوگ اس کے عادی ہو جائیں گے، یوز ٹو ہو جائیں گے۔</w:t>
      </w:r>
    </w:p>
    <w:p>
      <w:r>
        <w:rPr>
          <w:b/>
        </w:rPr>
        <w:t xml:space="preserve">[06:38] </w:t>
      </w:r>
      <w:r>
        <w:t>phir un ko koi shock nahi lagega, relation nahi banegi. bohat ise mein samajhta hoon ke different way pe maut aati hai taake woh relation bane, woh shock lagaye aap ko,</w:t>
      </w:r>
    </w:p>
    <w:p>
      <w:pPr>
        <w:jc w:val="right"/>
      </w:pPr>
      <w:r>
        <w:t>پھر ان کو کوئی شاک نہیں لگے گا، ریلیشن نہیں بنے گی۔ بہت اسے میں سمجھتا ہوں کہ ڈفرنٹ وے پہ موت آتی ہے تاکہ وہ ریلیشن بنے، وہ شاک لگائے آپ کو،</w:t>
      </w:r>
    </w:p>
    <w:p>
      <w:r>
        <w:rPr>
          <w:b/>
        </w:rPr>
        <w:t xml:space="preserve">[06:50] </w:t>
      </w:r>
      <w:r>
        <w:t>aap ko relation de. yeh bas to is ke andar jo wisdom hai, woh yahi hai.</w:t>
      </w:r>
    </w:p>
    <w:p>
      <w:pPr>
        <w:jc w:val="right"/>
      </w:pPr>
      <w:r>
        <w:t>آپ کو ریلیشن دے۔ یہ بس تو اس کے اندر جو وزڈم ہے، وہ یہی ہے۔</w:t>
      </w:r>
    </w:p>
    <w:p>
      <w:r>
        <w:rPr>
          <w:b/>
        </w:rPr>
        <w:t xml:space="preserve">[06:58] </w:t>
      </w:r>
      <w:r>
        <w:t>This question is from dr wakeel ur rehman. In your opinion, what is the role of repeated recitation of Quranic verses for curing diseases and solving problems as against understanding of problem and solving them with hikmat in the light of Quran?</w:t>
      </w:r>
    </w:p>
    <w:p>
      <w:pPr>
        <w:jc w:val="right"/>
      </w:pPr>
      <w:r>
        <w:t>This question is from ڈاکٹر وسیک الرحمن۔ ان یور اوپینین، واٹ از دا رول اف ریپیٹڈ ریسیٹیشن اف قرآنک ورسز فار کیورنگ ڈیزیزز اینڈ سالونگ پرابلمز ایز اگینسٹ انڈرسٹینڈنگ اف پرابلم اینڈ سالونگ دیم ود حکمت ان دی لائٹ اف قرآن؟</w:t>
      </w:r>
    </w:p>
    <w:p>
      <w:r>
        <w:rPr>
          <w:b/>
        </w:rPr>
        <w:t xml:space="preserve">[07:20] </w:t>
      </w:r>
      <w:r>
        <w:t>Dekhein, problem ko batana kya hai? Problem to hum jante hi hain. Problem aap ka personal experience hai to aap jaan lete hain bohat aasani se.</w:t>
      </w:r>
    </w:p>
    <w:p>
      <w:pPr>
        <w:jc w:val="right"/>
      </w:pPr>
      <w:r>
        <w:t>دیکھیں، پرابلم کو بتانا کیا ہے؟ پرابلم تو ہم جانتے ہی ہیں۔ پرابلم آپ کا پرسنل ایکسپیرینس ہے تو آپ جان لیتے ہیں بہت آسانی سے۔</w:t>
      </w:r>
    </w:p>
    <w:p>
      <w:r>
        <w:rPr>
          <w:b/>
        </w:rPr>
        <w:t xml:space="preserve">[07:31] </w:t>
      </w:r>
      <w:r>
        <w:t>Masla hai ke kaise aap respond karte hain? Aap kaise respond karte hain? Yani positive response dete hain ke negative response dete hain?</w:t>
      </w:r>
    </w:p>
    <w:p>
      <w:pPr>
        <w:jc w:val="right"/>
      </w:pPr>
      <w:r>
        <w:t>مسئلہ ہے کہ کیسے آپ ریسپانڈ کرتے ہیں؟ آپ کیسے ریسپانڈ کرتے ہیں؟ یعنی پوزیٹیو رسپانس دیتے ہیں کہ نیگیٹیو رسپانس دیتے ہیں؟</w:t>
      </w:r>
    </w:p>
    <w:p>
      <w:r>
        <w:rPr>
          <w:b/>
        </w:rPr>
        <w:t xml:space="preserve">[07:41] </w:t>
      </w:r>
      <w:r>
        <w:t>Sara mamla yahan par aata hai.</w:t>
      </w:r>
    </w:p>
    <w:p>
      <w:pPr>
        <w:jc w:val="right"/>
      </w:pPr>
      <w:r>
        <w:t>سارا معاملہ یہاں پر آتا ہے۔</w:t>
      </w:r>
    </w:p>
    <w:p>
      <w:r>
        <w:rPr>
          <w:b/>
        </w:rPr>
        <w:t xml:space="preserve">[07:45] </w:t>
      </w:r>
      <w:r>
        <w:t>To sara jo Quran mein zor hai, wo is par hai ke you have to respond positively, even in negative situations.</w:t>
      </w:r>
    </w:p>
    <w:p>
      <w:pPr>
        <w:jc w:val="right"/>
      </w:pPr>
      <w:r>
        <w:t>تو سارا جو قرآن میں زور ہے، وہ اس پر ہے کہ یو ہیو ٹو ریسپانڈ پوزیٹیولی، ایون ان نیگیٹیو سچویشنز۔</w:t>
      </w:r>
    </w:p>
    <w:p>
      <w:r>
        <w:rPr>
          <w:b/>
        </w:rPr>
        <w:t xml:space="preserve">[07:55] </w:t>
      </w:r>
      <w:r>
        <w:t>Kyunke yahi to insaan ka asal test hai, yahi to insaan deviate ho jata hai ya insaan</w:t>
      </w:r>
    </w:p>
    <w:p>
      <w:pPr>
        <w:jc w:val="right"/>
      </w:pPr>
      <w:r>
        <w:t>کیونکہ یہی تو انسان کا اصل ٹیسٹ ہے، یہی تو انسان ڈیویٹ ہو جاتا ہے یا انسان</w:t>
      </w:r>
    </w:p>
    <w:p>
      <w:r>
        <w:rPr>
          <w:b/>
        </w:rPr>
        <w:t xml:space="preserve">[08:01] </w:t>
      </w:r>
      <w:r>
        <w:t>bhaag jata hai. To problem ko point out karna ye koi zyada bada kaam nahi hai.</w:t>
      </w:r>
    </w:p>
    <w:p>
      <w:pPr>
        <w:jc w:val="right"/>
      </w:pPr>
      <w:r>
        <w:t>بھاگ جاتا ہے۔ تو پرابلم کو پوائنٹ آؤٹ کرنا یہ کوئی زیادہ بڑا کام نہیں ہے۔</w:t>
      </w:r>
    </w:p>
    <w:p>
      <w:r>
        <w:rPr>
          <w:b/>
        </w:rPr>
        <w:t xml:space="preserve">[08:10] </w:t>
      </w:r>
      <w:r>
        <w:t>Bada kaam ye hai ke jab problem ko kaise face karein aap. To aam taur par aap dekhiye, 99 percent log</w:t>
      </w:r>
    </w:p>
    <w:p>
      <w:pPr>
        <w:jc w:val="right"/>
      </w:pPr>
      <w:r>
        <w:t>بڑا کام یہ ہے کہ جب پرابلم کو کیسے فیس کریں آپ۔ تو عام طور پر آپ دیکھیے، 99 پرسنٹ لوگ</w:t>
      </w:r>
    </w:p>
    <w:p>
      <w:r>
        <w:rPr>
          <w:b/>
        </w:rPr>
        <w:t xml:space="preserve">[08:18] </w:t>
      </w:r>
      <w:r>
        <w:t>negative tareeqe se face karte hain problem ko aur is se bohat nuksan hota hai un ko. Sab se bada nuksan ye hai ke aap ke andar negative personality banti hai, aap distract ho jate hain, aap kuch kaam nahi kar paate.</w:t>
      </w:r>
    </w:p>
    <w:p>
      <w:pPr>
        <w:jc w:val="right"/>
      </w:pPr>
      <w:r>
        <w:t>نیگیٹیو طریقے سے فیس کرتے ہیں پرابلم کو اور اس سے بہت نقصان ہوتا ہے ان کو۔ سب سے بڑا نقصان یہ ہے کہ آپ کے اندر نیگیٹیو پرسنیلٹی بنتی ہے، آپ ڈسٹریکٹ ہو جاتے ہیں، آپ کچھ کام نہیں کر پاتے۔</w:t>
      </w:r>
    </w:p>
    <w:p>
      <w:r>
        <w:rPr>
          <w:b/>
        </w:rPr>
        <w:t xml:space="preserve">[08:34] </w:t>
      </w:r>
      <w:r>
        <w:t>To zyada bada masla hai ke insaan ko is weakness se bachaya jaye ke wo situation ko negative tareeqe se respond kare. Is liye is par Islam mein bohat zor diya gaya hai.</w:t>
      </w:r>
    </w:p>
    <w:p>
      <w:pPr>
        <w:jc w:val="right"/>
      </w:pPr>
      <w:r>
        <w:t>تو زیادہ بڑا مسئلہ ہے کہ انسان کو اس ویکنس سے بچایا جائے کہ وہ سچویشن کو نیگیٹیو طریقے سے ریسپانڈ کرے۔ اس لیے اس پر اسلام میں بہت زور دیا گیا ہے۔</w:t>
      </w:r>
    </w:p>
    <w:p>
      <w:r>
        <w:rPr>
          <w:b/>
        </w:rPr>
        <w:t xml:space="preserve">[08:48] </w:t>
      </w:r>
      <w:r>
        <w:t>This question is from idrees. Maulana, you say action should be result oriented. If the result seems to be fruitless or counter productive, then action should be avoided.</w:t>
      </w:r>
    </w:p>
    <w:p>
      <w:pPr>
        <w:jc w:val="right"/>
      </w:pPr>
      <w:r>
        <w:t>This question is from ادریس۔ مولانا، یو سے ایکشن شوڈ بی رزلٹ اورینٹڈ۔ اف دا رزلٹ سیمز ٹو بی فروٹ لیس اور کاؤنٹر پروڈکٹو، دین ایکشن شوڈ بی اوائڈڈ۔</w:t>
      </w:r>
    </w:p>
    <w:p>
      <w:r>
        <w:rPr>
          <w:b/>
        </w:rPr>
        <w:t xml:space="preserve">[09:04] </w:t>
      </w:r>
      <w:r>
        <w:t>Does this also apply to dawah activity?</w:t>
      </w:r>
    </w:p>
    <w:p>
      <w:pPr>
        <w:jc w:val="right"/>
      </w:pPr>
      <w:r>
        <w:t>ڈز دس السو اپلائی ٹو دعوی ایکٹیویٹی؟</w:t>
      </w:r>
    </w:p>
    <w:p>
      <w:r>
        <w:rPr>
          <w:b/>
        </w:rPr>
        <w:t xml:space="preserve">[09:10] </w:t>
      </w:r>
      <w:r>
        <w:t>Zahir hai ke dawah activity padi hui hai. Wahan is tareeqe se rahega ke aap ek aadmi se milein, ab wo aadmi hate se bhara hua hai to wo ladne ke liye tayyar ho jata hai.</w:t>
      </w:r>
    </w:p>
    <w:p>
      <w:pPr>
        <w:jc w:val="right"/>
      </w:pPr>
      <w:r>
        <w:t>ظاہر ہے کہ دعوی ایکٹیویٹی پڑی ہوئی ہے۔ وہاں اس طریقے سے رہے گا کہ آپ ایک آدمی سے ملیں، اب وہ آدمی ہیٹ سے بھرا ہوا ہے تو وہ لڑنے کے لیے تیار ہو جاتا ہے۔</w:t>
      </w:r>
    </w:p>
    <w:p>
      <w:r>
        <w:rPr>
          <w:b/>
        </w:rPr>
        <w:t xml:space="preserve">[09:25] </w:t>
      </w:r>
      <w:r>
        <w:t>To aap avoid kijiye,</w:t>
      </w:r>
    </w:p>
    <w:p>
      <w:pPr>
        <w:jc w:val="right"/>
      </w:pPr>
      <w:r>
        <w:t>تو آپ اوائڈ کیجئے،</w:t>
      </w:r>
    </w:p>
    <w:p>
      <w:r>
        <w:rPr>
          <w:b/>
        </w:rPr>
        <w:t xml:space="preserve">[09:27] </w:t>
      </w:r>
      <w:r>
        <w:t>Jaise kal raat ko hum ne avoid kiya, hum takraye nahi. Lekin is ka matlab nahi ke dawah work band. Is ka matlab ye nahi hai.</w:t>
      </w:r>
    </w:p>
    <w:p>
      <w:pPr>
        <w:jc w:val="right"/>
      </w:pPr>
      <w:r>
        <w:t>جیسے کل رات کو ہم نے اوائڈ کیا، ہم ٹکرائے نہیں۔ لیکن اس کا مطلب نہیں کہ دعوی ورک بند۔ اس کا مطلب یہ نہیں ہے۔</w:t>
      </w:r>
    </w:p>
    <w:p>
      <w:r>
        <w:rPr>
          <w:b/>
        </w:rPr>
        <w:t xml:space="preserve">[09:40] </w:t>
      </w:r>
      <w:r>
        <w:t>Retire karne se bachiye aap bas. Baqi aap dua kijiye, peeche bhi tareeqe samhaiye.</w:t>
      </w:r>
    </w:p>
    <w:p>
      <w:pPr>
        <w:jc w:val="right"/>
      </w:pPr>
      <w:r>
        <w:t>ریٹائرڈ کرنے سے بچیے آپ بس۔ باقی آپ دعا کیجئے، پیچھے بھی طریقے سمجھائیے۔</w:t>
      </w:r>
    </w:p>
    <w:p>
      <w:r>
        <w:rPr>
          <w:b/>
        </w:rPr>
        <w:t xml:space="preserve">[09:47] </w:t>
      </w:r>
      <w:r>
        <w:t>Ye to kaam jari rahega. Yani is ke kade bol ka jawab phir kade bol se na dein. Ye karna hai. Baqi avoid kar ke is ko narmi se samjhana bohat hi.</w:t>
      </w:r>
    </w:p>
    <w:p>
      <w:pPr>
        <w:jc w:val="right"/>
      </w:pPr>
      <w:r>
        <w:t>یہ تو کام جاری رہے گا۔ یعنی اس کے کڑے بول کا جواب پھر کڑے بول سے نہ دیں۔ یہ کرنا ہے۔ باقی اوائڈ کر کے اس کو نرمی سے سمجھانا بہت ہی۔</w:t>
      </w:r>
    </w:p>
    <w:p>
      <w:r>
        <w:rPr>
          <w:b/>
        </w:rPr>
        <w:t xml:space="preserve">[10:03] </w:t>
      </w:r>
      <w:r>
        <w:t>Jaise Quran mein hai ke Allah taala ne jab Moosa ko bheja</w:t>
      </w:r>
    </w:p>
    <w:p>
      <w:pPr>
        <w:jc w:val="right"/>
      </w:pPr>
      <w:r>
        <w:t>جیسے قرآن میں ہے کہ اللہ تعالیٰ نے جب موسیٰ کو بھیجا</w:t>
      </w:r>
    </w:p>
    <w:p>
      <w:r>
        <w:rPr>
          <w:b/>
        </w:rPr>
        <w:t xml:space="preserve">[10:07] </w:t>
      </w:r>
      <w:r>
        <w:t>Firaun ke paas, jo zamane mein despotic king bana hua tha, to farmaya ke qoolan qoolan leena narmi se baat karna.</w:t>
      </w:r>
    </w:p>
    <w:p>
      <w:pPr>
        <w:jc w:val="right"/>
      </w:pPr>
      <w:r>
        <w:t>فرعون کے پاس، جو زمانے میں ڈسپوٹک کنگ بنا ہوا تھا، تو فرمایا کہ قولا قولا لینا نرمی سے بات کرنا۔</w:t>
      </w:r>
    </w:p>
    <w:p>
      <w:r>
        <w:rPr>
          <w:b/>
        </w:rPr>
        <w:t xml:space="preserve">[10:22] </w:t>
      </w:r>
      <w:r>
        <w:t>Narmi se baat karna.</w:t>
      </w:r>
    </w:p>
    <w:p>
      <w:pPr>
        <w:jc w:val="right"/>
      </w:pPr>
      <w:r>
        <w:t>نرمی سے بات کرنا۔</w:t>
      </w:r>
    </w:p>
    <w:p>
      <w:r>
        <w:rPr>
          <w:b/>
        </w:rPr>
        <w:t xml:space="preserve">[10:24] </w:t>
      </w:r>
      <w:r>
        <w:t>To asal cheez ye hai ke humein kade bol ko sun kar humein bhi kada bol nahi bolna hai. Ye karna hai.</w:t>
      </w:r>
    </w:p>
    <w:p>
      <w:pPr>
        <w:jc w:val="right"/>
      </w:pPr>
      <w:r>
        <w:t>تو اصل چیز یہ ہے کہ ہمیں کڑے بول کو سن کر ہمیں بھی کڑا بول نہیں بولنا ہے۔ یہ کرنا ہے۔</w:t>
      </w:r>
    </w:p>
    <w:p>
      <w:r>
        <w:rPr>
          <w:b/>
        </w:rPr>
        <w:t xml:space="preserve">[10:34] </w:t>
      </w:r>
      <w:r>
        <w:t>Baqi jo koshish hai, wo to chalti rahe gi.</w:t>
      </w:r>
    </w:p>
    <w:p>
      <w:pPr>
        <w:jc w:val="right"/>
      </w:pPr>
      <w:r>
        <w:t>باقی جو کوشش ہے، وہ تو چلتی رہے گی۔</w:t>
      </w:r>
    </w:p>
    <w:p>
      <w:r>
        <w:rPr>
          <w:b/>
        </w:rPr>
        <w:t xml:space="preserve">[10:39] </w:t>
      </w:r>
      <w:r>
        <w:t>Dua ke zariye se kabhi dua karein ge aap, kabhi thande tareeqe se samjhayein ge, kabhi koi literature dein ge is ko. To ye apne method ko badalne ki baat hai, na ke dawah work ko rok dene ki baat.</w:t>
      </w:r>
    </w:p>
    <w:p>
      <w:pPr>
        <w:jc w:val="right"/>
      </w:pPr>
      <w:r>
        <w:t>دعا کے ذریعے سے کبھی دعا کریں گے آپ، کبھی ٹھنڈے طریقے سے سمجھائیں گے، کبھی کوئی لٹریچر دیں گے اس کو۔ تو یہ اپنے میتھڈ کو بدلنے کی بات ہے، نہ کہ دعا ورک کو روک دینے کی بات۔</w:t>
      </w:r>
    </w:p>
    <w:p>
      <w:r>
        <w:rPr>
          <w:b/>
        </w:rPr>
        <w:t xml:space="preserve">[10:59] </w:t>
      </w:r>
      <w:r>
        <w:t>This question is from Muhammad Alam. From from the point of view of Islam and also from the point of view of worldly need.</w:t>
      </w:r>
    </w:p>
    <w:p>
      <w:pPr>
        <w:jc w:val="right"/>
      </w:pPr>
      <w:r>
        <w:t>This question is from محمد عالم۔ فرام فرام دی پوائنٹ اف ویو اف اسلام اینڈ السو فرام دی پوائنٹ اف ویو اف ورلڈلی نیڈ۔</w:t>
      </w:r>
    </w:p>
    <w:p>
      <w:r>
        <w:rPr>
          <w:b/>
        </w:rPr>
        <w:t xml:space="preserve">[11:10] </w:t>
      </w:r>
      <w:r>
        <w:t>What is your opinion on women education?</w:t>
      </w:r>
    </w:p>
    <w:p>
      <w:pPr>
        <w:jc w:val="right"/>
      </w:pPr>
      <w:r>
        <w:t>واٹ از یور اوپینین ان وومن ایجوکیشن؟</w:t>
      </w:r>
    </w:p>
    <w:p>
      <w:r>
        <w:rPr>
          <w:b/>
        </w:rPr>
        <w:t xml:space="preserve">[11:19] </w:t>
      </w:r>
      <w:r>
        <w:t>bhai, w women education to bohat hi important hai, itna hi important hai jitna ke mardon ki education. baqi mein is ko nahi samajhta sahi ke theek wahi aurat bhi skill apne andar paida kare jo mard</w:t>
      </w:r>
    </w:p>
    <w:p>
      <w:pPr>
        <w:jc w:val="right"/>
      </w:pPr>
      <w:r>
        <w:t>بھئی، وومن ایجوکیشن تو بہت ہی امپورٹنٹ ہے، اتنا ہی امپورٹنٹ ہے جتنا کہ مردوں کی ایجوکیشن۔ باقی میں اس کو نہیں سمجھتا صحیح کہ ٹھیک وہی عورت بھی اسکل اپنے اندر پیدا کرے جو مرد</w:t>
      </w:r>
    </w:p>
    <w:p>
      <w:r>
        <w:rPr>
          <w:b/>
        </w:rPr>
        <w:t xml:space="preserve">[11:37] </w:t>
      </w:r>
      <w:r>
        <w:t>ke liye chahiye. yeh yeh jo hai unrealistic baat hai. mein gender equality ko bohat aik myth samajhta hoon.</w:t>
      </w:r>
    </w:p>
    <w:p>
      <w:pPr>
        <w:jc w:val="right"/>
      </w:pPr>
      <w:r>
        <w:t>کے لیے چاہیے۔ یہ یہ جو ہے ان ریلسٹک بات ہے۔ میں جینڈر ایکولٹی کو بہت ایک متھ سمجھتا ہوں۔</w:t>
      </w:r>
    </w:p>
    <w:p>
      <w:r>
        <w:rPr>
          <w:b/>
        </w:rPr>
        <w:t xml:space="preserve">[11:47] </w:t>
      </w:r>
      <w:r>
        <w:t>gender equality koi cheez nahi hai. gender inequality asal hai nature mein.</w:t>
      </w:r>
    </w:p>
    <w:p>
      <w:pPr>
        <w:jc w:val="right"/>
      </w:pPr>
      <w:r>
        <w:t>جینڈر ایکولٹی کوئی چیز نہیں ہے۔ جینڈر ان ایکولٹی اصل ہے نیچر میں۔</w:t>
      </w:r>
    </w:p>
    <w:p>
      <w:r>
        <w:rPr>
          <w:b/>
        </w:rPr>
        <w:t xml:space="preserve">[11:53] </w:t>
      </w:r>
      <w:r>
        <w:t>kyun? khuda ne difference is liye paida kiya hai har jagah, har jagah, har jagah taake kai cheezein mil kar ke koi bara kaam kar sakein.</w:t>
      </w:r>
    </w:p>
    <w:p>
      <w:pPr>
        <w:jc w:val="right"/>
      </w:pPr>
      <w:r>
        <w:t>کیوں؟ خدا نے ڈفرنس اس لیے پیدا کیا ہے ہر جگہ، ہر جگہ، ہر جگہ تاکہ کئی چیزیں مل کر کے کوئی بڑا کام کر سکیں۔</w:t>
      </w:r>
    </w:p>
    <w:p>
      <w:r>
        <w:rPr>
          <w:b/>
        </w:rPr>
        <w:t xml:space="preserve">[12:06] </w:t>
      </w:r>
      <w:r>
        <w:t>agar sab aik dam aik hi dhar ke hon to koi bara kaam nahi ho sakta hai. woh kya kisi ki seeng hai ke when all things alike, no one thinks very much?</w:t>
      </w:r>
    </w:p>
    <w:p>
      <w:pPr>
        <w:jc w:val="right"/>
      </w:pPr>
      <w:r>
        <w:t>اگر سب ایک دم ایک ہی دھڑکے ہوں تو کوئی بڑا کام نہیں ہو سکتا ہے۔ وہ کیا کسی کی سینگ ہے کہ وین ال تھنگ الائک، نو ون تھنکس ویری مچ؟</w:t>
      </w:r>
    </w:p>
    <w:p>
      <w:r>
        <w:rPr>
          <w:b/>
        </w:rPr>
        <w:t xml:space="preserve">[12:19] </w:t>
      </w:r>
      <w:r>
        <w:t>to yeh koi achi baat nahi hai. gender equality to aik bilkul stepped baat hai. mere nazdeek</w:t>
      </w:r>
    </w:p>
    <w:p>
      <w:pPr>
        <w:jc w:val="right"/>
      </w:pPr>
      <w:r>
        <w:t>تو یہ کوئی اچھی بات نہیں ہے۔ جینڈر ایکولٹی تو ایک بالکل سٹیپڈ بات ہے۔ میرے نزدیک</w:t>
      </w:r>
    </w:p>
    <w:p>
      <w:r>
        <w:rPr>
          <w:b/>
        </w:rPr>
        <w:t xml:space="preserve">[12:26] </w:t>
      </w:r>
      <w:r>
        <w:t>agar sab log equal ho jayein to kuch kaam hi nahi hoga. chuke differences hain, kisi mein koi quality hai, kisi mein koi quality hai, to aik doosre ko complement karte hain.</w:t>
      </w:r>
    </w:p>
    <w:p>
      <w:pPr>
        <w:jc w:val="right"/>
      </w:pPr>
      <w:r>
        <w:t>اگر سب لوگ ایکول ہو جائیں تو کچھ کام ہی نہیں ہوگا۔ چونکہ ڈفرنسز ہیں، کسی میں کوئی کوالٹی ہے، کسی میں کوئی کوالٹی ہے، تو ایک دوسرے کو کمپلیمنٹ کرتے ہیں۔</w:t>
      </w:r>
    </w:p>
    <w:p>
      <w:r>
        <w:rPr>
          <w:b/>
        </w:rPr>
        <w:t xml:space="preserve">[12:40] </w:t>
      </w:r>
      <w:r>
        <w:t>woh yeh bari baat zyada hai. to nature ki jo scheme hai, woh base karti hai difference par,</w:t>
      </w:r>
    </w:p>
    <w:p>
      <w:pPr>
        <w:jc w:val="right"/>
      </w:pPr>
      <w:r>
        <w:t>وہ یہ بڑی بات زیادہ ہے۔ تو نیچر کی جو اسکیم ہے، وہ بیس کرتی ہے ڈفرنس پر،</w:t>
      </w:r>
    </w:p>
    <w:p>
      <w:r>
        <w:rPr>
          <w:b/>
        </w:rPr>
        <w:t xml:space="preserve">[12:48] </w:t>
      </w:r>
      <w:r>
        <w:t>woh uniformity par base nahi karti hai. yeh to aik aik apni banai hui aik philosophy hai, na is par koi scientific base bhi nahi hai.</w:t>
      </w:r>
    </w:p>
    <w:p>
      <w:pPr>
        <w:jc w:val="right"/>
      </w:pPr>
      <w:r>
        <w:t>وہ یونیفارمیٹی پر بیس نہیں کرتی ہے۔ یہ تو ایک ایک اپنی بنائی ہوئی ایک فلاسفی ہے، نہ اس پر کوئی سائنٹیفک بیس بھی نہیں ہے۔</w:t>
      </w:r>
    </w:p>
    <w:p>
      <w:r>
        <w:rPr>
          <w:b/>
        </w:rPr>
        <w:t xml:space="preserve">[13:00] </w:t>
      </w:r>
      <w:r>
        <w:t>jitne bhi science mein studies hui hain, woh sab batati hain ke aurat mard mein differences hain.</w:t>
      </w:r>
    </w:p>
    <w:p>
      <w:pPr>
        <w:jc w:val="right"/>
      </w:pPr>
      <w:r>
        <w:t>جتنے بھی سائنس میں اسٹڈیز ہوئی ہیں، وہ سب بتاتی ہیں کہ عورت مرد میں ڈفرنسز ہیں۔</w:t>
      </w:r>
    </w:p>
    <w:p>
      <w:r>
        <w:rPr>
          <w:b/>
        </w:rPr>
        <w:t xml:space="preserve">[13:08] </w:t>
      </w:r>
      <w:r>
        <w:t>mein ne is se pehle shayad aap ko bataya hoga ke America ka jo magazine hai, bohat bara Time, bohat zyada circulation is ka hai, us ne 20 ladies ko aik team banai, 20 ladies ki.</w:t>
      </w:r>
    </w:p>
    <w:p>
      <w:pPr>
        <w:jc w:val="right"/>
      </w:pPr>
      <w:r>
        <w:t>میں نے اس سے پہلے شاید آپ کو بتایا ہوگا کہ امریکہ کا جو میگزین ہے، بہت بڑا ٹائم، بہت زیادہ سرکولیشن اس کا ہے، اس نے 20 لیڈیز کو ایک ٹیم بنائی، 20 لیڈیز کی۔</w:t>
      </w:r>
    </w:p>
    <w:p>
      <w:r>
        <w:rPr>
          <w:b/>
        </w:rPr>
        <w:t xml:space="preserve">[13:23] </w:t>
      </w:r>
      <w:r>
        <w:t>aur kaam kya tha ke different</w:t>
      </w:r>
    </w:p>
    <w:p>
      <w:pPr>
        <w:jc w:val="right"/>
      </w:pPr>
      <w:r>
        <w:t>اور کام کیا تھا کہ ڈفرنٹ</w:t>
      </w:r>
    </w:p>
    <w:p>
      <w:r>
        <w:rPr>
          <w:b/>
        </w:rPr>
        <w:t xml:space="preserve">[13:27] </w:t>
      </w:r>
      <w:r>
        <w:t>jo branches hain zindagi ki, us mein pata karo ke aurat aur mard ka kya mamla hai. yahi study karne ke liye, yani film industry mein bhi dekho, aviation mein bhi dekho, companiyon mein bhi dekho, har jagah dekho ke different branches jo hain learning ke, us se kya cheez nikalti hai.</w:t>
      </w:r>
    </w:p>
    <w:p>
      <w:pPr>
        <w:jc w:val="right"/>
      </w:pPr>
      <w:r>
        <w:t>جو برانچز ہیں زندگی کی، اس میں پتہ کرو کہ عورت اور مرد کا کیا معاملہ ہے۔ یہی اسٹڈی کرنے کے لیے، یعنی فلم انڈسٹری میں بھی دیکھو، ایوی ایشن میں بھی دیکھو، کمپنیوں میں بھی دیکھو، ہر جگہ دیکھو کہ ڈفرنٹ برانچز جو ہیں لرننگ کے، اس سے کیا چیز نکلتی ہے۔</w:t>
      </w:r>
    </w:p>
    <w:p>
      <w:r>
        <w:rPr>
          <w:b/>
        </w:rPr>
        <w:t xml:space="preserve">[13:48] </w:t>
      </w:r>
      <w:r>
        <w:t>to sab ne woh chhapa tha, poora aik issue tha isi par Time mein bataya ke har branch se yeh cheez aa rahi hai ke aurat mard mein difference hai.</w:t>
      </w:r>
    </w:p>
    <w:p>
      <w:pPr>
        <w:jc w:val="right"/>
      </w:pPr>
      <w:r>
        <w:t>تو سب نے وہ چھپا تھا، پورا ایک ایشو تھا اسی پر ٹائم میں بتایا کہ ہر برانچ سے یہ چیز آ رہی ہے کہ عورت مرد میں ڈفرنس ہے۔</w:t>
      </w:r>
    </w:p>
    <w:p>
      <w:r>
        <w:rPr>
          <w:b/>
        </w:rPr>
        <w:t xml:space="preserve">[13:59] </w:t>
      </w:r>
      <w:r>
        <w:t>biology se, psychology se, aur jitne bhi branches hain is ki</w:t>
      </w:r>
    </w:p>
    <w:p>
      <w:pPr>
        <w:jc w:val="right"/>
      </w:pPr>
      <w:r>
        <w:t>بیالوجی سے، سائیکالوجی سے، اور جتنے بھی برانچز ہیں اس کی</w:t>
      </w:r>
    </w:p>
    <w:p>
      <w:r>
        <w:rPr>
          <w:b/>
        </w:rPr>
        <w:t xml:space="preserve">[14:06] </w:t>
      </w:r>
      <w:r>
        <w:t>ke aurat mard mein differences hain. to is mein aik naqal kiya tha, aik aik jo so called women lib ki jo hote hain, auratein, aik aurat ne bare josh se kaha tha ke hum ab auraton ke genetic code ko badlein ge</w:t>
      </w:r>
    </w:p>
    <w:p>
      <w:pPr>
        <w:jc w:val="right"/>
      </w:pPr>
      <w:r>
        <w:t>کہ عورت مرد میں ڈفرنسز ہیں۔ تو اس میں ایک نقل کیا تھا، ایک ایک جو سو کالڈ وومنز لپ کی جو ہوتے ہیں، عورتیں، ایک عورت نے بڑے جوش سے کہا تھا کہ ہم اب عورتوں کے جینیٹک کوڈ کو بدلیں گے</w:t>
      </w:r>
    </w:p>
    <w:p>
      <w:r>
        <w:rPr>
          <w:b/>
        </w:rPr>
        <w:t xml:space="preserve">[14:24] </w:t>
      </w:r>
      <w:r>
        <w:t>taake sare aurat, aurat jo hai, mard ki tarah paida ho. zahir hai ke absurd baat hai, yeh absurd baat hai. to difference jo hai, woh to bohat bari, woh to yani bohat bari blessing hai nature ki ke difference paida kiya khuda ne.</w:t>
      </w:r>
    </w:p>
    <w:p>
      <w:pPr>
        <w:jc w:val="right"/>
      </w:pPr>
      <w:r>
        <w:t>تاکہ سارے عورت، عورت جو ہے، مرد کی طرح پیدا ہوں۔ ظاہر ہے کہ ابسورڈ بات ہے، یہ ابسورڈ بات ہے۔ تو ڈفرنس جو ہے، وہ تو بہت بڑی، وہ تو یعنی بہت بڑی بریسنگ ہے نیچر کی کہ ڈفرنس پیدا کیا خدا نے۔</w:t>
      </w:r>
    </w:p>
    <w:p>
      <w:r>
        <w:rPr>
          <w:b/>
        </w:rPr>
        <w:t xml:space="preserve">[14:41] </w:t>
      </w:r>
      <w:r>
        <w:t>is se difference se</w:t>
      </w:r>
    </w:p>
    <w:p>
      <w:pPr>
        <w:jc w:val="right"/>
      </w:pPr>
      <w:r>
        <w:t>اس سے ڈفرنس سے</w:t>
      </w:r>
    </w:p>
    <w:p>
      <w:r>
        <w:rPr>
          <w:b/>
        </w:rPr>
        <w:t xml:space="preserve">[14:43] </w:t>
      </w:r>
      <w:r>
        <w:t>bare bare kaam hote hain kyunke aik doosre ko complement karta hai, aik doosre ko aik ki kami doosra poora karta hai. is wajah se education bohat zaroori hai, lekin education ka matlab yeh nahi ke jo woh parhe, wahi woh bhi parhe.</w:t>
      </w:r>
    </w:p>
    <w:p>
      <w:pPr>
        <w:jc w:val="right"/>
      </w:pPr>
      <w:r>
        <w:t>بڑے بڑے کام ہوتے ہیں کیونکہ ایک دوسرے کو کمپلیمنٹ کرتا ہے، ایک دوسرے کو ایک کی کمی دوسرا پورا کرتا ہے۔ اس وجہ سے ایجوکیشن بہت ضروری ہے، لیکن ایجوکیشن کا مطلب یہ نہیں کہ جو وہ پڑھے، وہی وہ بھی پڑھے۔</w:t>
      </w:r>
    </w:p>
    <w:p>
      <w:r>
        <w:rPr>
          <w:b/>
        </w:rPr>
        <w:t xml:space="preserve">[14:59] </w:t>
      </w:r>
      <w:r>
        <w:t>is ko mein nahi manta.</w:t>
      </w:r>
    </w:p>
    <w:p>
      <w:pPr>
        <w:jc w:val="right"/>
      </w:pPr>
      <w:r>
        <w:t>اس کو میں نہیں مانتا۔</w:t>
      </w:r>
    </w:p>
    <w:p>
      <w:r>
        <w:rPr>
          <w:b/>
        </w:rPr>
        <w:t xml:space="preserve">[15:01] </w:t>
      </w:r>
      <w:r>
        <w:t>donon ki planning alag alag honi chahiye. mard ko apne hisab se parhna chahiye, aurat ko apne hisab se parhna chahiye, aur co education ke bhi khilaf ho.</w:t>
      </w:r>
    </w:p>
    <w:p>
      <w:pPr>
        <w:jc w:val="right"/>
      </w:pPr>
      <w:r>
        <w:t>دونوں کی پلاننگ الگ الگ ہونی چاہیے۔ مرد کو اپنے حساب سے پڑھنا چاہیے، عورت کو اپنے حساب سے پڑھنا چاہیے، اور کو ایجوکیشن کے بھی خلاف ہو۔</w:t>
      </w:r>
    </w:p>
    <w:p>
      <w:r>
        <w:rPr>
          <w:b/>
        </w:rPr>
        <w:t xml:space="preserve">[15:14] </w:t>
      </w:r>
      <w:r>
        <w:t>agarche co education is zamane mein ho ya na ho, yani co living to hai hi hai har jagah.</w:t>
      </w:r>
    </w:p>
    <w:p>
      <w:pPr>
        <w:jc w:val="right"/>
      </w:pPr>
      <w:r>
        <w:t>اگرچہ کو ایجوکیشن اس زمانے میں ہو یا نہ ہو، یعنی کو لیونگ تو ہے ہی ہے ہر جگہ۔</w:t>
      </w:r>
    </w:p>
    <w:p>
      <w:r>
        <w:rPr>
          <w:b/>
        </w:rPr>
        <w:t xml:space="preserve">[15:19] </w:t>
      </w:r>
      <w:r>
        <w:t>agar aap aise school kholein, tab bhi bahar ki duniya ko kya karenge? aap TV ko kaise band karenge? aap cinema ko kaise aap band karenge? to ab pehle yeh baat bhi purani ho gayi ke co education nahi, co education na ho, tab bhi co society maujood hai.</w:t>
      </w:r>
    </w:p>
    <w:p>
      <w:pPr>
        <w:jc w:val="right"/>
      </w:pPr>
      <w:r>
        <w:t>اگر آپ ایسے سکول کھولیں، تب بھی باہر کی دنیا کو کیا کریں گے؟ آپ ٹی وی کو کیسے بند کریں گے؟ آپ سینما کو کیسے آپ بند کریں گے؟ تو اب پہلے یہ بات بھی پرانی ہو گئی کہ کو ایجوکیشن نہیں، کو ایجوکیشن نہ ہو، تب بھی کو سوسائٹی موجود ہے۔</w:t>
      </w:r>
    </w:p>
    <w:p>
      <w:r>
        <w:rPr>
          <w:b/>
        </w:rPr>
        <w:t xml:space="preserve">[15:36] </w:t>
      </w:r>
      <w:r>
        <w:t>kya karenge aap?</w:t>
      </w:r>
    </w:p>
    <w:p>
      <w:pPr>
        <w:jc w:val="right"/>
      </w:pPr>
      <w:r>
        <w:t>کیا کریں گے آپ؟</w:t>
      </w:r>
    </w:p>
    <w:p>
      <w:r>
        <w:rPr>
          <w:b/>
        </w:rPr>
        <w:t xml:space="preserve">[15:38] </w:t>
      </w:r>
      <w:r>
        <w:t>to behal, mein jis cheez ke khilaf hoon, woh preachy society hai jo bohat hi, mein samajhta hoon ke tabah karne wali hai.</w:t>
      </w:r>
    </w:p>
    <w:p>
      <w:pPr>
        <w:jc w:val="right"/>
      </w:pPr>
      <w:r>
        <w:t>تو بہرحال، میں جس چیز کے خلاف ہوں، وہ پریبسو سوسائٹی ہے جو بہت ہی، میں سمجھتا ہوں کہ تباہ کرنے والی ہے۔</w:t>
      </w:r>
    </w:p>
    <w:p>
      <w:r>
        <w:rPr>
          <w:b/>
        </w:rPr>
        <w:t xml:space="preserve">[15:49] </w:t>
      </w:r>
      <w:r>
        <w:t>baqi education bilashuba dono ke liye ekoli important hai, lekin</w:t>
      </w:r>
    </w:p>
    <w:p>
      <w:pPr>
        <w:jc w:val="right"/>
      </w:pPr>
      <w:r>
        <w:t>باقی ایجوکیشن بلاشبہ دونوں کے لیے ایکولی امپورٹنٹ ہے، لیکن</w:t>
      </w:r>
    </w:p>
    <w:p>
      <w:r>
        <w:rPr>
          <w:b/>
        </w:rPr>
        <w:t xml:space="preserve">[15:56] </w:t>
      </w:r>
      <w:r>
        <w:t>aurat ki education ka apna, yani apne lehaz se honi chahiye. Is ki planning mard ki apne lehaz se honi chahiye. Planning dono hi ko high education dena hai, dono highly, yani oonchi,</w:t>
      </w:r>
    </w:p>
    <w:p>
      <w:pPr>
        <w:jc w:val="right"/>
      </w:pPr>
      <w:r>
        <w:t>عورت کی ایجوکیشن کا اپنا، یعنی اپنے لحاظ سے ہونی چاہیے۔ اس کی پلاننگ مرد کی اپنے لحاظ سے ہونی چاہیے۔ پلاننگ دونوں ہی کو ہائی ایجوکیشن دینا ہے، دونوں ہائیلی، یعنی اونچی،</w:t>
      </w:r>
    </w:p>
    <w:p>
      <w:r>
        <w:rPr>
          <w:b/>
        </w:rPr>
        <w:t xml:space="preserve">[16:11] </w:t>
      </w:r>
      <w:r>
        <w:t>oonchi education dono ko dena hai. Lekin yeh yeh mante hue ke</w:t>
      </w:r>
    </w:p>
    <w:p>
      <w:pPr>
        <w:jc w:val="right"/>
      </w:pPr>
      <w:r>
        <w:t>اونچی ایجوکیشن دونوں کو دینا ہے۔ لیکن یہ یہ مانتے ہوئے کہ</w:t>
      </w:r>
    </w:p>
    <w:p>
      <w:r>
        <w:rPr>
          <w:b/>
        </w:rPr>
        <w:t xml:space="preserve">[16:16] </w:t>
      </w:r>
      <w:r>
        <w:t>in gender equality ka yeh is liye ke gender equality dono mein hai, koi to unnatural formula hai. Is formula ko bhi in equal samajhta hoon.</w:t>
      </w:r>
    </w:p>
    <w:p>
      <w:pPr>
        <w:jc w:val="right"/>
      </w:pPr>
      <w:r>
        <w:t>ان جینڈر ایکولٹی کا یہ اس لیے کہ جینڈر ایکولٹی دونوں میں ہے، کوئی تو ان نیچرل فارمولا ہے۔ اس فارمولے کو بھی ان ایکول سمجھتا ہوں۔</w:t>
      </w:r>
    </w:p>
    <w:p>
      <w:r>
        <w:rPr>
          <w:b/>
        </w:rPr>
        <w:t xml:space="preserve">[16:28] </w:t>
      </w:r>
      <w:r>
        <w:t>education ko mein bohat important samajhta hoon, lekin gender equality ka jo concept hai, us ko mein bilkul base less samajhta hoon.</w:t>
      </w:r>
    </w:p>
    <w:p>
      <w:pPr>
        <w:jc w:val="right"/>
      </w:pPr>
      <w:r>
        <w:t>ایجوکیشن کو میں بہت امپورٹنٹ سمجھتا ہوں، لیکن جینڈر ایکولٹی کا جو کانسیپٹ ہے، اس کو میں بالکل بیس لیس سمجھتا ہوں۔</w:t>
      </w:r>
    </w:p>
    <w:p>
      <w:r>
        <w:rPr>
          <w:b/>
        </w:rPr>
        <w:t xml:space="preserve">[16:37] </w:t>
      </w:r>
      <w:r>
        <w:t>This question is from Dr. M I Pardhan. If a good daee divert his attention from da'wa work to other activities, what is our responsibility for him?</w:t>
      </w:r>
    </w:p>
    <w:p>
      <w:pPr>
        <w:jc w:val="right"/>
      </w:pPr>
      <w:r>
        <w:t>دس کوئسچن از فرام ڈاکٹر ایم ائی پردھان۔ اف ا گڈ دائی ڈائیورٹ ہز اٹینشن فرام دعوی ورک ٹو ادر ایکٹیویٹیز، واٹ از ار ریسپانسبیلٹی فار ہم؟</w:t>
      </w:r>
    </w:p>
    <w:p>
      <w:r>
        <w:rPr>
          <w:b/>
        </w:rPr>
        <w:t xml:space="preserve">[16:51] </w:t>
      </w:r>
      <w:r>
        <w:t>Should we try to bring him back or avoid him?</w:t>
      </w:r>
    </w:p>
    <w:p>
      <w:pPr>
        <w:jc w:val="right"/>
      </w:pPr>
      <w:r>
        <w:t>شوڈ وی ٹرائی ٹو برنگ ہم بیک اور اوائڈ ہم؟</w:t>
      </w:r>
    </w:p>
    <w:p>
      <w:r>
        <w:rPr>
          <w:b/>
        </w:rPr>
        <w:t xml:space="preserve">[16:58] </w:t>
      </w:r>
      <w:r>
        <w:t>Bhai, hum to yahi chahenge ke har aadmi daee bane. Apni koshish to hum karenge yahi, lekin apne bas mein koshish karna hai.</w:t>
      </w:r>
    </w:p>
    <w:p>
      <w:pPr>
        <w:jc w:val="right"/>
      </w:pPr>
      <w:r>
        <w:t>بھئی، ہم تو یہی چاہیں گے کہ ہر آدمی داعی بنے۔ اپنی کوشش تو ہم کریں گے یہی، لیکن اپنے بس میں کوشش کرنا ہے۔</w:t>
      </w:r>
    </w:p>
    <w:p>
      <w:r>
        <w:rPr>
          <w:b/>
        </w:rPr>
        <w:t xml:space="preserve">[17:09] </w:t>
      </w:r>
      <w:r>
        <w:t>Mein samajhta hoon ke da'wat jo hai, yeh bohat, yani yeh is se samajh liya jaye ke da'wat farz al-kifaya nahi hai, farz ain hai.</w:t>
      </w:r>
    </w:p>
    <w:p>
      <w:pPr>
        <w:jc w:val="right"/>
      </w:pPr>
      <w:r>
        <w:t>میں سمجھتا ہوں کہ دعوت جو ہے، یہ بہت، یعنی یہ اس سے سمجھ لیا جائے کہ دعوت فرض الکفایہ نہیں ہے، فرض عین ہے۔</w:t>
      </w:r>
    </w:p>
    <w:p>
      <w:r>
        <w:rPr>
          <w:b/>
        </w:rPr>
        <w:t xml:space="preserve">[17:18] </w:t>
      </w:r>
      <w:r>
        <w:t>yeh</w:t>
      </w:r>
    </w:p>
    <w:p>
      <w:pPr>
        <w:jc w:val="right"/>
      </w:pPr>
      <w:r>
        <w:t>یہ</w:t>
      </w:r>
    </w:p>
    <w:p>
      <w:r>
        <w:rPr>
          <w:b/>
        </w:rPr>
        <w:t xml:space="preserve">[17:21] </w:t>
      </w:r>
      <w:r>
        <w:t>har har momin ke liye farz hai. Yeh samajhna bohat bari bhool hai. Kuch logon ne yeh keh diya ke farz al-kifaya hai. Mein us ko nahi manta. Har har momin ke liye, har har muslim ke liye farz hai ke woh da'wati kaam kare.</w:t>
      </w:r>
    </w:p>
    <w:p>
      <w:pPr>
        <w:jc w:val="right"/>
      </w:pPr>
      <w:r>
        <w:t>ہر ہر مومن کے لیے فرض ہے۔ یہ سمجھنا بہت بڑی بھول ہے۔ کچھ لوگوں نے یہ کہہ دیا کہ فرض الکفایہ ہے۔ میں اس کو نہیں مانتا۔ ہر ہر مومن کے لیے، ہر ہر مسلم کے لیے فرض ہے کہ وہ دعوتی کام کرے۔</w:t>
      </w:r>
    </w:p>
    <w:p>
      <w:r>
        <w:rPr>
          <w:b/>
        </w:rPr>
        <w:t xml:space="preserve">[17:36] </w:t>
      </w:r>
      <w:r>
        <w:t>Aur is zamane mein kitna aasan ho gaya hai.</w:t>
      </w:r>
    </w:p>
    <w:p>
      <w:pPr>
        <w:jc w:val="right"/>
      </w:pPr>
      <w:r>
        <w:t>اور اس زمانے میں کتنا آسان ہو گیا ہے۔</w:t>
      </w:r>
    </w:p>
    <w:p>
      <w:r>
        <w:rPr>
          <w:b/>
        </w:rPr>
        <w:t xml:space="preserve">[17:39] </w:t>
      </w:r>
      <w:r>
        <w:t>Literature bohat chhape chhape maujood hain, pamphlet ke roop mein, brochure ke roop mein. Aap logon ko dijiye, aap kuch bhi kaam karo, lekin itna time to aap ke paas hai ke jise milein,</w:t>
      </w:r>
    </w:p>
    <w:p>
      <w:pPr>
        <w:jc w:val="right"/>
      </w:pPr>
      <w:r>
        <w:t>لٹریچر بہت چھپے چھپائے موجود ہیں، پیمفلیٹ کے روپ میں، بروشر کے روپ میں۔ آپ لوگوں کو دیجئے، آپ کچھ بھی کام کرو، لیکن اتنا ٹائم تو آپ کے پاس ہے کہ جسے ملیں،</w:t>
      </w:r>
    </w:p>
    <w:p>
      <w:r>
        <w:rPr>
          <w:b/>
        </w:rPr>
        <w:t xml:space="preserve">[17:53] </w:t>
      </w:r>
      <w:r>
        <w:t>un ko aik aik aik brochure de dein, aik pamphlet de dein.</w:t>
      </w:r>
    </w:p>
    <w:p>
      <w:pPr>
        <w:jc w:val="right"/>
      </w:pPr>
      <w:r>
        <w:t>ان کو ایک ایک ایک بروشر دے دیں، ایک پیمفلیٹ دے دیں۔</w:t>
      </w:r>
    </w:p>
    <w:p>
      <w:r>
        <w:rPr>
          <w:b/>
        </w:rPr>
        <w:t xml:space="preserve">[17:57] </w:t>
      </w:r>
      <w:r>
        <w:t>To da'wa work farz hai har aadmi ke upar, aur sath sath da'wati kaam ke liye is zamane mein itni zyada facilities ho chuki hain ke aap kisi ke paas woh excuse nahi hai.</w:t>
      </w:r>
    </w:p>
    <w:p>
      <w:pPr>
        <w:jc w:val="right"/>
      </w:pPr>
      <w:r>
        <w:t>تو دعوی ورک فرض ہے ہر آدمی کے اوپر، اور ساتھ ساتھ دعوتی کام کے لیے اس زمانے میں اتنی زیادہ فیسلیٹیز ہو چکی ہیں کہ آپ کسی کے پاس وہ ایکسکیوز نہیں ہے۔</w:t>
      </w:r>
    </w:p>
    <w:p>
      <w:r>
        <w:rPr>
          <w:b/>
        </w:rPr>
        <w:t xml:space="preserve">[18:09] </w:t>
      </w:r>
      <w:r>
        <w:t>Har aadmi apni pocket mein, apne bag mein, aur yeh pamphlet rakh sakta hai, aur logon ko deta rahe. Woh</w:t>
      </w:r>
    </w:p>
    <w:p>
      <w:pPr>
        <w:jc w:val="right"/>
      </w:pPr>
      <w:r>
        <w:t>ہر آدمی اپنی پاکٹ میں، اپنے بیگ میں، اور یہ پیمفلیٹ رکھ سکتا ہے، اور لوگوں کو دیتا رہے۔ وہ</w:t>
      </w:r>
    </w:p>
    <w:p>
      <w:r>
        <w:rPr>
          <w:b/>
        </w:rPr>
        <w:t xml:space="preserve">[18:17] </w:t>
      </w:r>
      <w:r>
        <w:t>jab bhi mulaqat kisi se ho, to mein samajhta hoon koi excuse Khuda ke haan mana nahi jayega is mamle mein.</w:t>
      </w:r>
    </w:p>
    <w:p>
      <w:pPr>
        <w:jc w:val="right"/>
      </w:pPr>
      <w:r>
        <w:t>جب بھی ملاقات کسی سے ہو، تو میں سمجھتا ہوں کوئی ایکسکیوز خدا کے ہاں مانا نہیں جائے گا اس معاملے میں۔</w:t>
      </w:r>
    </w:p>
    <w:p>
      <w:r>
        <w:rPr>
          <w:b/>
        </w:rPr>
        <w:t xml:space="preserve">[18:28] </w:t>
      </w:r>
      <w:r>
        <w:t>This question is from Razia. Supporters of co-education often say that it leads to holistic personality development of the individual.</w:t>
      </w:r>
    </w:p>
    <w:p>
      <w:pPr>
        <w:jc w:val="right"/>
      </w:pPr>
      <w:r>
        <w:t>دس کوئسچن از فرام راضیہ۔ سپورٹرز اف کو ایجوکیشن افن سے دیٹ اٹ لیڈز ٹو ہولسٹک پرسنیلٹی ڈویلپمنٹ اف دا انڈیویجول۔</w:t>
      </w:r>
    </w:p>
    <w:p>
      <w:r>
        <w:rPr>
          <w:b/>
        </w:rPr>
        <w:t xml:space="preserve">[18:40] </w:t>
      </w:r>
      <w:r>
        <w:t>Kindly</w:t>
      </w:r>
    </w:p>
    <w:p>
      <w:pPr>
        <w:jc w:val="right"/>
      </w:pPr>
      <w:r>
        <w:t>کائنڈلی</w:t>
      </w:r>
    </w:p>
    <w:p>
      <w:r>
        <w:rPr>
          <w:b/>
        </w:rPr>
        <w:t xml:space="preserve">[18:41] </w:t>
      </w:r>
      <w:r>
        <w:t>comment. Yeh to aik aik aik jhooti philosophy hai. Koi is ka, yani na to us ko koi back karne ke liye, na koi scientific base hai, na koi experience hai.</w:t>
      </w:r>
    </w:p>
    <w:p>
      <w:pPr>
        <w:jc w:val="right"/>
      </w:pPr>
      <w:r>
        <w:t>کمنٹ۔ یہ تو ایک ایک ایک جھوٹی فلاسفی ہے۔ کوئی اس کا، یعنی نہ تو اس کو کوئی بیک کرنے کے لیے، نہ کوئی سائنٹیفک بیس ہے، نہ کوئی ایکسپیرینس ہے۔</w:t>
      </w:r>
    </w:p>
    <w:p>
      <w:r>
        <w:rPr>
          <w:b/>
        </w:rPr>
        <w:t xml:space="preserve">[18:57] </w:t>
      </w:r>
      <w:r>
        <w:t>Jabke mein jo kehta hoon, us ke liye history ka tajurba maujood hai. Aap dekhiye, ab se pehle duniya mein co-education nahi thi, to saare bare bare log paida hue.</w:t>
      </w:r>
    </w:p>
    <w:p>
      <w:pPr>
        <w:jc w:val="right"/>
      </w:pPr>
      <w:r>
        <w:t>جبکہ میں جو کہتا ہوں، اس کے لیے ہسٹری کا تجربہ موجود ہے۔ آپ دیکھیے، اب سے پہلے دنیا میں کو ایجوکیشن نہیں تھی، تو سارے بڑے بڑے لوگ پیدا ہوئے۔</w:t>
      </w:r>
    </w:p>
    <w:p>
      <w:r>
        <w:rPr>
          <w:b/>
        </w:rPr>
        <w:t xml:space="preserve">[19:10] </w:t>
      </w:r>
      <w:r>
        <w:t>jitne</w:t>
      </w:r>
    </w:p>
    <w:p>
      <w:pPr>
        <w:jc w:val="right"/>
      </w:pPr>
      <w:r>
        <w:t>جتنے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