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03 Jan 2010 - Maulana Wahiduddin Khan</w:t>
      </w:r>
    </w:p>
    <w:p>
      <w:r>
        <w:t>https://www.youtube.com/watch?v=tEiK4snkN_Y</w:t>
      </w:r>
    </w:p>
    <w:p>
      <w:r>
        <w:rPr>
          <w:b/>
        </w:rPr>
        <w:t xml:space="preserve">[00:10] </w:t>
      </w:r>
      <w:r>
        <w:t>This question is from Dr. Farida Khanam from Delhi. Why is it that man has always been ungrateful to both God and man?</w:t>
      </w:r>
    </w:p>
    <w:p>
      <w:pPr>
        <w:jc w:val="right"/>
      </w:pPr>
      <w:r>
        <w:t>This question is from Dr. Farida Khanam from Delhi. Why is it that man has always been ungrateful to both God and man?</w:t>
      </w:r>
    </w:p>
    <w:p>
      <w:r>
        <w:rPr>
          <w:b/>
        </w:rPr>
        <w:t xml:space="preserve">[00:22] </w:t>
      </w:r>
      <w:r>
        <w:t>This is true for both the haves and the haves-not. Kindly explain.</w:t>
      </w:r>
    </w:p>
    <w:p>
      <w:pPr>
        <w:jc w:val="right"/>
      </w:pPr>
      <w:r>
        <w:t>This is true for both the haves and the haves-not. Kindly explain.</w:t>
      </w:r>
    </w:p>
    <w:p>
      <w:r>
        <w:rPr>
          <w:b/>
        </w:rPr>
        <w:t xml:space="preserve">[00:29] </w:t>
      </w:r>
      <w:r>
        <w:t>Dekhiye, shukr jo hai, gratefulness jo hai, woh sochne se aati hai. Sochenge nahi to shukr bhi nahi ayega. Jaise maine abhi glass ko dekha,</w:t>
      </w:r>
    </w:p>
    <w:p>
      <w:pPr>
        <w:jc w:val="right"/>
      </w:pPr>
      <w:r>
        <w:t>देखिए, शुक्र जो है, ग्रेटफुलनेस जो है, वह सोचने से आती है। सोचेंगे नहीं तो शुक्र भी नहीं आएगा। जैसे मैंने अभी गिलास को देखा,</w:t>
      </w:r>
    </w:p>
    <w:p>
      <w:r>
        <w:rPr>
          <w:b/>
        </w:rPr>
        <w:t xml:space="preserve">[00:48] </w:t>
      </w:r>
      <w:r>
        <w:t>to main socha ki dekhiye, gilaas bol nahin sakta.</w:t>
      </w:r>
    </w:p>
    <w:p>
      <w:pPr>
        <w:jc w:val="right"/>
      </w:pPr>
      <w:r>
        <w:t>तो मैं सोचा कि देखिए, गिलास बोल नहीं सकता।</w:t>
      </w:r>
    </w:p>
    <w:p>
      <w:r>
        <w:rPr>
          <w:b/>
        </w:rPr>
        <w:t xml:space="preserve">[00:54] </w:t>
      </w:r>
      <w:r>
        <w:t>speech jo hai, specially khuda ne di hai insaan ko. yeh socha maine, to mere dil mein kaha ki kitna allah taala ke blessing hai</w:t>
      </w:r>
    </w:p>
    <w:p>
      <w:pPr>
        <w:jc w:val="right"/>
      </w:pPr>
      <w:r>
        <w:t>स्पीच जो है, स्पेशली खुदा ने दी है इंसान को। यह सोचा मैंने, तो मेरे दिल में कहा कि कितना अल्लाह ताला के ब्लेसिंग है</w:t>
      </w:r>
    </w:p>
    <w:p>
      <w:r>
        <w:rPr>
          <w:b/>
        </w:rPr>
        <w:t xml:space="preserve">[01:06] </w:t>
      </w:r>
      <w:r>
        <w:t>ki bolna jo hai, na mountain ko mila, na ocean ko mila, na galaxy koi bol sakti hai, na solar system bol sakta, na gilaas bol sakta. aur insaan ko khuda ne bolne ki taaqat di. is tarah sochne se</w:t>
      </w:r>
    </w:p>
    <w:p>
      <w:pPr>
        <w:jc w:val="right"/>
      </w:pPr>
      <w:r>
        <w:t>कि बोलना जो है, ना माउंटेन को मिला, ना ओशन को मिला, ना गैलेक्सी कोई बोल सकती है, ना सोलर सिस्टम बोल सकता, ना गिलास बोल सकता। और इंसान को खुदा ने बोलने की ताकत दी। इस तरह सोचने से</w:t>
      </w:r>
    </w:p>
    <w:p>
      <w:r>
        <w:rPr>
          <w:b/>
        </w:rPr>
        <w:t xml:space="preserve">[01:23] </w:t>
      </w:r>
      <w:r>
        <w:t>shukr aata hai, gratefulness aata hai. nahin sochenge to kuch bhi nahin.</w:t>
      </w:r>
    </w:p>
    <w:p>
      <w:pPr>
        <w:jc w:val="right"/>
      </w:pPr>
      <w:r>
        <w:t>शुक्र आता है, ग्रेटफुलनेस आता है। नहीं सोचेंगे तो कुछ भी नहीं।</w:t>
      </w:r>
    </w:p>
    <w:p>
      <w:r>
        <w:rPr>
          <w:b/>
        </w:rPr>
        <w:t xml:space="preserve">[01:33] </w:t>
      </w:r>
      <w:r>
        <w:t>aaj subah ek telephone ek saahab se baat ho rahi thi,</w:t>
      </w:r>
    </w:p>
    <w:p>
      <w:pPr>
        <w:jc w:val="right"/>
      </w:pPr>
      <w:r>
        <w:t>आज सुबह एक टेलीफोन एक साहब से बात हो रही थी,</w:t>
      </w:r>
    </w:p>
    <w:p>
      <w:r>
        <w:rPr>
          <w:b/>
        </w:rPr>
        <w:t xml:space="preserve">[01:39] </w:t>
      </w:r>
      <w:r>
        <w:t>to unhone kaha ki poori tareekh mein insaan ladta phirta raha, jang aur qatl karta raha. to maine kaha ki dekhiye, yeh tha azaadi ko misuse karna. allah taala ne insaan ko azaadi di.</w:t>
      </w:r>
    </w:p>
    <w:p>
      <w:pPr>
        <w:jc w:val="right"/>
      </w:pPr>
      <w:r>
        <w:t>तो उन्होंने कहा कि पूरी तारीख में इंसान लड़ता फिरता रहा, जंग और कत्ल करता रहा। तो मैंने कहा कि देखिए, यह था आजादी को मिसयूज करना। अल्लाह ताला ने इंसान को आजादी दी।</w:t>
      </w:r>
    </w:p>
    <w:p>
      <w:r>
        <w:rPr>
          <w:b/>
        </w:rPr>
        <w:t xml:space="preserve">[01:59] </w:t>
      </w:r>
      <w:r>
        <w:t>azaadi deke yeh sirf khuda ki cheez hai, kisi ko azaadi nahin hai duniya mein. itne stars hain, itne planet hain, itne saare,</w:t>
      </w:r>
    </w:p>
    <w:p>
      <w:pPr>
        <w:jc w:val="right"/>
      </w:pPr>
      <w:r>
        <w:t>आजादी देके ये सिर्फ खुदा की चीज है, किसी को आजादी नहीं है दुनिया में। इतने स्टार्स हैं, इतने प्लेनेट हैं, इतने सारे,</w:t>
      </w:r>
    </w:p>
    <w:p>
      <w:r>
        <w:rPr>
          <w:b/>
        </w:rPr>
        <w:t xml:space="preserve">[02:13] </w:t>
      </w:r>
      <w:r>
        <w:t>kisi ko azaadi nahin hai. ocean ko, mountain ko, yahan tak animal ki bhi azaadi nahin hai. apne instinct par chalte hain woh. insaan ko azaadi di gayi, azaadi. to maine kaha ki dekhiye, azaadi ko misuse na karna, yeh allah ki sifat hai.</w:t>
      </w:r>
    </w:p>
    <w:p>
      <w:pPr>
        <w:jc w:val="right"/>
      </w:pPr>
      <w:r>
        <w:t>किसी को आजादी नहीं है। ओशन को, माउंटेन को, यहां तक एनिमल की भी आजादी नहीं है। अपने इंस्टिंक्ट पर चलते हैं वो। इंसान को आजादी दी गई, आजादी। तो मैंने कहा कि देखिए, आजादी को मिसयूज ना करना, यह अल्लाह की सिफत है।</w:t>
      </w:r>
    </w:p>
    <w:p>
      <w:r>
        <w:rPr>
          <w:b/>
        </w:rPr>
        <w:t xml:space="preserve">[02:33] </w:t>
      </w:r>
      <w:r>
        <w:t>allah ke paas har kisi ko power hai, uski azaadi par koi control nahin kar sakta hai. lekin allah apni azaadi ko misuse nahin karta, apni taaqat ko misuse nahin karta. yeh tha insaan ka kamaal</w:t>
      </w:r>
    </w:p>
    <w:p>
      <w:pPr>
        <w:jc w:val="right"/>
      </w:pPr>
      <w:r>
        <w:t>अल्लाह के पास हर किसी को पावर है, उसकी आजादी पर कोई कंट्रोल नहीं कर सकता है। लेकिन अल्लाह अपनी आजादी को मिसयूज नहीं करता, अपनी ताकत को मिसयूज नहीं करता। यह था इंसान का कमाल</w:t>
      </w:r>
    </w:p>
    <w:p>
      <w:r>
        <w:rPr>
          <w:b/>
        </w:rPr>
        <w:t xml:space="preserve">[02:50] </w:t>
      </w:r>
      <w:r>
        <w:t>ki woh kare jo khuda ki sifat hai, ki azaadi paakar ke misuse na kare usko. to phir khuda ka pados uske liye mukaddar tha. khuda ka pados,</w:t>
      </w:r>
    </w:p>
    <w:p>
      <w:pPr>
        <w:jc w:val="right"/>
      </w:pPr>
      <w:r>
        <w:t>कि वह करे जो खुदा की सिफत है, कि आजादी पाकर के मिसयूज ना करे उसको। तो फिर खुदा का पड़ोस उसके लिए मुकद्दर था। खुदा का पड़ोस,</w:t>
      </w:r>
    </w:p>
    <w:p>
      <w:r>
        <w:rPr>
          <w:b/>
        </w:rPr>
        <w:t xml:space="preserve">[03:04] </w:t>
      </w:r>
      <w:r>
        <w:t>in the malik ke mukt,</w:t>
      </w:r>
    </w:p>
    <w:p>
      <w:pPr>
        <w:jc w:val="right"/>
      </w:pPr>
      <w:r>
        <w:t>इन द मलिक के मुक्त,</w:t>
      </w:r>
    </w:p>
    <w:p>
      <w:r>
        <w:rPr>
          <w:b/>
        </w:rPr>
        <w:t xml:space="preserve">[03:07] </w:t>
      </w:r>
      <w:r>
        <w:t>khuda ke qurbat. lekin insaan jo hai,</w:t>
      </w:r>
    </w:p>
    <w:p>
      <w:pPr>
        <w:jc w:val="right"/>
      </w:pPr>
      <w:r>
        <w:t>खुदा के कुरबत। लेकिन इंसान जो है,</w:t>
      </w:r>
    </w:p>
    <w:p>
      <w:r>
        <w:rPr>
          <w:b/>
        </w:rPr>
        <w:t xml:space="preserve">[03:18] </w:t>
      </w:r>
      <w:r>
        <w:t>qadr ma qadrullah ka haq qadri ki khuda ne itni badi cheez di aur qadr nahin kar saka, aur woh misuse karne laga usko.</w:t>
      </w:r>
    </w:p>
    <w:p>
      <w:pPr>
        <w:jc w:val="right"/>
      </w:pPr>
      <w:r>
        <w:t>कदर मा कदरुल्लाह का हक कदरी कि खुदा ने इतनी बड़ी चीज दी और कदर नहीं कर सका, और वो मिसयूज करने लगा उसको।</w:t>
      </w:r>
    </w:p>
    <w:p>
      <w:r>
        <w:rPr>
          <w:b/>
        </w:rPr>
        <w:t xml:space="preserve">[03:29] </w:t>
      </w:r>
      <w:r>
        <w:t>to yeh yeh sochne ke saath-saath aata hai. agar soche nahin, to yeh bhi nahin samajh mein aayega. yeh soche tab samajh mein aayega ki dekhiye, azaadi kitni badi cheez hai. woh cheez jo allah ki apni sifat hai, usko de diya insaan ko. aur isliye diya ki woh misuse na kare, to phir woh</w:t>
      </w:r>
    </w:p>
    <w:p>
      <w:pPr>
        <w:jc w:val="right"/>
      </w:pPr>
      <w:r>
        <w:t>तो ये ये सोचने के साथ-साथ आता है। अगर सोचे नहीं, तो ये भी नहीं समझ में आएगा। ये सोचे तब समझ में आएगा कि देखिए, आजादी कितनी बड़ी चीज है। वो चीज जो अल्लाह की अपनी सिफत है, उसको दे दिया इंसान को। और इसलिए दिया कि वो मिसयूज ना करे, तो फिर वो</w:t>
      </w:r>
    </w:p>
    <w:p>
      <w:r>
        <w:rPr>
          <w:b/>
        </w:rPr>
        <w:t xml:space="preserve">[03:50] </w:t>
      </w:r>
      <w:r>
        <w:t>takhalbakhlak allah ke barabar aa jayega, aur allah ke ke kareeb usko rehne ka mauqa milega. to baharhal, gratefulness jo hai, uska taalluq soch se hai. koi sochta hi nahin. main to kisi ko paaya nahin ki sochta ho.</w:t>
      </w:r>
    </w:p>
    <w:p>
      <w:pPr>
        <w:jc w:val="right"/>
      </w:pPr>
      <w:r>
        <w:t>तखल बखलाक अल्लाह के बराबर आ जाएगा, और अल्लाह के के करीब उसको रहने का मौका मिलेगा। तो बहरहाल, ग्रेटफुलनेस जो है, उसका ताल्लुक सोच से है। कोई सोचता ही नहीं। मैं तो किसी को पाया नहीं कि सोचता हो।</w:t>
      </w:r>
    </w:p>
    <w:p>
      <w:r>
        <w:rPr>
          <w:b/>
        </w:rPr>
        <w:t xml:space="preserve">[04:10] </w:t>
      </w:r>
      <w:r>
        <w:t>main apni zindagi to kisi ko paaya nahin ki sochta ho. har cheez par sochna hai, baal par, naakhoon par, har cheez par sochna hai.</w:t>
      </w:r>
    </w:p>
    <w:p>
      <w:pPr>
        <w:jc w:val="right"/>
      </w:pPr>
      <w:r>
        <w:t>मैं अपनी जिंदगी तो किसी को पाया नहीं कि सोचता हो। हर चीज पर सोचना है, बाल पर, नाखून पर, हर चीज पर सोचना है।</w:t>
      </w:r>
    </w:p>
    <w:p>
      <w:r>
        <w:rPr>
          <w:b/>
        </w:rPr>
        <w:t xml:space="preserve">[04:23] </w:t>
      </w:r>
      <w:r>
        <w:t>jaise ab maine utha chaaha ki mera daaya haath uthe, to yeh uth gaya. main chaaha ki baaya haath uthe, to yeh uth gaya. kyunki sochna is par sochna hai, kaise dimaag control kar raha hai. har ungli par,</w:t>
      </w:r>
    </w:p>
    <w:p>
      <w:pPr>
        <w:jc w:val="right"/>
      </w:pPr>
      <w:r>
        <w:t>जैसे अब मैंने उठा चाहा कि मेरा दाया हाथ उठे, तो यह उठ गया। मैं चाहा कि बाया हाथ उठे, तो यह उठ गया। क्योंकि सोचना इस पर सोचना है, कैसे दिमाग कंट्रोल कर रहा है। हर उंगली पर,</w:t>
      </w:r>
    </w:p>
    <w:p>
      <w:r>
        <w:rPr>
          <w:b/>
        </w:rPr>
        <w:t xml:space="preserve">[04:37] </w:t>
      </w:r>
      <w:r>
        <w:t>body ke har hisse par, mind ka control hai.</w:t>
      </w:r>
    </w:p>
    <w:p>
      <w:pPr>
        <w:jc w:val="right"/>
      </w:pPr>
      <w:r>
        <w:t>बॉडी के हर हिस्से पर, माइंड का कंट्रोल है।</w:t>
      </w:r>
    </w:p>
    <w:p>
      <w:r>
        <w:rPr>
          <w:b/>
        </w:rPr>
        <w:t xml:space="preserve">[04:41] </w:t>
      </w:r>
      <w:r>
        <w:t>kaise mind control kar raha hai.</w:t>
      </w:r>
    </w:p>
    <w:p>
      <w:pPr>
        <w:jc w:val="right"/>
      </w:pPr>
      <w:r>
        <w:t>कैसे माइंड कंट्रोल कर रहा है।</w:t>
      </w:r>
    </w:p>
    <w:p>
      <w:r>
        <w:rPr>
          <w:b/>
        </w:rPr>
        <w:t xml:space="preserve">[04:46] </w:t>
      </w:r>
      <w:r>
        <w:t>to baharhal, isiliye quran aur hadees mein sabse ahmiyat di gayi tafakkur ko, tafakkur aur tadabbur. socho, socho, socho, socho. to bas batao, jo sochega nahin, woh shukr bhi nahin karega. animal ki tarah rahega woh.</w:t>
      </w:r>
    </w:p>
    <w:p>
      <w:pPr>
        <w:jc w:val="right"/>
      </w:pPr>
      <w:r>
        <w:t>तो बहरहाल, इसीलिए कुरान और हदीस में सबसे अहमियत दी गई तफक्कुर को, तफक और तदब्बर। सोचो, सोचो, सोचो, सोचो। तो बस बताओ, जो सोचेगा नहीं, वह शुक्र भी नहीं करेगा। एनिमल की तरह रहेगा वो।</w:t>
      </w:r>
    </w:p>
    <w:p>
      <w:r>
        <w:rPr>
          <w:b/>
        </w:rPr>
        <w:t xml:space="preserve">[05:05] </w:t>
      </w:r>
      <w:r>
        <w:t>to basic baat hai, apne andar tadabbur aur tafakkur wali sifat ko develop karna.</w:t>
      </w:r>
    </w:p>
    <w:p>
      <w:pPr>
        <w:jc w:val="right"/>
      </w:pPr>
      <w:r>
        <w:t>तो बेसिक बात है, अपने अंदर तदब्बर और तफक्कुर वाली सिफत को डेवलप करना।</w:t>
      </w:r>
    </w:p>
    <w:p>
      <w:r>
        <w:rPr>
          <w:b/>
        </w:rPr>
        <w:t xml:space="preserve">[05:14] </w:t>
      </w:r>
      <w:r>
        <w:t>main isi ko basic baat samajhta hoon.</w:t>
      </w:r>
    </w:p>
    <w:p>
      <w:pPr>
        <w:jc w:val="right"/>
      </w:pPr>
      <w:r>
        <w:t>मैं इसी को बेसिक बात समझता हूं।</w:t>
      </w:r>
    </w:p>
    <w:p>
      <w:r>
        <w:rPr>
          <w:b/>
        </w:rPr>
        <w:t xml:space="preserve">[05:21] </w:t>
      </w:r>
      <w:r>
        <w:t>this question is from miss tuti from delhi. why are muslims, particularly the young generation of today, obsessed with the idea of establishing political rule?</w:t>
      </w:r>
    </w:p>
    <w:p>
      <w:pPr>
        <w:jc w:val="right"/>
      </w:pPr>
      <w:r>
        <w:t>दिस क्वेश्चन इज फ्रॉम मिस तुती फ्रॉम दिल्ली। व्हाई आर मुस्लिम्स, पर्टिकुलरली द यंग जनरेशन ऑफ टुडे, ऑब्सेस विद द आइडिया ऑफ एस्टेब्लिशिंग पॉलिटिकल रूल?</w:t>
      </w:r>
    </w:p>
    <w:p>
      <w:r>
        <w:rPr>
          <w:b/>
        </w:rPr>
        <w:t xml:space="preserve">[05:36] </w:t>
      </w:r>
      <w:r>
        <w:t>and why is it, why is it that doing dawa no longer their priority?</w:t>
      </w:r>
    </w:p>
    <w:p>
      <w:pPr>
        <w:jc w:val="right"/>
      </w:pPr>
      <w:r>
        <w:t>एंड व्हाई इज इट, व्हाई इज इट दैट डूइंग दावा नो लंगर देर प्रायोरिटी?</w:t>
      </w:r>
    </w:p>
    <w:p>
      <w:r>
        <w:rPr>
          <w:b/>
        </w:rPr>
        <w:t xml:space="preserve">[05:47] </w:t>
      </w:r>
      <w:r>
        <w:t>main samajhta hoon ki unawareness iska raaz hai. jaante hain nahin ki zamana badal gaya hai. zamane mein kya nayi baatein hain. aur jo maari jaati hai, iski hamare ulama par, leaderon par, rama par, unhone bataya nahin naujawanon ko</w:t>
      </w:r>
    </w:p>
    <w:p>
      <w:pPr>
        <w:jc w:val="right"/>
      </w:pPr>
      <w:r>
        <w:t>मैं समझता हूं कि अनवेयरनेस इसका राज है। जानते हैं नहीं कि जमाना बदल गया है। जमाने में क्या नई बातें हैं। और जो मारी जाती है, इसकी हमारे उलमा पर, लीडरों पर, रमा पर, उन्होंने बताया नहीं नौजवानों को</w:t>
      </w:r>
    </w:p>
    <w:p>
      <w:r>
        <w:rPr>
          <w:b/>
        </w:rPr>
        <w:t xml:space="preserve">[06:04] </w:t>
      </w:r>
      <w:r>
        <w:t>ki ek naye zamane mein hum dakhel ho gaye hain.</w:t>
      </w:r>
    </w:p>
    <w:p>
      <w:pPr>
        <w:jc w:val="right"/>
      </w:pPr>
      <w:r>
        <w:t>कि एक नए जमाने में हम दाखिल हो गए हैं।</w:t>
      </w:r>
    </w:p>
    <w:p>
      <w:r>
        <w:rPr>
          <w:b/>
        </w:rPr>
        <w:t xml:space="preserve">[06:11] </w:t>
      </w:r>
      <w:r>
        <w:t>purani zamane zamane ki baat hai. kabhi hai naujawan muslim, tadabbar bhi kiya tu ne. wo kya gardu hai tu, jiska hai toota hua tara. bas maji ke yani political jo badhai hai, usi ko yaad dilate rahe. bas</w:t>
      </w:r>
    </w:p>
    <w:p>
      <w:pPr>
        <w:jc w:val="right"/>
      </w:pPr>
      <w:r>
        <w:t>पुरानी जमाने जमाने की बात है। कभी है नौजवान मुस्लिम, तदब्बर भी किया तूने। वो क्या गर्दू है तू, जिसका है टूटा हुआ तारा। बस माजी के यानी पॉलिटिकल जो बढ़ाई है, उसी को याद दिलाते रहे। बस</w:t>
      </w:r>
    </w:p>
    <w:p>
      <w:r>
        <w:rPr>
          <w:b/>
        </w:rPr>
        <w:t xml:space="preserve">[06:28] </w:t>
      </w:r>
      <w:r>
        <w:t>maji hum aise the, maji hum aise the.</w:t>
      </w:r>
    </w:p>
    <w:p>
      <w:pPr>
        <w:jc w:val="right"/>
      </w:pPr>
      <w:r>
        <w:t>माजी हम ऐसे थे, माजी हम ऐसे थे।</w:t>
      </w:r>
    </w:p>
    <w:p>
      <w:r>
        <w:rPr>
          <w:b/>
        </w:rPr>
        <w:t xml:space="preserve">[06:34] </w:t>
      </w:r>
      <w:r>
        <w:t>khud meri family mein ek jo hamare ek bade shayar the, khud meri family mein, to wo bhi isi tarah ki baatein karte the. unka sher tha ki, "ya dayam ke tale qaum ka bedaar tha, har musalman nashe tauheed mein sarshaar tha." bas wahi yaad aayi. maji ke maji ki yaad.</w:t>
      </w:r>
    </w:p>
    <w:p>
      <w:pPr>
        <w:jc w:val="right"/>
      </w:pPr>
      <w:r>
        <w:t>खुद मेरी फैमिली में एक जो हमारे एक बड़े शायर थे, खुद मेरी फैमिली में, तो वो भी इसी तरह की बातें करते थे। उनका शेर था कि, "या दयाम के ताले कौम का बेदार था, हर मुसलमान नशे तौहीद में सरशार था।" बस वही याद आई। माजी के माजी की याद।</w:t>
      </w:r>
    </w:p>
    <w:p>
      <w:r>
        <w:rPr>
          <w:b/>
        </w:rPr>
        <w:t xml:space="preserve">[06:57] </w:t>
      </w:r>
      <w:r>
        <w:t>aaj jo opportunity khuli hai, aaj jo naye halaat paida hue hain, jo hamare liye favorable hai, wo kisi ne bataya hi nahi. kisi ne bhi nahi bataya. allah taala ki taufeeq se, mujhe main pehla shakhs poore muslim world mein, jisne bataya</w:t>
      </w:r>
    </w:p>
    <w:p>
      <w:pPr>
        <w:jc w:val="right"/>
      </w:pPr>
      <w:r>
        <w:t>आज जो अपॉर्चुनिटी खुली है, आज जो नए हालात पैदा हुए हैं, जो हमारे लिए फेवरेबल है, वो किसी ने बताया ही नहीं। किसी ने भी नहीं बताया। अल्लाह ताला की तौफीक से, मुझे मैं पहला शख्स पूरे मुस्लिम वर्ल्ड में, जिसने बताया</w:t>
      </w:r>
    </w:p>
    <w:p>
      <w:r>
        <w:rPr>
          <w:b/>
        </w:rPr>
        <w:t xml:space="preserve">[07:14] </w:t>
      </w:r>
      <w:r>
        <w:t>ki naye opportunity ko avel karo. poore muslim world mein, allah taala ki taufeeq se, main iske liye khada hua ki bataun ki naye mawake khule hain, unko avel karo. lekin sab maji ki baat hai, maji ki baat hai, maji ki baat hai.</w:t>
      </w:r>
    </w:p>
    <w:p>
      <w:pPr>
        <w:jc w:val="right"/>
      </w:pPr>
      <w:r>
        <w:t>कि नए अपॉर्चुनिटी को अवेल करो। पूरे मुस्लिम वर्ल्ड में, अल्लाह ताला की तौफीक से, मैं इसके लिए खड़ा हुआ कि बताऊं कि नए मवाके खुले हैं, उनको अवेल करो। लेकिन सब माजी की बात है, माजी की बात है, माजी की बात है।</w:t>
      </w:r>
    </w:p>
    <w:p>
      <w:r>
        <w:rPr>
          <w:b/>
        </w:rPr>
        <w:t xml:space="preserve">[07:32] </w:t>
      </w:r>
      <w:r>
        <w:t>spain mein humne yeh saltanat qaim ki, baghdad mein yeh saltanat qaim ki, aur mughal daur mein yeh hamara general tha, waghera waghera. sab absent baatein hain.</w:t>
      </w:r>
    </w:p>
    <w:p>
      <w:pPr>
        <w:jc w:val="right"/>
      </w:pPr>
      <w:r>
        <w:t>स्पेन में हमने यह सल्तनत कायम की, बगदाद में यह सल्तनत कायम की, और मुगल दौर में यह हमारा जनरल था, वगैरह वगैरह। सब एप्सट बातें हैं।</w:t>
      </w:r>
    </w:p>
    <w:p>
      <w:r>
        <w:rPr>
          <w:b/>
        </w:rPr>
        <w:t xml:space="preserve">[07:46] </w:t>
      </w:r>
      <w:r>
        <w:t>to allah ki taufeeq se, yeh maine meri discovery thi ki ab daur jo aaya hai, naye halaat paida hue hain, naye mawake paida hue hain, nai opportunity khuli hain, unko avel karo.</w:t>
      </w:r>
    </w:p>
    <w:p>
      <w:pPr>
        <w:jc w:val="right"/>
      </w:pPr>
      <w:r>
        <w:t>तो अल्लाह की तौफीक से, यह मैंने मेरी डिस्कवरी थी कि अब दौर जो आया है, नए हालात पैदा हुए हैं, नए मवाके पैदा हुए हैं, नई अपॉर्चुनिटी खुली हैं, उनको अवेल करो।</w:t>
      </w:r>
    </w:p>
    <w:p>
      <w:r>
        <w:rPr>
          <w:b/>
        </w:rPr>
        <w:t xml:space="preserve">[08:04] </w:t>
      </w:r>
      <w:r>
        <w:t>ek ek naujawan gaye america, america mein pada unhone, phir india wapas aa gaye. to mujhse mile, unko aake dekhiye, jo mujhse milta hai, kehta hai ki, "arey, to america se india chale aaye, america se india chale aaye. yahan kya hai?" maine kaha, "jhooth bolte hain log.</w:t>
      </w:r>
    </w:p>
    <w:p>
      <w:pPr>
        <w:jc w:val="right"/>
      </w:pPr>
      <w:r>
        <w:t>एक एक नौजवान गए अमेरिका, अमेरिका में पढ़ा उन्होंने, फिर इंडिया वापस आ गए। तो मुझसे मिले, उनको आके देखिए, जो मुझसे मिलता है, कहता है कि, "अरे, तो अमेरिका से इंडिया चले आए, अमेरिका से इंडिया चले आए। यहां क्या है?" मैंने कहा, "झूठ बोलते हैं लोग।</w:t>
      </w:r>
    </w:p>
    <w:p>
      <w:r>
        <w:rPr>
          <w:b/>
        </w:rPr>
        <w:t xml:space="preserve">[08:23] </w:t>
      </w:r>
      <w:r>
        <w:t>opportunity ka explosion hai, wo har jagah hai. india mein bhi hai, sri lanka mein bhi hai, aur america mein bhi hai. opportunity ka explosion hua is zamane mein, to yahan bhi hai. yahan bhi aap khoob khoob tarakki kar sakte hain.</w:t>
      </w:r>
    </w:p>
    <w:p>
      <w:pPr>
        <w:jc w:val="right"/>
      </w:pPr>
      <w:r>
        <w:t>अपॉर्चुनिटी का एक्सप्लोजन है, वो हर जगह है। इंडिया में भी है, श्रीलंका में भी है, और अमेरिका में भी है। अपॉर्चुनिटी का एक्सप्लोजन हुआ इस जमाने में, तो यहां भी है। यहां भी आप खूब खूब तरक्की कर सकते हैं।</w:t>
      </w:r>
    </w:p>
    <w:p>
      <w:r>
        <w:rPr>
          <w:b/>
        </w:rPr>
        <w:t xml:space="preserve">[08:39] </w:t>
      </w:r>
      <w:r>
        <w:t>logon ko khabar hi nahi hai ki zamane mein kya change aaya hai, zamane mein kya tabdili aayi hai. isi bekhabri ki wajah se yeh sab harkatein karte hain. to hamara hamara jo mashhad hai, logon ka awareness badhana.</w:t>
      </w:r>
    </w:p>
    <w:p>
      <w:pPr>
        <w:jc w:val="right"/>
      </w:pPr>
      <w:r>
        <w:t>लोगों को खबर ही नहीं है कि जमाने में क्या चेंज आया है, जमाने में क्या तब्दीली आई है। इसी बेखबरी की वजह से ये सब हरकतें करते हैं। तो हमारा हमारा जो मशहद है, लोगों का अवेयरनेस बढ़ाना।</w:t>
      </w:r>
    </w:p>
    <w:p>
      <w:r>
        <w:rPr>
          <w:b/>
        </w:rPr>
        <w:t xml:space="preserve">[08:59] </w:t>
      </w:r>
      <w:r>
        <w:t>awareness badhana. jab aware ho jayenge, to sab chhod denge.</w:t>
      </w:r>
    </w:p>
    <w:p>
      <w:pPr>
        <w:jc w:val="right"/>
      </w:pPr>
      <w:r>
        <w:t>अवेयरनेस बढ़ाना। जब अवेयर हो जाएंगे, तो सब छोड़ देंगे।</w:t>
      </w:r>
    </w:p>
    <w:p>
      <w:r>
        <w:rPr>
          <w:b/>
        </w:rPr>
        <w:t xml:space="preserve">[09:07] </w:t>
      </w:r>
      <w:r>
        <w:t>to aap yahi koshish kijiye ki logon ko aware karayein, logon ko ba-khabar karayein,</w:t>
      </w:r>
    </w:p>
    <w:p>
      <w:pPr>
        <w:jc w:val="right"/>
      </w:pPr>
      <w:r>
        <w:t>तो आप यही कोशिश कीजिए कि लोगों को अवेयर कराएं, लोगों को बाख कराएं,</w:t>
      </w:r>
    </w:p>
    <w:p>
      <w:r>
        <w:rPr>
          <w:b/>
        </w:rPr>
        <w:t xml:space="preserve">[09:16] </w:t>
      </w:r>
      <w:r>
        <w:t>aur zamane mein jo tabdili aayi hai, usko jaan lein. to apne aap sab cheez khatm ho jayegi. aur yeh bhi nahi jante log ki dawah opportunity ko to bilkul nahi jante log.</w:t>
      </w:r>
    </w:p>
    <w:p>
      <w:pPr>
        <w:jc w:val="right"/>
      </w:pPr>
      <w:r>
        <w:t>और जमाने में जो तब्दीली आई है, उसको जान लें। तो अपने आप सब चीज खत्म हो जाएगी। और यह भी नहीं जानते लोग कि दावा अपॉर्चुनिटी को तो बिल्कुल नहीं जानते लोग।</w:t>
      </w:r>
    </w:p>
    <w:p>
      <w:r>
        <w:rPr>
          <w:b/>
        </w:rPr>
        <w:t xml:space="preserve">[09:32] </w:t>
      </w:r>
      <w:r>
        <w:t>dawah opportunity ko koi janta hi nahi. jaise arz kiya maine ki quran ki dhoom machi hui hai 100 baras se, lekin kisi ne yeh nahi bataya ki quran sabse bada kaam batata hai dawah. kisi ne nahi bataya.</w:t>
      </w:r>
    </w:p>
    <w:p>
      <w:pPr>
        <w:jc w:val="right"/>
      </w:pPr>
      <w:r>
        <w:t>दावा अपॉर्चुनिटी को कोई जानता ही नहीं। जैसे अर्ज किया मैंने कि कुरान की धूम मची हुई है 100 बरस से, लेकिन किसी ने यह नहीं बताया कि कुरान सबसे बड़ा काम बताता है दावा। किसी ने नहीं बताया।</w:t>
      </w:r>
    </w:p>
    <w:p>
      <w:r>
        <w:rPr>
          <w:b/>
        </w:rPr>
        <w:t xml:space="preserve">[09:48] </w:t>
      </w:r>
      <w:r>
        <w:t>mujhko allah taala ne taufeeq di. main isko discover kiya maine ki quran jo hai, sab bada mashhad dawah batata hai. dawah work, sab bada kaam dawah work. wo log quran padh-padh ke log nikal rahe the ladai-badai, political rule. yeh nikal rahe the quran padh-padh ke.</w:t>
      </w:r>
    </w:p>
    <w:p>
      <w:pPr>
        <w:jc w:val="right"/>
      </w:pPr>
      <w:r>
        <w:t>मुझको अल्लाह ताला ने तौफीक दी। मैं इसको डिस्कवर किया मैंने कि कुरान जो है, सब बड़ा मशहद दावा बताता है। दावा वर्क, सब बड़ा काम दावा वर्क। वो लोग कुरान पढ़-पढ़ के लोग निकाल रहे थे लड़ाई-बड़ाई, पॉलिटिकल रूल। ये निकाल रहे थे कुरान पढ़-पढ़ के।</w:t>
      </w:r>
    </w:p>
    <w:p>
      <w:r>
        <w:rPr>
          <w:b/>
        </w:rPr>
        <w:t xml:space="preserve">[10:05] </w:t>
      </w:r>
      <w:r>
        <w:t>to baharhal, aap logon ki zimmedari hai ki aap log is baat ko samajhte hain, isko duniya mein failayein, logon ki unawareness ko khatm karein.</w:t>
      </w:r>
    </w:p>
    <w:p>
      <w:pPr>
        <w:jc w:val="right"/>
      </w:pPr>
      <w:r>
        <w:t>तो बहरहाल, आप लोगों की जिम्मेदारी है कि आप लोग इस बात को समझते हैं, इसको दुनिया में फैलाएं, लोगों की अनवेयरनेस को खत्म करें।</w:t>
      </w:r>
    </w:p>
    <w:p>
      <w:r>
        <w:rPr>
          <w:b/>
        </w:rPr>
        <w:t xml:space="preserve">[10:15] </w:t>
      </w:r>
      <w:r>
        <w:t>this question is from mr mustafa umri from delhi. maulana sahib, kya aisa nahi hai ki sir syed ne aligarh muslim university banakar man oriented wala kaam kiya hai?</w:t>
      </w:r>
    </w:p>
    <w:p>
      <w:pPr>
        <w:jc w:val="right"/>
      </w:pPr>
      <w:r>
        <w:t>दिस क्वेश्चन इज फ्रॉम मिस्टर मुस्तफा उमरी फ्रॉम दिल्ली। मौलाना साहब, क्या ऐसा नहीं है कि सर सैयद ने अलीगढ़ मुस्लिम यूनिवर्सिटी बनाकर मैन ओरिएंटेड वाला काम किया है?</w:t>
      </w:r>
    </w:p>
    <w:p>
      <w:r>
        <w:rPr>
          <w:b/>
        </w:rPr>
        <w:t xml:space="preserve">[10:31] </w:t>
      </w:r>
      <w:r>
        <w:t>kyunki wahan se sirf musalman hi nahi, balki saare log faida utha rahe hain, aur ek educational institute banakar islam ki sabse aham fariza anjaam diya hai.</w:t>
      </w:r>
    </w:p>
    <w:p>
      <w:pPr>
        <w:jc w:val="right"/>
      </w:pPr>
      <w:r>
        <w:t>क्योंकि वहां से सिर्फ मुसलमान ही नहीं, बल्कि सारे लोग फायदा उठा रहे हैं, और एक एजुकेशनल इंस्टिट्यूट बनाकर इस्लाम की सबसे अहम फरीजा अंजाम दिया है।</w:t>
      </w:r>
    </w:p>
    <w:p>
      <w:r>
        <w:rPr>
          <w:b/>
        </w:rPr>
        <w:t xml:space="preserve">[10:47] </w:t>
      </w:r>
      <w:r>
        <w:t>mere yahan tak sabse aham fariza yahi tha.</w:t>
      </w:r>
    </w:p>
    <w:p>
      <w:pPr>
        <w:jc w:val="right"/>
      </w:pPr>
      <w:r>
        <w:t>मेरे यहां तक सबसे अहम फरीजा यही था।</w:t>
      </w:r>
    </w:p>
    <w:p>
      <w:r>
        <w:rPr>
          <w:b/>
        </w:rPr>
        <w:t xml:space="preserve">[10:52] </w:t>
      </w:r>
      <w:r>
        <w:t>main to dekhiye, education ko na muslim samajhta hoon, na hindu samajhta hoon. main hindu university ke naam ko galat samajhta hoon, aur muslim university ke naam ko galat samajhta hoon. uska naam hona chahiye aligarh university, uska naam hona chahiye banaras university.</w:t>
      </w:r>
    </w:p>
    <w:p>
      <w:pPr>
        <w:jc w:val="right"/>
      </w:pPr>
      <w:r>
        <w:t>मैं तो देखिए, एजुकेशन को ना मुस्लिम समझता हूं, ना हिंदू समझता हूं। मैं हिंदू यूनिवर्सिटी के नाम को गलत समझता हूं, और मुस्लिम यूनिवर्सिटी के नाम को गलत समझता हूं। उसका नाम होना चाहिए अलीगढ़ यूनिवर्सिटी, उसका नाम होना चाहिए बनारस यूनिवर्सिटी।</w:t>
      </w:r>
    </w:p>
    <w:p>
      <w:r>
        <w:rPr>
          <w:b/>
        </w:rPr>
        <w:t xml:space="preserve">[11:08] </w:t>
      </w:r>
      <w:r>
        <w:t>education koi mazhab nahi hota, yaad rakhiye. yeh galat soch wahan par aayi hai ki muslim education, muslim university, muslim college, is kehte hain ki musalman cell mein jeene lage. cell mein,</w:t>
      </w:r>
    </w:p>
    <w:p>
      <w:pPr>
        <w:jc w:val="right"/>
      </w:pPr>
      <w:r>
        <w:t>एजुकेशन कोई मजहब नहीं होता, याद रखिए। यह गलत सोच वहां पर आई है कि मुस्लिम एजुकेशन, मुस्लिम यूनिवर्सिटी, मुस्लिम कॉलेज, इस कहते हैं कि मुसलमान सेल में जीने लगे। सेल में,</w:t>
      </w:r>
    </w:p>
    <w:p>
      <w:r>
        <w:rPr>
          <w:b/>
        </w:rPr>
        <w:t xml:space="preserve">[11:26] </w:t>
      </w:r>
      <w:r>
        <w:t>cell mein jeene lage. ghetto banav karane ka mizaj unke andar aa gaya. main main manta hoon education fateh sek education ko. education khoob padho, khoob padho, lekin education fateh sek education. muslim education concept w nahi tha spain mein aur baghdad mein.</w:t>
      </w:r>
    </w:p>
    <w:p>
      <w:pPr>
        <w:jc w:val="right"/>
      </w:pPr>
      <w:r>
        <w:t>सेल में जीने लगे। घटो बनाव कराने का मिजाज उनके अंदर आ गया। मैं मैं मानता हूं एजुकेशन फतह सेक एजुकेशन को। एजुकेशन खूब पढ़ो, खूब पढ़ो, लेकिन एजुकेशन फतह सेक एजुकेशन। मुस्लिम एजुकेशन कांसेप्ट व नहीं था स्पेन में और बगदाद में।</w:t>
      </w:r>
    </w:p>
    <w:p>
      <w:r>
        <w:rPr>
          <w:b/>
        </w:rPr>
        <w:t xml:space="preserve">[11:46] </w:t>
      </w:r>
      <w:r>
        <w:t>wahan to education fateh sek education. haal hi mein likha hai ki wo harimi khilafat mein voton par lat kar chale jaate the misr yunan ke daftar. harimi khilafat mein voton par lat kar chale jaate the misr yunan ke daftar.</w:t>
      </w:r>
    </w:p>
    <w:p>
      <w:pPr>
        <w:jc w:val="right"/>
      </w:pPr>
      <w:r>
        <w:t>वहां तो एजुकेशन फतह सेक एजुकेशन। हाल ही में लिखा है कि वो हरीमी खिलाफत में वोटों पर लत कर चले जाते थे मिस्र यूना के दफ्तर। हरीमी खिलाफत में वोटों पर लत कर चले जाते थे मिस्र यूना के दफ्तर।</w:t>
      </w:r>
    </w:p>
    <w:p>
      <w:r>
        <w:rPr>
          <w:b/>
        </w:rPr>
        <w:t xml:space="preserve">[12:04] </w:t>
      </w:r>
      <w:r>
        <w:t>yani misr yunan mein secular philosophers ne, secular mind ne jo baat, jo kitabein taiyar ki thi, wo yahan laya gaya. usko tarjuma kiya gaya. dawah tarjuma wahan qaim hua. saare ulum, saare ilm ko seekho. ulum wasan. yeh islamize karna</w:t>
      </w:r>
    </w:p>
    <w:p>
      <w:pPr>
        <w:jc w:val="right"/>
      </w:pPr>
      <w:r>
        <w:t>यानी मिस्र यूनान में सेकुलर फिलॉसफर्स ने, सेकुलर माइंड ने जो बात, जो किताबें तैयार की थीं, वो यहां लाया गया। उसको तरजुमा किया गया। दावत तरजुमा वहां कायम हुआ। सारे उलम, सारे इल्म को सीखो। उलम वसन। यह इस्लामाइज करना</w:t>
      </w:r>
    </w:p>
    <w:p>
      <w:r>
        <w:rPr>
          <w:b/>
        </w:rPr>
        <w:t xml:space="preserve">[12:25] </w:t>
      </w:r>
      <w:r>
        <w:t>education ko madarsa chalaiye. aap madarse bhi theek hain. main iska, isko manta hoon ki madarse mein honi chahiye deeni taaleem. wo theek hai bilkul, lekin university aur college mein secular education honi chahiye. nateeja kya hai ki aaj muslim university ka mayar duniya mein</w:t>
      </w:r>
    </w:p>
    <w:p>
      <w:pPr>
        <w:jc w:val="right"/>
      </w:pPr>
      <w:r>
        <w:t>एजुकेशन को मदरसा चलाइए। आप मदरसे भीठीक हैं। मैं इसका, इसको मानता हूं कि मदरसे में होनी चाहिए दीनी तालीम। वोठीक है बिल्कुल, लेकिन यूनिवर्सिटी और कॉलेज में सेकुलर एजुकेशन होनी चाहिए। नतीजा क्या है कि आज मुस्लिम यूनिवर्सिटी का मयार दुनिया में</w:t>
      </w:r>
    </w:p>
    <w:p>
      <w:r>
        <w:rPr>
          <w:b/>
        </w:rPr>
        <w:t xml:space="preserve">[12:44] </w:t>
      </w:r>
      <w:r>
        <w:t>bahut ghata hua hai. had tak arab countries mein logon ne mujhe bataya ki wahan jaate hain, unki degree lekar ke, to phir se unka imtehan hota hai.</w:t>
      </w:r>
    </w:p>
    <w:p>
      <w:pPr>
        <w:jc w:val="right"/>
      </w:pPr>
      <w:r>
        <w:t>बहुत घटा हुआ है। हद तक अरब कंट्रीज में लोगों ने मुझे बताया कि वहां जाते हैं, उनकी डिग्री लेकर के, तो फिर से उनका इम्तिहान होता है।</w:t>
      </w:r>
    </w:p>
    <w:p>
      <w:r>
        <w:rPr>
          <w:b/>
        </w:rPr>
        <w:t xml:space="preserve">[12:56] </w:t>
      </w:r>
      <w:r>
        <w:t>jabki delhi university ko nahi hota hai dobara imtehan. to main samajhta hoon ki yeh koi achha kaam nahi hua ki unhone hindu university banayi, unhone muslim university banayi. bas aligarh university honi chahiye, banaras university honi chahiye. ilm ko ilm ke liye seekhna chahiye. ilm ko ilm ke liye seekh. tabhi bade dhyan paida honge aapke yahan.</w:t>
      </w:r>
    </w:p>
    <w:p>
      <w:pPr>
        <w:jc w:val="right"/>
      </w:pPr>
      <w:r>
        <w:t>जबकि दिल्ली यूनिवर्सिटी को नहीं होता है दोबारा इम्तिहान। तो मैं समझता हूं कि यह कोई अच्छा काम नहीं हुआ कि उन्होंने हिंदू यूनिवर्सिटी बनाई, उन्होंने मुस्लिम यूनिवर्सिटी बनाई। बस अलीगढ़ यूनिवर्सिटी होनी चाहिए, बनारस यूनिवर्सिटी होनी चाहिए। इल्म को इल्म के लिए सीखना चाहिए। इल्म को इल्म के लिए सीख। तभी बड़े ध्यान पैदा होंगे आपके यहां।</w:t>
      </w:r>
    </w:p>
    <w:p>
      <w:r>
        <w:rPr>
          <w:b/>
        </w:rPr>
        <w:t xml:space="preserve">[13:19] </w:t>
      </w:r>
      <w:r>
        <w:t>yeh baat jo main keh raha hoon, yeh ibn khaldun ne bhi likha hai. aisi hi baat. aur bahut dinon ke tajarbe ke baad maine yeh samjha hai ki hindu university bhi galat tha naam rakhna, muslim university bhi naam tha galat rakhna. uska naam hona chahiye banaras university, iska naam hona chahiye aligarh university. bas</w:t>
      </w:r>
    </w:p>
    <w:p>
      <w:pPr>
        <w:jc w:val="right"/>
      </w:pPr>
      <w:r>
        <w:t>यह बात जो मैं कह रहा हूं, यह इब्न खल्दूर ने भी लिखा है। ऐसी ही बात। और बहुत दिनों के तजुर्बे के बाद मैंने यह समझा है कि हिंदू यूनिवर्सिटी भी गलत था नाम रखना, मुस्लिम यूनिवर्सिटी भी नाम था गलत रखना। उसका नाम होना चाहिए बनारस यूनिवर्सिटी, इसका नाम होना चाहिए अलीगढ़ यूनिवर्सिटी। बस</w:t>
      </w:r>
    </w:p>
    <w:p>
      <w:r>
        <w:rPr>
          <w:b/>
        </w:rPr>
        <w:t xml:space="preserve">[13:38] </w:t>
      </w:r>
      <w:r>
        <w:t>jaise lakhan university hai, delhi university hai, usko bhi hona chahiye tha. mazhabi taalim ka alag se dijiye. aap usko ek title na banaiye. lete hain ek dawa work. yaani aap bataiye ki kaun daai utha muslim university se?</w:t>
      </w:r>
    </w:p>
    <w:p>
      <w:pPr>
        <w:jc w:val="right"/>
      </w:pPr>
      <w:r>
        <w:t>जैसे लखन यूनिवर्सिटी है, दिल्ली यूनिवर्सिटी है, उसको भी होना चाहिए था। मजहबी तालीम का अलग से दीजिए। आप उसको एक टाइटल ना बनाइए। लेते हैं एक दावा वर्क। यानी आप बताइए कि कौन दाई उठा मुस्लिम यूनिवर्सिटी से?</w:t>
      </w:r>
    </w:p>
    <w:p>
      <w:r>
        <w:rPr>
          <w:b/>
        </w:rPr>
        <w:t xml:space="preserve">[13:57] </w:t>
      </w:r>
      <w:r>
        <w:t>koi daai nahi utha, ek bhi nahi utha.</w:t>
      </w:r>
    </w:p>
    <w:p>
      <w:pPr>
        <w:jc w:val="right"/>
      </w:pPr>
      <w:r>
        <w:t>कोई दाई नहीं उठा, एक भी नहीं उठा।</w:t>
      </w:r>
    </w:p>
    <w:p>
      <w:r>
        <w:rPr>
          <w:b/>
        </w:rPr>
        <w:t xml:space="preserve">[14:00] </w:t>
      </w:r>
      <w:r>
        <w:t>क्यों? क्योंकि मुस्लिम ओरिएंटेड थिंकिंग की जो है, वह killer है Dawah thinking की।</w:t>
      </w:r>
    </w:p>
    <w:p>
      <w:pPr>
        <w:jc w:val="right"/>
      </w:pPr>
      <w:r>
        <w:t>क्यों? क्योंकि मुस्लिम ओरिएंटेड थिंकिंग की जो है, वह किलर है दावा थिंकिंग की।</w:t>
      </w:r>
    </w:p>
    <w:p>
      <w:r>
        <w:rPr>
          <w:b/>
        </w:rPr>
        <w:t xml:space="preserve">[14:07] </w:t>
      </w:r>
      <w:r>
        <w:t>Muslim-oriented thinking, jo hai, killer hai dawah thinking ki.</w:t>
      </w:r>
    </w:p>
    <w:p>
      <w:pPr>
        <w:jc w:val="right"/>
      </w:pPr>
      <w:r>
        <w:t>मुस्लिम ओरिएंटेड थिंकिंग जो है, किलर है दावा थिंकिंग की।</w:t>
      </w:r>
    </w:p>
    <w:p>
      <w:r>
        <w:rPr>
          <w:b/>
        </w:rPr>
        <w:t xml:space="preserve">[14:11] </w:t>
      </w:r>
      <w:r>
        <w:t>Jab aapne usko Muslim bana diya, toh phir Dawah work wahan hoga nahi.</w:t>
      </w:r>
    </w:p>
    <w:p>
      <w:pPr>
        <w:jc w:val="right"/>
      </w:pPr>
      <w:r>
        <w:t>जब आपने उसको मुस्लिम बना दिया, तो फिर दावा वर्क वहां होगा नहीं।</w:t>
      </w:r>
    </w:p>
    <w:p>
      <w:r>
        <w:rPr>
          <w:b/>
        </w:rPr>
        <w:t xml:space="preserve">[14:14] </w:t>
      </w:r>
      <w:r>
        <w:t>कोई dawa work jo hai, insaan oriented thinking se aata hai.</w:t>
      </w:r>
    </w:p>
    <w:p>
      <w:pPr>
        <w:jc w:val="right"/>
      </w:pPr>
      <w:r>
        <w:t>कोई दावा वर्क जो है, इंसान ओरिएंटेड थिंकिंग से आता है।</w:t>
      </w:r>
    </w:p>
    <w:p>
      <w:r>
        <w:rPr>
          <w:b/>
        </w:rPr>
        <w:t xml:space="preserve">[14:20] </w:t>
      </w:r>
      <w:r>
        <w:t>Dawah work jo aata hai, wo insaan oriented thinking se aata hai.</w:t>
      </w:r>
    </w:p>
    <w:p>
      <w:pPr>
        <w:jc w:val="right"/>
      </w:pPr>
      <w:r>
        <w:t>दावा वर्क जो आता है, वो इंसान ओरिएंटेड थिंकिंग से आता है।</w:t>
      </w:r>
    </w:p>
    <w:p>
      <w:r>
        <w:rPr>
          <w:b/>
        </w:rPr>
        <w:t xml:space="preserve">[14:22] </w:t>
      </w:r>
      <w:r>
        <w:t>sare alam ko aap ek samjhen.</w:t>
      </w:r>
    </w:p>
    <w:p>
      <w:pPr>
        <w:jc w:val="right"/>
      </w:pPr>
      <w:r>
        <w:t>सारे आलम को आप एक समझें।</w:t>
      </w:r>
    </w:p>
    <w:p>
      <w:r>
        <w:rPr>
          <w:b/>
        </w:rPr>
        <w:t xml:space="preserve">[14:25] </w:t>
      </w:r>
      <w:r>
        <w:t>sare alam ka dard aap ke dil mein ho.</w:t>
      </w:r>
    </w:p>
    <w:p>
      <w:pPr>
        <w:jc w:val="right"/>
      </w:pPr>
      <w:r>
        <w:t>सारे आलम का दर्द आपके दिल में हो।</w:t>
      </w:r>
    </w:p>
    <w:p>
      <w:r>
        <w:rPr>
          <w:b/>
        </w:rPr>
        <w:t xml:space="preserve">[14:27] </w:t>
      </w:r>
      <w:r>
        <w:t>sare alam ko allah ka paigham pahunchane ka jazba aap ke andar ho.</w:t>
      </w:r>
    </w:p>
    <w:p>
      <w:pPr>
        <w:jc w:val="right"/>
      </w:pPr>
      <w:r>
        <w:t>सारे आलम को अल्लाह का पैगाम पहुंचाने का जज्बा आपके अंदर हो।</w:t>
      </w:r>
    </w:p>
    <w:p>
      <w:r>
        <w:rPr>
          <w:b/>
        </w:rPr>
        <w:t xml:space="preserve">[14:30] </w:t>
      </w:r>
      <w:r>
        <w:t>wo to pehle pehle din khatm ho gaya.</w:t>
      </w:r>
    </w:p>
    <w:p>
      <w:pPr>
        <w:jc w:val="right"/>
      </w:pPr>
      <w:r>
        <w:t>वो तो पहले पहले दिन खत्म हो गया।</w:t>
      </w:r>
    </w:p>
    <w:p>
      <w:r>
        <w:rPr>
          <w:b/>
        </w:rPr>
        <w:t xml:space="preserve">[14:32] </w:t>
      </w:r>
      <w:r>
        <w:t>bas musalmanon ke liye karna hai, musalmanon ke liye karna hai, musalmanon ke liye karna hai.</w:t>
      </w:r>
    </w:p>
    <w:p>
      <w:pPr>
        <w:jc w:val="right"/>
      </w:pPr>
      <w:r>
        <w:t>बस मुसलमानों के लिए करना है, मुसलमानों के लिए करना है, मुसलमानों के लिए करना है।</w:t>
      </w:r>
    </w:p>
    <w:p>
      <w:r>
        <w:rPr>
          <w:b/>
        </w:rPr>
        <w:t xml:space="preserve">[14:37] </w:t>
      </w:r>
      <w:r>
        <w:t>main isko koi healthy soch nahi samajhta.</w:t>
      </w:r>
    </w:p>
    <w:p>
      <w:pPr>
        <w:jc w:val="right"/>
      </w:pPr>
      <w:r>
        <w:t>मैं इसको कोई हेल्दी सोच नहीं समझता।</w:t>
      </w:r>
    </w:p>
    <w:p>
      <w:r>
        <w:rPr>
          <w:b/>
        </w:rPr>
        <w:t xml:space="preserve">[14:41] </w:t>
      </w:r>
      <w:r>
        <w:t>yeh bohat</w:t>
      </w:r>
    </w:p>
    <w:p>
      <w:pPr>
        <w:jc w:val="right"/>
      </w:pPr>
      <w:r>
        <w:t>यह बहुत</w:t>
      </w:r>
    </w:p>
    <w:p>
      <w:r>
        <w:rPr>
          <w:b/>
        </w:rPr>
        <w:t xml:space="preserve">[14:42] </w:t>
      </w:r>
      <w:r>
        <w:t>hi, yaani wo hai getwaized mentality hai mere nazdeek.</w:t>
      </w:r>
    </w:p>
    <w:p>
      <w:pPr>
        <w:jc w:val="right"/>
      </w:pPr>
      <w:r>
        <w:t>ही, यानी वो है गेटवाइज्ड मेंटालिटी है मेरे नजदीक।</w:t>
      </w:r>
    </w:p>
    <w:p>
      <w:r>
        <w:rPr>
          <w:b/>
        </w:rPr>
        <w:t xml:space="preserve">[14:50] </w:t>
      </w:r>
      <w:r>
        <w:t>this question is from mr nafees shiraz from delhi. main chahta hoon ki mera shumar khuda ke sabse achhe bandon mein kiya jaye. iske liye mujhe kin kin baaton par amal karna hoga?</w:t>
      </w:r>
    </w:p>
    <w:p>
      <w:pPr>
        <w:jc w:val="right"/>
      </w:pPr>
      <w:r>
        <w:t>दिस क्वेश्चन इज फ्रॉम मिस्टर नफीज शिराज फ्रॉम दिल्ली। मैं चाहता हूं कि मेरा शुमार खुदा के सबसे अच्छे बंदों में किया जाए। इसके लिए मुझे किन-किन बातों पर अमल करना होगा?</w:t>
      </w:r>
    </w:p>
    <w:p>
      <w:r>
        <w:rPr>
          <w:b/>
        </w:rPr>
        <w:t xml:space="preserve">[15:07] </w:t>
      </w:r>
      <w:r>
        <w:t>quran majeed padhiye. 100 baar padhiye quran majeed, to aapko khud hi maloom ho jayega.</w:t>
      </w:r>
    </w:p>
    <w:p>
      <w:pPr>
        <w:jc w:val="right"/>
      </w:pPr>
      <w:r>
        <w:t>कुरान मजीद पढ़िए। 100 बार पढ़िए कुरान मजीद, तो आपको खुद ही मालूम हो जाएगा।</w:t>
      </w:r>
    </w:p>
    <w:p>
      <w:r>
        <w:rPr>
          <w:b/>
        </w:rPr>
        <w:t xml:space="preserve">[15:19] </w:t>
      </w:r>
      <w:r>
        <w:t>koi doosra aadmi agar bataye, to uski apni baat ho sakti hai, lekin quran ke baad to khuda ki baat hai. isi niyat se padh le. bahut logon ne quran padha, lekin wo niyat unki doosri thi. isliye quran mein unhone gair quran mila. quran padhkar bhi nahi paya quran ko. unhone aapko agar yeh jazba hai, to aap isi niyat se</w:t>
      </w:r>
    </w:p>
    <w:p>
      <w:pPr>
        <w:jc w:val="right"/>
      </w:pPr>
      <w:r>
        <w:t>कोई दूसरा आदमी अगर बताए, तो उसकी अपनी बात हो सकती है, लेकिन कुरान के बाद तो खुदा की बात है। इसी नियत से पढ़ ले। बहुत लोगों ने कुरान पढ़ा, लेकिन वो नियत उनकी दूसरी थी। इसलिए कुरान में उन्होंने गैर कुरान मिला। कुरान पढ़कर भी नहीं पाया कुरान को। उन्होंने आपको अगर यह जज्बा है, तो आप इसी नियत से</w:t>
      </w:r>
    </w:p>
    <w:p>
      <w:r>
        <w:rPr>
          <w:b/>
        </w:rPr>
        <w:t xml:space="preserve">[15:42] </w:t>
      </w:r>
      <w:r>
        <w:t>namaz padhiye. namaz padhkar dua kijiye ki khudaya, mujhe main quran ko padhunga. usmein mujhe bata de ki main kaise tera mukarrab band banu. isi niyat se bilkul. to aapko jawab mil jayega. bahut aasani se mil jayega jawab. kisi se puchhne ki zaroorat nahi hogi aapko.</w:t>
      </w:r>
    </w:p>
    <w:p>
      <w:pPr>
        <w:jc w:val="right"/>
      </w:pPr>
      <w:r>
        <w:t>नमाज पढ़िए। नमाज पढ़कर दुआ कीजिए कि खुदाया, मुझे मैं कुरान को पढ़ूंगा। उसमें मुझे बता दे कि मैं कैसे तेरा मुकर्रब बंद बनूं। इसी नियत से बिल्कुल। तो आपको जवाब मिल जाएगा। बहुत आसानी से मिल जाएगा जवाब। किसी से पूछने की जरूरत नहीं होगी आपको।</w:t>
      </w:r>
    </w:p>
    <w:p>
      <w:r>
        <w:rPr>
          <w:b/>
        </w:rPr>
        <w:t xml:space="preserve">[16:05] </w:t>
      </w:r>
      <w:r>
        <w:t>this question is from miss nagma siddiqui from delhi. maulana, what is the islamic concept of nationhood?</w:t>
      </w:r>
    </w:p>
    <w:p>
      <w:pPr>
        <w:jc w:val="right"/>
      </w:pPr>
      <w:r>
        <w:t>दिस क्वेश्चन इज फ्रॉम मिस नगमा सिद्दीकी फ्रॉम दिल्ली। मौलाना, व्हाट इज द इस्लामिक कांसेप्ट ऑफ नेशनहुड?</w:t>
      </w:r>
    </w:p>
    <w:p>
      <w:r>
        <w:rPr>
          <w:b/>
        </w:rPr>
        <w:t xml:space="preserve">[16:14] </w:t>
      </w:r>
      <w:r>
        <w:t>please explain.</w:t>
      </w:r>
    </w:p>
    <w:p>
      <w:pPr>
        <w:jc w:val="right"/>
      </w:pPr>
      <w:r>
        <w:t>प्लीज एक्सप्लेन।</w:t>
      </w:r>
    </w:p>
    <w:p>
      <w:r>
        <w:rPr>
          <w:b/>
        </w:rPr>
        <w:t xml:space="preserve">[16:17] </w:t>
      </w:r>
      <w:r>
        <w:t>dekhiye, yeh bahut badi faile hai. ek hi aadmi the, maula hazrat madani. unhone kaha ki qaum maujooda zamane mein qaum avtaan se banti hai. usko bhi ulma ne tasleem nahi kiya. unhone kaha ki yeh to hazrat ne jo farmaaya tha, wo khabar thi, wo insha nahi thi. main isko bilkul galat samajhta hoon. isko wo khabar nahi thi, wo insha hi thi. wo</w:t>
      </w:r>
    </w:p>
    <w:p>
      <w:pPr>
        <w:jc w:val="right"/>
      </w:pPr>
      <w:r>
        <w:t>देखिए, यह बहुत बड़ी फैले है। एक ही आदमी थे, मौला हजरत मदनी। उन्होंने कहा कि कौम मौजूदा जमाने में कौम अवतान से बनती है। उसको भी उलमा ने तस्लीम नहीं किया। उन्होंने कहा कि यह तो हजरत ने जो फरमाया था, वह खबर थी, वह इंशा नहीं थी। मैं इसको बिल्कुल गलत समझता हूं। इसको वो खबर नहीं थी, वो इंशा ही थी। वो</w:t>
      </w:r>
    </w:p>
    <w:p>
      <w:r>
        <w:rPr>
          <w:b/>
        </w:rPr>
        <w:t xml:space="preserve">[16:40] </w:t>
      </w:r>
      <w:r>
        <w:t>ek hi aalim mujhe maloom hai, maula hasan madani, jinhone yeh baat kahi thi ki maujooda zamane mein qaum avtaan se banti hai. yaani homeland, yaani land based internationality ka concept hai is zamane mein. land based ka ye bilkul sahi kaha tha unhone.</w:t>
      </w:r>
    </w:p>
    <w:p>
      <w:pPr>
        <w:jc w:val="right"/>
      </w:pPr>
      <w:r>
        <w:t>एक ही आलिम मुझे मालूम है, मौला हसन मदनी, जिन्होंने यह बात कही थी कि मौजूदा जमाने में कौम अवतान से बनती है। यानी होम लैंड, यानी लैंड बेस्ड इंटरनेशनलिटी का कांसेप्ट है इस जमाने में। लैंड बेस्ड का ये बिल्कुल सही कहा था उन्होंने।</w:t>
      </w:r>
    </w:p>
    <w:p>
      <w:r>
        <w:rPr>
          <w:b/>
        </w:rPr>
        <w:t xml:space="preserve">[17:01] </w:t>
      </w:r>
      <w:r>
        <w:t>aaj tak ulma ne isko nahi maana. baqayda ek mazmoon chhapa tha, maine padha tha usko. unhone kaha hazrat ne jo farmaaya tha, wo to khabar thi, wo insha nahi thi. matlab yeh duniya mein hota hai. hamein nahi aisa karna hai. main isko bilkul galat samajhta hoon. hamara bhi yahi nazariya hai islam ke mutabiq</w:t>
      </w:r>
    </w:p>
    <w:p>
      <w:pPr>
        <w:jc w:val="right"/>
      </w:pPr>
      <w:r>
        <w:t>आज तक उलमा ने इसको नहीं माना। बाकायदा एक मजमून छपा था, मैंने पढ़ा था उसको। उन्होंने कहा था हजरत ने जो फरमाया था, वह तो खबर थी, वह इंशा नहीं थी। मतलब यह दुनिया में होता है। हमें नहीं ऐसा करना है। मैं इसको बिल्कुल गलत समझता हूं। हमारा भी यही नजरिया है इस्लाम के मुताबिक</w:t>
      </w:r>
    </w:p>
    <w:p>
      <w:r>
        <w:rPr>
          <w:b/>
        </w:rPr>
        <w:t xml:space="preserve">[17:20] </w:t>
      </w:r>
      <w:r>
        <w:t>ki jahan hum rehte hain, wahi hamara watan hai. ek bahut hi galat baat kahi thi iqbal ne. wo log musalman usi ko dohrate rehte hain aaj tak.</w:t>
      </w:r>
    </w:p>
    <w:p>
      <w:pPr>
        <w:jc w:val="right"/>
      </w:pPr>
      <w:r>
        <w:t>कि जहां हम रहते हैं, वही हमारा वतन है। एक बहुत ही गलत बात कही थी इकबाल ने। वो लोग मुसलमान उसी को दोहराते रहते हैं आज तक।</w:t>
      </w:r>
    </w:p>
    <w:p>
      <w:r>
        <w:rPr>
          <w:b/>
        </w:rPr>
        <w:t xml:space="preserve">[17:34] </w:t>
      </w:r>
      <w:r>
        <w:t>wo kya hai? wo in taza khudaon mein bada sabse watan hai. jo pairan uska hai, wo mazhab kafan hai. bilkul baseless sher hai. bilkul laag sher. laag watan se mohabbat karna, yeh khudai ki baat nahi hai. yaani watan based nationality. iska matlab nahi khuda bana liya humne watan ko.</w:t>
      </w:r>
    </w:p>
    <w:p>
      <w:pPr>
        <w:jc w:val="right"/>
      </w:pPr>
      <w:r>
        <w:t>वो क्या है? वो इन ताजा खुदाओं में बड़ा सबसे वतन है। जो पैरान उसका है, वो मजहब कफन है। बिल्कुल बेसलेस शेर है। बिल्कुल लाग शेर। लाग वतन से मोहब्बत करना, यह खुदाई की बात नहीं है। यानी वतन बेस्ड नेशनलिटी। इसका मतलब नहीं खुदा बना लिया हमने वतन को।</w:t>
      </w:r>
    </w:p>
    <w:p>
      <w:r>
        <w:rPr>
          <w:b/>
        </w:rPr>
        <w:t xml:space="preserve">[17:58] </w:t>
      </w:r>
      <w:r>
        <w:t>land based nationality jo hai, wo bilkul sahi hai. wahi islami hai, wahi islami hai.</w:t>
      </w:r>
    </w:p>
    <w:p>
      <w:pPr>
        <w:jc w:val="right"/>
      </w:pPr>
      <w:r>
        <w:t>लैंड बेस्ड नेशनलिटी जो है, वो बिल्कुल सही है। वही इस्लामी है, वही इस्लामी है।</w:t>
      </w:r>
    </w:p>
    <w:p>
      <w:r>
        <w:rPr>
          <w:b/>
        </w:rPr>
        <w:t xml:space="preserve">[18:07] </w:t>
      </w:r>
      <w:r>
        <w:t>hamari wafadariyan apne watan se hona chahiye.</w:t>
      </w:r>
    </w:p>
    <w:p>
      <w:pPr>
        <w:jc w:val="right"/>
      </w:pPr>
      <w:r>
        <w:t>हमारी वफादारियां अपने वतन से होना चाहिए।</w:t>
      </w:r>
    </w:p>
    <w:p>
      <w:r>
        <w:rPr>
          <w:b/>
        </w:rPr>
        <w:t xml:space="preserve">[18:14] </w:t>
      </w:r>
      <w:r>
        <w:t>ek hadees hai, to ulma kehte hain ki yeh to hadees nahi hai. yeh to sahi nahi hai ki hubbul watan min liman. ek hadees batayi jati hai ki hubbul watan min liman. to ulma is hadees ko nahi mante. main kehta hoon ki agar yeh hadees rasool na ho, tab bhi hadees fitrat hai. yeh</w:t>
      </w:r>
    </w:p>
    <w:p>
      <w:pPr>
        <w:jc w:val="right"/>
      </w:pPr>
      <w:r>
        <w:t>एक हदीस है, तो उलमा कहते हैं कि यह तो हदीस नहीं है। यह तो सही नहीं है कि हुब्बुल वतन मिन लीमान। एक हदीस बताई जाती है कि हुब्बुल वतन मिन लीमान। तो उलमा इस हदीस को नहीं मानते। मैं कहता हूं कि अगर यह हदीस रसूल ना हो, तब भी हदीस फितरत है। यह</w:t>
      </w:r>
    </w:p>
    <w:p>
      <w:r>
        <w:rPr>
          <w:b/>
        </w:rPr>
        <w:t xml:space="preserve">[18:34] </w:t>
      </w:r>
      <w:r>
        <w:t>jis watan mein aap, jis mulk mein aap paida hue, usse aap mohabbat nahi karenge. aap usko to aap animal hain, bilkul animal hain. jis watan mein aap, jis mulk mein aap paida hue, jahan jahan ka aap, jahan ke aap, jahan jahan aapne khaya piya,</w:t>
      </w:r>
    </w:p>
    <w:p>
      <w:pPr>
        <w:jc w:val="right"/>
      </w:pPr>
      <w:r>
        <w:t>जिस वतन में आप, जिस मुल्क में आप पैदा हुए, उससे आप मोहब्बत नहीं करेंगे। आप उसको तो आप एनिमल हैं, बिल्कुल एनिमल हैं। जिस वतन में आप, जिस मुल्क में आप पैदा हुए, जहां जहां का आप, जहां के आप, जहां जहां आपने खाया पिया,</w:t>
      </w:r>
    </w:p>
    <w:p>
      <w:r>
        <w:rPr>
          <w:b/>
        </w:rPr>
        <w:t xml:space="preserve">[18:51] </w:t>
      </w:r>
      <w:r>
        <w:t>jahan aap padhe padhe, jahan hawa mein saans liya, to kya aapse usko mohabb</w:t>
      </w:r>
    </w:p>
    <w:p>
      <w:pPr>
        <w:jc w:val="right"/>
      </w:pPr>
      <w:r>
        <w:t>जहां आप पढ़े पढ़े, जहां हवा में सांस लिया, तो क्या आपसे उसको मोहब्ब</w:t>
      </w:r>
    </w:p>
    <w:p>
      <w:r>
        <w:rPr>
          <w:b/>
        </w:rPr>
        <w:t xml:space="preserve">[18:57] </w:t>
      </w:r>
      <w:r>
        <w:t>at nahi karenge? usse aap uski wafadari nahi karenge? aap phir to aap animal hain. to hubbul watan min liman, agar hadees rasool na ho, tab bhi wo hadees fitrat hai. wo yahi islam hai. rasoolullah sallallahu alaihi wasallam, jab makkah se jaana pada tha aapko madina,</w:t>
      </w:r>
    </w:p>
    <w:p>
      <w:pPr>
        <w:jc w:val="right"/>
      </w:pPr>
      <w:r>
        <w:t>त नहीं करेंगे? उससे आप उसकी वफादारी नहीं करेंगे? आप फिर तो आप एनिमल हैं। तो हुब्बुल वतन मिन लीमान, अगर हदीस रसूल ना हो, तब भी वो हदीस फितरत है। वो यही इस्लाम है। रसूलल्लाह सल्लल्लाहु अलैहि वसल्लम, जब मक्का से जाना पड़ा था आपको मदीना,</w:t>
      </w:r>
    </w:p>
    <w:p>
      <w:r>
        <w:rPr>
          <w:b/>
        </w:rPr>
        <w:t xml:space="preserve">[19:18] </w:t>
      </w:r>
      <w:r>
        <w:t>jo hijrat hui thi,</w:t>
      </w:r>
    </w:p>
    <w:p>
      <w:pPr>
        <w:jc w:val="right"/>
      </w:pPr>
      <w:r>
        <w:t>जो हिजरत हुई थी,</w:t>
      </w:r>
    </w:p>
    <w:p>
      <w:r>
        <w:rPr>
          <w:b/>
        </w:rPr>
        <w:t xml:space="preserve">[19:20] </w:t>
      </w:r>
      <w:r>
        <w:t>to kaha jata hai ke aap ne farmaya tha ke aye makka,</w:t>
      </w:r>
    </w:p>
    <w:p>
      <w:pPr>
        <w:jc w:val="right"/>
      </w:pPr>
      <w:r>
        <w:t>तो कहा जाता है कि आपने फरमाया था कि ऐ मक्का,</w:t>
      </w:r>
    </w:p>
    <w:p>
      <w:r>
        <w:rPr>
          <w:b/>
        </w:rPr>
        <w:t xml:space="preserve">[19:24] </w:t>
      </w:r>
      <w:r>
        <w:t>mujh ko tu dunya bhar se zyada azeez hai, lekin tere log mujhe rehne nahi dete.</w:t>
      </w:r>
    </w:p>
    <w:p>
      <w:pPr>
        <w:jc w:val="right"/>
      </w:pPr>
      <w:r>
        <w:t>मुझको तू दुनिया भर से ज्यादा अजीज है, लेकिन तेरे लोग मुझे रहने नहीं देते।</w:t>
      </w:r>
    </w:p>
    <w:p>
      <w:r>
        <w:rPr>
          <w:b/>
        </w:rPr>
        <w:t xml:space="preserve">[19:30] </w:t>
      </w:r>
      <w:r>
        <w:t>to log samajhte hain ke makka ki fazilat ke taur par yeh nahi.</w:t>
      </w:r>
    </w:p>
    <w:p>
      <w:pPr>
        <w:jc w:val="right"/>
      </w:pPr>
      <w:r>
        <w:t>तो लोग समझते हैं कि मक्का की फजलत के तौर पर यह नहीं।</w:t>
      </w:r>
    </w:p>
    <w:p>
      <w:r>
        <w:rPr>
          <w:b/>
        </w:rPr>
        <w:t xml:space="preserve">[19:32] </w:t>
      </w:r>
      <w:r>
        <w:t>aisa nahi hai.</w:t>
      </w:r>
    </w:p>
    <w:p>
      <w:pPr>
        <w:jc w:val="right"/>
      </w:pPr>
      <w:r>
        <w:t>ऐसा नहीं है।</w:t>
      </w:r>
    </w:p>
    <w:p>
      <w:r>
        <w:rPr>
          <w:b/>
        </w:rPr>
        <w:t xml:space="preserve">[19:33] </w:t>
      </w:r>
      <w:r>
        <w:t>yeh yeh watni taaluq ki bina par hai.</w:t>
      </w:r>
    </w:p>
    <w:p>
      <w:pPr>
        <w:jc w:val="right"/>
      </w:pPr>
      <w:r>
        <w:t>यह यह वतनी ताल्लुक की बिना पर है।</w:t>
      </w:r>
    </w:p>
    <w:p>
      <w:r>
        <w:rPr>
          <w:b/>
        </w:rPr>
        <w:t xml:space="preserve">[19:38] </w:t>
      </w:r>
      <w:r>
        <w:t>yeh yeh makka ki fazilat ke taur par nahi hai.</w:t>
      </w:r>
    </w:p>
    <w:p>
      <w:pPr>
        <w:jc w:val="right"/>
      </w:pPr>
      <w:r>
        <w:t>यह यह मक्का की फजलत के तौर पर नहीं है।</w:t>
      </w:r>
    </w:p>
    <w:p>
      <w:r>
        <w:rPr>
          <w:b/>
        </w:rPr>
        <w:t xml:space="preserve">[19:41] </w:t>
      </w:r>
      <w:r>
        <w:t>humein bhi wahi jazba hona chahiye apne mulk se, jo rasoolullah, jo rasool ko apne watan se, watan</w:t>
      </w:r>
    </w:p>
    <w:p>
      <w:pPr>
        <w:jc w:val="right"/>
      </w:pPr>
      <w:r>
        <w:t>हमें भी वही जज्बा होना चाहिए अपने मुल्क से, जो रसूलल्लाह, जो रसूल को अपने वतन से, वतन</w:t>
      </w:r>
    </w:p>
    <w:p>
      <w:r>
        <w:rPr>
          <w:b/>
        </w:rPr>
        <w:t xml:space="preserve">[19:47] </w:t>
      </w:r>
      <w:r>
        <w:t>se tha. Agar fazilat makka hoti, to fateh makka ke baad aap makka mein reh jaate.</w:t>
      </w:r>
    </w:p>
    <w:p>
      <w:pPr>
        <w:jc w:val="right"/>
      </w:pPr>
      <w:r>
        <w:t>से था। अगर फजलत मक्का होती, तो फतेह मक्का के बाद आप मक्का में रह जाते।</w:t>
      </w:r>
    </w:p>
    <w:p>
      <w:r>
        <w:rPr>
          <w:b/>
        </w:rPr>
        <w:t xml:space="preserve">[19:55] </w:t>
      </w:r>
      <w:r>
        <w:t>kyun? madina kyun wapas chale gaye? aap madina kyun wapas chale gaye? aap to yeh yeh jo aapne farmaaya tha ke ae makka, tu mujhko dunya bhar se zyada aziz hai, yeh yeh koi aitkaadi baat nahi thi. jahan aap rahenge, wahan se mohabbat honi chahiye.</w:t>
      </w:r>
    </w:p>
    <w:p>
      <w:pPr>
        <w:jc w:val="right"/>
      </w:pPr>
      <w:r>
        <w:t>क्यों? मदीना क्यों वापस चले गए? आप मदीना क्यों वापस चले गए? आप तो यह यह जो आपने फरमाया था कि ऐ मक्का, तू मुझको दुनिया भर से ज्यादा अजीज है, यह यह कोई ऐतकादी बात नहीं थी। जहां आप रहेंगे, वहां से मोहब्बत होनी चाहिए।</w:t>
      </w:r>
    </w:p>
    <w:p>
      <w:r>
        <w:rPr>
          <w:b/>
        </w:rPr>
        <w:t xml:space="preserve">[20:14] </w:t>
      </w:r>
      <w:r>
        <w:t>bas aitkaadi baat hoti hai, to fateh makka ke baad aap phir madina chale aate. isliye main samajhta hoon ke ke land based nationality jo hai, yeh jo concept hai, islami concept hai. yeh aur bilkul laag hai wo sher unka ke in taaza khudaon mein bada sabse watan hai. bilkul galat hai yeh baat. watan jo hai, hamara mabood nahi hai, lekin usse mohabbat bilkul fitri cheez hai.</w:t>
      </w:r>
    </w:p>
    <w:p>
      <w:pPr>
        <w:jc w:val="right"/>
      </w:pPr>
      <w:r>
        <w:t>बस ऐतकादी बात होती है, तो फतेह मक्का के बाद आप फिर मदीना चले आते। इसलिए मैं समझता हूं कि कि लैंड बेस्ड नेशनलिटी जो है, यह जो कांसेप्ट है, इस्लामी कांसेप्ट है। यह और बिल्कुल लाग है वो शेर उनका कि इन ताजा खुदाओं में बड़ा सबसे वतन है। बिल्कुल गलत है यह बात। वतन जो है, हमारा माबूद नहीं है, लेकिन उससे मोहब्बत बिल्कुल फितरी चीज है।</w:t>
      </w:r>
    </w:p>
    <w:p>
      <w:r>
        <w:rPr>
          <w:b/>
        </w:rPr>
        <w:t xml:space="preserve">[20:43] </w:t>
      </w:r>
      <w:r>
        <w:t>fitri cheez hai wo. yeh jo islamic nationality, jo international nationality jo hai, yeh yeh islam mein iska koi quran hadees se iska koi taalluq nahi hai. umma jo concept hai ke saare saare musalman dunya ke unke ek nation hai, yeh bilkul baseless hai. iska quran hadees se koi taalluq nahi hai.</w:t>
      </w:r>
    </w:p>
    <w:p>
      <w:pPr>
        <w:jc w:val="right"/>
      </w:pPr>
      <w:r>
        <w:t>फितरी चीज है वो। यह जो इस्लामिक नेशनलिटी, जो इंटरनेशनल नेशनलिटी जो है, यह यह इस्लाम में इसका कोई कुरान हदीस से इसका कोई ताल्लुक नहीं है। उम्मा जो कांसेप्ट है कि सारे सारे मुसलमान दुनिया के उनके एक नेशन है, यह बिल्कुल बेसलेस है। इसका कुरान हदीस से कोई ताल्लुक नहीं है।</w:t>
      </w:r>
    </w:p>
    <w:p>
      <w:r>
        <w:rPr>
          <w:b/>
        </w:rPr>
        <w:t xml:space="preserve">[21:05] </w:t>
      </w:r>
      <w:r>
        <w:t>jahan hamein jis mulk mein hai, us mulk se hamein mohabbat karna hai. hamein us mulk ke wafadar banna hai. us mulk ki barai par khush hona hai. us mulk ki barai par hamein takleef hona chahiye. wo attachment jo aapko hota hai apni aulaad se, wahi attachment hona chahiye aapko watan se. har aadmi ko attachment hota hai apni family se.</w:t>
      </w:r>
    </w:p>
    <w:p>
      <w:pPr>
        <w:jc w:val="right"/>
      </w:pPr>
      <w:r>
        <w:t>जहां हमें जिस मुल्क में है, उस मुल्क से हमें मोहब्बत करना है। हमें उस मुल्क के वफादार बनना है। उस मुल्क की बराई पर खुश होना है। उस मुल्क की बराई पर हमें तकलीफ होना चाहिए। वो अटैचमेंट जो आपको होता है अपनी औलाद से, वही अटैचमेंट होना चाहिए आपको वतन से। हर आदमी को अटैचमेंट होता है अपनी फैमिली से।</w:t>
      </w:r>
    </w:p>
    <w:p>
      <w:r>
        <w:rPr>
          <w:b/>
        </w:rPr>
        <w:t xml:space="preserve">[21:28] </w:t>
      </w:r>
      <w:r>
        <w:t>har aadmi ko apni family se bahut mohabbat hoti hai. wahi mohabbat aapko watan se hona chahiye. yahi islam hai mere nazdeek. yahi islam hai.</w:t>
      </w:r>
    </w:p>
    <w:p>
      <w:pPr>
        <w:jc w:val="right"/>
      </w:pPr>
      <w:r>
        <w:t>हर आदमी को अपनी फैमिली से बहुत मोहब्बत होती है। वही मोहब्बत आपको वतन से होना चाहिए। यही इस्लाम है मेरे नजदीक। यही इस्लाम है।</w:t>
      </w:r>
    </w:p>
    <w:p>
      <w:r>
        <w:rPr>
          <w:b/>
        </w:rPr>
        <w:t xml:space="preserve">[21:41] </w:t>
      </w:r>
      <w:r>
        <w:t>aur main umma concept ko bilkul ek ek bidat samajhta hoon. bidat.</w:t>
      </w:r>
    </w:p>
    <w:p>
      <w:pPr>
        <w:jc w:val="right"/>
      </w:pPr>
      <w:r>
        <w:t>और मैं उम्मा कांसेप्ट को बिल्कुल एक एक बिदत समझता हूं। बिदत।</w:t>
      </w:r>
    </w:p>
    <w:p>
      <w:r>
        <w:rPr>
          <w:b/>
        </w:rPr>
        <w:t xml:space="preserve">[21:49] </w:t>
      </w:r>
      <w:r>
        <w:t>this question is from mr nafees shiraz from delhi. khuda ne jitne bhi paigambar bheje, sabne logon ko haq o toheed ki shisha di. lekin paigambar islam ko tamam ambiya par fokiyat hasil hai. iska kya karan hai?</w:t>
      </w:r>
    </w:p>
    <w:p>
      <w:pPr>
        <w:jc w:val="right"/>
      </w:pPr>
      <w:r>
        <w:t>दिस क्वेश्चन इज फ्रॉम मिस्टर नफीज शिराज फ्रॉम दिल्ली। खुदा ने जितने भी पैगंबर भेजे, सबने लोगों को हक व तोहीद की शिक्षा दी। लेकिन पैगंबर इस्लाम को तमाम अंबिया पर फोकियत हासिल है। इसका क्या कारण है?</w:t>
      </w:r>
    </w:p>
    <w:p>
      <w:r>
        <w:rPr>
          <w:b/>
        </w:rPr>
        <w:t xml:space="preserve">[22:09] </w:t>
      </w:r>
      <w:r>
        <w:t>dekhiye, yeh galat aqeeda hi galat hai. fokiyat kahan</w:t>
      </w:r>
    </w:p>
    <w:p>
      <w:pPr>
        <w:jc w:val="right"/>
      </w:pPr>
      <w:r>
        <w:t>देखिए, यह गलत अकीदा ही गलत है। फोकियत कहां</w:t>
      </w:r>
    </w:p>
    <w:p>
      <w:r>
        <w:rPr>
          <w:b/>
        </w:rPr>
        <w:t xml:space="preserve">[22:14] </w:t>
      </w:r>
      <w:r>
        <w:t>hasil hai? yeh galat hai bilkul. saare ambiya barabar hain. yeh nazariya bilkul hi bidat hai. bidat. hadees mein aata hai ke la tafzal alal anbiya. yeh kahan se nikaal liya aap logon</w:t>
      </w:r>
    </w:p>
    <w:p>
      <w:pPr>
        <w:jc w:val="right"/>
      </w:pPr>
      <w:r>
        <w:t>हासिल है? यह गलत है बिल्कुल। सारे अंबिया बराबर हैं। यह नजरिया बिल्कुल ही बिदत है। बिदत। हदीस में आता है कि ला तफल बरल अंबिया। यह कहां से निकाल लिया आप लोगों</w:t>
      </w:r>
    </w:p>
    <w:p>
      <w:r>
        <w:rPr>
          <w:b/>
        </w:rPr>
        <w:t xml:space="preserve">[22:31] </w:t>
      </w:r>
      <w:r>
        <w:t>ne? Musalmanon ne na quran mein, na hadees mein.</w:t>
      </w:r>
    </w:p>
    <w:p>
      <w:pPr>
        <w:jc w:val="right"/>
      </w:pPr>
      <w:r>
        <w:t>ने? मुसलमानों ने ना कुरान में, ना हदीस में।</w:t>
      </w:r>
    </w:p>
    <w:p>
      <w:r>
        <w:rPr>
          <w:b/>
        </w:rPr>
        <w:t xml:space="preserve">[22:37] </w:t>
      </w:r>
      <w:r>
        <w:t>wo jo ayat hai, tilg fazal baad baad, is se log nikalte hain.</w:t>
      </w:r>
    </w:p>
    <w:p>
      <w:pPr>
        <w:jc w:val="right"/>
      </w:pPr>
      <w:r>
        <w:t>वो जो आयत है, तिलग फजल बाद बाद, इससे लोग निकालते हैं।</w:t>
      </w:r>
    </w:p>
    <w:p>
      <w:r>
        <w:rPr>
          <w:b/>
        </w:rPr>
        <w:t xml:space="preserve">[22:42] </w:t>
      </w:r>
      <w:r>
        <w:t>ibn kaseer ne is par behas ki hai.</w:t>
      </w:r>
    </w:p>
    <w:p>
      <w:pPr>
        <w:jc w:val="right"/>
      </w:pPr>
      <w:r>
        <w:t>इब्न कसीर ने इस पर बहस की है।</w:t>
      </w:r>
    </w:p>
    <w:p>
      <w:r>
        <w:rPr>
          <w:b/>
        </w:rPr>
        <w:t xml:space="preserve">[22:43] </w:t>
      </w:r>
      <w:r>
        <w:t>unhon ne likha hai ke is se nahi nikalta.</w:t>
      </w:r>
    </w:p>
    <w:p>
      <w:pPr>
        <w:jc w:val="right"/>
      </w:pPr>
      <w:r>
        <w:t>उन्होंने लिखा है कि इससे नहीं निकलता।</w:t>
      </w:r>
    </w:p>
    <w:p>
      <w:r>
        <w:rPr>
          <w:b/>
        </w:rPr>
        <w:t xml:space="preserve">[22:47] </w:t>
      </w:r>
      <w:r>
        <w:t>yeh nazariya fawqiyat ka nazariya</w:t>
      </w:r>
    </w:p>
    <w:p>
      <w:pPr>
        <w:jc w:val="right"/>
      </w:pPr>
      <w:r>
        <w:t>यह नजरिया फोकियत का नजरिया</w:t>
      </w:r>
    </w:p>
    <w:p>
      <w:r>
        <w:rPr>
          <w:b/>
        </w:rPr>
        <w:t xml:space="preserve">[22:51] </w:t>
      </w:r>
      <w:r>
        <w:t>la farq bin rasuli quran mein hai.</w:t>
      </w:r>
    </w:p>
    <w:p>
      <w:pPr>
        <w:jc w:val="right"/>
      </w:pPr>
      <w:r>
        <w:t>ला फरक बिन रसली कुरान में है।</w:t>
      </w:r>
    </w:p>
    <w:p>
      <w:r>
        <w:rPr>
          <w:b/>
        </w:rPr>
        <w:t xml:space="preserve">[22:55] </w:t>
      </w:r>
      <w:r>
        <w:t>hum nabiyon ke darmiyan farq nahi karte.</w:t>
      </w:r>
    </w:p>
    <w:p>
      <w:pPr>
        <w:jc w:val="right"/>
      </w:pPr>
      <w:r>
        <w:t>हम नबियों के दरमियान फर्क नहीं करते।</w:t>
      </w:r>
    </w:p>
    <w:p>
      <w:r>
        <w:rPr>
          <w:b/>
        </w:rPr>
        <w:t xml:space="preserve">[22:58] </w:t>
      </w:r>
      <w:r>
        <w:t>yeh farq karne ka nazariya hai ke yeh fawq hai, woh ghair fawq hai.</w:t>
      </w:r>
    </w:p>
    <w:p>
      <w:pPr>
        <w:jc w:val="right"/>
      </w:pPr>
      <w:r>
        <w:t>यह फर्क करने का नजरिया है कि यह फौक है, वह गैर फौक है।</w:t>
      </w:r>
    </w:p>
    <w:p>
      <w:r>
        <w:rPr>
          <w:b/>
        </w:rPr>
        <w:t xml:space="preserve">[23:01] </w:t>
      </w:r>
      <w:r>
        <w:t>yeh to yeh to bidati nazariya hai.</w:t>
      </w:r>
    </w:p>
    <w:p>
      <w:pPr>
        <w:jc w:val="right"/>
      </w:pPr>
      <w:r>
        <w:t>यह तो यह तो बिदती नजरिया है।</w:t>
      </w:r>
    </w:p>
    <w:p>
      <w:r>
        <w:rPr>
          <w:b/>
        </w:rPr>
        <w:t xml:space="preserve">[23:03] </w:t>
      </w:r>
      <w:r>
        <w:t>yeh sare ambiya barabar hain.</w:t>
      </w:r>
    </w:p>
    <w:p>
      <w:pPr>
        <w:jc w:val="right"/>
      </w:pPr>
      <w:r>
        <w:t>यह सारे अंबिया बराबर हैं।</w:t>
      </w:r>
    </w:p>
    <w:p>
      <w:r>
        <w:rPr>
          <w:b/>
        </w:rPr>
        <w:t xml:space="preserve">[23:08] </w:t>
      </w:r>
      <w:r>
        <w:t>sare ambiya allah taala ke paighambar hain aur sare ambiya ke darja exa hai.</w:t>
      </w:r>
    </w:p>
    <w:p>
      <w:pPr>
        <w:jc w:val="right"/>
      </w:pPr>
      <w:r>
        <w:t>सारे अंबिया अल्लाह ताला के पैगंबर हैं और सारे अंबिया के दर्जा एक्सा है।</w:t>
      </w:r>
    </w:p>
    <w:p>
      <w:r>
        <w:rPr>
          <w:b/>
        </w:rPr>
        <w:t xml:space="preserve">[23:13] </w:t>
      </w:r>
      <w:r>
        <w:t>yahi quran mein hai, yeh hadees mein hai.</w:t>
      </w:r>
    </w:p>
    <w:p>
      <w:pPr>
        <w:jc w:val="right"/>
      </w:pPr>
      <w:r>
        <w:t>यही कुरान में है, यह हदीस में है।</w:t>
      </w:r>
    </w:p>
    <w:p>
      <w:r>
        <w:rPr>
          <w:b/>
        </w:rPr>
        <w:t xml:space="preserve">[23:15] </w:t>
      </w:r>
      <w:r>
        <w:t>aur yeh jo</w:t>
      </w:r>
    </w:p>
    <w:p>
      <w:pPr>
        <w:jc w:val="right"/>
      </w:pPr>
      <w:r>
        <w:t>और यह जो</w:t>
      </w:r>
    </w:p>
    <w:p>
      <w:r>
        <w:rPr>
          <w:b/>
        </w:rPr>
        <w:t xml:space="preserve">[23:16] </w:t>
      </w:r>
      <w:r>
        <w:t>nikaal rakha hai logon ne, yeh to khud saakhtor par nikaal rakha hai ke unko fokiyat hasil hai.</w:t>
      </w:r>
    </w:p>
    <w:p>
      <w:pPr>
        <w:jc w:val="right"/>
      </w:pPr>
      <w:r>
        <w:t>निकाल रखा है लोगों ने, यह तो खुद साख तौर पर निकाल रखा है कि उनको फोकियत हासिल है।</w:t>
      </w:r>
    </w:p>
    <w:p>
      <w:r>
        <w:rPr>
          <w:b/>
        </w:rPr>
        <w:t xml:space="preserve">[23:20] </w:t>
      </w:r>
      <w:r>
        <w:t>kahan hai? bataiye, kaun si hadees mein nikalta hai? kis quran se nikalta hai?</w:t>
      </w:r>
    </w:p>
    <w:p>
      <w:pPr>
        <w:jc w:val="right"/>
      </w:pPr>
      <w:r>
        <w:t>कहां है? बताइए, कौन सी हदीस में निकलता है? किस कुरान से निकलता है?</w:t>
      </w:r>
    </w:p>
    <w:p>
      <w:r>
        <w:rPr>
          <w:b/>
        </w:rPr>
        <w:t xml:space="preserve">[23:26] </w:t>
      </w:r>
      <w:r>
        <w:t>jab quran mein hadees mein saaf-saaf hai ke la tafzal alal anbiya. yahan tak ke aapne farmaaya ke la tufaziluni 'ala yunus bin matta. yunus bin matta bhi mujhe fokiyat na do. to kahan se nikal aaya nazariya?</w:t>
      </w:r>
    </w:p>
    <w:p>
      <w:pPr>
        <w:jc w:val="right"/>
      </w:pPr>
      <w:r>
        <w:t>जब कुरान में हदीस में साफ-साफ है कि ला तफल बरल अंबिया। यहां तक कि आपने फरमाया कि ला तफल अला यूनुस बता। यूनुस बता भी मुझे फोकियत ना दो। तो कहां से निकल आया नजरिया?</w:t>
      </w:r>
    </w:p>
    <w:p>
      <w:r>
        <w:rPr>
          <w:b/>
        </w:rPr>
        <w:t xml:space="preserve">[23:42] </w:t>
      </w:r>
      <w:r>
        <w:t>yeh bilkul baseless hai. iski koi haqiyat nahi hai. aapko saare nabiyon se mohabbat hona chahiye. saare nabiyon se aapko gehra taalluq hona chahiye. saare nabiyon ko aapko yeqsa darje mein allah taala ka paigambar manna chahiye.</w:t>
      </w:r>
    </w:p>
    <w:p>
      <w:pPr>
        <w:jc w:val="right"/>
      </w:pPr>
      <w:r>
        <w:t>यह बिल्कुल बेसलेस है। इसकी कोई हकियत नहीं है। आपको सारे नबियों से मोहब्बत होना चाहिए। सारे नबियों से आपको गहरा ताल्लुक होना चाहिए। सारे नबियों को आपको यक्सा दर्जे में अल्लाह ताला का पैगंबर मानना चाहिए।</w:t>
      </w:r>
    </w:p>
    <w:p>
      <w:r>
        <w:rPr>
          <w:b/>
        </w:rPr>
        <w:t xml:space="preserve">[24:00] </w:t>
      </w:r>
      <w:r>
        <w:t>okay, there is a comment and a question from mr zubair from delhi. i will read his comment first. he is written, "i want to thank good word for their website www.goodword.</w:t>
      </w:r>
    </w:p>
    <w:p>
      <w:pPr>
        <w:jc w:val="right"/>
      </w:pPr>
      <w:r>
        <w:t>ओके, देयर इज अ कमेंट एंड अ क्वेश्चन फ्रॉम मिस्टर जुबेर फ्रॉम दिल्ली। आई विल रीड हिज कमेंट फर्स्ट। ही इज रिटन, "आई वांट टू थैंक गुड वर्ड फॉर देयर वेबसाइट www.goodword.</w:t>
      </w:r>
    </w:p>
    <w:p>
      <w:r>
        <w:rPr>
          <w:b/>
        </w:rPr>
        <w:t xml:space="preserve">[24:15] </w:t>
      </w:r>
      <w:r>
        <w:t>net, through which we can receive free quran anywhere in the world." his question is, "quran says, whoever blesses blasphemy is crucify him or hang him or chop off his opposite limbs or deport him." maulana, what is the context and application of this verse?</w:t>
      </w:r>
    </w:p>
    <w:p>
      <w:pPr>
        <w:jc w:val="right"/>
      </w:pPr>
      <w:r>
        <w:t>net, थ्रू व्हिच वी कैन रिसीव फ्री कुरान एनीवेयर इन द वर्ल्ड।" हिज क्वेश्चन इज, "कुरान सेज, हु एवर ब्लेस फेमा इजस क्रूसिफाई हिम और हैंग हिम और चॉप ऑफ हिज अपोजिट लिम्स और डिपोर्ट हिम।" मौलाना, व्हाट इज द कांटेक्ट एंड एप्लीकेशन ऑफ दिस वर्स?</w:t>
      </w:r>
    </w:p>
    <w:p>
      <w:r>
        <w:rPr>
          <w:b/>
        </w:rPr>
        <w:t xml:space="preserve">[24:42] </w:t>
      </w:r>
      <w:r>
        <w:t>kya phir se padhiye</w:t>
      </w:r>
    </w:p>
    <w:p>
      <w:pPr>
        <w:jc w:val="right"/>
      </w:pPr>
      <w:r>
        <w:t>क्या फिर से पढ़िए</w:t>
      </w:r>
    </w:p>
    <w:p>
      <w:r>
        <w:rPr>
          <w:b/>
        </w:rPr>
        <w:t xml:space="preserve">[24:43] </w:t>
      </w:r>
      <w:r>
        <w:t>? quran says, "whoever blesses blasphemy crucify him." whoever blesses blasphemy. blasphemy. blasphemy to hai nahi. yeh kahan nikaala unhone?</w:t>
      </w:r>
    </w:p>
    <w:p>
      <w:pPr>
        <w:jc w:val="right"/>
      </w:pPr>
      <w:r>
        <w:t>? कुरान सेज, "हु एवर ब्लेस फेमा इजस क्रूसिफाई हिम।" हु एवर ब्लेस फेमी। ब्लेस फेमी। ब्लेस फेमी तो है नहीं। ये कहां निकाला उन्होंने?</w:t>
      </w:r>
    </w:p>
    <w:p>
      <w:r>
        <w:rPr>
          <w:b/>
        </w:rPr>
        <w:t xml:space="preserve">[24:55] </w:t>
      </w:r>
      <w:r>
        <w:t>blasphemy ka nahi hai. yeh yeh to war ki baat hai. blasphemy ki baat nahi hai. aap phir se usko padhiye. yeh war ki baat hai. there is no reference. so maybe you can, you know, give a ref</w:t>
      </w:r>
    </w:p>
    <w:p>
      <w:pPr>
        <w:jc w:val="right"/>
      </w:pPr>
      <w:r>
        <w:t>ब्लेस फेमी का नहीं है। ये ये तो वार की बात है। ब्लेस फेमी की बात नहीं है। आप फिर से उसको पढ़िए। यह वार की बात है। देयर इज नो रेफरेंस। सो मे बी यू कैन, यू नो, गिव अ रेफ</w:t>
      </w:r>
    </w:p>
    <w:p>
      <w:r>
        <w:rPr>
          <w:b/>
        </w:rPr>
        <w:t xml:space="preserve">[25:10] </w:t>
      </w:r>
      <w:r>
        <w:t>erence next time. yeh ayat to quran majeed mein hai, lekin yeh blasphemy nikaala unhone. yeh galat nikaala hai. yeh war ki baat hai. war criminals ke baare mein hai. yeh yeh ayat war criminals ke baare mein hai. bless famous ka koi taalluq nahi hai uska. phir se dekhiyega aap.</w:t>
      </w:r>
    </w:p>
    <w:p>
      <w:pPr>
        <w:jc w:val="right"/>
      </w:pPr>
      <w:r>
        <w:t>रेंस नेक्स्ट टाइम। ये आयत तो कुरान मजीद में है, लेकिन ये ब्लेस फेमी निकाला उन्होंने। ये गलत निकाला है। ये वार की बात है। वार क्रिमिनल्स के बारे में है। ये ये आयत वार क्रिमिनल्स के बारे में है। ब्लेस फेमस का कोई ताल्लुक नहीं है उसका। फिर से देखिएगा आप।</w:t>
      </w:r>
    </w:p>
    <w:p>
      <w:r>
        <w:rPr>
          <w:b/>
        </w:rPr>
        <w:t xml:space="preserve">[25:26] </w:t>
      </w:r>
      <w:r>
        <w:t>this question is from mr khaled ansari from delhi. movements like al iwan ul muslimoon lay emphasis on one umma or international brotherhood for muslims. maulana, what is the basis of such movement?</w:t>
      </w:r>
    </w:p>
    <w:p>
      <w:pPr>
        <w:jc w:val="right"/>
      </w:pPr>
      <w:r>
        <w:t>दिस क्वेश्चन इज फ्रॉम मिस्टर खालेद अंसारी फ्रॉम दिल्ली। मूवमेंट्स लाइक अल इवान उल मुस्लिमून ले एमफसिस ऑन वन उम्मा और इंटरनेशनल ब्रदरहुड फॉर मुस्लिम्स। मौलाना, व्हाट इज द बेसिस ऑफ सच मूवमेंट?</w:t>
      </w:r>
    </w:p>
    <w:p>
      <w:r>
        <w:rPr>
          <w:b/>
        </w:rPr>
        <w:t xml:space="preserve">[25:46] </w:t>
      </w:r>
      <w:r>
        <w:t>is it the result of some misinterpretation of hadees or quranic verse?</w:t>
      </w:r>
    </w:p>
    <w:p>
      <w:pPr>
        <w:jc w:val="right"/>
      </w:pPr>
      <w:r>
        <w:t>इज इट द रिजल्ट ऑफ सम मिसइंटरप्रिटेशन ऑफ हदीस और कुरानिक वर्स?</w:t>
      </w:r>
    </w:p>
    <w:p>
      <w:r>
        <w:rPr>
          <w:b/>
        </w:rPr>
        <w:t xml:space="preserve">[25:53] </w:t>
      </w:r>
      <w:r>
        <w:t>it is simply a continuation of an evil. quran hadees koi taalluq nahi hai. iske jo pehle jo the, wo the syed juradun afghani. uske baad iqbal, abul kalam azad aur sab logon ne yahi baatein kahi. to yeh tha un logon ka nazariya ke wo samajhte the ke western powers jo hain, wo hamein</w:t>
      </w:r>
    </w:p>
    <w:p>
      <w:pPr>
        <w:jc w:val="right"/>
      </w:pPr>
      <w:r>
        <w:t>इट इज सिंपली अ कंटिन्यूएशन ऑफ एन इविल। कुरान हदीस कोई ताल्लुक नहीं है। इसके जो पहले जो थे, वो थे सैयद जुरादुन अफगानी। उसके बाद इकबाल, अबुल कलाम आजाद और सब लोगों ने यही बातें कही। तो यह था उन लोगों का नजरिया कि वह समझते थे कि वेस्टर्न पावर्स जो हैं, वह हमें</w:t>
      </w:r>
    </w:p>
    <w:p>
      <w:r>
        <w:rPr>
          <w:b/>
        </w:rPr>
        <w:t xml:space="preserve">[26:20] </w:t>
      </w:r>
      <w:r>
        <w:t>attack kar rahi hain, hamein mitana chahti hain. to saari dunya ke musalman milkar ke unhein, unka, unka defense karein. to saari dunya ke musalmanon ko is front par ikattha karne ke liye unhone yeh concept nikaala. ittehad islami, pan islamism,</w:t>
      </w:r>
    </w:p>
    <w:p>
      <w:pPr>
        <w:jc w:val="right"/>
      </w:pPr>
      <w:r>
        <w:t>अटैक कर रही हैं, हमें मिटाना चाहती हैं। तो सारी दुनिया के मुसलमान मिलकर के उन्हें, उनका, उनका डिफेंस करें। तो सारी दुनिया के मुसलमानों को इस फ्रंट पर इकट्ठा करने के लिए उन्होंने यह कांसेप्ट निकाला। इत्तेहाद इस्लामी, पैन इस्लामिज्म,</w:t>
      </w:r>
    </w:p>
    <w:p>
      <w:r>
        <w:rPr>
          <w:b/>
        </w:rPr>
        <w:t xml:space="preserve">[26:40] </w:t>
      </w:r>
      <w:r>
        <w:t>ummah, internationally sab concept nikala unhon ne. to woh chala bhi nahin, woh khatm bhi ho gaya. kyunke sari duniya mein empire musalmanon ke toot gayi. ab chhote-chhote state hain musalmanon ke, 57. to jaisa ke maine arz kiya, commerce international toot gayi kyunke woh secular basis par qaim hui thi.</w:t>
      </w:r>
    </w:p>
    <w:p>
      <w:pPr>
        <w:jc w:val="right"/>
      </w:pPr>
      <w:r>
        <w:t>उम्मा, इंटरनेशनली सब कांसेप्ट निकाला उन्होंने। तो वह चला भी नहीं, वह खत्म भी हो गया। क्योंकि सारी दुनिया में एंपायर मुसलमानों के टूट गई। अब छोटे-छोटे स्टेट हैं मुसलमानों के, 57। तो जैसा कि मैंने अर्ज किया, कमर्स इंटरनेशनल टूट गई क्योंकि वह सेकुलर बेसिस पर कायम हुई थी।</w:t>
      </w:r>
    </w:p>
    <w:p>
      <w:r>
        <w:rPr>
          <w:b/>
        </w:rPr>
        <w:t xml:space="preserve">[27:01] </w:t>
      </w:r>
      <w:r>
        <w:t>yeh unhon ne, yeh abhi tak khatm nahin ho rahi kyunke usko aqeedah bana diya logon ne. agar unhon ne aqeedah na banaya hota, to yeh bhi khatm ho chuki hoti ab tak. yeh concept ab tak khatm ho chuka hota.</w:t>
      </w:r>
    </w:p>
    <w:p>
      <w:pPr>
        <w:jc w:val="right"/>
      </w:pPr>
      <w:r>
        <w:t>यह उन्होंने, यह अभी तक खत्म नहीं हो रही क्योंकि उसको अकीदा बना दिया लोगों ने। अगर उन्होंने अकीदा ना बनाया होता, तो यह भी खत्म हो चुकी होती अब तक। यह कांसेप्ट अब तक खत्म हो चुका होता।</w:t>
      </w:r>
    </w:p>
    <w:p>
      <w:r>
        <w:rPr>
          <w:b/>
        </w:rPr>
        <w:t xml:space="preserve">[27:17] </w:t>
      </w:r>
      <w:r>
        <w:t>juradun afghani ne ek parcha nikala tha, uska naam tha al urwatul wusqa. yeh quran ka alfaaz hai. yeh to usko quran se unhon ne justify karna shuru kar diya ya sanctify karna shuru kar diya. yeh ek political stunt tha.</w:t>
      </w:r>
    </w:p>
    <w:p>
      <w:pPr>
        <w:jc w:val="right"/>
      </w:pPr>
      <w:r>
        <w:t>जुरादुन अफगानी ने एक पर्चा निकाला था, उसका नाम था अल उर्बतुल उस्का। यह कुरान का अल्फाज है। यह तो उसको कुरान से उन्होंने जस्टिफाई करना शुरू कर दिया या सेंक्रिफाई करना शुरू कर दिया। यह एक पॉलिटिकल स्टंट था।</w:t>
      </w:r>
    </w:p>
    <w:p>
      <w:r>
        <w:rPr>
          <w:b/>
        </w:rPr>
        <w:t xml:space="preserve">[27:36] </w:t>
      </w:r>
      <w:r>
        <w:t>yeh jo tha pan islamism, ek political stunt tha. lekin usko unhon ne qurani naam de diya, al ul wusqa. ab woh muqaddas ho gaya, ab aqeedah ban gaya. woh to kaise musalman hate usse?</w:t>
      </w:r>
    </w:p>
    <w:p>
      <w:pPr>
        <w:jc w:val="right"/>
      </w:pPr>
      <w:r>
        <w:t>यह जो था पैन इस्लामिज्म, एक पॉलिटिकल स्टंट था। लेकिन उसको उन्होंने कुरानी नाम दे दिया, अल उल उस्का। अब वह मुकद्दस हो गया, अब अकीदा बन गया। वह तो कैसे मुसलमान हटे उससे?</w:t>
      </w:r>
    </w:p>
    <w:p>
      <w:r>
        <w:rPr>
          <w:b/>
        </w:rPr>
        <w:t xml:space="preserve">[27:48] </w:t>
      </w:r>
      <w:r>
        <w:t>musalman isse hate to ab hum jannat chali gayi hamari. ab sari ulma ko milkar fatwa dena chahiye ke pan islamism jo tha, yeh bilkul ek political stunt tha. iski koi haqiyat nahin hai. har sab log apne-apne mulk ko wafadar bane, apne mulk ko biradar kaam karein.</w:t>
      </w:r>
    </w:p>
    <w:p>
      <w:pPr>
        <w:jc w:val="right"/>
      </w:pPr>
      <w:r>
        <w:t>मुसलमान इससे हटे तो अब हम जन्नत चली गई हमारी। अब सारे उलमा को मिलकर फतवा देना चाहिए कि पैन इस्लामिज्म जो था, यह बिल्कुल एक पॉलिटिकल स्टंट था। इसकी कोई हकियत नहीं है। हर सब लोग अपने-अपने मुल्क को वफादार बने, अपने मुल्क को बिराकर काम करें।</w:t>
      </w:r>
    </w:p>
    <w:p>
      <w:r>
        <w:rPr>
          <w:b/>
        </w:rPr>
        <w:t xml:space="preserve">[28:06] </w:t>
      </w:r>
      <w:r>
        <w:t>aisa fatwa koi de nahin raha hai.</w:t>
      </w:r>
    </w:p>
    <w:p>
      <w:pPr>
        <w:jc w:val="right"/>
      </w:pPr>
      <w:r>
        <w:t>ऐसा फतवा कोई दे नहीं रहा है।</w:t>
      </w:r>
    </w:p>
    <w:p>
      <w:r>
        <w:rPr>
          <w:b/>
        </w:rPr>
        <w:t xml:space="preserve">[28:11] </w:t>
      </w:r>
      <w:r>
        <w:t>to ulma us waqt khamosh nahin rahe. us waqt hi khamosh rahe hote. us waqt na kaha hota unhon ne. yeh nazariya na nikala hota unhon ne. us waqt bole to ab bhi unhein bolna padega. yaani usmani saltanat ko bachane ke liye unhon ne yeh nikala tha. yeh nazariya syed juradun afghani ne aur sari duniya ke musalmanon ne saath diya uska.</w:t>
      </w:r>
    </w:p>
    <w:p>
      <w:pPr>
        <w:jc w:val="right"/>
      </w:pPr>
      <w:r>
        <w:t>तो उलमा उस वक्त खामोश नहीं रहे। उस वक्त ही खामोश रहे होते। उस वक्त ना कहा होता उन्होंने। यह नजरिया ना निकाला होता उन्होंने। उस वक्त बोले तो अब भी उन्हें बोलना पड़ेगा। यानी उस्मानी सल्तनत को बचाने के लिए उन्होंने यह निकाला था। यह नजरिया सैयद जुरादुन अफगानी ने और सारी दुनिया के मुसलमानों ने साथ दिया उसका।</w:t>
      </w:r>
    </w:p>
    <w:p>
      <w:r>
        <w:rPr>
          <w:b/>
        </w:rPr>
        <w:t xml:space="preserve">[28:32] </w:t>
      </w:r>
      <w:r>
        <w:t>yaani arab mein syed juradun afghani, mufti babu abdu, amir shake barsalan aur rasheed reza, yeh sab uske saathi ban gaye. barisagar hind mein syed ibrahim maujoodi aur bakla azad aur yeh,</w:t>
      </w:r>
    </w:p>
    <w:p>
      <w:pPr>
        <w:jc w:val="right"/>
      </w:pPr>
      <w:r>
        <w:t>यानी अरब में सैयद जुरादुन अफगानी, मुफ्ती बाबू अब्दू, अमीर शके बरसलान और रशीद रजा, यह सब उसके साथी बन गए। बरसगर हिंद में सैयद इब्राहिम मौजूदी और बकला आजाद और यह,</w:t>
      </w:r>
    </w:p>
    <w:p>
      <w:r>
        <w:rPr>
          <w:b/>
        </w:rPr>
        <w:t xml:space="preserve">[28:49] </w:t>
      </w:r>
      <w:r>
        <w:t>yeh, yeh sari ulma taqreeban usi, usi baat bolne lage. to ab, ab agar, agar, agar aap ne galat baat ki tayeed ki, to ab usko ailan kijiye ke hum galti padhte hain us waqt ke political stunt ko hum ne islami bana diya. usko</w:t>
      </w:r>
    </w:p>
    <w:p>
      <w:pPr>
        <w:jc w:val="right"/>
      </w:pPr>
      <w:r>
        <w:t>यह, यह सारे उलमा तकरीबन उसी, उसी बात बोलने लगे। तो अब, अब अगर, अगर, अगर आपने गलत बात की तायद की, तो अब उसको ऐलान कीजिए कि हम गलती पढ़ते हैं उस वक्त कि पॉलिटिकल स्टंट को हमने इस्लामी बना दिया। उसको</w:t>
      </w:r>
    </w:p>
    <w:p>
      <w:r>
        <w:rPr>
          <w:b/>
        </w:rPr>
        <w:t xml:space="preserve">[29:07] </w:t>
      </w:r>
      <w:r>
        <w:t>to chunke yeh ailan nahin kar rahe ke hum ne galti ki thi ke woh ek political stunt tha, yaani western powers ke khilaf musalmanon ko uthait karne ke liye. jo, jo fail ho gaya. to usi jis tarah se cup international khatm ho gayi, us isko khatm hona chahiye tha. usko</w:t>
      </w:r>
    </w:p>
    <w:p>
      <w:pPr>
        <w:jc w:val="right"/>
      </w:pPr>
      <w:r>
        <w:t>तो चूंकि यह ऐलान नहीं कर रहे कि हमने गलती की थी कि वह एक पॉलिटिकल स्टंट था, यानी वेस्टर्न पावर्स के खिलाफ मुसलमानों को उत्थेत करने के लिए। जो, जो फेल हो गया। तो उसी जिस तरह से कप इंटरनेशनल खत्म हो गई, उस इसको खत्म होना चाहिए था। उसको</w:t>
      </w:r>
    </w:p>
    <w:p>
      <w:r>
        <w:rPr>
          <w:b/>
        </w:rPr>
        <w:t xml:space="preserve">[29:29] </w:t>
      </w:r>
      <w:r>
        <w:t>cup international jis tarah khatm ho gayi, usi tarah khatm hona chahiye ummah concept ko. aur sari duniya ke musalmanon ko batana chahiye ke tum apne mulk ke wafadar bano, apne mulk mein peaceful tareeqe se raho,</w:t>
      </w:r>
    </w:p>
    <w:p>
      <w:pPr>
        <w:jc w:val="right"/>
      </w:pPr>
      <w:r>
        <w:t>कप इंटरनेशनल जिस तरह खत्म हो गई, उसी तरह खत्म होना चाहिए उम्मा कांसेप्ट को। और सारे दुनिया के मुसलमानों को बताना चाहिए कि तुम अपने मुल्क के वफादार बनो, अपने मुल्क में पीसफुल तरीके से रहो,</w:t>
      </w:r>
    </w:p>
    <w:p>
      <w:r>
        <w:rPr>
          <w:b/>
        </w:rPr>
        <w:t xml:space="preserve">[29:42] </w:t>
      </w:r>
      <w:r>
        <w:t>apne mazhabi mamlaat mein tum azaad ho, lekin mulki mamlaat mein tumhari wahi policy hai jo, jo, jo doosre logon ki policy hai.</w:t>
      </w:r>
    </w:p>
    <w:p>
      <w:pPr>
        <w:jc w:val="right"/>
      </w:pPr>
      <w:r>
        <w:t>अपने मजहबी मामलात में तुम आजाद हो, लेकिन मुल्की मामलात में तुम्हारी वही पॉलिसी है जो, जो, जो दूसरे लोगों की पॉलिसी है।</w:t>
      </w:r>
    </w:p>
    <w:p>
      <w:r>
        <w:rPr>
          <w:b/>
        </w:rPr>
        <w:t xml:space="preserve">[29:51] </w:t>
      </w:r>
      <w:r>
        <w:t>yeh hona chahiye. ab hum, hum, hum yahi kaam kar rahe hain, lekin musalmanon, ulma ko chahiye ke hamara saath de. woh.</w:t>
      </w:r>
    </w:p>
    <w:p>
      <w:pPr>
        <w:jc w:val="right"/>
      </w:pPr>
      <w:r>
        <w:t>यह होना चाहिए। अब हम, हम, हम यही काम कर रहे हैं, लेकिन मुसलमानों, उलमा को चाहिए कि हमारा साथ दे। वो।</w:t>
      </w:r>
    </w:p>
    <w:p>
      <w:r>
        <w:rPr>
          <w:b/>
        </w:rPr>
        <w:t xml:space="preserve">[30:00] </w:t>
      </w:r>
      <w:r>
        <w:t>this question is from mr abdul rehman from delhi. maulana sahib, there are 114 chapters in quran. some are very small and some are very large. every chapter is named, but subject matter is not compatible with the title of the chapter. kindly make us understand the background.</w:t>
      </w:r>
    </w:p>
    <w:p>
      <w:pPr>
        <w:jc w:val="right"/>
      </w:pPr>
      <w:r>
        <w:t>दिस क्वेश्चन इज फ्रॉम मिस्टर अब्दुल रहमान फ्रॉम दिल्ली। मौलाना साहब, देयर आर 114 चैप्टर्स इन कुरान। सम आर वेरी स्मॉल एंड सम आर वेरी लार्ज। एवरी चैप्टर इज नेमड, बट सब्जेक्ट मैटर इज नॉट कंपैटिबल विद द टाइटल ऑफ द चैप्टर। काइंडली मेक अस अंडरस्टैंड द बैकग्राउंड।</w:t>
      </w:r>
    </w:p>
    <w:p>
      <w:r>
        <w:rPr>
          <w:b/>
        </w:rPr>
        <w:t xml:space="preserve">[30:28] </w:t>
      </w:r>
      <w:r>
        <w:t>ab yeh to koi aisi baat nahin hai ke subject ko lekar naam rakha jaye. quran ki ayat, suratein jo hain, uska koi ek subject hota nahin hai. ek hi quran mein, ek hi chapter mein kai baatein hoti hain. masura al-baqarah jo hai,</w:t>
      </w:r>
    </w:p>
    <w:p>
      <w:pPr>
        <w:jc w:val="right"/>
      </w:pPr>
      <w:r>
        <w:t>अब यह तो कोई ऐसी बात नहीं है कि सब्जेक्ट को लेकर नाम रखा जाए। कुरान की आयत, सूरतें जो हैं, उसका कोई एक सब्जेक्ट होता नहीं है। एक ही कुरान में, एक ही चैप्टर में कई बातें होती हैं। मसूरा अलबकरा जो है,</w:t>
      </w:r>
    </w:p>
    <w:p>
      <w:r>
        <w:rPr>
          <w:b/>
        </w:rPr>
        <w:t xml:space="preserve">[30:45] </w:t>
      </w:r>
      <w:r>
        <w:t>to baqarah ke maane hote hain gaay. to al-baqarah ke naam sawa ke kuch subject rakha jaye, to usmein kis subject ko la</w:t>
      </w:r>
    </w:p>
    <w:p>
      <w:pPr>
        <w:jc w:val="right"/>
      </w:pPr>
      <w:r>
        <w:t>तो बकरा के माने होते हैं गाय। तो अलबकरा के नाम सवा के कुछ सब्जेक्ट रखा जाए, तो उसमें किस सब्जेक्ट को ल</w:t>
      </w:r>
    </w:p>
    <w:p>
      <w:r>
        <w:rPr>
          <w:b/>
        </w:rPr>
        <w:t xml:space="preserve">[30:54] </w:t>
      </w:r>
      <w:r>
        <w:t>enge aap? usmein toheed bhi hai, usmein akhirat bhi hai, usmein risalat bhi hai. usmein to, to yeh, yeh possible nahin hai. quran ki jo suratein hain, us time par nahin hain. jaise ke is karan log kitabein likha karte hain,</w:t>
      </w:r>
    </w:p>
    <w:p>
      <w:pPr>
        <w:jc w:val="right"/>
      </w:pPr>
      <w:r>
        <w:t>ेंगे आप? उसमें तोहीद भी है, उसमें आखिरत भी है, उसमें रिसालत भी है। उसमें तो, तो यह, यह पॉसिबल नहीं है। कुरान की जो सूरतें हैं, उस टाइम पर नहीं हैं। जैसे कि इस कारण लोग किताबें लिखा करते हैं,</w:t>
      </w:r>
    </w:p>
    <w:p>
      <w:r>
        <w:rPr>
          <w:b/>
        </w:rPr>
        <w:t xml:space="preserve">[31:07] </w:t>
      </w:r>
      <w:r>
        <w:t>ek chapter apne subject ke lihaz se. to quran jo hai, usmein har, har surat mein different subject deal kiye jaate hain.</w:t>
      </w:r>
    </w:p>
    <w:p>
      <w:pPr>
        <w:jc w:val="right"/>
      </w:pPr>
      <w:r>
        <w:t>एक चैप्टर अपने सब्जेक्ट के लिहाज से। तो कुरान जो है, उसमें हर, हर सूरत में डिफरेंट सब्जेक्ट डील किए जाते हैं।</w:t>
      </w:r>
    </w:p>
    <w:p>
      <w:r>
        <w:rPr>
          <w:b/>
        </w:rPr>
        <w:t xml:space="preserve">[31:17] </w:t>
      </w:r>
      <w:r>
        <w:t>kyunke kai, kyunke woh quran ikatthe utra nahin tha. aap jante hain, woh to 23 saal mein utra tha. nazman, nazman ka ayat hai. to phir woh compile kiya gaya. to main bataun ke sabse achha tareeqa yahi hai ke uska naam</w:t>
      </w:r>
    </w:p>
    <w:p>
      <w:pPr>
        <w:jc w:val="right"/>
      </w:pPr>
      <w:r>
        <w:t>क्योंकि कई, क्योंकि वह कुरान इकट्ठे उतरा नहीं था। आप जानते हैं, वो तो 23 साल में उतरा था। नजमन, नजमन का आयत है। तो फिर वो कंपाइल किया गया। तो मैं बताऊं कि सबसे अच्छा तरीका यही है कि उसका नाम</w:t>
      </w:r>
    </w:p>
    <w:p>
      <w:r>
        <w:rPr>
          <w:b/>
        </w:rPr>
        <w:t xml:space="preserve">[31:34] </w:t>
      </w:r>
      <w:r>
        <w:t>surat ke koi lafz ko lekar rakha jaye. jo, jo itne bhi naam hain, woh sab surat kisi lafz se al-hujurat hai. to hujurat ka lafz usmein aaya, to uska naam rakh diya gaya. to surat ke kisi ek lafz ko lekar naam rakhna</w:t>
      </w:r>
    </w:p>
    <w:p>
      <w:pPr>
        <w:jc w:val="right"/>
      </w:pPr>
      <w:r>
        <w:t>सूरत के कोई लफ्ज को लेकर रखा जाए। जो, जो इतने भी नाम हैं, वो सब सूरत किसी लफ्ज से अल हुजरात है। तो हुजरात का लफ्ज उसमें आया, तो उसका नाम रख दिया गया। तो सूरत के किसी एक लफ्ज को लेकर नाम रखना</w:t>
      </w:r>
    </w:p>
    <w:p>
      <w:r>
        <w:rPr>
          <w:b/>
        </w:rPr>
        <w:t xml:space="preserve">[31:50] </w:t>
      </w:r>
      <w:r>
        <w:t>quran ke liye yahi behtar hai. subject wise naam nahin rakh sakte. aap rakhenge to phir usmein problem paida ho jayega.</w:t>
      </w:r>
    </w:p>
    <w:p>
      <w:pPr>
        <w:jc w:val="right"/>
      </w:pPr>
      <w:r>
        <w:t>कुरान के लिए यही बेहतर है। सब्जेक्ट वाइज नाम नहीं रख सकते। आप रखेंगे तो फिर उसमें प्रॉब्लम पैदा हो जाएगा।</w:t>
      </w:r>
    </w:p>
    <w:p>
      <w:r>
        <w:rPr>
          <w:b/>
        </w:rPr>
        <w:t xml:space="preserve">[32:00] </w:t>
      </w:r>
      <w:r>
        <w:t>maulana, he has another question. turkey khilafat is always very much in muslim writers, but i do not know much about this empire and its activities. i request you to kindly tell us in brief.</w:t>
      </w:r>
    </w:p>
    <w:p>
      <w:pPr>
        <w:jc w:val="right"/>
      </w:pPr>
      <w:r>
        <w:t>मौलाना, ही हैज अनदर क्वेश्चन। तुर्की खिलाफत इज ऑलवेज वेरी मच इन मुस्लिम राइटर्स, बट आई डू नॉट नो मच अबाउट दिस एंपायर एंड इट्स एक्टिविटीज। आई रिक्वेस्ट यू टू काइंडली टेल अस इन ब्रीफ।</w:t>
      </w:r>
    </w:p>
    <w:p>
      <w:r>
        <w:rPr>
          <w:b/>
        </w:rPr>
        <w:t xml:space="preserve">[32:18] </w:t>
      </w:r>
      <w:r>
        <w:t>dekhiye, yeh tatari jo qabail the, jinhon ne khilafat abbasi ko khatm kiya tha, to woh non muslim the. woh koi mazhab nahin tha unka. woh to pahadon mein rehte the. baad ko unki majority jo hai, woh islam mein dakhil ho gayi.</w:t>
      </w:r>
    </w:p>
    <w:p>
      <w:pPr>
        <w:jc w:val="right"/>
      </w:pPr>
      <w:r>
        <w:t>देखिए, यह तातारी जो कबाइल थे, जिन्होंने खलाफत अब्बासी को खत्म किया था, तो वह नॉन मुस्लिम थे। वह कोई मजहब नहीं था उनका। वह तो पहाड़ों में रहते थे। बाद को उनकी मेजॉरिटी जो है, वह इस्लाम में दाखिल हो गई।</w:t>
      </w:r>
    </w:p>
    <w:p>
      <w:r>
        <w:rPr>
          <w:b/>
        </w:rPr>
        <w:t xml:space="preserve">[32:39] </w:t>
      </w:r>
      <w:r>
        <w:t>to phir inke do tukde bane. ek hissa jo hai, wohi india mein jo, jo aap mughal rule kehte hain, woh bhi usi ka hissa hai. woh tatari family ke log the. yeh aur wahan jo gaye turki mein, woh bhi usi family ke kuch log the.</w:t>
      </w:r>
    </w:p>
    <w:p>
      <w:pPr>
        <w:jc w:val="right"/>
      </w:pPr>
      <w:r>
        <w:t>तो फिर इनके दो टुकड़े बने। एक हिस्सा जो है, वही इंडिया में जो, जो आप मुगल रूल कहते हैं, वह भी उसी का हिस्सा है। व तातारी फैमिली के लोग थे। यह और वहां जो गए तुर्की में, वह भी उसी फैमिली के कुछ लोग थे।</w:t>
      </w:r>
    </w:p>
    <w:p>
      <w:r>
        <w:rPr>
          <w:b/>
        </w:rPr>
        <w:t xml:space="preserve">[32:57] </w:t>
      </w:r>
      <w:r>
        <w:t>to do, ek, ek ba, us, uski do shakhhein. ek shakh wahan jaakar ke unhon ne rule qaim kiya, doosri shakh ne yahan rule qaim kiya. to yeh zamana woh tha jabke kingship ka zamana tha. log, yaani king ko maan liya karte the, jiske sar par taaj, usi ki hukumat.</w:t>
      </w:r>
    </w:p>
    <w:p>
      <w:pPr>
        <w:jc w:val="right"/>
      </w:pPr>
      <w:r>
        <w:t>तो दो, एक, एक बा, उस, उसकी दो शाखे। एक शाख वहां जाकर के उन्होंने रूल कायम किया, दूसरी शाख ने यहां रूल कायम किया। तो यह जमाना वह था जबकि किंगशिप का जमाना था। लोग, यानी किंग को मान लिया करते थे, जिसके सर पर ताज, उसी की हुकूमत।</w:t>
      </w:r>
    </w:p>
    <w:p>
      <w:r>
        <w:rPr>
          <w:b/>
        </w:rPr>
        <w:t xml:space="preserve">[33:20] </w:t>
      </w:r>
      <w:r>
        <w:t>to wahan par jab unhon ne qaim kar liya, to logon ne accept kar liya usko. yahan bhi accept kar liya. us waqt tak yeh chala jab tak ke democracy duniya mein nahin aai. jab democracy aa gayi, to woh bhi khatm, yeh bhi khatm. to democracy us se better hai mere nazdeek, kyunke democracy jo hai, woh power sharing ki ka concept base karti hai. power sharing, yaani hum bhi us mein hissedar hain.</w:t>
      </w:r>
    </w:p>
    <w:p>
      <w:pPr>
        <w:jc w:val="right"/>
      </w:pPr>
      <w:r>
        <w:t>तो वहां पर जब उन्होंने कायम कर लिया, तो लोगों ने एक्सेप्ट कर लिया उसको। यहां भी एक्सेप्ट कर लिया। उस वक्त तक यह चला जब तक कि डेमोक्रेसी दुनिया में नहीं आई। जब डेमोक्रेसी आ गई, तो वह भी खत्म, यह भी खत्म। तो डेमोक्रेसी उससे बेटर है मेरे नजदीक, क्योंकि डेमोक्रेसी जो है, वह पावर शेयरिंग की का कांसेप्ट बेस करती है। पावर शेयरिंग, यानी हम भी उसमें हिस्सेदार हैं।</w:t>
      </w:r>
    </w:p>
    <w:p>
      <w:r>
        <w:rPr>
          <w:b/>
        </w:rPr>
        <w:t xml:space="preserve">[33:45] </w:t>
      </w:r>
      <w:r>
        <w:t>main is mulk ka prime minister nahin hoon, lekin main, main, mujhe hissa hai us mein haasil prime ministership mein. main bhi hissedar hoon. yeh, yeh naya concept hai jo democracy mein aaya hai. king ke zamane mein aap, aapko share koi nahin hota tha. us zamane mein</w:t>
      </w:r>
    </w:p>
    <w:p>
      <w:pPr>
        <w:jc w:val="right"/>
      </w:pPr>
      <w:r>
        <w:t>मैं इस मुल्क का प्राइम मिनिस्टर नहीं हूं, लेकिन मैं, मैं, मुझे हिस्सा है उसमें हासिल प्राइम मिनिस्टरशिप में। मैं भी हिस्सेदार हूं। यह, यह नया कांसेप्ट है जो डेमोक्रेसी में आया है। किंग के जमाने में आप, आपको शेयर कोई नहीं होता था। उस जमाने में</w:t>
      </w:r>
    </w:p>
    <w:p>
      <w:r>
        <w:rPr>
          <w:b/>
        </w:rPr>
        <w:t xml:space="preserve">[34:02] </w:t>
      </w:r>
      <w:r>
        <w:t>koi share aap, aap subject hote the, woh ruler hote the. aaj hum, aaj hum hissedar hain. prime ministership kisi ki monopoly nahin hai. hum bhi us mein, hamara bhi us mein share hai. to yeh</w:t>
      </w:r>
    </w:p>
    <w:p>
      <w:pPr>
        <w:jc w:val="right"/>
      </w:pPr>
      <w:r>
        <w:t>कोई शेयर आप, आप सब्जेक्ट होते थे, वह रूरल होते थे। आज हम, आज हम हिस्सेदार हैं। प्राइम मिनिस्ट्री किसी की मोनोपोली नहीं है। हम भी उसमें, हमारा भी उसमें शेयर है। तो यह</w:t>
      </w:r>
    </w:p>
    <w:p>
      <w:r>
        <w:rPr>
          <w:b/>
        </w:rPr>
        <w:t xml:space="preserve">[34:19] </w:t>
      </w:r>
      <w:r>
        <w:t>to democracy is better than, than the kingship. lekin log khamakha usi mein rote hain abhi tak. aur us se achha mil gaya unko, unko uski value nahin maloom.</w:t>
      </w:r>
    </w:p>
    <w:p>
      <w:pPr>
        <w:jc w:val="right"/>
      </w:pPr>
      <w:r>
        <w:t>तो डेमोक्रेसी इज बेटर देन, देन द किंगशिप। लेकिन लोग खामखा उसी में रोते हैं अभी तक। और उससे अच्छा मिल गया उनको, उनको उसकी वैल्यू नहीं मालूम।</w:t>
      </w:r>
    </w:p>
    <w:p>
      <w:r>
        <w:rPr>
          <w:b/>
        </w:rPr>
        <w:t xml:space="preserve">[34:34] </w:t>
      </w:r>
      <w:r>
        <w:t>This question is from Maulana Zakwan Nadwi from Delhi.</w:t>
      </w:r>
    </w:p>
    <w:p>
      <w:pPr>
        <w:jc w:val="right"/>
      </w:pPr>
      <w:r>
        <w:t>दिस क्वेश्चन इज फ्रॉम मौलाना जकवान नदवी फ्रॉम दिल्ली।</w:t>
      </w:r>
    </w:p>
    <w:p>
      <w:r>
        <w:rPr>
          <w:b/>
        </w:rPr>
        <w:t xml:space="preserve">[34:40] </w:t>
      </w:r>
      <w:r>
        <w:t>Maulana, in Musnad Ahmad, Volume 2, it is mentioned that prophet of Islam once said that the believer</w:t>
      </w:r>
    </w:p>
    <w:p>
      <w:pPr>
        <w:jc w:val="right"/>
      </w:pPr>
      <w:r>
        <w:t>मौलाना, इन मुस्नाद अहमद, वॉल्यूम टू, इट इज मेंशन दैट प्रॉफिट ऑफ इस्लाम वंस सेड दैट द बिलीवर</w:t>
      </w:r>
    </w:p>
    <w:p>
      <w:r>
        <w:rPr>
          <w:b/>
        </w:rPr>
        <w:t xml:space="preserve">[34:49] </w:t>
      </w:r>
      <w:r>
        <w:t>will continue to be tested by affliction</w:t>
      </w:r>
    </w:p>
    <w:p>
      <w:pPr>
        <w:jc w:val="right"/>
      </w:pPr>
      <w:r>
        <w:t>विल कंटिन्यू टू बी टेस्टेड बाय अफ्लिक्शन</w:t>
      </w:r>
    </w:p>
    <w:p>
      <w:r>
        <w:rPr>
          <w:b/>
        </w:rPr>
        <w:t xml:space="preserve">[34:52] </w:t>
      </w:r>
      <w:r>
        <w:t>until's up pure from sin.</w:t>
      </w:r>
    </w:p>
    <w:p>
      <w:pPr>
        <w:jc w:val="right"/>
      </w:pPr>
      <w:r>
        <w:t>अंट्स अप प्योर फ्रॉम सिन।</w:t>
      </w:r>
    </w:p>
    <w:p>
      <w:r>
        <w:rPr>
          <w:b/>
        </w:rPr>
        <w:t xml:space="preserve">[34:56] </w:t>
      </w:r>
      <w:r>
        <w:t>and the parallel of the hypocrite is that of an animal, it does not know why its owner</w:t>
      </w:r>
    </w:p>
    <w:p>
      <w:pPr>
        <w:jc w:val="right"/>
      </w:pPr>
      <w:r>
        <w:t>एंड द पैरेलल ऑफ द हिपोक्रिट इज दैट ऑफ एन एनिमल, इट डज नॉट नो व्हाई इट्स ओनर</w:t>
      </w:r>
    </w:p>
    <w:p>
      <w:r>
        <w:rPr>
          <w:b/>
        </w:rPr>
        <w:t xml:space="preserve">[35:03] </w:t>
      </w:r>
      <w:r>
        <w:t>has tied it or released it.</w:t>
      </w:r>
    </w:p>
    <w:p>
      <w:pPr>
        <w:jc w:val="right"/>
      </w:pPr>
      <w:r>
        <w:t>हैज टाइड इट और रिलीजड इट।</w:t>
      </w:r>
    </w:p>
    <w:p>
      <w:r>
        <w:rPr>
          <w:b/>
        </w:rPr>
        <w:t xml:space="preserve">[35:06] </w:t>
      </w:r>
      <w:r>
        <w:t>Maulana, kindly explain this hadith.</w:t>
      </w:r>
    </w:p>
    <w:p>
      <w:pPr>
        <w:jc w:val="right"/>
      </w:pPr>
      <w:r>
        <w:t>मौलाना, काइंडली एक्सप्लेन दिस हदीस।</w:t>
      </w:r>
    </w:p>
    <w:p>
      <w:r>
        <w:rPr>
          <w:b/>
        </w:rPr>
        <w:t xml:space="preserve">[35:11] </w:t>
      </w:r>
      <w:r>
        <w:t>dekhiye, yeh yaani kisan ki jo life hoti hai, uski tamseel ko le kar ke rasool ne ek baat samjhai. agar aap jante ho, gaon mein jis tarah se kisan hote hain, unke</w:t>
      </w:r>
    </w:p>
    <w:p>
      <w:pPr>
        <w:jc w:val="right"/>
      </w:pPr>
      <w:r>
        <w:t>देखिए, यह यानी किसान की जो लाइफ होती है, उसकी तमसील को लेकर के रसूल ने एक बात समझाई। अगर आप जानते हो, गांव में जिस तरह से किसान होते हैं, उनके</w:t>
      </w:r>
    </w:p>
    <w:p>
      <w:r>
        <w:rPr>
          <w:b/>
        </w:rPr>
        <w:t xml:space="preserve">[35:28] </w:t>
      </w:r>
      <w:r>
        <w:t>bail hote hain, to wahan kya hota hai ke bailon ko rassi mein bandha jata hai. to kabhi bandh diya peed ke neeche, kabhi bandh diya khuli jagah par. to kisan samajhta hai ke is waqt ko dhoop chahiye, to bandh diya wahan. is waqt saaya chahiye, to peed ke neeche bandh diya. usko le kar rasool ne farmaya ke</w:t>
      </w:r>
    </w:p>
    <w:p>
      <w:pPr>
        <w:jc w:val="right"/>
      </w:pPr>
      <w:r>
        <w:t>बैल होते हैं, तो वहां क्या होता है कि बैलों को रस्सी में बांधा जाता है। तो कभी बांध दिया पेड़ के नीचे, कई बांध दिया खुली जगह पर। तो किसान समझता है कि इस वक्त को धूप चाहिए, तो बांध दिया वहां। इस वक्त साया चाहिए, तो पेड़ के नीचे बांध दिया। उसको लेकर रसूल ने फरमाया कि</w:t>
      </w:r>
    </w:p>
    <w:p>
      <w:r>
        <w:rPr>
          <w:b/>
        </w:rPr>
        <w:t xml:space="preserve">[35:51] </w:t>
      </w:r>
      <w:r>
        <w:t>unwar ko kuch pata nahin ke kisan ne yahan kyun bandha, kisan ne wahan kyun bandha. to munafiq ka munafiq isi tarah bekhabar rehta hai. Allah taala mukhtalif halaat dalte hain. kabhi aaram hai, kabhi, kabhi, kabhi sukh hai, kabhi dukh hai.</w:t>
      </w:r>
    </w:p>
    <w:p>
      <w:pPr>
        <w:jc w:val="right"/>
      </w:pPr>
      <w:r>
        <w:t>अनवर को कुछ पता नहीं कि किसान ने यहां क्यों बांधा, किसान ने वहां क्यों बांधा। तो मुनाफिक का मुनाफिक इसी तरह बेखबर रहता है। अल्लाह ताला मुख्तलिफ हालात डालते हैं। कभी आराम है, कभी, कभी, कभी, कभी सुख है, कभी दुख है।</w:t>
      </w:r>
    </w:p>
    <w:p>
      <w:r>
        <w:rPr>
          <w:b/>
        </w:rPr>
        <w:t xml:space="preserve">[36:09] </w:t>
      </w:r>
      <w:r>
        <w:t>kuch mauke khule hain, kuch jo pehle nahin the. to momin usko jaan leta hai, munafiq jaan nahin pata usko. to hamari sarhon mein isko bahut maujud maane mein liya gaya hai. maujud maane mein limited sense mein. main kehta hoon, usko aap phailaiye. to yeh bhi usi baat hai jo maine abhi bayan kiya aap se ke Allah taala ne opportunity kholi, aapko khabar nahin uski.</w:t>
      </w:r>
    </w:p>
    <w:p>
      <w:pPr>
        <w:jc w:val="right"/>
      </w:pPr>
      <w:r>
        <w:t>कुछ मौके खुले हैं, कुछ जो पहले नहीं थे। तो मोमिन उसको जान लेता है, मुनाफिक जान नहीं पाता उसको। तो हमारी सरहों में इसको बहुत मौजूद माने में लिया गया है। मौजूद माने में लिमिटेड सेंस में। मैं कहता हूं, उसको आप फैलाइए। तो यह भी उसी बात है जो मैंने अभी बयान किया आपसे कि अल्लाह ताला ने अपॉर्चुनिटी खोली, आपको खबर नहीं उसकी।</w:t>
      </w:r>
    </w:p>
    <w:p>
      <w:r>
        <w:rPr>
          <w:b/>
        </w:rPr>
        <w:t xml:space="preserve">[36:33] </w:t>
      </w:r>
      <w:r>
        <w:t>yeh bhi usi baat hai. Allah taala ne pehle aapko ek ruler banaya tha, emperor banaya tha. usi mein aap jee rahe hain. ab jo Allah taala ne naye halaat paida kiye, yaani opportunity ka jo explosion ho gaya, uski aapko khabar hi nahin.</w:t>
      </w:r>
    </w:p>
    <w:p>
      <w:pPr>
        <w:jc w:val="right"/>
      </w:pPr>
      <w:r>
        <w:t>यह भी उसी बात है। अल्लाह ताला ने पहले आपको एक रूरल बनाया था, एंपरर बनाया था। उसी में आप जी रहे हैं। अब जो अल्लाह ताला ने नए हालात पैदा किए, यानी अपॉर्चुनिटी का जो एक्सप्लोजन हो गया, उसकी आपको खबर ही नहीं।</w:t>
      </w:r>
    </w:p>
    <w:p>
      <w:r>
        <w:rPr>
          <w:b/>
        </w:rPr>
        <w:t xml:space="preserve">[36:53] </w:t>
      </w:r>
      <w:r>
        <w:t>usi mein yeh bhi aata hai. to yeh hadith jo hai, iski, iske ulama jo sharah karte hain, bahut mahdood maane mein karte hain, limited maane mein. main isko greater maane mein leta hoon ke halaat jab badle, to hamesha woh aapke liye, aapke favor mein hote hain.</w:t>
      </w:r>
    </w:p>
    <w:p>
      <w:pPr>
        <w:jc w:val="right"/>
      </w:pPr>
      <w:r>
        <w:t>उसी में यह भी आता है। तो यह हदीस जो है, इसकी, इसके उलमा जो शरह करते हैं, बहुत महदूद माने में करते हैं, लिमिटेड माने में। मैं इसको ग्रेटर माने में लेता हूं कि हालात जब बदले, तो हमेशा वह आपके लिए, आपके फेवर में होते हैं।</w:t>
      </w:r>
    </w:p>
    <w:p>
      <w:r>
        <w:rPr>
          <w:b/>
        </w:rPr>
        <w:t xml:space="preserve">[37:11] </w:t>
      </w:r>
      <w:r>
        <w:t>jab bhi halaat badle, to aapke favor mein hote hain. woh to aap janiye usko ke duniya mein kingship thi, to us se aapko favor mil raha tha. ab kingship nahin hai, ab democracy hai. to uske, uske, us mein andar aur bhi bade-bade favor aapke likhe hue hain. usko janiye aap</w:t>
      </w:r>
    </w:p>
    <w:p>
      <w:pPr>
        <w:jc w:val="right"/>
      </w:pPr>
      <w:r>
        <w:t>जब भी हालात बदले, तो आपके फेवर में होते हैं। वो तो आप जानिए उसको कि दुनिया में किंगशिप थी, तो उससे आपको फेवर मिल रहा था। अब किंगशिप नहीं है, अब डेमोक्रेसी है। तो उसके, उसके, उसमें अंदर और भी बड़े-बड़े फेवर आपके लिखे हुए हैं। उसको जानिए आप</w:t>
      </w:r>
    </w:p>
    <w:p>
      <w:r>
        <w:rPr>
          <w:b/>
        </w:rPr>
        <w:t xml:space="preserve">[37:29] </w:t>
      </w:r>
      <w:r>
        <w:t>ke Allah taala ne kyun aisa kiya ke kingship ko to hum ne khatm kar diya. ab democracy hai, ab secularism hai, ab freedom hai, ab industrial age hai, ab communication hai. isko janiye. isko na jaane aur ladte rahe khamakha. yeh bahut is hadith ke mutabiq, yeh bahut badi alamat hai.</w:t>
      </w:r>
    </w:p>
    <w:p>
      <w:pPr>
        <w:jc w:val="right"/>
      </w:pPr>
      <w:r>
        <w:t>कि अल्लाह ताला ने क्यों ऐसा किया कि किंगशिप को तो हमने खत्म कर दिया। अब डेमोक्रेसी है, अब सेकुलरिज्म है, अब फ्रीडम है, अब इंडस्ट्रियल एज है, अब कम्युनिकेशन है। इसको जानिए। इसको ना जाने और लड़ते रहे खामखा। यह बहुत इस हदीस के मुताबिक, यह बहुत बड़ी अलामत है।</w:t>
      </w:r>
    </w:p>
    <w:p>
      <w:r>
        <w:rPr>
          <w:b/>
        </w:rPr>
        <w:t xml:space="preserve">[37:50] </w:t>
      </w:r>
      <w:r>
        <w:t>munafiqat ki alamat hai yeh ke itna bade mawa ke. isiliye hadith mein aata hai ke an yakoon baseer bamani. yaani momin ki sifat yeh batai gayi hai ke apne zamane ko jaane. woh momin jo hai,</w:t>
      </w:r>
    </w:p>
    <w:p>
      <w:pPr>
        <w:jc w:val="right"/>
      </w:pPr>
      <w:r>
        <w:t>मुनाफिकत की अलामत है यह कि इतना बड़े मवा के। इसीलिए हदीस में आता है कि अन यकून बसीर बमानी। यानी मोमिन की सिफत यह बताई गई है कि अपने जमाने को जाने। वो मोमिन जो है,</w:t>
      </w:r>
    </w:p>
    <w:p>
      <w:r>
        <w:rPr>
          <w:b/>
        </w:rPr>
        <w:t xml:space="preserve">[38:05] </w:t>
      </w:r>
      <w:r>
        <w:t>an yakoon baseer bamani. momin apne zamane ko janne wala hota hai. yaani Allah taala jo halaat paida karein, Allah taala</w:t>
      </w:r>
    </w:p>
    <w:p>
      <w:pPr>
        <w:jc w:val="right"/>
      </w:pPr>
      <w:r>
        <w:t>अन यकून बसीर बमानी। मोमिन अपने जमाने को जानने वाला होता है। यानी अल्लाह ताला जो हालात पैदा करें, अल्लाह ताला</w:t>
      </w:r>
    </w:p>
    <w:p>
      <w:r>
        <w:rPr>
          <w:b/>
        </w:rPr>
        <w:t xml:space="preserve">[38:15] </w:t>
      </w:r>
      <w:r>
        <w:t>jo, jo naye chances khole aapke liye, yaani jahan aapko, jahan aapko ek nai zindagi ka mauka mile, usko aap jaan le ke Khuda ne mere liye mauke khole hain.</w:t>
      </w:r>
    </w:p>
    <w:p>
      <w:pPr>
        <w:jc w:val="right"/>
      </w:pPr>
      <w:r>
        <w:t>जो, जो नए चांसेस खोले आपके लिए, यानी जहां आपको, जहां आपको एक नई जिंदगी का मौका मिले, उसको आप जान ले कि खुदा ने मेरे लिए मौके खोले हैं।</w:t>
      </w:r>
    </w:p>
    <w:p>
      <w:r>
        <w:rPr>
          <w:b/>
        </w:rPr>
        <w:t xml:space="preserve">[38:33] </w:t>
      </w:r>
      <w:r>
        <w:t>ke aapko pehle mauka diya tha Allah taala ne kingship ke zamane mein, ab diya hai aapko democracy ke zamane mein. usko janiye. nahin jaane ke to munafiqat ka aapko shubha kiya jayega ke kaise log hain, nahin jante. yeh animal ki tarah se hai. is tarah animal jo hai, woh bekhabar rehta hai ke kisan ne yahan kyun bandha, wahan kyun bandha.</w:t>
      </w:r>
    </w:p>
    <w:p>
      <w:pPr>
        <w:jc w:val="right"/>
      </w:pPr>
      <w:r>
        <w:t>कि आपको पहले मौका दिया था अल्लाह ताला ने किंगशिप के जमाने में, अब दिया है आपको डेमोक्रेसी के जमाने में। उसको जानिए। नहीं जाने के तो मुनाफिकत का आपको शुभा किया जाएगा कि कैसे लोग हैं, नहीं जानते। यह एनिमल की तरह से है। इस तरह एनिमल जो है, वो बेखबर रहता है कि किसान ने यहां क्यों बांधा, वहां क्यों बांधा।</w:t>
      </w:r>
    </w:p>
    <w:p>
      <w:r>
        <w:rPr>
          <w:b/>
        </w:rPr>
        <w:t xml:space="preserve">[38:55] </w:t>
      </w:r>
      <w:r>
        <w:t>to aap bhi wahi animal, just like animal ho jayenge. to main samajhta hoon ke Allah taala ne zamane mein tabdili ki hai.</w:t>
      </w:r>
    </w:p>
    <w:p>
      <w:pPr>
        <w:jc w:val="right"/>
      </w:pPr>
      <w:r>
        <w:t>तो आप भी वही एनिमल, जस्ट लाइक एनिमल हो जाएंगे। तो मैं समझता हूं कि अल्लाह ताला ने जमाने में तब्दीली की है।</w:t>
      </w:r>
    </w:p>
    <w:p>
      <w:r>
        <w:rPr>
          <w:b/>
        </w:rPr>
        <w:t xml:space="preserve">[39:06] </w:t>
      </w:r>
      <w:r>
        <w:t>hadith mein aata hai, "Arra, main zamana hoon. main zamane ko ladta parta rehta hoon."</w:t>
      </w:r>
    </w:p>
    <w:p>
      <w:pPr>
        <w:jc w:val="right"/>
      </w:pPr>
      <w:r>
        <w:t>हदीस में आता है, "अरर, मैं जमाना हूं। मैं जमाने को लड़ता पड़ता रहता हूं।"</w:t>
      </w:r>
    </w:p>
    <w:p>
      <w:r>
        <w:rPr>
          <w:b/>
        </w:rPr>
        <w:t xml:space="preserve">[39:14] </w:t>
      </w:r>
      <w:r>
        <w:t>usko le kar ke Ali baghair tab wajood nikal liya. wajood ka matlab nahin is mein ban kiya gaya hai. arra mein arra maane ke zamane ko main control kar raha hoon. zamane mein main changes lata hoon. kingship zamana jo tha, woh bhi Allah ke sanction se tha.</w:t>
      </w:r>
    </w:p>
    <w:p>
      <w:pPr>
        <w:jc w:val="right"/>
      </w:pPr>
      <w:r>
        <w:t>इसको लेकर के अली बगैर तब वजूद निकाल लिया। वजूद का मतलब नहीं इसमें बैन किया गया है। रर में रर माने कि जमाने को मैं कंट्रोल कर रहा हूं। जमाने में मैं चेंजेज लाता हूं। किंगशिप जमाना जो था, वह भी अल्लाह के सैंक्शन से था।</w:t>
      </w:r>
    </w:p>
    <w:p>
      <w:r>
        <w:rPr>
          <w:b/>
        </w:rPr>
        <w:t xml:space="preserve">[39:31] </w:t>
      </w:r>
      <w:r>
        <w:t>ab jo zamana democracy ka, woh bhi Allah ke sanction se aaya hai. wahan bhi arra tha, yahan bhi arra hai. to agar aap is se bekhabar rahenge, to aapko munafiqat ka shubha kiya jayega.</w:t>
      </w:r>
    </w:p>
    <w:p>
      <w:pPr>
        <w:jc w:val="right"/>
      </w:pPr>
      <w:r>
        <w:t>अब जो जमाना डेमोक्रेसी का, वो भी अल्लाह के सैंक्शन से आया है। वहां भी अरर था, यहां भी अरर है। तो अगर आप इससे बेखबर रहेंगे, तो आपको मुनाफिकत का शुभा किया जाएगा।</w:t>
      </w:r>
    </w:p>
    <w:p>
      <w:r>
        <w:rPr>
          <w:b/>
        </w:rPr>
        <w:t xml:space="preserve">[39:47] </w:t>
      </w:r>
      <w:r>
        <w:t>Maulana, he has another question. he wants to know, what is the difference between confidence and over confidence.</w:t>
      </w:r>
    </w:p>
    <w:p>
      <w:pPr>
        <w:jc w:val="right"/>
      </w:pPr>
      <w:r>
        <w:t>मौलाना, ही हैज अनदर क्वेश्चन। ही वांट्स टू नो, व्हाट इज द डिफरेंस बिटवीन कॉन्फिडेंस एंड ओवर कॉन्फिडेंस।</w:t>
      </w:r>
    </w:p>
    <w:p>
      <w:r>
        <w:rPr>
          <w:b/>
        </w:rPr>
        <w:t xml:space="preserve">[40:03] </w:t>
      </w:r>
      <w:r>
        <w:t>ek naujawan mujh se autograph lene ke liye apne woh diya. unhon ne diary to maine unki diary mein likh diya ke confidence is good, but over confidence is equally bad. confidence is good, but over confidence is equally bad. to dekhiye,</w:t>
      </w:r>
    </w:p>
    <w:p>
      <w:pPr>
        <w:jc w:val="right"/>
      </w:pPr>
      <w:r>
        <w:t>एक नौजवान मुझसे ऑटोग्राफ लेने के लिए अपने वो दिया। उन्होंने डायरी तो मैंने उनकी डायरी में लिख दिया कि कॉन्फिडेंस इज गुड, बट ओवर कॉन्फिडेंस इज इक्वली बैड। कॉन्फिडेंस इज गुड, बट ओवर कॉन्फिडेंस इज इक्वली बैड। तो देखिए,</w:t>
      </w:r>
    </w:p>
    <w:p>
      <w:r>
        <w:rPr>
          <w:b/>
        </w:rPr>
        <w:t xml:space="preserve">[40:29] </w:t>
      </w:r>
      <w:r>
        <w:t>hota yeh hai ke zyada tar jo intelligent log hote hain, intelligent log woh aksar is ka shikar ho jate hain. confidence ka maane yeh hai ke aap apne ko jaane ke Allah ne mujhe ek body di hai, ek mind diya hai,</w:t>
      </w:r>
    </w:p>
    <w:p>
      <w:pPr>
        <w:jc w:val="right"/>
      </w:pPr>
      <w:r>
        <w:t>होता यह है कि ज्यादातर जो इंटेलिजेंट लोग होते हैं, इंटेलिजेंट लोग वो अक्सर इसका शिकार हो जाते हैं। कॉन्फिडेंस का माने यह है कि आप अपने को जाने कि अल्लाह ने मुझे एक बॉडी दी है, एक माइंड दिया है,</w:t>
      </w:r>
    </w:p>
    <w:p>
      <w:r>
        <w:rPr>
          <w:b/>
        </w:rPr>
        <w:t xml:space="preserve">[40:44] </w:t>
      </w:r>
      <w:r>
        <w:t>mujhe ek insan banaya hai. isko jaane, is se aapka ek confidence aayega. jaise aap chalte hain raste mein, to is liye chal pate hain ke aapko pata hai ke mere paas paon hain. agar aapko yeh pata na ho ke mere paas paon hain, to kyun chalenge?</w:t>
      </w:r>
    </w:p>
    <w:p>
      <w:pPr>
        <w:jc w:val="right"/>
      </w:pPr>
      <w:r>
        <w:t>मुझे एक इंसान बनाया है। इसको जाने, इससे आपका एक कॉन्फिडेंस आएगा। जैसे आप चलते हैं रास्ते में, तो इसलिए चल पाते हैं कि आपको पता है कि मेरे पास पांव है। अगर आपको यह पता ना हो कि मेरे पास पांव है, तो क्यों चलेंगे?</w:t>
      </w:r>
    </w:p>
    <w:p>
      <w:r>
        <w:rPr>
          <w:b/>
        </w:rPr>
        <w:t xml:space="preserve">[40:59] </w:t>
      </w:r>
      <w:r>
        <w:t>aap nahi chal sakte. aap to confidence ka matlab yeh hai ke apni salahiyat ko jankar aap koi kaam karen. lekin over confidence kya hai?</w:t>
      </w:r>
    </w:p>
    <w:p>
      <w:pPr>
        <w:jc w:val="right"/>
      </w:pPr>
      <w:r>
        <w:t>आप नहीं चल सकते। आप तो कॉन्फिडेंस का मतलब यह है कि अपनी सलाहियत को जान करके आप कोई काम करें। लेकिन ओवर कॉन्फिडेंस क्या है?</w:t>
      </w:r>
    </w:p>
    <w:p>
      <w:r>
        <w:rPr>
          <w:b/>
        </w:rPr>
        <w:t xml:space="preserve">[41:11] </w:t>
      </w:r>
      <w:r>
        <w:t>ke aap apne ko us se zyada samajh lete hain ke aap hain.</w:t>
      </w:r>
    </w:p>
    <w:p>
      <w:pPr>
        <w:jc w:val="right"/>
      </w:pPr>
      <w:r>
        <w:t>कि आप अपने को उससे ज्यादा समझ लेते हैं कि आप हैं।</w:t>
      </w:r>
    </w:p>
    <w:p>
      <w:r>
        <w:rPr>
          <w:b/>
        </w:rPr>
        <w:t xml:space="preserve">[41:18] </w:t>
      </w:r>
      <w:r>
        <w:t>maslan, main aag ko dekh sakta hoon, lekin main aag ko pakad nahi sakta haath se. to dekhna confidence hai, pakadna aur confidence hai.</w:t>
      </w:r>
    </w:p>
    <w:p>
      <w:pPr>
        <w:jc w:val="right"/>
      </w:pPr>
      <w:r>
        <w:t>मसलन, मैं आग को देख सकता हूं, लेकिन मैं आग को पकड़ नहीं सकता हाथ से। तो देखना कॉन्फिडेंस है, पकड़ना और कॉन्फिडेंस है।</w:t>
      </w:r>
    </w:p>
    <w:p>
      <w:r>
        <w:rPr>
          <w:b/>
        </w:rPr>
        <w:t xml:space="preserve">[41:30] </w:t>
      </w:r>
      <w:r>
        <w:t>to jo log zyada intelligent hote hain, aksar is galti mein mubtala hote hain ke apne ko zyada andaza kar lete hain. zyada andaza kar lete hain. to phir woh yahi log hain jo zindagi kuch achieve nahi kar paate. maine bahut se logon ko dekha hai ke bahut hi zaheen the, lekin kuch bhi achieve nahi kar sake.</w:t>
      </w:r>
    </w:p>
    <w:p>
      <w:pPr>
        <w:jc w:val="right"/>
      </w:pPr>
      <w:r>
        <w:t>तो जो लोग ज्यादा इंटेलिजेंट होते हैं, अक्सर इस गलती में मुब्तला होते हैं कि अपने को ज्यादा अंदाजा कर लेते हैं। ज्यादा अंदाजा कर लेते हैं। तो फिर वह यही लोग हैं जो जिंदगी कुछ अचीव नहीं कर पाते। मैंने बहुत से लोगों को देखा है कि बहुत ही जहीन थे, लेकिन कुछ भी अचीव नहीं कर सके।</w:t>
      </w:r>
    </w:p>
    <w:p>
      <w:r>
        <w:rPr>
          <w:b/>
        </w:rPr>
        <w:t xml:space="preserve">[41:53] </w:t>
      </w:r>
      <w:r>
        <w:t>koi badi badi baaten karte the, woh bade bade chhalang lagate the. woh</w:t>
      </w:r>
    </w:p>
    <w:p>
      <w:pPr>
        <w:jc w:val="right"/>
      </w:pPr>
      <w:r>
        <w:t>कोई बड़ी-बड़ी बातें करते थे, वो बड़े-बड़े छलांग लगाते थे। वो</w:t>
      </w:r>
    </w:p>
    <w:p>
      <w:r>
        <w:rPr>
          <w:b/>
        </w:rPr>
        <w:t xml:space="preserve">[42:00] </w:t>
      </w:r>
      <w:r>
        <w:t>to kuch bhi aap ho, kehti hai intelligent aap ho, lekin aapki limitations hain. you have to know your limitations. to ek lafz main kahoon ke jo aadmi apni limitation ko jankar kaam kare, woh confidence ka case hai. jo aadmi apni limitation ko na jaane, woh aur confidence ka case hai.</w:t>
      </w:r>
    </w:p>
    <w:p>
      <w:pPr>
        <w:jc w:val="right"/>
      </w:pPr>
      <w:r>
        <w:t>तो कुछ भी आप हो, कहती है इंटेलिजेंट आप हो, लेकिन आपकी लिमिटेशंस हैं। यू हैव टू नो योर लिमिटेशंस। तो एक लज मैं कहूं कि जो आदमी अपनी लिमिटेशन को जानकर काम करे, वह कॉन्फिडेंस का केस है। जो आदमी अपनी लिमिटेशन को ना जाने, वो और कॉन्फिडेंस का केस है।</w:t>
      </w:r>
    </w:p>
    <w:p>
      <w:r>
        <w:rPr>
          <w:b/>
        </w:rPr>
        <w:t xml:space="preserve">[42:27] </w:t>
      </w:r>
      <w:r>
        <w:t>yaani when you know your limitations, then your case is case of confidence. but when you don't know your limitations, then your case becomes over confidence. case of case of over confidence.</w:t>
      </w:r>
    </w:p>
    <w:p>
      <w:pPr>
        <w:jc w:val="right"/>
      </w:pPr>
      <w:r>
        <w:t>यानी व्हेन यू नो योर लिमिटेशंस, देन योर केस इज केस ऑफ कॉन्फिडेंस। बट व्हेन यू डोंट नो योर लिमिटेशंस, देन योर केस बिकम्स ओवर कॉन्फिडेंस। केस ऑफ केस ऑफ ओवर कॉन्फिडेंस।</w:t>
      </w:r>
    </w:p>
    <w:p>
      <w:r>
        <w:rPr>
          <w:b/>
        </w:rPr>
        <w:t xml:space="preserve">[42:45] </w:t>
      </w:r>
      <w:r>
        <w:t>basic baat hai ke apni mahdudiyat ko jaanna, apni limitation ko jaanna, yahi hai demarcation. yahi dono ke darmiyan.</w:t>
      </w:r>
    </w:p>
    <w:p>
      <w:pPr>
        <w:jc w:val="right"/>
      </w:pPr>
      <w:r>
        <w:t>बेसिक बात है कि अपनी महदूदियत को जानना, अपनी लिमिटेशन को जानना, यही है डीमार्केशन। यही दोनों के दरमियान।</w:t>
      </w:r>
    </w:p>
    <w:p>
      <w:r>
        <w:rPr>
          <w:b/>
        </w:rPr>
        <w:t xml:space="preserve">[42:57] </w:t>
      </w:r>
      <w:r>
        <w:t>this question is from doctor farida khanam from delhi. why is it that we are always obsessed with human glory rather than gods glory?</w:t>
      </w:r>
    </w:p>
    <w:p>
      <w:pPr>
        <w:jc w:val="right"/>
      </w:pPr>
      <w:r>
        <w:t>दिस क्वेश्चन इज फ्रॉम डॉक्टर फरीदा खानम फ्रॉम दिल्ली। व्हाई इज इट दैट वी आर ऑलवेज ऑब्सेस्ड विद ह्यूमन ग्लोरी रदर देन गॉड्स ग्लोरी?</w:t>
      </w:r>
    </w:p>
    <w:p>
      <w:r>
        <w:rPr>
          <w:b/>
        </w:rPr>
        <w:t xml:space="preserve">[43:09] </w:t>
      </w:r>
      <w:r>
        <w:t>some time we glorify some kings or so called leader or saints, etc. how can we bring man to understand and realize the glory of god?</w:t>
      </w:r>
    </w:p>
    <w:p>
      <w:pPr>
        <w:jc w:val="right"/>
      </w:pPr>
      <w:r>
        <w:t>समटाइम वी ग्लोरिफाई सम किंग्स और सो कॉल्ड लीडर और सेंट्स, एट्स। हाउ कैन वी ब्रिंग मैन टू अंडरस्टैंड एंड रिलाइज द ग्लोरी ऑफ गॉड?</w:t>
      </w:r>
    </w:p>
    <w:p>
      <w:r>
        <w:rPr>
          <w:b/>
        </w:rPr>
        <w:t xml:space="preserve">[43:28] </w:t>
      </w:r>
      <w:r>
        <w:t>dekhiye, quran ke shuru mein hai. yun innal ghaib, ghaib par iman laane wale. to allah ghaib mein hai aur yeh so called bics hain, to yeh to shuhud mein hain, dikhai dete hain. chahe agar zinda na hamare samne ho, tab bhi woh history ki books mein maujood hai. woh</w:t>
      </w:r>
    </w:p>
    <w:p>
      <w:pPr>
        <w:jc w:val="right"/>
      </w:pPr>
      <w:r>
        <w:t>देखिए, कुरान के शुरू में है। यूं इन्होंने बिल गैब, गैब पर ईमान लाने वाले। तो अल्लाह गैब में है और यह सो कॉल्ड बिक्स हैं, तो ये तो शहूद में हैं, दिखाई देते हैं। चाहे अगर जिंदा ना हमारे सामने हो, तब भी वह हिस्ट्री की बुक्स में मौजूद है। वो</w:t>
      </w:r>
    </w:p>
    <w:p>
      <w:r>
        <w:rPr>
          <w:b/>
        </w:rPr>
        <w:t xml:space="preserve">[43:51] </w:t>
      </w:r>
      <w:r>
        <w:t>to woh log jo hamare liye dikhai dete hain, jo visible hain, woh jab bade dikhai padte hain, to hum maan lete hain, haan, yeh bade hain. lekin khuda dikhai nahi deta. to khuda ki badai jo hai, usko aapko discover karna padta hai. insano ki badai to well known hai, har taraf uska charcha hai.</w:t>
      </w:r>
    </w:p>
    <w:p>
      <w:pPr>
        <w:jc w:val="right"/>
      </w:pPr>
      <w:r>
        <w:t>तो वह लोग जो हमारे लिए दिखाई देते हैं, जो विजिबल हैं, वह जब बड़े दिखाई पड़ते हैं, तो हम मान लेते हैं, हां, यह बड़े हैं। लेकिन खुदा दिखाई नहीं देता। तो खुदा की बड़ाई जो है, उसको आपको डिस्कवर करना पड़ता है। इंसानों की बड़ाई तो वेल नोन है, हर तरफ उसका चर्चा है।</w:t>
      </w:r>
    </w:p>
    <w:p>
      <w:r>
        <w:rPr>
          <w:b/>
        </w:rPr>
        <w:t xml:space="preserve">[44:13] </w:t>
      </w:r>
      <w:r>
        <w:t>paper mein hai, media mein hai, kitabon mein hai, majlis mein hai, seminar mein hai, uski badai ka charcha ho raha hai. to insaan jo so called bics hain, har taraf unka charcha ho raha hai. lekin khuda ki badai jo hai, woh to aapko discover karni padegi, tab aap janenge. kyunki to ghaib mein hai. woh</w:t>
      </w:r>
    </w:p>
    <w:p>
      <w:pPr>
        <w:jc w:val="right"/>
      </w:pPr>
      <w:r>
        <w:t>पेपर में है, मीडिया में है, किताबों में है, मजलिस में है, सेमिनार में है, उसकी बड़ाई का चर्चा हो रहा है। तो इंसान जो सो कॉल्ड बिक्स हैं, हर तरफ उनका चर्चा हो रहा है। लेकिन खुदा की बड़ाई जो है, वह तो आपको डिस्कवर करनी पड़ेगी, तब आप जानेंगे। क्योंकि तो गैब में है। वो</w:t>
      </w:r>
    </w:p>
    <w:p>
      <w:r>
        <w:rPr>
          <w:b/>
        </w:rPr>
        <w:t xml:space="preserve">[44:34] </w:t>
      </w:r>
      <w:r>
        <w:t>yahi to test hai. agar aapne sirf us badai ko jaana jo visible hai, badai, to koi credit milne wala nahi hai aapko. aur jo badai chhupi hui hai, usko jaane, tab credit milega.</w:t>
      </w:r>
    </w:p>
    <w:p>
      <w:pPr>
        <w:jc w:val="right"/>
      </w:pPr>
      <w:r>
        <w:t>यही तो टेस्ट है। अगर आपने सिर्फ उस बड़ाई को जाना जो विजिबल है, बड़ाई, तो कोई क्रेडिट मिलने वाला नहीं है आपको। और जो बड़ाई छुपी हुई है, उसको जाने, तब क्रेडिट मिलेगा।</w:t>
      </w:r>
    </w:p>
    <w:p>
      <w:r>
        <w:rPr>
          <w:b/>
        </w:rPr>
        <w:t xml:space="preserve">[44:54] </w:t>
      </w:r>
      <w:r>
        <w:t>yahan tak ke main yeh kehta hoon ke jo log rasoolullah ko bahut bada darja dete hain, jise fauqiyat unhone kaha, yeh fauqiyat kya hai?</w:t>
      </w:r>
    </w:p>
    <w:p>
      <w:pPr>
        <w:jc w:val="right"/>
      </w:pPr>
      <w:r>
        <w:t>यहां तक कि मैं यह कहता हूं कि जो लोग रसूलल्लाह को बहुत बड़ा दर्जा देते हैं, जिसे फौकियत उन्होंने कहा, यह फौकियत क्या है?</w:t>
      </w:r>
    </w:p>
    <w:p>
      <w:r>
        <w:rPr>
          <w:b/>
        </w:rPr>
        <w:t xml:space="preserve">[45:01] </w:t>
      </w:r>
      <w:r>
        <w:t>yeh aaj ki baat hai.</w:t>
      </w:r>
    </w:p>
    <w:p>
      <w:pPr>
        <w:jc w:val="right"/>
      </w:pPr>
      <w:r>
        <w:t>यह आज की बात है।</w:t>
      </w:r>
    </w:p>
    <w:p>
      <w:r>
        <w:rPr>
          <w:b/>
        </w:rPr>
        <w:t xml:space="preserve">[45:02] </w:t>
      </w:r>
      <w:r>
        <w:t>jab Rasoolullah Makke mein thay, to koi fauqiyat nahi deta tha aap ko.</w:t>
      </w:r>
    </w:p>
    <w:p>
      <w:pPr>
        <w:jc w:val="right"/>
      </w:pPr>
      <w:r>
        <w:t>जब रसूलल्लाह मक्के में थे, तो कोई फौकियत नहीं देता था आपको।</w:t>
      </w:r>
    </w:p>
    <w:p>
      <w:r>
        <w:rPr>
          <w:b/>
        </w:rPr>
        <w:t xml:space="preserve">[45:07] </w:t>
      </w:r>
      <w:r>
        <w:t>is maane ki Muhammad,</w:t>
      </w:r>
    </w:p>
    <w:p>
      <w:pPr>
        <w:jc w:val="right"/>
      </w:pPr>
      <w:r>
        <w:t>इस माने कि मोहम्मद,</w:t>
      </w:r>
    </w:p>
    <w:p>
      <w:r>
        <w:rPr>
          <w:b/>
        </w:rPr>
        <w:t xml:space="preserve">[45:11] </w:t>
      </w:r>
      <w:r>
        <w:t>Muhammad plus history ko lekar fauqiyat banai hui hai.</w:t>
      </w:r>
    </w:p>
    <w:p>
      <w:pPr>
        <w:jc w:val="right"/>
      </w:pPr>
      <w:r>
        <w:t>मोहम्मद प्लस हिस्ट्री को लेकर फौकियत बनाई हुई है।</w:t>
      </w:r>
    </w:p>
    <w:p>
      <w:r>
        <w:rPr>
          <w:b/>
        </w:rPr>
        <w:t xml:space="preserve">[45:13] </w:t>
      </w:r>
      <w:r>
        <w:t>log usko khud Muhammad ki nahi.</w:t>
      </w:r>
    </w:p>
    <w:p>
      <w:pPr>
        <w:jc w:val="right"/>
      </w:pPr>
      <w:r>
        <w:t>लोग उसको खुद मोहम्मद की नहीं।</w:t>
      </w:r>
    </w:p>
    <w:p>
      <w:r>
        <w:rPr>
          <w:b/>
        </w:rPr>
        <w:t xml:space="preserve">[45:18] </w:t>
      </w:r>
      <w:r>
        <w:t>jab Rasoolullah salm Makka mein thay, ek aadmi Makka aaya.</w:t>
      </w:r>
    </w:p>
    <w:p>
      <w:pPr>
        <w:jc w:val="right"/>
      </w:pPr>
      <w:r>
        <w:t>जब रसूलल्लाह सलम मक्का में थे, एक आदमी मक्का आया।</w:t>
      </w:r>
    </w:p>
    <w:p>
      <w:r>
        <w:rPr>
          <w:b/>
        </w:rPr>
        <w:t xml:space="preserve">[45:21] </w:t>
      </w:r>
      <w:r>
        <w:t>to jab apne qabile mein wapas gaya, to us se poocha gaya ki kya haalchaal hai Makke ka.</w:t>
      </w:r>
    </w:p>
    <w:p>
      <w:pPr>
        <w:jc w:val="right"/>
      </w:pPr>
      <w:r>
        <w:t>तो जब अपने कबीले में वापस गया, तो उससे पूछा गया कि क्या हालचाल है मक्के का।</w:t>
      </w:r>
    </w:p>
    <w:p>
      <w:r>
        <w:rPr>
          <w:b/>
        </w:rPr>
        <w:t xml:space="preserve">[45:26] </w:t>
      </w:r>
      <w:r>
        <w:t>to unhon ne kaha ki Muhammad tanba wa tab ibn Abi Qafa.</w:t>
      </w:r>
    </w:p>
    <w:p>
      <w:pPr>
        <w:jc w:val="right"/>
      </w:pPr>
      <w:r>
        <w:t>तो उन्होंने कहा कि मोहम्मद तनबा व तब इब्न अबी कफा।</w:t>
      </w:r>
    </w:p>
    <w:p>
      <w:r>
        <w:rPr>
          <w:b/>
        </w:rPr>
        <w:t xml:space="preserve">[45:32] </w:t>
      </w:r>
      <w:r>
        <w:t>muhammad tanba wa tab ibn abi qufa, yaani mohabbat ne nabuwat ka dawa kiya hai. ek aadmi jo kaaf ke beta hai, woh unka saath de raha hai. us waqt koi fauqiyat ka pata nahi tha kisi ko. yeh fauqiyat jo hai, nazariya yeh tareekh se nikala gaya hai. tareekh se</w:t>
      </w:r>
    </w:p>
    <w:p>
      <w:pPr>
        <w:jc w:val="right"/>
      </w:pPr>
      <w:r>
        <w:t>मोहम्मद तनबा व तब इब्न अबी कफा, यानी मोहब्बत ने नबूवत का दावा किया है। एक आदमी जो काफ के बेटा है, वह उनका साथ दे रहा है। उस वक्त कोई फौकियत का पता नहीं था किसी को। यह फौकियत जो है, नजरिया यह तारीख से निकाला गया है। तारीख से</w:t>
      </w:r>
    </w:p>
    <w:p>
      <w:r>
        <w:rPr>
          <w:b/>
        </w:rPr>
        <w:t xml:space="preserve">[45:50] </w:t>
      </w:r>
      <w:r>
        <w:t>yeh history se liya hua nazariya hai, muhammad se liya hua nazariya nahi hai. yeh to main yeh kaha karta hoon aksar ke muhammad ko pehchanne wala woh shakhs hai jo us zamane pahunch kar pahuncha hai. peeche peeche laut kar,</w:t>
      </w:r>
    </w:p>
    <w:p>
      <w:pPr>
        <w:jc w:val="right"/>
      </w:pPr>
      <w:r>
        <w:t>यह हिस्ट्री से लिया हुआ नजरिया है, मोहम्मद से लिया हुआ नजरिया नहीं है। यह तो मैं यह कहा करता हूं अक्सर कि मोहम्मद को पहचानने वाला वह शख्स है जो उस जमाने पहुंच कर पहुंचा है। पीछे पीछे लौट करके,</w:t>
      </w:r>
    </w:p>
    <w:p>
      <w:r>
        <w:rPr>
          <w:b/>
        </w:rPr>
        <w:t xml:space="preserve">[46:05] </w:t>
      </w:r>
      <w:r>
        <w:t>aaj jo bade bade haram hain, bade bade building hain, bade bade</w:t>
      </w:r>
    </w:p>
    <w:p>
      <w:pPr>
        <w:jc w:val="right"/>
      </w:pPr>
      <w:r>
        <w:t>आज जो बड़े-बड़े हरम हैं, बड़े-बड़े बिल्डिंग हैं, बड़े-बड़े</w:t>
      </w:r>
    </w:p>
    <w:p>
      <w:r>
        <w:rPr>
          <w:b/>
        </w:rPr>
        <w:t xml:space="preserve">[46:09] </w:t>
      </w:r>
      <w:r>
        <w:t>tareekhi azmat hain, woh ek poora ek dhoom hai. naat khano ki aur mukheen ki, uske waaste se jise paigambar ko use nahi pahunchana. mere ko andha hai. woh muhammad jab makke mein the,</w:t>
      </w:r>
    </w:p>
    <w:p>
      <w:pPr>
        <w:jc w:val="right"/>
      </w:pPr>
      <w:r>
        <w:t>तारीखी अजमत हैं, वो एक पूरा एक धूम है। नाथ खानों की और मुखीन की, उसके वास्ते से जिसे पैगंबर को उसे नहीं पहुंचाना। मेरे को अंधा है। वो मोहम्मद जब मक्का में थे,</w:t>
      </w:r>
    </w:p>
    <w:p>
      <w:r>
        <w:rPr>
          <w:b/>
        </w:rPr>
        <w:t xml:space="preserve">[46:26] </w:t>
      </w:r>
      <w:r>
        <w:t>jab unko muzammam kaha jata tha, jab usne kaha tha ke muhammad tanba wa tab ibn abi qufa, jab aap nange paon chalte the,</w:t>
      </w:r>
    </w:p>
    <w:p>
      <w:pPr>
        <w:jc w:val="right"/>
      </w:pPr>
      <w:r>
        <w:t>जब उनको मुजम्मम कहा जाता था, जब उसने कहा था कि मोहम्मद तनबा व तब इब्न अबी कफा, जब आप नंगे पांव चलते थे,</w:t>
      </w:r>
    </w:p>
    <w:p>
      <w:r>
        <w:rPr>
          <w:b/>
        </w:rPr>
        <w:t xml:space="preserve">[46:37] </w:t>
      </w:r>
      <w:r>
        <w:t>us waqt aapki azmat ko isne pehchana. usne aapko bajana. aaj kya</w:t>
      </w:r>
    </w:p>
    <w:p>
      <w:pPr>
        <w:jc w:val="right"/>
      </w:pPr>
      <w:r>
        <w:t>उस वक्त आपकी अजमत को इसने पहचाना। उसने आप आपको बजाना। आज क्या</w:t>
      </w:r>
    </w:p>
    <w:p>
      <w:r>
        <w:rPr>
          <w:b/>
        </w:rPr>
        <w:t xml:space="preserve">[46:43] </w:t>
      </w:r>
      <w:r>
        <w:t>hai? aaj to tareekhi, aaj tareekh ka aapke upar ek ilaf pad chuka hai. tareekh ka aapke upar se ek cover pad chuka hai. ab aap mohabbat ko tareekh ke waaste se jante hain. to jo log fauqiyat dete hain, woh tareekh ko fauqiyat de rahe hain, muhammad ko fauqiyat nahi de rahe hain. woh</w:t>
      </w:r>
    </w:p>
    <w:p>
      <w:pPr>
        <w:jc w:val="right"/>
      </w:pPr>
      <w:r>
        <w:t>है? आज तो तारीखी, आज तारीख का आपके ऊपर एक इलाफ पड़ चुका है। तारीख का आपके ऊपर से एक कवर पड़ चुका है। अब आप मोहब्बत को तारीख के वास्ते से जानते हैं। तो जो लोग फौकियत देते हैं, वह तारीख को फौकियत दे रहे हैं, मोहम्मद को फौकियत नहीं दे रहे हैं। वो</w:t>
      </w:r>
    </w:p>
    <w:p>
      <w:r>
        <w:rPr>
          <w:b/>
        </w:rPr>
        <w:t xml:space="preserve">[47:02] </w:t>
      </w:r>
      <w:r>
        <w:t>yaad rakhiye, yeh kuch nothing hai, bilkul nothing hai. yeh</w:t>
      </w:r>
    </w:p>
    <w:p>
      <w:pPr>
        <w:jc w:val="right"/>
      </w:pPr>
      <w:r>
        <w:t>याद रखिए, यह कुछ नथिंग है, बिल्कुल नथिंग है। यह</w:t>
      </w:r>
    </w:p>
    <w:p>
      <w:r>
        <w:rPr>
          <w:b/>
        </w:rPr>
        <w:t xml:space="preserve">[47:09] </w:t>
      </w:r>
      <w:r>
        <w:t>to allah ko pehchanne wala woh hai jo ghaib, ghaib ko discover kar sake. rasoolullah ko pehchanne wala woh hai jo tareekh ko hajaf karke rasoolullah ko jaan sake.</w:t>
      </w:r>
    </w:p>
    <w:p>
      <w:pPr>
        <w:jc w:val="right"/>
      </w:pPr>
      <w:r>
        <w:t>तो अल्लाह को पहचानने वाला वह है जो गैब, गैब को डिस्कवर कर सके। रसूलल्लाह को पहचानने वाला वह है जो तारीख को हजफ करके रसूलल्लाह को जान सके।</w:t>
      </w:r>
    </w:p>
    <w:p>
      <w:r>
        <w:rPr>
          <w:b/>
        </w:rPr>
        <w:t xml:space="preserve">[47:27] </w:t>
      </w:r>
      <w:r>
        <w:t>yaani rasoolullah, allah taala ko wah pehchanega jo unseen ko seen bana sake. rasoolullah ki azmat ko wah janega jo tareekh ko hata kar ke aap us azmat ko jaane jo ki bashar, yaani sahib-e-wahi ki aap ko mili hui thi.</w:t>
      </w:r>
    </w:p>
    <w:p>
      <w:pPr>
        <w:jc w:val="right"/>
      </w:pPr>
      <w:r>
        <w:t>यानी रसूलल्लाह, अल्लाह ताला को वह पहचानेगा जो अनसीन को सीन बना सके। रसूलल्लाह की अजमत को वह जानेगा जो तारीख को हटा करके आप उस अजमत को जाने जो कि बशत, यानी साहिब वही की आपको मिली हुई थी।</w:t>
      </w:r>
    </w:p>
    <w:p>
      <w:r>
        <w:rPr>
          <w:b/>
        </w:rPr>
        <w:t xml:space="preserve">[47:45] </w:t>
      </w:r>
      <w:r>
        <w:t>asal mohabbat wahan hai, asal mohabbat ki tareekhon mein nahi hai.</w:t>
      </w:r>
    </w:p>
    <w:p>
      <w:pPr>
        <w:jc w:val="right"/>
      </w:pPr>
      <w:r>
        <w:t>असल मोहब्बत वहां है, असल मोहब्बत की तारीखों में नहीं है।</w:t>
      </w:r>
    </w:p>
    <w:p>
      <w:r>
        <w:rPr>
          <w:b/>
        </w:rPr>
        <w:t xml:space="preserve">[47:52] </w:t>
      </w:r>
      <w:r>
        <w:t>this question is from miss sadia khan from delhi. you stress on the need to spread the quran, which apparently was also the objective of the movements of yester years. how is your stress to spread the quran different from their wish to spread or teach the quran?</w:t>
      </w:r>
    </w:p>
    <w:p>
      <w:pPr>
        <w:jc w:val="right"/>
      </w:pPr>
      <w:r>
        <w:t>दिस क्वेश्चन इज फ्रॉम मिस सादिया खान फ्रॉम दिल्ली। यू स्ट्रेस ऑन द नीड टू स्प्रेड द कुरान, व्हिच अपेरेंटली वाज आल्सो द ऑब्जेक्टिव ऑफ द मूवमेंट्स ऑफ यस्टर इयर्स। हाउ इज योर स्ट्रेस टू स्प्रेड द कुरान डिफरेंट फ्रॉम देयर विश टू स्प्रेड और टीच द कुरान?</w:t>
      </w:r>
    </w:p>
    <w:p>
      <w:r>
        <w:rPr>
          <w:b/>
        </w:rPr>
        <w:t xml:space="preserve">[48:14] </w:t>
      </w:r>
      <w:r>
        <w:t>dekhiye, un logon ne Quran ka naam liya, lekin unhon ne Quran mein apne aap ko daryaft kiya.</w:t>
      </w:r>
    </w:p>
    <w:p>
      <w:pPr>
        <w:jc w:val="right"/>
      </w:pPr>
      <w:r>
        <w:t>देखिए, उन लोगों ने कुरान का नाम लिया, लेकिन उन्होंने कुरान में अपने आप को दरयाफ्त किया।</w:t>
      </w:r>
    </w:p>
    <w:p>
      <w:r>
        <w:rPr>
          <w:b/>
        </w:rPr>
        <w:t xml:space="preserve">[48:21] </w:t>
      </w:r>
      <w:r>
        <w:t>misal ke taur par dekhiye,</w:t>
      </w:r>
    </w:p>
    <w:p>
      <w:pPr>
        <w:jc w:val="right"/>
      </w:pPr>
      <w:r>
        <w:t>मिसाल के तौर पर देखिए,</w:t>
      </w:r>
    </w:p>
    <w:p>
      <w:r>
        <w:rPr>
          <w:b/>
        </w:rPr>
        <w:t xml:space="preserve">[48:24] </w:t>
      </w:r>
      <w:r>
        <w:t>Maulana Mahbub Hussain sahib thay, jo ki Shakhul Hit gaya jata tha.</w:t>
      </w:r>
    </w:p>
    <w:p>
      <w:pPr>
        <w:jc w:val="right"/>
      </w:pPr>
      <w:r>
        <w:t>मौलाना महबूब हुसैन साहब थे, जो कि शाखुल हित गाया जाता था।</w:t>
      </w:r>
    </w:p>
    <w:p>
      <w:r>
        <w:rPr>
          <w:b/>
        </w:rPr>
        <w:t xml:space="preserve">[48:28] </w:t>
      </w:r>
      <w:r>
        <w:t>Malta mein un ko</w:t>
      </w:r>
    </w:p>
    <w:p>
      <w:pPr>
        <w:jc w:val="right"/>
      </w:pPr>
      <w:r>
        <w:t>माल्टा में उनको</w:t>
      </w:r>
    </w:p>
    <w:p>
      <w:r>
        <w:rPr>
          <w:b/>
        </w:rPr>
        <w:t xml:space="preserve">[48:31] </w:t>
      </w:r>
      <w:r>
        <w:t>Angrezon ne qaid kar diya, taqreeban teen saal shayad wahan rahe.</w:t>
      </w:r>
    </w:p>
    <w:p>
      <w:pPr>
        <w:jc w:val="right"/>
      </w:pPr>
      <w:r>
        <w:t>अंग्रेजों ने कैद कर दिया, तकरीबन तीन साल शायद वहां रहे।</w:t>
      </w:r>
    </w:p>
    <w:p>
      <w:r>
        <w:rPr>
          <w:b/>
        </w:rPr>
        <w:t xml:space="preserve">[48:36] </w:t>
      </w:r>
      <w:r>
        <w:t>jab wapas aaye, to unhon ne kaha.</w:t>
      </w:r>
    </w:p>
    <w:p>
      <w:pPr>
        <w:jc w:val="right"/>
      </w:pPr>
      <w:r>
        <w:t>जब वापस आए, तो उन्होंने कहा।</w:t>
      </w:r>
    </w:p>
    <w:p>
      <w:r>
        <w:rPr>
          <w:b/>
        </w:rPr>
        <w:t xml:space="preserve">[48:39] </w:t>
      </w:r>
      <w:r>
        <w:t>Deoband mein jalsa hua ki main teen saal tak gaur karta raha Quran ke bare mein,</w:t>
      </w:r>
    </w:p>
    <w:p>
      <w:pPr>
        <w:jc w:val="right"/>
      </w:pPr>
      <w:r>
        <w:t>देवबंद में जलसा हुआ कि मैं तीन साल तक गौर करता रहा कुरान के बारे में,</w:t>
      </w:r>
    </w:p>
    <w:p>
      <w:r>
        <w:rPr>
          <w:b/>
        </w:rPr>
        <w:t xml:space="preserve">[48:45] </w:t>
      </w:r>
      <w:r>
        <w:t>to meri samajh mein aaya ki hamein yeh karna hai ki quran ko khoob failayein, quran ka nazra logon ko padhwaye, quran ke qadr quran khoob failaye. lekin</w:t>
      </w:r>
    </w:p>
    <w:p>
      <w:pPr>
        <w:jc w:val="right"/>
      </w:pPr>
      <w:r>
        <w:t>तो मेरी समझ में आया कि हमें यह करना है कि कुरान को खूब फैलाएं, कुरान का नाजरा लोगों को पढ़वाए, कुरान के कदर कुरान खूब फैलाए। लेकिन</w:t>
      </w:r>
    </w:p>
    <w:p>
      <w:r>
        <w:rPr>
          <w:b/>
        </w:rPr>
        <w:t xml:space="preserve">[48:54] </w:t>
      </w:r>
      <w:r>
        <w:t>kiske darmiyan? musalmanon ke darmiyan. yeh kyon nahi daryaft kiya unhon ne ki angrezon ko dushman samajhta tha, woh hamare madadgar hain?</w:t>
      </w:r>
    </w:p>
    <w:p>
      <w:pPr>
        <w:jc w:val="right"/>
      </w:pPr>
      <w:r>
        <w:t>किसके दरमियान? मुसलमानों के दरमियान। यह क्यों नहीं दरयाफ्त किया उन्होंने कि अंग्रेजों को मु दुश्मन समझता था, वह हमारे मधु हैं?</w:t>
      </w:r>
    </w:p>
    <w:p>
      <w:r>
        <w:rPr>
          <w:b/>
        </w:rPr>
        <w:t xml:space="preserve">[49:03] </w:t>
      </w:r>
      <w:r>
        <w:t>yeh kyon nahi daryaft kiya quran ke? unhon ne yaani malta se wapas aakar jo sabak diya, unhon ne wah yeh sabak tha ki quran ka dars do musalmanon mein, musalmanon ko quran ka nazra padhwao. to quran ko kaha daryaft kiya</w:t>
      </w:r>
    </w:p>
    <w:p>
      <w:pPr>
        <w:jc w:val="right"/>
      </w:pPr>
      <w:r>
        <w:t>यह क्यों नहीं दरयाफ्त किया कुरान के? उन्होंने यानी माल्टा से वापस आकर जो सबक दिया, उन्होंने वह यह सबक था कि कुरान का दर्स दो मुसलमानों में, मुसलमानों को कुरान का नाजरा पढ़वाओ। तो कुरान को कहा दरयाफ्त किया</w:t>
      </w:r>
    </w:p>
    <w:p>
      <w:r>
        <w:rPr>
          <w:b/>
        </w:rPr>
        <w:t xml:space="preserve">[49:18] </w:t>
      </w:r>
      <w:r>
        <w:t>unhon ne? quran ka charcha kiya unhon ne, lekin quran mein milne ke musalman ko daryaft kiya. bas hai na? quran sara ka sara dawat-i-kitab hai, insaan ko khitab karta hai. ya aal-insaan, ya aal-insaan, ya aal-insaan. to wo yeh kehna chahte the ki main teen saal wahan jo raha, to meri samajh mein aaya ki main khamkha ladh raha tha angrezon se. yeh to madadgar hain mere,</w:t>
      </w:r>
    </w:p>
    <w:p>
      <w:pPr>
        <w:jc w:val="right"/>
      </w:pPr>
      <w:r>
        <w:t>उन्होंने? कुरान का चर्चा किया उन्होंने, लेकिन कुरान में मिलने के मुसलमान को दरयाफ्त किया। बस है ना? कुरान सारा का सारा दावती किताब है, इंसान को खिताब करता है। या आल इंसान, या आल इंसान, या आल इंसान। तो वो यह कहना चाहते थे कि मैं तीन साल वहां जो रहा, तो मेरी समझ में आया कि मैं खामखा लड़ रहा था अंग्रेजों से। यह तो बदू है मेरे,</w:t>
      </w:r>
    </w:p>
    <w:p>
      <w:r>
        <w:rPr>
          <w:b/>
        </w:rPr>
        <w:t xml:space="preserve">[49:40] </w:t>
      </w:r>
      <w:r>
        <w:t>in ko dawat de raha hai. mujhe chalo, aap dawat de rahe ho, ladai ladai band karo. yeh yeh kahan kaha unhon ne?</w:t>
      </w:r>
    </w:p>
    <w:p>
      <w:pPr>
        <w:jc w:val="right"/>
      </w:pPr>
      <w:r>
        <w:t>इनको दावत दे रहा है। मुझे चलो, आप दावत दे रहे हो, लड़ाई लड़ाई बंद करो। यह यह कहां कहा उन्होंने?</w:t>
      </w:r>
    </w:p>
    <w:p>
      <w:r>
        <w:rPr>
          <w:b/>
        </w:rPr>
        <w:t xml:space="preserve">[49:47] </w:t>
      </w:r>
      <w:r>
        <w:t>yeh sabka haal hai. to quran ka naam lekar ke woh apne mind par chalte rahe. hum khuda ke fazl se, hum quran ka naam lekar quran hi par chal chal rahe hain. quran ki jo dawat hai, asal usko lekar hum uthe hain. yeh farq hai. hum apne mind ko nahi chala rahe hain, hum quran ko chala rahe hain.</w:t>
      </w:r>
    </w:p>
    <w:p>
      <w:pPr>
        <w:jc w:val="right"/>
      </w:pPr>
      <w:r>
        <w:t>यह सबका हाल है। तो कुरान का नाम लेकर के वह अपने माइंड पर चलते रहे। हम खुदा के फजल से, हम कुरान का नाम लेकर कुरान ही पर चल चल रहे हैं। कुरान की जो दावत है, असल उसको लेकर हम उठे हैं। यह फर्क है। हम अपने माइंड को नहीं चला रहे हैं, हम कुरान को चला रहे हैं।</w:t>
      </w:r>
    </w:p>
    <w:p>
      <w:r>
        <w:rPr>
          <w:b/>
        </w:rPr>
        <w:t xml:space="preserve">[50:08] </w:t>
      </w:r>
      <w:r>
        <w:t>this question is from miss rajiya from delhi. how should quran be read to receive guidance from it?</w:t>
      </w:r>
    </w:p>
    <w:p>
      <w:pPr>
        <w:jc w:val="right"/>
      </w:pPr>
      <w:r>
        <w:t>दिस क्वेश्चन इज फ्रॉम मिस राजिया फ्रॉम दिल्ली। हाउ शुड कुरान बी रेड टू रिसीव गाइडेंस फ्रॉम इट?</w:t>
      </w:r>
    </w:p>
    <w:p>
      <w:r>
        <w:rPr>
          <w:b/>
        </w:rPr>
        <w:t xml:space="preserve">[50:17] </w:t>
      </w:r>
      <w:r>
        <w:t>kindly comment.</w:t>
      </w:r>
    </w:p>
    <w:p>
      <w:pPr>
        <w:jc w:val="right"/>
      </w:pPr>
      <w:r>
        <w:t>काइंडली कमेंट।</w:t>
      </w:r>
    </w:p>
    <w:p>
      <w:r>
        <w:rPr>
          <w:b/>
        </w:rPr>
        <w:t xml:space="preserve">[50:26] </w:t>
      </w:r>
      <w:r>
        <w:t>sabse pehli jo condition hai, woh hai objectivity.</w:t>
      </w:r>
    </w:p>
    <w:p>
      <w:pPr>
        <w:jc w:val="right"/>
      </w:pPr>
      <w:r>
        <w:t>सबसे पहली जो कंडीशन है, वह है ऑब्जेक्टिविटी।</w:t>
      </w:r>
    </w:p>
    <w:p>
      <w:r>
        <w:rPr>
          <w:b/>
        </w:rPr>
        <w:t xml:space="preserve">[50:32] </w:t>
      </w:r>
      <w:r>
        <w:t>ऑब्जेक्टिविटी यानी मुस्लिम ओरिएंटेड थिंकिंग लोग भरी हुई है।</w:t>
      </w:r>
    </w:p>
    <w:p>
      <w:pPr>
        <w:jc w:val="right"/>
      </w:pPr>
      <w:r>
        <w:t>ऑब्जेक्टिविटी यानी मुस्लिम ओटेड थिंकिंग लोग भरी हुई है।</w:t>
      </w:r>
    </w:p>
    <w:p>
      <w:r>
        <w:rPr>
          <w:b/>
        </w:rPr>
        <w:t xml:space="preserve">[50:37] </w:t>
      </w:r>
      <w:r>
        <w:t>woh dushman hai, yeh bhara hua hai.</w:t>
      </w:r>
    </w:p>
    <w:p>
      <w:pPr>
        <w:jc w:val="right"/>
      </w:pPr>
      <w:r>
        <w:t>वह दुश्मन है, यह भरा हुआ है।</w:t>
      </w:r>
    </w:p>
    <w:p>
      <w:r>
        <w:rPr>
          <w:b/>
        </w:rPr>
        <w:t xml:space="preserve">[50:40] </w:t>
      </w:r>
      <w:r>
        <w:t>duniya conspiracy kar rahi hai, woh bhara hua hai.</w:t>
      </w:r>
    </w:p>
    <w:p>
      <w:pPr>
        <w:jc w:val="right"/>
      </w:pPr>
      <w:r>
        <w:t>दुनिया कंस्पिरेशन कर रही है, वह भरा हुआ है।</w:t>
      </w:r>
    </w:p>
    <w:p>
      <w:r>
        <w:rPr>
          <w:b/>
        </w:rPr>
        <w:t xml:space="preserve">[50:42] </w:t>
      </w:r>
      <w:r>
        <w:t>usi ko lekar Quran padhenge, to kuch bhi samajh mein nahi aayega.</w:t>
      </w:r>
    </w:p>
    <w:p>
      <w:pPr>
        <w:jc w:val="right"/>
      </w:pPr>
      <w:r>
        <w:t>उसी को लेकर कुरान पढ़ेंगे, तो कुछ भी समझ में नहीं आएगा।</w:t>
      </w:r>
    </w:p>
    <w:p>
      <w:r>
        <w:rPr>
          <w:b/>
        </w:rPr>
        <w:t xml:space="preserve">[50:46] </w:t>
      </w:r>
      <w:r>
        <w:t>to sabse pehle zaroorat hai objectivity, apne mind ko free karna har qism ke negative thought se.</w:t>
      </w:r>
    </w:p>
    <w:p>
      <w:pPr>
        <w:jc w:val="right"/>
      </w:pPr>
      <w:r>
        <w:t>तो सबसे पहले जरूरत है ऑब्जेक्टिविटी, अपने माइंड को फ्री करना हर किस्म के नेगेटिव थॉट से।</w:t>
      </w:r>
    </w:p>
    <w:p>
      <w:r>
        <w:rPr>
          <w:b/>
        </w:rPr>
        <w:t xml:space="preserve">[50:55] </w:t>
      </w:r>
      <w:r>
        <w:t>to in logon ne chuki free kiya nahi.</w:t>
      </w:r>
    </w:p>
    <w:p>
      <w:pPr>
        <w:jc w:val="right"/>
      </w:pPr>
      <w:r>
        <w:t>तो इन लोगों ने चकि फ्री किया नहीं।</w:t>
      </w:r>
    </w:p>
    <w:p>
      <w:r>
        <w:rPr>
          <w:b/>
        </w:rPr>
        <w:t xml:space="preserve">[51:00] </w:t>
      </w:r>
      <w:r>
        <w:t>devband ke jo ulama hain, unki kitabein aap padhein hain. bade-bade ulama ke baare mein likha rehta hai. hazrat ko angrezon se badi nafrat thi. baqayda likha hua, chhapa hua. bade-bade jo ulama hain devband ke, unke usmein hazrat ko angrezon se badi nafrat thi. to kyon?</w:t>
      </w:r>
    </w:p>
    <w:p>
      <w:pPr>
        <w:jc w:val="right"/>
      </w:pPr>
      <w:r>
        <w:t>देवबंद के जो उलमा हैं, उनकी किताबें आप पढ़े हैं। बड़े-बड़े उलमा के बारे में लिखा रहता है। हजरत को अंग्रेजों से बड़ी नफरत थी। बाकायदा लिखा हुआ, छपा हुआ। बड़े-बड़े जो उलमा हैं देवबंद के, उनके उसमें हजरत को अंग्रेजों से बड़ी नफरत थी। तो क्यों?</w:t>
      </w:r>
    </w:p>
    <w:p>
      <w:r>
        <w:rPr>
          <w:b/>
        </w:rPr>
        <w:t xml:space="preserve">[51:17] </w:t>
      </w:r>
      <w:r>
        <w:t>hazrat</w:t>
      </w:r>
    </w:p>
    <w:p>
      <w:pPr>
        <w:jc w:val="right"/>
      </w:pPr>
      <w:r>
        <w:t>हजरत</w:t>
      </w:r>
    </w:p>
    <w:p>
      <w:r>
        <w:rPr>
          <w:b/>
        </w:rPr>
        <w:t xml:space="preserve">[51:18] </w:t>
      </w:r>
      <w:r>
        <w:t>ko nafrat kyon thi? bhai, mohabbat kyon nahi thi? hazrat ko angrezon se mohabbat kyon nahi thi? woh bhi to insaan hain.</w:t>
      </w:r>
    </w:p>
    <w:p>
      <w:pPr>
        <w:jc w:val="right"/>
      </w:pPr>
      <w:r>
        <w:t>को नफरत क्यों थी? भाई, मोहब्बत क्यों नहीं थी? हजरत को अंग्रेजों से मोहब्बत क्यों नहीं थी? वो भी तो इंसान है।</w:t>
      </w:r>
    </w:p>
    <w:p>
      <w:r>
        <w:rPr>
          <w:b/>
        </w:rPr>
        <w:t xml:space="preserve">[51:29] </w:t>
      </w:r>
      <w:r>
        <w:t>to quran padhte hain log apne apne mind ko condition kiye baghair. pehle apne mind ko brain wash karo, apne mind mein objectivity lao, apne mind ko de-conditioning karo. tab quran padhkar samajh mein aayega, warna samajh mein nahi aayega. bade-bade ulama bataiye ki keh rahe hain ki hazrat ko angrezon se badi nafrat thi. bhai, nafrat kyon thi tumko?</w:t>
      </w:r>
    </w:p>
    <w:p>
      <w:pPr>
        <w:jc w:val="right"/>
      </w:pPr>
      <w:r>
        <w:t>तो कुरान पढ़ते हैं लोग अपने अपने माइंड को कोठीक किए बगैर। पहले अपने माइंड को ब्रेन वाश करो, अपने माइंड में ऑब्जेक्टिविटी लाओ, अपने माइंड को की डी कंडीशनिंग करो। तब कुरान पढ़कर समझ में आएगा, वरना समझ में नहीं आएगा। बड़े-बड़े उलमा बताइए कि कह रहे हैं कि हजरत को अंग्रेजों से बड़ी नफरत थी। भाई, नफरत क्यों थी तुमको?</w:t>
      </w:r>
    </w:p>
    <w:p>
      <w:r>
        <w:rPr>
          <w:b/>
        </w:rPr>
        <w:t xml:space="preserve">[51:51] </w:t>
      </w:r>
      <w:r>
        <w:t>mohabbat kyon nahi thi tumko angrezon se?</w:t>
      </w:r>
    </w:p>
    <w:p>
      <w:pPr>
        <w:jc w:val="right"/>
      </w:pPr>
      <w:r>
        <w:t>मोहब्बत क्यों नहीं थी तुमको अंग्रेजों से?</w:t>
      </w:r>
    </w:p>
    <w:p>
      <w:r>
        <w:rPr>
          <w:b/>
        </w:rPr>
        <w:t xml:space="preserve">[51:54] </w:t>
      </w:r>
      <w:r>
        <w:t>kyonki woh allah ke paida kiye hue hain. jaise mujhe paida kiya allah ne, unko paida kiya. rasoolullah ne ek yahoodi ke baare mein kaha tha ki alaisa nafs, kya wah insaan nahi?</w:t>
      </w:r>
    </w:p>
    <w:p>
      <w:pPr>
        <w:jc w:val="right"/>
      </w:pPr>
      <w:r>
        <w:t>क्योंकि वह अल्लाह के पैदा किए हुए हैं। जैसे मुझे पैदा किया अल्लाह ने, उनको पैदा किया। रसूलल्लाह ने एक यहूदी के बारे में कहा था कि अलैसा नफ्स, क्या वह इंसान नहीं?</w:t>
      </w:r>
    </w:p>
    <w:p>
      <w:r>
        <w:rPr>
          <w:b/>
        </w:rPr>
        <w:t xml:space="preserve">[52:07] </w:t>
      </w:r>
      <w:r>
        <w:t>to inhon ne kyon nahi kaha ki angrez insaan nahi? main unse nafrat kyon karoon?</w:t>
      </w:r>
    </w:p>
    <w:p>
      <w:pPr>
        <w:jc w:val="right"/>
      </w:pPr>
      <w:r>
        <w:t>तो इन्होंने क्यों नहीं कहा कि अंग्रेज इंसान नहीं? मैं उनसे नफरत क्यों करूं?</w:t>
      </w:r>
    </w:p>
    <w:p>
      <w:r>
        <w:rPr>
          <w:b/>
        </w:rPr>
        <w:t xml:space="preserve">[52:14] </w:t>
      </w:r>
      <w:r>
        <w:t>to pehli shart hai apni deconditioning.</w:t>
      </w:r>
    </w:p>
    <w:p>
      <w:pPr>
        <w:jc w:val="right"/>
      </w:pPr>
      <w:r>
        <w:t>तो पहली शर्त है अपनी डी कंडीशनिंग।</w:t>
      </w:r>
    </w:p>
    <w:p>
      <w:r>
        <w:rPr>
          <w:b/>
        </w:rPr>
        <w:t xml:space="preserve">[52:18] </w:t>
      </w:r>
      <w:r>
        <w:t>beshak apne ko objective banana,</w:t>
      </w:r>
    </w:p>
    <w:p>
      <w:pPr>
        <w:jc w:val="right"/>
      </w:pPr>
      <w:r>
        <w:t>बेशक अपने को ऑब्जेक्टिव बनाना,</w:t>
      </w:r>
    </w:p>
    <w:p>
      <w:r>
        <w:rPr>
          <w:b/>
        </w:rPr>
        <w:t xml:space="preserve">[52:21] </w:t>
      </w:r>
      <w:r>
        <w:t>beshak apne ko bias se bahar le aana.</w:t>
      </w:r>
    </w:p>
    <w:p>
      <w:pPr>
        <w:jc w:val="right"/>
      </w:pPr>
      <w:r>
        <w:t>बेशक अपने को बायस से बाहर ले आना।</w:t>
      </w:r>
    </w:p>
    <w:p>
      <w:r>
        <w:rPr>
          <w:b/>
        </w:rPr>
        <w:t xml:space="preserve">[52:24] </w:t>
      </w:r>
      <w:r>
        <w:t>tab quran samajh mein aayega.</w:t>
      </w:r>
    </w:p>
    <w:p>
      <w:pPr>
        <w:jc w:val="right"/>
      </w:pPr>
      <w:r>
        <w:t>तब कुरान समझ में आएगा।</w:t>
      </w:r>
    </w:p>
    <w:p>
      <w:r>
        <w:rPr>
          <w:b/>
        </w:rPr>
        <w:t xml:space="preserve">[52:26] </w:t>
      </w:r>
      <w:r>
        <w:t>warna quran padhenge.</w:t>
      </w:r>
    </w:p>
    <w:p>
      <w:pPr>
        <w:jc w:val="right"/>
      </w:pPr>
      <w:r>
        <w:t>वरना कुरान पढ़ेंगे।</w:t>
      </w:r>
    </w:p>
    <w:p>
      <w:r>
        <w:rPr>
          <w:b/>
        </w:rPr>
        <w:t xml:space="preserve">[52:28] </w:t>
      </w:r>
      <w:r>
        <w:t>jaise maine arj kiya ki usne kaha ki main to quran padhta hoon, to lagta hai main geeta</w:t>
      </w:r>
    </w:p>
    <w:p>
      <w:pPr>
        <w:jc w:val="right"/>
      </w:pPr>
      <w:r>
        <w:t>जैसे मैंने अर्ज किया कि उसने कहा कि मैं तो कुरान पढ़ता हूं, तो लगता है मैं गीता</w:t>
      </w:r>
    </w:p>
    <w:p>
      <w:r>
        <w:rPr>
          <w:b/>
        </w:rPr>
        <w:t xml:space="preserve">[52:31] </w:t>
      </w:r>
      <w:r>
        <w:t>padh raha hoon.</w:t>
      </w:r>
    </w:p>
    <w:p>
      <w:pPr>
        <w:jc w:val="right"/>
      </w:pPr>
      <w:r>
        <w:t>पढ़ रहा हूं।</w:t>
      </w:r>
    </w:p>
    <w:p>
      <w:r>
        <w:rPr>
          <w:b/>
        </w:rPr>
        <w:t xml:space="preserve">[52:33] </w:t>
      </w:r>
      <w:r>
        <w:t>to aap quran padhenge aur padhenge apne mind ko.</w:t>
      </w:r>
    </w:p>
    <w:p>
      <w:pPr>
        <w:jc w:val="right"/>
      </w:pPr>
      <w:r>
        <w:t>तो आप कुरान पढ़ेंगे और पढ़ेंगे अपने माइंड को।</w:t>
      </w:r>
    </w:p>
    <w:p>
      <w:r>
        <w:rPr>
          <w:b/>
        </w:rPr>
        <w:t xml:space="preserve">[52:38] </w:t>
      </w:r>
      <w:r>
        <w:t>to hazrat ayesha ne kaha tha shayad aise logon ke bare mein ki ula ka kar lab yak.</w:t>
      </w:r>
    </w:p>
    <w:p>
      <w:pPr>
        <w:jc w:val="right"/>
      </w:pPr>
      <w:r>
        <w:t>तो हजरत आयशा ने कहा था शायद ऐसे लोगों के बारे में कि उला का कर लब यक।</w:t>
      </w:r>
    </w:p>
    <w:p>
      <w:r>
        <w:rPr>
          <w:b/>
        </w:rPr>
        <w:t xml:space="preserve">[52:46] </w:t>
      </w:r>
      <w:r>
        <w:t>yani unhone quran padha, magar unhone quran nahi padha.</w:t>
      </w:r>
    </w:p>
    <w:p>
      <w:pPr>
        <w:jc w:val="right"/>
      </w:pPr>
      <w:r>
        <w:t>यानी उन्होंने कुरान पढ़ा, मगर उन्होंने कुरान नहीं पढ़ा।</w:t>
      </w:r>
    </w:p>
    <w:p>
      <w:r>
        <w:rPr>
          <w:b/>
        </w:rPr>
        <w:t xml:space="preserve">[52:50] </w:t>
      </w:r>
      <w:r>
        <w:t>ula ka kar lab yak.</w:t>
      </w:r>
    </w:p>
    <w:p>
      <w:pPr>
        <w:jc w:val="right"/>
      </w:pPr>
      <w:r>
        <w:t>उला का कर लब यक।</w:t>
      </w:r>
    </w:p>
    <w:p>
      <w:r>
        <w:rPr>
          <w:b/>
        </w:rPr>
        <w:t xml:space="preserve">[52:53] </w:t>
      </w:r>
      <w:r>
        <w:t>unhone quran ko padha, magar unhone quran ko nahi padha.</w:t>
      </w:r>
    </w:p>
    <w:p>
      <w:pPr>
        <w:jc w:val="right"/>
      </w:pPr>
      <w:r>
        <w:t>उन्होंने कुरान को पढ़ा, मगर उन्होंने कुरान को नहीं पढ़ा।</w:t>
      </w:r>
    </w:p>
    <w:p>
      <w:r>
        <w:rPr>
          <w:b/>
        </w:rPr>
        <w:t xml:space="preserve">[52:58] </w:t>
      </w:r>
      <w:r>
        <w:t>to sabse pehle apne apne apne aap ko objective banana hai. from here is the beginning.</w:t>
      </w:r>
    </w:p>
    <w:p>
      <w:pPr>
        <w:jc w:val="right"/>
      </w:pPr>
      <w:r>
        <w:t>तो सबसे पहले अपने अपने अपने आप को ऑब्जेक्टिव बनाना है। फ्रॉम हियर इज द बिगिनिंग।</w:t>
      </w:r>
    </w:p>
    <w:p>
      <w:r>
        <w:rPr>
          <w:b/>
        </w:rPr>
        <w:t xml:space="preserve">[53:07] </w:t>
      </w:r>
      <w:r>
        <w:t>shia's another question. people blame satan for misguiding them and acquit themselves of the guilt. this is when the choice to undertake an evil course is made by man himself. how far then is cursing satan justified?</w:t>
      </w:r>
    </w:p>
    <w:p>
      <w:pPr>
        <w:jc w:val="right"/>
      </w:pPr>
      <w:r>
        <w:t>शियाज एन अदर क्वेश्चन। पीपल ब्लेम सैटर्न फॉर मिसगाइडिंग देम एंड इक्विट देम सेल्व्स ऑफ द गिल्ट। दिस इज व्हेन द चॉइस टू अंडरटेक एन इवल कोर्स इज मेड बाय मैन हिमसेल्फ। हाउ फार देन इज कर्सिंग सैटर्न जस्टिफाइड?</w:t>
      </w:r>
    </w:p>
    <w:p>
      <w:r>
        <w:rPr>
          <w:b/>
        </w:rPr>
        <w:t xml:space="preserve">[53:28] </w:t>
      </w:r>
      <w:r>
        <w:t>kya phir se padhiye.</w:t>
      </w:r>
    </w:p>
    <w:p>
      <w:pPr>
        <w:jc w:val="right"/>
      </w:pPr>
      <w:r>
        <w:t>क्या फिर से पढ़िए।</w:t>
      </w:r>
    </w:p>
    <w:p>
      <w:r>
        <w:rPr>
          <w:b/>
        </w:rPr>
        <w:t xml:space="preserve">[53:30] </w:t>
      </w:r>
      <w:r>
        <w:t>people blame satan for misguiding them and acquit themselves of the guilt. this is when the choice to undertake an evil course is made by man himself. how far then is cursing satan justified?</w:t>
      </w:r>
    </w:p>
    <w:p>
      <w:pPr>
        <w:jc w:val="right"/>
      </w:pPr>
      <w:r>
        <w:t>पीपल ब्लेम सैटर्न फॉर मिसगाइडिंग देम एंड इक्विट देम सेल्व्स ऑफ द गिल्ट। दिस इज व्हेन द चॉइस टू अंडरटेक एन इवल कोर्स इज मेड बाय मैन हिमसेल्फ। हाउ फार देन इज कर्सिंग सैटर्न जस्टिफाइड?</w:t>
      </w:r>
    </w:p>
    <w:p>
      <w:r>
        <w:rPr>
          <w:b/>
        </w:rPr>
        <w:t xml:space="preserve">[53:49] </w:t>
      </w:r>
      <w:r>
        <w:t>dekhiye, aadmi khud hi zimmedar hai.</w:t>
      </w:r>
    </w:p>
    <w:p>
      <w:pPr>
        <w:jc w:val="right"/>
      </w:pPr>
      <w:r>
        <w:t>देखिए, आदमी खुद ही जिम्मेदार है।</w:t>
      </w:r>
    </w:p>
    <w:p>
      <w:r>
        <w:rPr>
          <w:b/>
        </w:rPr>
        <w:t xml:space="preserve">[53:58] </w:t>
      </w:r>
      <w:r>
        <w:t>bal insan aula nafsibasi ra valka majira.</w:t>
      </w:r>
    </w:p>
    <w:p>
      <w:pPr>
        <w:jc w:val="right"/>
      </w:pPr>
      <w:r>
        <w:t>बल इंसान औला नफसी बसीरा वलका मजीरा।</w:t>
      </w:r>
    </w:p>
    <w:p>
      <w:r>
        <w:rPr>
          <w:b/>
        </w:rPr>
        <w:t xml:space="preserve">[54:04] </w:t>
      </w:r>
      <w:r>
        <w:t>kyunki dekhiye, allah taala ne insan ke andar aqal di, samajh di.</w:t>
      </w:r>
    </w:p>
    <w:p>
      <w:pPr>
        <w:jc w:val="right"/>
      </w:pPr>
      <w:r>
        <w:t>क्योंकि देखिए, अल्लाह ताला ने इंसान के अंदर अकल दी, समझ दी।</w:t>
      </w:r>
    </w:p>
    <w:p>
      <w:r>
        <w:rPr>
          <w:b/>
        </w:rPr>
        <w:t xml:space="preserve">[54:11] </w:t>
      </w:r>
      <w:r>
        <w:t>aur shaitan bhi aapko baqayda aur farishte bhi aapko sahi raste batate hain.</w:t>
      </w:r>
    </w:p>
    <w:p>
      <w:pPr>
        <w:jc w:val="right"/>
      </w:pPr>
      <w:r>
        <w:t>और शैतान भी आपको बाकायदा और फरिश्ते भी आपको सही रास्ते बताते हैं।</w:t>
      </w:r>
    </w:p>
    <w:p>
      <w:r>
        <w:rPr>
          <w:b/>
        </w:rPr>
        <w:t xml:space="preserve">[54:17] </w:t>
      </w:r>
      <w:r>
        <w:t>dono option aapke liye.</w:t>
      </w:r>
    </w:p>
    <w:p>
      <w:pPr>
        <w:jc w:val="right"/>
      </w:pPr>
      <w:r>
        <w:t>दोनों ऑप्शन आपके लिए।</w:t>
      </w:r>
    </w:p>
    <w:p>
      <w:r>
        <w:rPr>
          <w:b/>
        </w:rPr>
        <w:t xml:space="preserve">[54:19] </w:t>
      </w:r>
      <w:r>
        <w:t>to shaitan ka</w:t>
      </w:r>
    </w:p>
    <w:p>
      <w:pPr>
        <w:jc w:val="right"/>
      </w:pPr>
      <w:r>
        <w:t>तो शैतान का</w:t>
      </w:r>
    </w:p>
    <w:p>
      <w:r>
        <w:rPr>
          <w:b/>
        </w:rPr>
        <w:t xml:space="preserve">[54:22] </w:t>
      </w:r>
      <w:r>
        <w:t>yani aapka apna option hai ki aapne shaitan ki baaton sun liya aur aur angel ki baat nahi</w:t>
      </w:r>
    </w:p>
    <w:p>
      <w:pPr>
        <w:jc w:val="right"/>
      </w:pPr>
      <w:r>
        <w:t>यानी आपका अपना ऑप्शन है कि आपने शैतान की बातों सुन लिया और और एंजल की बात नहीं</w:t>
      </w:r>
    </w:p>
    <w:p>
      <w:r>
        <w:rPr>
          <w:b/>
        </w:rPr>
        <w:t xml:space="preserve">[54:28] </w:t>
      </w:r>
      <w:r>
        <w:t>suna. to aapke apne option ki baat hai.</w:t>
      </w:r>
    </w:p>
    <w:p>
      <w:pPr>
        <w:jc w:val="right"/>
      </w:pPr>
      <w:r>
        <w:t>सुना। तो आपके अपने ऑप्शन की बात है।</w:t>
      </w:r>
    </w:p>
    <w:p>
      <w:r>
        <w:rPr>
          <w:b/>
        </w:rPr>
        <w:t xml:space="preserve">[54:31] </w:t>
      </w:r>
      <w:r>
        <w:t>jabki har waqt, har waqt, har waqt angel bhi aapke saath hai aur shaitan bhi aapke saath hai.</w:t>
      </w:r>
    </w:p>
    <w:p>
      <w:pPr>
        <w:jc w:val="right"/>
      </w:pPr>
      <w:r>
        <w:t>जबकि हर वक्त, हर वक्त, हर वक्त एंजल भी आपके साथ है और शैतान भी आपके साथ है।</w:t>
      </w:r>
    </w:p>
    <w:p>
      <w:r>
        <w:rPr>
          <w:b/>
        </w:rPr>
        <w:t xml:space="preserve">[54:40] </w:t>
      </w:r>
      <w:r>
        <w:t>To aap ye shaitan ki baat kyun sun liya aur angel ki baat kyun nahi suna?</w:t>
      </w:r>
    </w:p>
    <w:p>
      <w:pPr>
        <w:jc w:val="right"/>
      </w:pPr>
      <w:r>
        <w:t>तो आप ये शैतान की बात क्यों सुन लिया और एंजल की बात क्यों नहीं सुना?</w:t>
      </w:r>
    </w:p>
    <w:p>
      <w:r>
        <w:rPr>
          <w:b/>
        </w:rPr>
        <w:t xml:space="preserve">[54:46] </w:t>
      </w:r>
      <w:r>
        <w:t>Iske liye aap Khuda ke yahan pakde jayenge. Do doosre ko, doosre ko aap nahi. Doosre ko aap nahi keh sakte ke usne mujhe bahkaya. Yeh kahiye ke main bahka. Ek hai ke aap kahe ke shaitan ne mujhe bahkaya. Yeh na kahiye, balki yeh ke main shaitan ke kehne par bhaag gaya. Quran mein yeh baat bhi likhi hui hai.</w:t>
      </w:r>
    </w:p>
    <w:p>
      <w:pPr>
        <w:jc w:val="right"/>
      </w:pPr>
      <w:r>
        <w:t>इसके लिए आप खुदा के यहां पकड़े जाएंगे। दो दूसरे को, दूसरे को आप नहीं। दूसरे को आप नहीं कह सकते कि उसने मुझे बहकाया। यह कहिए कि मैं बहका। एक है कि आप कहे कि शैतान ने मुझे बहकाया। यह ना कहिए, बल्कि यह कि मैं शैतान के कहने पर भाग गया। कुरान में यह बात भी लिखी हुई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