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Avail Your Morning Time August 23, 2020 Maulana Wahiduddin Khan</w:t>
      </w:r>
    </w:p>
    <w:p>
      <w:r>
        <w:t>https://www.youtube.com/watch?v=mVs7Y0lavYk</w:t>
      </w:r>
    </w:p>
    <w:p>
      <w:r>
        <w:rPr>
          <w:b/>
        </w:rPr>
        <w:t xml:space="preserve">[00:14] </w:t>
      </w:r>
      <w:r>
        <w:t>Bismillah Rehmanur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[00:18] </w:t>
      </w:r>
      <w:r>
        <w:t>Wasalli Allahu ala Nabi il Kareem. 23 August 2020.</w:t>
      </w:r>
    </w:p>
    <w:p>
      <w:pPr>
        <w:jc w:val="right"/>
      </w:pPr>
      <w:r>
        <w:t>وصلی اللہ علی نبی الکریم۔ 23 اگست 2020۔</w:t>
      </w:r>
    </w:p>
    <w:p>
      <w:r>
        <w:rPr>
          <w:b/>
        </w:rPr>
        <w:t xml:space="preserve">[00:31] </w:t>
      </w:r>
      <w:r>
        <w:t>Aaj bas woh utha to ek hadith mujhe yaad aayi.</w:t>
      </w:r>
    </w:p>
    <w:p>
      <w:pPr>
        <w:jc w:val="right"/>
      </w:pPr>
      <w:r>
        <w:t>آج بس وہ اٹھا تو ایک حدیث مجھے یاد آئی۔</w:t>
      </w:r>
    </w:p>
    <w:p>
      <w:r>
        <w:rPr>
          <w:b/>
        </w:rPr>
        <w:t xml:space="preserve">[00:40] </w:t>
      </w:r>
      <w:r>
        <w:t>Woh hadith yeh hai ke Allah rozana subah ke waqt aasman duniya par utarta hai</w:t>
      </w:r>
    </w:p>
    <w:p>
      <w:pPr>
        <w:jc w:val="right"/>
      </w:pPr>
      <w:r>
        <w:t>وہ حدیث یہ ہے کہ اللہ روزانہ صبح کے وقت آسمان دنیا پر اترتا ہے</w:t>
      </w:r>
    </w:p>
    <w:p>
      <w:r>
        <w:rPr>
          <w:b/>
        </w:rPr>
        <w:t xml:space="preserve">[00:55] </w:t>
      </w:r>
      <w:r>
        <w:t>aur awaaz deta hai:</w:t>
      </w:r>
    </w:p>
    <w:p>
      <w:pPr>
        <w:jc w:val="right"/>
      </w:pPr>
      <w:r>
        <w:t>اور آواز دیتا ہے:</w:t>
      </w:r>
    </w:p>
    <w:p>
      <w:r>
        <w:rPr>
          <w:b/>
        </w:rPr>
        <w:t xml:space="preserve">[01:01] </w:t>
      </w:r>
      <w:r>
        <w:t>"Hal min saail fa'utah?" Koi maangne wala hai jo usko doon?</w:t>
      </w:r>
    </w:p>
    <w:p>
      <w:pPr>
        <w:jc w:val="right"/>
      </w:pPr>
      <w:r>
        <w:t>"ہل من سائل فوتہ؟" کوئی مانگنے والا ہے جو اس کو دوں؟</w:t>
      </w:r>
    </w:p>
    <w:p>
      <w:r>
        <w:rPr>
          <w:b/>
        </w:rPr>
        <w:t xml:space="preserve">[01:09] </w:t>
      </w:r>
      <w:r>
        <w:t>An Abi Hurairah 'an Rasul Allah Sallallahu 'alaihi wa sallam qala: "Yunzil Allah ila as-samaa' ad-dunyaa kulla laylatin hiyma yamshee thulthul layl al-awwal.</w:t>
      </w:r>
    </w:p>
    <w:p>
      <w:pPr>
        <w:jc w:val="right"/>
      </w:pPr>
      <w:r>
        <w:t>عن ابی ہریرہ عن رسول اللہ صلی اللہ علیہ وسلم قال: "ینزل اللہ الی السماء الدنیا کل لیلۃ حینیمزی ثلث اللیل الاول۔</w:t>
      </w:r>
    </w:p>
    <w:p>
      <w:r>
        <w:rPr>
          <w:b/>
        </w:rPr>
        <w:t xml:space="preserve">[01:19] </w:t>
      </w:r>
      <w:r>
        <w:t>Fayaqool: Ana al-malik, ana al-malik. Man yado'onee fa'astajeeb lahu, man yas'alunee fa'u'teeh, man yastaghfirunee fa'aghfir lahu.</w:t>
      </w:r>
    </w:p>
    <w:p>
      <w:pPr>
        <w:jc w:val="right"/>
      </w:pPr>
      <w:r>
        <w:t>فیقول: انا الملک، انا الملک۔ منزل الذییدعونی فاستجیب لہ، منزل الذی یسعلونی فاعطیہ، منزل الذی یستغفرونی فاغفر لہ۔</w:t>
      </w:r>
    </w:p>
    <w:p>
      <w:r>
        <w:rPr>
          <w:b/>
        </w:rPr>
        <w:t xml:space="preserve">[01:33] </w:t>
      </w:r>
      <w:r>
        <w:t>Fala yazaalu kadhalika hatta yuzee' al-fajr." Saheeh Muslim hadith number 758. Wa fi riwayat: "Hal min saail fa'u'teeh?" Abu Hurairah riwayat karte hain ke Rasool Allah Sallallahu 'alaihi wa sallam ne kaha: "Allah taala samaaye duniya par har raat</w:t>
      </w:r>
    </w:p>
    <w:p>
      <w:pPr>
        <w:jc w:val="right"/>
      </w:pPr>
      <w:r>
        <w:t>فلا یزال کذالک حتی یزی الفجر۔" صحیح مسلم حدیث نمبر 758۔ و فی روایت: "ہل من سائل فاعطیہ؟" ابوہریرہ روایت کرتے ہیں کہ رسول اللہ صلی اللہ علیہ وسلم نے کہا: "اللہ تعالی سمائے دنیا پر ہر رات</w:t>
      </w:r>
    </w:p>
    <w:p>
      <w:r>
        <w:rPr>
          <w:b/>
        </w:rPr>
        <w:t xml:space="preserve">[01:54] </w:t>
      </w:r>
      <w:r>
        <w:t>jab ke pehla tihai hissa guzar jaye utarta hai aur kehta hai: Main baadshah hoon, main baadshah hoon.</w:t>
      </w:r>
    </w:p>
    <w:p>
      <w:pPr>
        <w:jc w:val="right"/>
      </w:pPr>
      <w:r>
        <w:t>جب کہ پہلا تہائی حصہ گزر جائے اترتا ہے اور کہتا ہے: میں بادشاہ ہوں، میں بادشاہ ہوں۔</w:t>
      </w:r>
    </w:p>
    <w:p>
      <w:r>
        <w:rPr>
          <w:b/>
        </w:rPr>
        <w:t xml:space="preserve">[02:04] </w:t>
      </w:r>
      <w:r>
        <w:t>Kaun hai jo mujh se dua kare, main uski dua qubool karoon? Kaun hai jo mujh se maange to main usko</w:t>
      </w:r>
    </w:p>
    <w:p>
      <w:pPr>
        <w:jc w:val="right"/>
      </w:pPr>
      <w:r>
        <w:t>کون ہے جو مجھ سے دعا کرے، میں اس کی دعا قبول کروں؟ کون ہے جو مجھ سے مانگے تو میں اس کو</w:t>
      </w:r>
    </w:p>
    <w:p>
      <w:r>
        <w:rPr>
          <w:b/>
        </w:rPr>
        <w:t xml:space="preserve">[02:11] </w:t>
      </w:r>
      <w:r>
        <w:t>ata karoon? Kaun hai jo mujh se maghfirat chahe, main usko bakhsh doon?" Isi tarah rehta hai yahan tak ke fajar ki roshni fajar roshan ho jata hai.</w:t>
      </w:r>
    </w:p>
    <w:p>
      <w:pPr>
        <w:jc w:val="right"/>
      </w:pPr>
      <w:r>
        <w:t>عطا کروں؟ کون ہے جو مجھ سے مغفرت چاہے، میں اس کو بخش دوں؟" اسی طرح رہتا ہے یہاں تک کہ فجر کی روشنی فجر روشن ہو جاتا ہے۔</w:t>
      </w:r>
    </w:p>
    <w:p>
      <w:r>
        <w:rPr>
          <w:b/>
        </w:rPr>
        <w:t xml:space="preserve">[02:24] </w:t>
      </w:r>
      <w:r>
        <w:t>Ek riwayat mein izafa hai: "Hai koi maangne wala to main usko doon?"</w:t>
      </w:r>
    </w:p>
    <w:p>
      <w:pPr>
        <w:jc w:val="right"/>
      </w:pPr>
      <w:r>
        <w:t>ایک روایت میں اضافہ ہے: "ہے کوئی مانگنے والا تو میں اس کو دوں؟"</w:t>
      </w:r>
    </w:p>
    <w:p>
      <w:r>
        <w:rPr>
          <w:b/>
        </w:rPr>
        <w:t xml:space="preserve">[02:29] </w:t>
      </w:r>
      <w:r>
        <w:t>Musnad Ahmad hadith number 9591.</w:t>
      </w:r>
    </w:p>
    <w:p>
      <w:pPr>
        <w:jc w:val="right"/>
      </w:pPr>
      <w:r>
        <w:t>مسند احمد حدیث نمبر 9591۔</w:t>
      </w:r>
    </w:p>
    <w:p>
      <w:r>
        <w:rPr>
          <w:b/>
        </w:rPr>
        <w:t xml:space="preserve">[02:35] </w:t>
      </w:r>
      <w:r>
        <w:t>Main is hadith ko bahut dinon se sochta tha.</w:t>
      </w:r>
    </w:p>
    <w:p>
      <w:pPr>
        <w:jc w:val="right"/>
      </w:pPr>
      <w:r>
        <w:t>میں اس حدیث کو بہت دنوں سے سوچتا تھا۔</w:t>
      </w:r>
    </w:p>
    <w:p>
      <w:r>
        <w:rPr>
          <w:b/>
        </w:rPr>
        <w:t xml:space="preserve">[02:45] </w:t>
      </w:r>
      <w:r>
        <w:t>Aaj subah mujhe achaanak mere zehen mein aaya ke yeh symbolic sense mein hai.</w:t>
      </w:r>
    </w:p>
    <w:p>
      <w:pPr>
        <w:jc w:val="right"/>
      </w:pPr>
      <w:r>
        <w:t>آج صبح مجھے اچانک میرے ذہن میں آیا کہ یہ سمبولک سینس میں ہے۔</w:t>
      </w:r>
    </w:p>
    <w:p>
      <w:r>
        <w:rPr>
          <w:b/>
        </w:rPr>
        <w:t xml:space="preserve">[02:56] </w:t>
      </w:r>
      <w:r>
        <w:t>Symbolic sense mein. Yaani aisa nahi hai ke woh jis koi insaan utarta ho chhat par se aise hi</w:t>
      </w:r>
    </w:p>
    <w:p>
      <w:pPr>
        <w:jc w:val="right"/>
      </w:pPr>
      <w:r>
        <w:t>سمبولک سینس میں۔ یعنی ایسا نہیں ہے کہ وہ جس کوئی انسان اترتا ہو چھت پر سے ایسے ہی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