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Become Deserving of Paradise August 16, 2020 Maulana Wahiduddin Khan</w:t>
      </w:r>
    </w:p>
    <w:p>
      <w:r>
        <w:t>https://www.youtube.com/watch?v=jFXK3TMiqtA</w:t>
      </w:r>
    </w:p>
    <w:p>
      <w:r>
        <w:rPr>
          <w:b/>
        </w:rPr>
        <w:t xml:space="preserve">[00:13] </w:t>
      </w:r>
      <w:r>
        <w:t>Bismillah Rehmanur Rahim, Wasalli Allahu ala an-Nabi al-Kareem. Rabbishrah li sadri,</w:t>
      </w:r>
    </w:p>
    <w:p>
      <w:pPr>
        <w:jc w:val="right"/>
      </w:pPr>
      <w:r>
        <w:t>بسم اللہ الرحمن الرحیم، وصلی اللہ علی النبی الکریم۔ رب الشاہ صدری،</w:t>
      </w:r>
    </w:p>
    <w:p>
      <w:r>
        <w:rPr>
          <w:b/>
        </w:rPr>
        <w:t xml:space="preserve">[00:29] </w:t>
      </w:r>
      <w:r>
        <w:t>wa yassir li amri, wah-lul 'uqdatam mil lisaani, yafqahu qawli.</w:t>
      </w:r>
    </w:p>
    <w:p>
      <w:pPr>
        <w:jc w:val="right"/>
      </w:pPr>
      <w:r>
        <w:t>ویسر لی امری، واحل العقدۃ من لسانی، یفقہ قولی۔</w:t>
      </w:r>
    </w:p>
    <w:p>
      <w:r>
        <w:rPr>
          <w:b/>
        </w:rPr>
        <w:t xml:space="preserve">[00:39] </w:t>
      </w:r>
      <w:r>
        <w:t>16 August</w:t>
      </w:r>
    </w:p>
    <w:p>
      <w:pPr>
        <w:jc w:val="right"/>
      </w:pPr>
      <w:r>
        <w:t>16 اگست</w:t>
      </w:r>
    </w:p>
    <w:p>
      <w:r>
        <w:rPr>
          <w:b/>
        </w:rPr>
        <w:t xml:space="preserve">[00:42] </w:t>
      </w:r>
      <w:r>
        <w:t>2020.</w:t>
      </w:r>
    </w:p>
    <w:p>
      <w:pPr>
        <w:jc w:val="right"/>
      </w:pPr>
      <w:r>
        <w:t>2020۔</w:t>
      </w:r>
    </w:p>
    <w:p>
      <w:r>
        <w:rPr>
          <w:b/>
        </w:rPr>
        <w:t xml:space="preserve">[00:49] </w:t>
      </w:r>
      <w:r>
        <w:t>aaj ka subject surah al mulk ki ayat number 2 hai.</w:t>
      </w:r>
    </w:p>
    <w:p>
      <w:pPr>
        <w:jc w:val="right"/>
      </w:pPr>
      <w:r>
        <w:t>آج کا سبجیکٹ سورہ الملک کی آیت نمبر 2 ہے۔</w:t>
      </w:r>
    </w:p>
    <w:p>
      <w:r>
        <w:rPr>
          <w:b/>
        </w:rPr>
        <w:t xml:space="preserve">[00:58] </w:t>
      </w:r>
      <w:r>
        <w:t>khalaq al maut wal hayat li yablakum ayukum asar al amla dekhen, is ayat mein yeh bataya gaya hai ke Allah ne paida kiya insan ko</w:t>
      </w:r>
    </w:p>
    <w:p>
      <w:pPr>
        <w:jc w:val="right"/>
      </w:pPr>
      <w:r>
        <w:t>خلق الموت والحیات ليبلکم ايكم اثر العملا دیکھیں، اس آیت میں یہ بتایا گیا ہے کہ اللہ نے پیدا کیا انسان کو</w:t>
      </w:r>
    </w:p>
    <w:p>
      <w:r>
        <w:rPr>
          <w:b/>
        </w:rPr>
        <w:t xml:space="preserve">[01:16] </w:t>
      </w:r>
      <w:r>
        <w:t>taake woh in logon ka chunao kare, intekhab kare jo asal bar, asal amal hain,</w:t>
      </w:r>
    </w:p>
    <w:p>
      <w:pPr>
        <w:jc w:val="right"/>
      </w:pPr>
      <w:r>
        <w:t>تاکہ وہ ان لوگوں کا چناؤ کرے، انتخاب کرے جو اصل بر، اصل عمل ہیں،</w:t>
      </w:r>
    </w:p>
    <w:p>
      <w:r>
        <w:rPr>
          <w:b/>
        </w:rPr>
        <w:t xml:space="preserve">[01:30] </w:t>
      </w:r>
      <w:r>
        <w:t>yani best conduct wale hain.</w:t>
      </w:r>
    </w:p>
    <w:p>
      <w:pPr>
        <w:jc w:val="right"/>
      </w:pPr>
      <w:r>
        <w:t>یعنی بیسٹ کنڈکٹ والے ہیں۔</w:t>
      </w:r>
    </w:p>
    <w:p>
      <w:r>
        <w:rPr>
          <w:b/>
        </w:rPr>
        <w:t xml:space="preserve">[01:35] </w:t>
      </w:r>
      <w:r>
        <w:t>best conduct wale kon log hain?</w:t>
      </w:r>
    </w:p>
    <w:p>
      <w:pPr>
        <w:jc w:val="right"/>
      </w:pPr>
      <w:r>
        <w:t>بیسٹ کنڈکٹ والے کون لوگ ہیں؟</w:t>
      </w:r>
    </w:p>
    <w:p>
      <w:r>
        <w:rPr>
          <w:b/>
        </w:rPr>
        <w:t xml:space="preserve">[01:41] </w:t>
      </w:r>
      <w:r>
        <w:t>yeh kisi mahdood maene mein nahi hai.</w:t>
      </w:r>
    </w:p>
    <w:p>
      <w:pPr>
        <w:jc w:val="right"/>
      </w:pPr>
      <w:r>
        <w:t>یہ کسی محدود معنی میں نہیں ہے۔</w:t>
      </w:r>
    </w:p>
    <w:p>
      <w:r>
        <w:rPr>
          <w:b/>
        </w:rPr>
        <w:t xml:space="preserve">[01:46] </w:t>
      </w:r>
      <w:r>
        <w:t>best conduct wale woh log hain</w:t>
      </w:r>
    </w:p>
    <w:p>
      <w:pPr>
        <w:jc w:val="right"/>
      </w:pPr>
      <w:r>
        <w:t>بیسٹ کنڈکٹ والے وہ لوگ ہیں</w:t>
      </w:r>
    </w:p>
    <w:p>
      <w:r>
        <w:rPr>
          <w:b/>
        </w:rPr>
        <w:t xml:space="preserve">[01:51] </w:t>
      </w:r>
      <w:r>
        <w:t>jo soch ke aitbar se best thinker hon,</w:t>
      </w:r>
    </w:p>
    <w:p>
      <w:pPr>
        <w:jc w:val="right"/>
      </w:pPr>
      <w:r>
        <w:t>جو سوچ کے اعتبار سے بیسٹ تھنکر ہوں،</w:t>
      </w:r>
    </w:p>
    <w:p>
      <w:r>
        <w:rPr>
          <w:b/>
        </w:rPr>
        <w:t xml:space="preserve">[02:00] </w:t>
      </w:r>
      <w:r>
        <w:t>jo character ke aitbar se best character wale hon. in ko mein kaha karta hoon predictable character, predictable character.</w:t>
      </w:r>
    </w:p>
    <w:p>
      <w:pPr>
        <w:jc w:val="right"/>
      </w:pPr>
      <w:r>
        <w:t>جو کریکٹر کے اعتبار سے بیسٹ کریکٹر والے ہوں۔ ان کو میں کہا کرتا ہوں پریڈکٹیبل کریکٹر، پریڈکٹیبل کریکٹر۔</w:t>
      </w:r>
    </w:p>
    <w:p>
      <w:r>
        <w:rPr>
          <w:b/>
        </w:rPr>
        <w:t xml:space="preserve">[02:21] </w:t>
      </w:r>
      <w:r>
        <w:t>toh Allah taala ne yeh duniya jo banai, yeh best insanon ke chunao ke liye, un ke intekhab ke liye.</w:t>
      </w:r>
    </w:p>
    <w:p>
      <w:pPr>
        <w:jc w:val="right"/>
      </w:pPr>
      <w:r>
        <w:t>تو اللہ تعالی نے یہ دنیا جو بنائی، یہ بیسٹ انسانوں کے چناؤ کے لیے، ان کے انتخاب کے لیے۔</w:t>
      </w:r>
    </w:p>
    <w:p>
      <w:r>
        <w:rPr>
          <w:b/>
        </w:rPr>
        <w:t xml:space="preserve">[02:38] </w:t>
      </w:r>
      <w:r>
        <w:t>yeh intekhab kis liye hai?</w:t>
      </w:r>
    </w:p>
    <w:p>
      <w:pPr>
        <w:jc w:val="right"/>
      </w:pPr>
      <w:r>
        <w:t>یہ انتخاب کس لیے ہے؟</w:t>
      </w:r>
    </w:p>
    <w:p>
      <w:r>
        <w:rPr>
          <w:b/>
        </w:rPr>
        <w:t xml:space="preserve">[02:42] </w:t>
      </w:r>
      <w:r>
        <w:t>yeh intekhab hai paradise ko abad karne ke liye.</w:t>
      </w:r>
    </w:p>
    <w:p>
      <w:pPr>
        <w:jc w:val="right"/>
      </w:pPr>
      <w:r>
        <w:t>یہ انتخاب ہے پارڈائز کو آباد کرنے کے لیے۔</w:t>
      </w:r>
    </w:p>
    <w:p>
      <w:r>
        <w:rPr>
          <w:b/>
        </w:rPr>
        <w:t xml:space="preserve">[02:53] </w:t>
      </w:r>
      <w:r>
        <w:t>Allah ne ek duniya banai, ideal world,</w:t>
      </w:r>
    </w:p>
    <w:p>
      <w:pPr>
        <w:jc w:val="right"/>
      </w:pPr>
      <w:r>
        <w:t>اللہ نے ایک دنیا بنائی، آئیڈیل ورلڈ،</w:t>
      </w:r>
    </w:p>
    <w:p>
      <w:r>
        <w:rPr>
          <w:b/>
        </w:rPr>
        <w:t xml:space="preserve">[03:02] </w:t>
      </w:r>
      <w:r>
        <w:t>is ko hum kehte hain paradise, jannat. toh is jannat ko, is paradise ko</w:t>
      </w:r>
    </w:p>
    <w:p>
      <w:pPr>
        <w:jc w:val="right"/>
      </w:pPr>
      <w:r>
        <w:t>اس کو ہم کہتے ہیں پارڈائز، جنت۔ تو اس جنت کو، اس پارڈائز کو</w:t>
      </w:r>
    </w:p>
    <w:p>
      <w:r>
        <w:rPr>
          <w:b/>
        </w:rPr>
        <w:t xml:space="preserve">[03:15] </w:t>
      </w:r>
      <w:r>
        <w:t>abad karne ke liye Allah ko</w:t>
      </w:r>
    </w:p>
    <w:p>
      <w:pPr>
        <w:jc w:val="right"/>
      </w:pPr>
      <w:r>
        <w:t>آباد کرنے کے لیے اللہ کو</w:t>
      </w:r>
    </w:p>
    <w:p>
      <w:r>
        <w:rPr>
          <w:b/>
        </w:rPr>
        <w:t xml:space="preserve">[03:22] </w:t>
      </w:r>
      <w:r>
        <w:t>best character wale log chahiye.</w:t>
      </w:r>
    </w:p>
    <w:p>
      <w:pPr>
        <w:jc w:val="right"/>
      </w:pPr>
      <w:r>
        <w:t>بیسٹ کریکٹر والے لوگ چاہیے۔</w:t>
      </w:r>
    </w:p>
    <w:p>
      <w:r>
        <w:rPr>
          <w:b/>
        </w:rPr>
        <w:t xml:space="preserve">[03:31] </w:t>
      </w:r>
      <w:r>
        <w:t>quran ki ek ayat mein hai</w:t>
      </w:r>
    </w:p>
    <w:p>
      <w:pPr>
        <w:jc w:val="right"/>
      </w:pPr>
      <w:r>
        <w:t>قرآن کی ایک آیت میں ہے</w:t>
      </w:r>
    </w:p>
    <w:p>
      <w:r>
        <w:rPr>
          <w:b/>
        </w:rPr>
        <w:t xml:space="preserve">[03:37] </w:t>
      </w:r>
      <w:r>
        <w:t>wahasan ulaiqa rafiqan</w:t>
      </w:r>
    </w:p>
    <w:p>
      <w:pPr>
        <w:jc w:val="right"/>
      </w:pPr>
      <w:r>
        <w:t>وحسن اولئك رفیقًا</w:t>
      </w:r>
    </w:p>
    <w:p>
      <w:r>
        <w:rPr>
          <w:b/>
        </w:rPr>
        <w:t xml:space="preserve">[03:43] </w:t>
      </w:r>
      <w:r>
        <w:t>yani ek hi society, paradise ek hi society, society hogi. is ke liye best neighborhood chahiye, wahasan ulaiqa rafiqan, yani woh log wahan basaye jayenge</w:t>
      </w:r>
    </w:p>
    <w:p>
      <w:pPr>
        <w:jc w:val="right"/>
      </w:pPr>
      <w:r>
        <w:t>یعنی ایک ہی سوسائٹی، پارڈائز ایک ہی سوسائٹی، سوسائٹی ہوگی۔ اس کے لیے بیسٹ نیبرہڈ چاہیے، وحسن اولئک رفیقًا، یعنی وہ لوگ وہاں بسائے جائیں گے</w:t>
      </w:r>
    </w:p>
    <w:p>
      <w:r>
        <w:rPr>
          <w:b/>
        </w:rPr>
        <w:t xml:space="preserve">[04:02] </w:t>
      </w:r>
      <w:r>
        <w:t>jo</w:t>
      </w:r>
    </w:p>
    <w:p>
      <w:pPr>
        <w:jc w:val="right"/>
      </w:pPr>
      <w:r>
        <w:t>جو</w:t>
      </w:r>
    </w:p>
    <w:p>
      <w:r>
        <w:rPr>
          <w:b/>
        </w:rPr>
        <w:t xml:space="preserve">[04:06] </w:t>
      </w:r>
      <w:r>
        <w:t>apne mahol ke liye, apne sathiyon ke liye, ab duniya ke liye best character wale hon.</w:t>
      </w:r>
    </w:p>
    <w:p>
      <w:pPr>
        <w:jc w:val="right"/>
      </w:pPr>
      <w:r>
        <w:t>اپنے ماحول کے لیے، اپنے ساتھیوں کے لیے، اب دنیا کے لیے بیسٹ کریکٹر والے ہوں۔</w:t>
      </w:r>
    </w:p>
    <w:p>
      <w:r>
        <w:rPr>
          <w:b/>
        </w:rPr>
        <w:t xml:space="preserve">[04:22] </w:t>
      </w:r>
      <w:r>
        <w:t>aur yeh dekhen, yeh koi farishta nahi aayega batane ke liye ke yeh karo, woh karo. yeh maamla hai,</w:t>
      </w:r>
    </w:p>
    <w:p>
      <w:pPr>
        <w:jc w:val="right"/>
      </w:pPr>
      <w:r>
        <w:t>اور یہ دیکھیں، یہ کوئی فرشتہ نہیں آئے گا بتانے کے لیے کہ یہ کرو، وہ کرو۔ یہ معاملہ ہے،</w:t>
      </w:r>
    </w:p>
    <w:p>
      <w:r>
        <w:rPr>
          <w:b/>
        </w:rPr>
        <w:t xml:space="preserve">[04:37] </w:t>
      </w:r>
      <w:r>
        <w:t>aap ko khud hi sochna hai, khud hi apne ko gharna hai, khud hi apne ko banana hai. wahasan ulaiqa rafiqan</w:t>
      </w:r>
    </w:p>
    <w:p>
      <w:pPr>
        <w:jc w:val="right"/>
      </w:pPr>
      <w:r>
        <w:t>آپ کو خود ہی سوچنا ہے، خود ہی اپنے کو گھڑنا ہے، خود ہی اپنے کو بنانا ہے۔ وحسن اولئك رفیقًا</w:t>
      </w:r>
    </w:p>
    <w:p>
      <w:r>
        <w:rPr>
          <w:b/>
        </w:rPr>
        <w:t xml:space="preserve">[04:52] </w:t>
      </w:r>
      <w:r>
        <w:t>toh aisi society jo best society ho, aap ko khud hi sochna hai ke woh, woh society ke afraad kaise honge,</w:t>
      </w:r>
    </w:p>
    <w:p>
      <w:pPr>
        <w:jc w:val="right"/>
      </w:pPr>
      <w:r>
        <w:t>تو ایسی سوسائٹی جو بیسٹ سوسائٹی ہو، آپ کو خود ہی سوچنا ہے کہ وہ، وہ سوسائٹی کے افراد کیسے ہوں گے،</w:t>
      </w:r>
    </w:p>
    <w:p>
      <w:r>
        <w:rPr>
          <w:b/>
        </w:rPr>
        <w:t xml:space="preserve">[05:08] </w:t>
      </w:r>
      <w:r>
        <w:t>kaise honge.</w:t>
      </w:r>
    </w:p>
    <w:p>
      <w:pPr>
        <w:jc w:val="right"/>
      </w:pPr>
      <w:r>
        <w:t>کیسے ہوں گے۔</w:t>
      </w:r>
    </w:p>
    <w:p>
      <w:r>
        <w:rPr>
          <w:b/>
        </w:rPr>
        <w:t xml:space="preserve">[05:13] </w:t>
      </w:r>
      <w:r>
        <w:t>khud hi sochna hai, yaani self</w:t>
      </w:r>
    </w:p>
    <w:p>
      <w:pPr>
        <w:jc w:val="right"/>
      </w:pPr>
      <w:r>
        <w:t>خود ہی سوچنا ہے، یعنی سیلف</w:t>
      </w:r>
    </w:p>
    <w:p>
      <w:r>
        <w:rPr>
          <w:b/>
        </w:rPr>
        <w:t xml:space="preserve">[05:19] </w:t>
      </w:r>
      <w:r>
        <w:t>made people, self made man.</w:t>
      </w:r>
    </w:p>
    <w:p>
      <w:pPr>
        <w:jc w:val="right"/>
      </w:pPr>
      <w:r>
        <w:t>میڈ پیپل، سیلف میڈ مین۔</w:t>
      </w:r>
    </w:p>
    <w:p>
      <w:r>
        <w:rPr>
          <w:b/>
        </w:rPr>
        <w:t xml:space="preserve">[05:28] </w:t>
      </w:r>
      <w:r>
        <w:t>moner, moner reom jo thay, moner romi, ke ek ajeeb shair hai:</w:t>
      </w:r>
    </w:p>
    <w:p>
      <w:pPr>
        <w:jc w:val="right"/>
      </w:pPr>
      <w:r>
        <w:t>مونر، مونر ریوم جو تھے، مونر رومی، کہ ایک عجیب شعر ہے:</w:t>
      </w:r>
    </w:p>
    <w:p>
      <w:r>
        <w:rPr>
          <w:b/>
        </w:rPr>
        <w:t xml:space="preserve">[05:39] </w:t>
      </w:r>
      <w:r>
        <w:t>"hum koodo, hum khud koodo, guru hum gale kooda". bada ajeeb shair hai: "hum koodo, hum kooda, guru hum gale kooda".</w:t>
      </w:r>
    </w:p>
    <w:p>
      <w:pPr>
        <w:jc w:val="right"/>
      </w:pPr>
      <w:r>
        <w:t>"ہم کودو، ہم خود کودو، گرو ہم گلے کودا"۔ بڑا عجیب شعر ہے: "ہم کودو، ہم کودا، گرو ہم گلے کودا"۔</w:t>
      </w:r>
    </w:p>
    <w:p>
      <w:r>
        <w:rPr>
          <w:b/>
        </w:rPr>
        <w:t xml:space="preserve">[05:58] </w:t>
      </w:r>
      <w:r>
        <w:t>mere khayal se iski translation karna theek nahi hai, agar aap khud samajh sakte hain to samajh lijiye.</w:t>
      </w:r>
    </w:p>
    <w:p>
      <w:pPr>
        <w:jc w:val="right"/>
      </w:pPr>
      <w:r>
        <w:t>میرے خیال سے اس کی ٹرانسلیشن کرنا ٹھیک نہیں ہے، اگر آپ خود سمجھ سکتے ہیں تو سمجھ لیجئے۔</w:t>
      </w:r>
    </w:p>
    <w:p>
      <w:r>
        <w:rPr>
          <w:b/>
        </w:rPr>
        <w:t xml:space="preserve">[06:15] </w:t>
      </w:r>
      <w:r>
        <w:t>to is ko main</w:t>
      </w:r>
    </w:p>
    <w:p>
      <w:pPr>
        <w:jc w:val="right"/>
      </w:pPr>
      <w:r>
        <w:t>تو اس کو میں</w:t>
      </w:r>
    </w:p>
    <w:p>
      <w:r>
        <w:rPr>
          <w:b/>
        </w:rPr>
        <w:t xml:space="preserve">[06:20] </w:t>
      </w:r>
      <w:r>
        <w:t>samajhta hoon ke self made man woh aadmi hai, woh khud hi apne ko banaye, khud hi apne ko ghade.</w:t>
      </w:r>
    </w:p>
    <w:p>
      <w:pPr>
        <w:jc w:val="right"/>
      </w:pPr>
      <w:r>
        <w:t>سمجھتا ہوں کہ سیلف میڈ مین وہ آدمی ہے، وہ خود ہی اپنے کو بنائے، خود ہی اپنے کو گھڑے۔</w:t>
      </w:r>
    </w:p>
    <w:p>
      <w:r>
        <w:rPr>
          <w:b/>
        </w:rPr>
        <w:t xml:space="preserve">[06:34] </w:t>
      </w:r>
      <w:r>
        <w:t>duniya mein jo halaat pesh aate hain, is mein khud woh soch kar apne ko banaye ke mujhe kaisa banna hai.</w:t>
      </w:r>
    </w:p>
    <w:p>
      <w:pPr>
        <w:jc w:val="right"/>
      </w:pPr>
      <w:r>
        <w:t>دنیا میں جو حالات پیش آتے ہیں، اس میں خود وہ سوچ کر اپنے کو بنائے کہ مجھے کیسا بننا ہے۔</w:t>
      </w:r>
    </w:p>
    <w:p>
      <w:r>
        <w:rPr>
          <w:b/>
        </w:rPr>
        <w:t xml:space="preserve">[06:48] </w:t>
      </w:r>
      <w:r>
        <w:t>dekhen, jab aap ko koi, kisi se aap ko koi</w:t>
      </w:r>
    </w:p>
    <w:p>
      <w:pPr>
        <w:jc w:val="right"/>
      </w:pPr>
      <w:r>
        <w:t>دیکھیں، جب آپ کو کوئی، کسی سے آپ کو کوئی</w:t>
      </w:r>
    </w:p>
    <w:p>
      <w:r>
        <w:rPr>
          <w:b/>
        </w:rPr>
        <w:t xml:space="preserve">[06:59] </w:t>
      </w:r>
      <w:r>
        <w:t>zarar pahunchta hai, dukh pahunchta hai to aap ghussa ho jate hain.</w:t>
      </w:r>
    </w:p>
    <w:p>
      <w:pPr>
        <w:jc w:val="right"/>
      </w:pPr>
      <w:r>
        <w:t>ضرر پہنچتا ہے، دکھ پہنچتا ہے تو آپ غصہ ہو جاتے ہیں۔</w:t>
      </w:r>
    </w:p>
    <w:p>
      <w:r>
        <w:rPr>
          <w:b/>
        </w:rPr>
        <w:t xml:space="preserve">[07:07] </w:t>
      </w:r>
      <w:r>
        <w:t>yeh, yeh is aadat ko chhoriye, samjhiye ke woh ek farishta tha jo batane ke liye aaya tha ke aisa na bano, aise bano, aur aap ho gaye ghussa.</w:t>
      </w:r>
    </w:p>
    <w:p>
      <w:pPr>
        <w:jc w:val="right"/>
      </w:pPr>
      <w:r>
        <w:t>یہ، یہ اس عادت کو چھوڑیے، سمجھئے کہ وہ ایک فرشتہ تھا جو بتانے کے لیے آیا تھا کہ ایسا نہ بنو، ایسے بنو، اور آپ ہو گئے غصہ۔</w:t>
      </w:r>
    </w:p>
    <w:p>
      <w:r>
        <w:rPr>
          <w:b/>
        </w:rPr>
        <w:t xml:space="preserve">[07:24] </w:t>
      </w:r>
      <w:r>
        <w:t>yaani aap par criticize karne ke liye, aap ko batane ke liye,</w:t>
      </w:r>
    </w:p>
    <w:p>
      <w:pPr>
        <w:jc w:val="right"/>
      </w:pPr>
      <w:r>
        <w:t>یعنی آپ پر کرسائز کرنے کے لیے، آپ کو بتانے کے لیے،</w:t>
      </w:r>
    </w:p>
    <w:p>
      <w:r>
        <w:rPr>
          <w:b/>
        </w:rPr>
        <w:t xml:space="preserve">[07:33] </w:t>
      </w:r>
      <w:r>
        <w:t>jab koi insaan wahan khada dikhai pare aap ko to aap</w:t>
      </w:r>
    </w:p>
    <w:p>
      <w:pPr>
        <w:jc w:val="right"/>
      </w:pPr>
      <w:r>
        <w:t>جب کوئی انسان وہاں کھڑا دکھائی پڑے آپ کو تو آپ</w:t>
      </w:r>
    </w:p>
    <w:p>
      <w:r>
        <w:rPr>
          <w:b/>
        </w:rPr>
        <w:t xml:space="preserve">[07:43] </w:t>
      </w:r>
      <w:r>
        <w:t>ghussa ho jate hain, aap offend ho jate hain. nahi, nahi, nahi, hazar baar nahi.</w:t>
      </w:r>
    </w:p>
    <w:p>
      <w:pPr>
        <w:jc w:val="right"/>
      </w:pPr>
      <w:r>
        <w:t>غصہ ہو جاتے ہیں، آپ افینڈ ہو جاتے ہیں۔ نہیں، نہیں، نہیں، ہزار بار نہیں۔</w:t>
      </w:r>
    </w:p>
    <w:p>
      <w:r>
        <w:rPr>
          <w:b/>
        </w:rPr>
        <w:t xml:space="preserve">[07:53] </w:t>
      </w:r>
      <w:r>
        <w:t>aap ko yeh samajhna chahiye ke yeh to Khuda ka bheja hua khalifa, farishta tha jo mujhe batane ke liye aaya tha.</w:t>
      </w:r>
    </w:p>
    <w:p>
      <w:pPr>
        <w:jc w:val="right"/>
      </w:pPr>
      <w:r>
        <w:t>آپ کو یہ سمجھنا چاہیے کہ یہ تو خدا کا بھیجا ہوا خلیفہ، فرشتہ تھا جو مجھے بتانے کے لیے آیا تھا۔</w:t>
      </w:r>
    </w:p>
    <w:p>
      <w:r>
        <w:rPr>
          <w:b/>
        </w:rPr>
        <w:t xml:space="preserve">[08:08] </w:t>
      </w:r>
      <w:r>
        <w:t>main khud bohat pehle, bohat hi ghussa mere andar tha, mere andar ghussa bohat hi zyada tha. jo mere saathi thay, jo jante hain ke mujh ko pehle kaisa tha, woh jante hain ke main bohat hi ghussa tha mere andar.</w:t>
      </w:r>
    </w:p>
    <w:p>
      <w:pPr>
        <w:jc w:val="right"/>
      </w:pPr>
      <w:r>
        <w:t>میں خود بہت پہلے، بہت ہی غصہ میرے اندر تھا، میرے اندر غصہ بہت ہی زیادہ تھا۔ جو میرے ساتھی تھے، جو جانتے ہیں کہ مجھ کو پہلے کیسا تھا، وہ جانتے ہیں کہ میں بہت ہی غصہ تھا میرے اندر۔</w:t>
      </w:r>
    </w:p>
    <w:p>
      <w:r>
        <w:rPr>
          <w:b/>
        </w:rPr>
        <w:t xml:space="preserve">[08:28] </w:t>
      </w:r>
      <w:r>
        <w:t>phir ek waqt aaya jab ke maine is ko discover kiya ke jis baat par main ghussa hota hoon, woh koi insaan ka behavior hota hai.</w:t>
      </w:r>
    </w:p>
    <w:p>
      <w:pPr>
        <w:jc w:val="right"/>
      </w:pPr>
      <w:r>
        <w:t>پھر ایک وقت آیا جب کہ میں نے اس کو ڈسکور کیا کہ جس بات پر میں غصہ ہوتا ہوں، وہ کوئی انسان کا بیہیویئر ہوتا ہے۔</w:t>
      </w:r>
    </w:p>
    <w:p>
      <w:r>
        <w:rPr>
          <w:b/>
        </w:rPr>
        <w:t xml:space="preserve">[08:40] </w:t>
      </w:r>
      <w:r>
        <w:t>to woh insaan to farishta tha,</w:t>
      </w:r>
    </w:p>
    <w:p>
      <w:pPr>
        <w:jc w:val="right"/>
      </w:pPr>
      <w:r>
        <w:t>تو وہ انسان تو فرشتہ تھا،</w:t>
      </w:r>
    </w:p>
    <w:p>
      <w:r>
        <w:rPr>
          <w:b/>
        </w:rPr>
        <w:t xml:space="preserve">[08:46] </w:t>
      </w:r>
      <w:r>
        <w:t>woh batane ke liye aaya tha ke aise matlab aise raho.</w:t>
      </w:r>
    </w:p>
    <w:p>
      <w:pPr>
        <w:jc w:val="right"/>
      </w:pPr>
      <w:r>
        <w:t>وہ بتانے کے لیے آیا تھا کہ ایسے مطلب ایسے رہو۔</w:t>
      </w:r>
    </w:p>
    <w:p>
      <w:r>
        <w:rPr>
          <w:b/>
        </w:rPr>
        <w:t xml:space="preserve">[08:57] </w:t>
      </w:r>
      <w:r>
        <w:t>misalan ghussa ko, yaani anger ko istemal karo apne aap ko discover karne ke liye, apne behavior ko discover karne ke liye.</w:t>
      </w:r>
    </w:p>
    <w:p>
      <w:pPr>
        <w:jc w:val="right"/>
      </w:pPr>
      <w:r>
        <w:t>مثلاً غصہ کو، یعنی اینگر کو استعمال کرو اپنے آپ کو ڈسکور کرنے کے لیے، اپنے بیہیویئر کو ڈسکور کرنے کے لیے۔</w:t>
      </w:r>
    </w:p>
    <w:p>
      <w:r>
        <w:rPr>
          <w:b/>
        </w:rPr>
        <w:t xml:space="preserve">[09:13] </w:t>
      </w:r>
      <w:r>
        <w:t>chunanche maine aap ko gharna shuru kiya, maine apne aap ko gharna shuru kiya, aur janne wale jante hain ke maine itna ghara, itna ghara ke mere andar se ghussa khatam ho gaya.</w:t>
      </w:r>
    </w:p>
    <w:p>
      <w:pPr>
        <w:jc w:val="right"/>
      </w:pPr>
      <w:r>
        <w:t>چنانچہ میں نے آپ کو گھڑنا شروع کیا، میں نے اپنے آپ کو گھڑنا شروع کیا، اور جاننے والے جانتے ہیں کہ میں نے اتنا گھڑا، اتنا گھڑا کہ میرے اندر سے غصہ ختم ہو گیا۔</w:t>
      </w:r>
    </w:p>
    <w:p>
      <w:r>
        <w:rPr>
          <w:b/>
        </w:rPr>
        <w:t xml:space="preserve">[09:32] </w:t>
      </w:r>
      <w:r>
        <w:t>bohat se waqiat hain ke kisi ne mujhe bohat zyada sakht kaha, lekin main ghussa nahi hua.</w:t>
      </w:r>
    </w:p>
    <w:p>
      <w:pPr>
        <w:jc w:val="right"/>
      </w:pPr>
      <w:r>
        <w:t>بہت سے واقعات ہیں کہ کسی نے مجھے بہت زیادہ سخت کہا، لیکن میں غصہ نہیں ہوا۔</w:t>
      </w:r>
    </w:p>
    <w:p>
      <w:r>
        <w:rPr>
          <w:b/>
        </w:rPr>
        <w:t xml:space="preserve">[09:43] </w:t>
      </w:r>
      <w:r>
        <w:t>yahan tak ke janne wale jante hain ke maine ek sahib ko isi liye rakha tha apne haan,</w:t>
      </w:r>
    </w:p>
    <w:p>
      <w:pPr>
        <w:jc w:val="right"/>
      </w:pPr>
      <w:r>
        <w:t>یہاں تک کہ جاننے والے جانتے ہیں کہ میں نے ایک صاحب کو اسی لیے رکھا تھا اپنے ہاں،</w:t>
      </w:r>
    </w:p>
    <w:p>
      <w:r>
        <w:rPr>
          <w:b/>
        </w:rPr>
        <w:t xml:space="preserve">[09:51] </w:t>
      </w:r>
      <w:r>
        <w:t>yaani paisa de kar ke mere upar criticize karen.</w:t>
      </w:r>
    </w:p>
    <w:p>
      <w:pPr>
        <w:jc w:val="right"/>
      </w:pPr>
      <w:r>
        <w:t>یعنی پیسہ دے کر کہ میرے اوپر کرسائز کریں۔</w:t>
      </w:r>
    </w:p>
    <w:p>
      <w:r>
        <w:rPr>
          <w:b/>
        </w:rPr>
        <w:t xml:space="preserve">[10:03] </w:t>
      </w:r>
      <w:r>
        <w:t>to aap ko apne aap ko gharna wala banna hai, agar aap chahte hain paradise pana.</w:t>
      </w:r>
    </w:p>
    <w:p>
      <w:pPr>
        <w:jc w:val="right"/>
      </w:pPr>
      <w:r>
        <w:t>تو آپ کو اپنے آپ کو گھڑنے والا بننا ہے، اگر آپ چاہتے ہیں پارڈائز پانا۔</w:t>
      </w:r>
    </w:p>
    <w:p>
      <w:r>
        <w:rPr>
          <w:b/>
        </w:rPr>
        <w:t xml:space="preserve">[10:16] </w:t>
      </w:r>
      <w:r>
        <w:t>jab aap apne ko</w:t>
      </w:r>
    </w:p>
    <w:p>
      <w:pPr>
        <w:jc w:val="right"/>
      </w:pPr>
      <w:r>
        <w:t>جب آپ اپنے کو</w:t>
      </w:r>
    </w:p>
    <w:p>
      <w:r>
        <w:rPr>
          <w:b/>
        </w:rPr>
        <w:t xml:space="preserve">[10:20] </w:t>
      </w:r>
      <w:r>
        <w:t>discover karen ge to aap ka nature, aap ka consciousness, aap ki fitrat bar bar aap ko batae gi: yeh hai Allah ka mansha, yeh hai Allah ki baat.</w:t>
      </w:r>
    </w:p>
    <w:p>
      <w:pPr>
        <w:jc w:val="right"/>
      </w:pPr>
      <w:r>
        <w:t>ڈسکور کریں گے تو آپ کا نیچر، آپ کا کانشیسنس، آپ کی فطرت بار بار آپ کو بتائے گی: یہ ہے اللہ کا منشا، یہ ہے اللہ کی بات۔</w:t>
      </w:r>
    </w:p>
    <w:p>
      <w:r>
        <w:rPr>
          <w:b/>
        </w:rPr>
        <w:t xml:space="preserve">[10:35] </w:t>
      </w:r>
      <w:r>
        <w:t>woh andar se awaz aae gi,</w:t>
      </w:r>
    </w:p>
    <w:p>
      <w:pPr>
        <w:jc w:val="right"/>
      </w:pPr>
      <w:r>
        <w:t>وہ اندر سے آواز آئے گی،</w:t>
      </w:r>
    </w:p>
    <w:p>
      <w:r>
        <w:rPr>
          <w:b/>
        </w:rPr>
        <w:t xml:space="preserve">[10:38] </w:t>
      </w:r>
      <w:r>
        <w:t>batae gi: aap, aap, aap true sense mein self made man ban jaen ge.</w:t>
      </w:r>
    </w:p>
    <w:p>
      <w:pPr>
        <w:jc w:val="right"/>
      </w:pPr>
      <w:r>
        <w:t>بتائے گی: آپ، آپ، آپ ٹرو سینس میں سیلف بیڈ مین بن جائیں گے۔</w:t>
      </w:r>
    </w:p>
    <w:p>
      <w:r>
        <w:rPr>
          <w:b/>
        </w:rPr>
        <w:t xml:space="preserve">[10:51] </w:t>
      </w:r>
      <w:r>
        <w:t>hamare ek rishtedar the, woh bombay mein rehte the, ab bhi hain, woh mashallah. to hamare bare bhai jo the, woh bare businessman the,</w:t>
      </w:r>
    </w:p>
    <w:p>
      <w:pPr>
        <w:jc w:val="right"/>
      </w:pPr>
      <w:r>
        <w:t>ہمارے ایک رشتہ دار تھے، وہ بمبئی میں رہتے تھے، اب بھی ہیں، وہ ماشاءاللہ۔ تو ہمارے بڑے بھائی جو تھے، وہ بڑے بزنس مین تھے،</w:t>
      </w:r>
    </w:p>
    <w:p>
      <w:r>
        <w:rPr>
          <w:b/>
        </w:rPr>
        <w:t xml:space="preserve">[11:05] </w:t>
      </w:r>
      <w:r>
        <w:t>aur woh sach much</w:t>
      </w:r>
    </w:p>
    <w:p>
      <w:pPr>
        <w:jc w:val="right"/>
      </w:pPr>
      <w:r>
        <w:t>اور وہ سچ مچ</w:t>
      </w:r>
    </w:p>
    <w:p>
      <w:r>
        <w:rPr>
          <w:b/>
        </w:rPr>
        <w:t xml:space="preserve">[11:08] </w:t>
      </w:r>
      <w:r>
        <w:t>self made man the. woh, yani bohat hi mamooli position se taraqqi kar ke unhon ne ek bara business khara kiya tha.</w:t>
      </w:r>
    </w:p>
    <w:p>
      <w:pPr>
        <w:jc w:val="right"/>
      </w:pPr>
      <w:r>
        <w:t>سیلف میڈ مین تھے۔ وہ، یعنی بہت ہی معمولی پوزیشن سے ترقی کر کے انہوں نے ایک بڑا بزنس کھڑا کیا تھا۔</w:t>
      </w:r>
    </w:p>
    <w:p>
      <w:r>
        <w:rPr>
          <w:b/>
        </w:rPr>
        <w:t xml:space="preserve">[11:23] </w:t>
      </w:r>
      <w:r>
        <w:t>to un ke bare mein</w:t>
      </w:r>
    </w:p>
    <w:p>
      <w:pPr>
        <w:jc w:val="right"/>
      </w:pPr>
      <w:r>
        <w:t>تو ان کے بارے میں</w:t>
      </w:r>
    </w:p>
    <w:p>
      <w:r>
        <w:rPr>
          <w:b/>
        </w:rPr>
        <w:t xml:space="preserve">[11:27] </w:t>
      </w:r>
      <w:r>
        <w:t>bombay wale sahib ne likha tha: eid card, eid card. is eid card mein likha tha: self made man ke naam jo qutub minar ki bulandiyon ko bhi paar kar sakta hai.</w:t>
      </w:r>
    </w:p>
    <w:p>
      <w:pPr>
        <w:jc w:val="right"/>
      </w:pPr>
      <w:r>
        <w:t>بمبئی والے صاحب نے لکھا تھا: عید کارڈ، عید کارڈ۔ اس عید کارڈ میں لکھا تھا: سیلف میڈ مین کے نام جو قطب مینار کی بلندیوں کو بھی پار کر سکتا ہے۔</w:t>
      </w:r>
    </w:p>
    <w:p>
      <w:r>
        <w:rPr>
          <w:b/>
        </w:rPr>
        <w:t xml:space="preserve">[11:49] </w:t>
      </w:r>
      <w:r>
        <w:t>self made man ke naam jo qutub minar ki bulandiyon ko bhi paar kar sakta hai.</w:t>
      </w:r>
    </w:p>
    <w:p>
      <w:pPr>
        <w:jc w:val="right"/>
      </w:pPr>
      <w:r>
        <w:t>سیلف میڈ مین کے نام جو قطب مینار کی بلندیوں کو بھی پار کر سکتا ہے۔</w:t>
      </w:r>
    </w:p>
    <w:p>
      <w:r>
        <w:rPr>
          <w:b/>
        </w:rPr>
        <w:t xml:space="preserve">[12:01] </w:t>
      </w:r>
      <w:r>
        <w:t>to main samajhta hoon ke Allah taala ko apni jannat ko basane ke liye</w:t>
      </w:r>
    </w:p>
    <w:p>
      <w:pPr>
        <w:jc w:val="right"/>
      </w:pPr>
      <w:r>
        <w:t>تو میں سمجھتا ہوں کہ اللہ تعالی کو اپنی جنت کو بسانے کے لیے</w:t>
      </w:r>
    </w:p>
    <w:p>
      <w:r>
        <w:rPr>
          <w:b/>
        </w:rPr>
        <w:t xml:space="preserve">[12:11] </w:t>
      </w:r>
      <w:r>
        <w:t>aise insan chahye jinhon ne qutub minar ki bulandiyon ko paar kiya ho.</w:t>
      </w:r>
    </w:p>
    <w:p>
      <w:pPr>
        <w:jc w:val="right"/>
      </w:pPr>
      <w:r>
        <w:t>ایسے انسان چاہیے جنہوں نے قطب مینار کی بلندیوں کو پار کیا ہو۔</w:t>
      </w:r>
    </w:p>
    <w:p>
      <w:r>
        <w:rPr>
          <w:b/>
        </w:rPr>
        <w:t xml:space="preserve">[12:20] </w:t>
      </w:r>
      <w:r>
        <w:t>to quran mein ek ayat hai: yuthlu hum al jannat urfaal hum.</w:t>
      </w:r>
    </w:p>
    <w:p>
      <w:pPr>
        <w:jc w:val="right"/>
      </w:pPr>
      <w:r>
        <w:t>تو قرآن میں ایک آیت ہے: یتھلو ہم الجنت عرفالہم۔</w:t>
      </w:r>
    </w:p>
    <w:p>
      <w:r>
        <w:rPr>
          <w:b/>
        </w:rPr>
        <w:t xml:space="preserve">[12:33] </w:t>
      </w:r>
      <w:r>
        <w:t>un ko jannat mein dakhil kare ga, is ki pehchan kara di hai, is ki unhein pehchan kara di hai.</w:t>
      </w:r>
    </w:p>
    <w:p>
      <w:pPr>
        <w:jc w:val="right"/>
      </w:pPr>
      <w:r>
        <w:t>ان کو جنت میں داخل کرے گا، اس کی پہچان کرا دی ہے، اس کی انہیں پہچان کرا دی ہے۔</w:t>
      </w:r>
    </w:p>
    <w:p>
      <w:r>
        <w:rPr>
          <w:b/>
        </w:rPr>
        <w:t xml:space="preserve">[12:46] </w:t>
      </w:r>
      <w:r>
        <w:t>to dekhiye, jannat koi mysterious cheez nahi hai, woh rozana aap ko pehchan karwa jati hai.</w:t>
      </w:r>
    </w:p>
    <w:p>
      <w:pPr>
        <w:jc w:val="right"/>
      </w:pPr>
      <w:r>
        <w:t>تو دیکھیے، جنت کوئی مسریس چیز نہیں ہے، وہ روزانہ آپ کو پہچان کروا جاتی ہے۔</w:t>
      </w:r>
    </w:p>
    <w:p>
      <w:r>
        <w:rPr>
          <w:b/>
        </w:rPr>
        <w:t xml:space="preserve">[12:58] </w:t>
      </w:r>
      <w:r>
        <w:t>is ki</w:t>
      </w:r>
    </w:p>
    <w:p>
      <w:pPr>
        <w:jc w:val="right"/>
      </w:pPr>
      <w:r>
        <w:t>اس کی</w:t>
      </w:r>
    </w:p>
    <w:p>
      <w:r>
        <w:rPr>
          <w:b/>
        </w:rPr>
        <w:t xml:space="preserve">[13:05] </w:t>
      </w:r>
      <w:r>
        <w:t>aap ko bataya jata hai ke paradise kya hai, paradise kya hai, paradise kya hai.</w:t>
      </w:r>
    </w:p>
    <w:p>
      <w:pPr>
        <w:jc w:val="right"/>
      </w:pPr>
      <w:r>
        <w:t>آپ کو بتایا جاتا ہے کہ پارڈائز کیا ہے، پارڈائز کیا ہے، پارڈائز کیا ہے۔</w:t>
      </w:r>
    </w:p>
    <w:p>
      <w:r>
        <w:rPr>
          <w:b/>
        </w:rPr>
        <w:t xml:space="preserve">[13:15] </w:t>
      </w:r>
      <w:r>
        <w:t>is par sochte sochte main ne is nateejay pohancha ke Allah taala ne ek universal introduction diya hai paradise ka,</w:t>
      </w:r>
    </w:p>
    <w:p>
      <w:pPr>
        <w:jc w:val="right"/>
      </w:pPr>
      <w:r>
        <w:t>اس پر سوچتے سوچتے میں نے اس نتیجے پہنچا کہ اللہ تعالی نے ایک یونیورسل انٹروڈکشن دیا ہے پارڈائز کا،</w:t>
      </w:r>
    </w:p>
    <w:p>
      <w:r>
        <w:rPr>
          <w:b/>
        </w:rPr>
        <w:t xml:space="preserve">[13:30] </w:t>
      </w:r>
      <w:r>
        <w:t>universal declaration</w:t>
      </w:r>
    </w:p>
    <w:p>
      <w:pPr>
        <w:jc w:val="right"/>
      </w:pPr>
      <w:r>
        <w:t>یونیورسل ڈیکریشن</w:t>
      </w:r>
    </w:p>
    <w:p>
      <w:r>
        <w:rPr>
          <w:b/>
        </w:rPr>
        <w:t xml:space="preserve">[13:35] </w:t>
      </w:r>
      <w:r>
        <w:t>introduction. aur woh kya hai? woh hai mawaddat wa anam modern civilization,</w:t>
      </w:r>
    </w:p>
    <w:p>
      <w:pPr>
        <w:jc w:val="right"/>
      </w:pPr>
      <w:r>
        <w:t>انٹروڈکشن۔ اور وہ کیا ہے؟ وہ ہے مودت وانم ماڈرن سولائزیشن،</w:t>
      </w:r>
    </w:p>
    <w:p>
      <w:r>
        <w:rPr>
          <w:b/>
        </w:rPr>
        <w:t xml:space="preserve">[13:49] </w:t>
      </w:r>
      <w:r>
        <w:t>modern civilization.</w:t>
      </w:r>
    </w:p>
    <w:p>
      <w:pPr>
        <w:jc w:val="right"/>
      </w:pPr>
      <w:r>
        <w:t>ماڈرن سولائزیشن۔</w:t>
      </w:r>
    </w:p>
    <w:p>
      <w:r>
        <w:rPr>
          <w:b/>
        </w:rPr>
        <w:t xml:space="preserve">[13:55] </w:t>
      </w:r>
      <w:r>
        <w:t>jab main pehli bar gaya tha</w:t>
      </w:r>
    </w:p>
    <w:p>
      <w:pPr>
        <w:jc w:val="right"/>
      </w:pPr>
      <w:r>
        <w:t>جب میں پہلی بار گیا تھا</w:t>
      </w:r>
    </w:p>
    <w:p>
      <w:r>
        <w:rPr>
          <w:b/>
        </w:rPr>
        <w:t xml:space="preserve">[14:00] </w:t>
      </w:r>
      <w:r>
        <w:t>europe to ek waqea guzra mere sath, ghaliban rome mein, ke airport par main utra hua jahaz se aur chalne laga</w:t>
      </w:r>
    </w:p>
    <w:p>
      <w:pPr>
        <w:jc w:val="right"/>
      </w:pPr>
      <w:r>
        <w:t>یورپ تو ایک واقعہ گزرا میرے ساتھ، غالباً روم میں، کہ ایئرپورٹ پر میں اترا ہوا جہاز سے اور چلنے لگا</w:t>
      </w:r>
    </w:p>
    <w:p>
      <w:r>
        <w:rPr>
          <w:b/>
        </w:rPr>
        <w:t xml:space="preserve">[14:18] </w:t>
      </w:r>
      <w:r>
        <w:t>airport par to kahin ek door aya. to main jab wahan pohancha to achaanak door khul gaya.</w:t>
      </w:r>
    </w:p>
    <w:p>
      <w:pPr>
        <w:jc w:val="right"/>
      </w:pPr>
      <w:r>
        <w:t>ایئرپورٹ پر تو کہیں ایک ڈور آیا۔ تو میں جب وہاں پہنچا تو اچانک ڈور کھل گیا۔</w:t>
      </w:r>
    </w:p>
    <w:p>
      <w:r>
        <w:rPr>
          <w:b/>
        </w:rPr>
        <w:t xml:space="preserve">[14:29] </w:t>
      </w:r>
      <w:r>
        <w:t>jab main door ke pohancha to achaanak door khul gaya.</w:t>
      </w:r>
    </w:p>
    <w:p>
      <w:pPr>
        <w:jc w:val="right"/>
      </w:pPr>
      <w:r>
        <w:t>جب میں ڈور کے پہنچا تو اچانک ڈور کھل گیا۔</w:t>
      </w:r>
    </w:p>
    <w:p>
      <w:r>
        <w:rPr>
          <w:b/>
        </w:rPr>
        <w:t xml:space="preserve">[14:36] </w:t>
      </w:r>
      <w:r>
        <w:t>to usi waqt maine discover kiya tha ke paradise ka introduction jo dunya jo karaya gaya Allah ki taraf se, woh yahi to hai: modern civilization.</w:t>
      </w:r>
    </w:p>
    <w:p>
      <w:pPr>
        <w:jc w:val="right"/>
      </w:pPr>
      <w:r>
        <w:t>تو اسی وقت میں نے ڈسکور کیا تھا کہ پارڈائز کا انٹروڈکشن جو دنیا جو کرایا گیا اللہ کی طرف سے، وہ یہی تو ہے: ماڈرن سولائزیشن۔</w:t>
      </w:r>
    </w:p>
    <w:p>
      <w:r>
        <w:rPr>
          <w:b/>
        </w:rPr>
        <w:t xml:space="preserve">[14:58] </w:t>
      </w:r>
      <w:r>
        <w:t>yani paradise zyada perfect edition hogi, paradise iska</w:t>
      </w:r>
    </w:p>
    <w:p>
      <w:pPr>
        <w:jc w:val="right"/>
      </w:pPr>
      <w:r>
        <w:t>یعنی پارڈائز زیادہ پرفیکٹ ایڈیشن ہوگی، پارڈائز اس کا</w:t>
      </w:r>
    </w:p>
    <w:p>
      <w:r>
        <w:rPr>
          <w:b/>
        </w:rPr>
        <w:t xml:space="preserve">[15:08] </w:t>
      </w:r>
      <w:r>
        <w:t>civilization ka. Paradise bohat zyada perfect edition hogi</w:t>
      </w:r>
    </w:p>
    <w:p>
      <w:pPr>
        <w:jc w:val="right"/>
      </w:pPr>
      <w:r>
        <w:t>سولائزیشن کا۔ پارڈائز بہت زیادہ پرفیکٹ ایڈیشن ہوگی</w:t>
      </w:r>
    </w:p>
    <w:p>
      <w:r>
        <w:rPr>
          <w:b/>
        </w:rPr>
        <w:t xml:space="preserve">[15:19] </w:t>
      </w:r>
      <w:r>
        <w:t>modern civilization ka.</w:t>
      </w:r>
    </w:p>
    <w:p>
      <w:pPr>
        <w:jc w:val="right"/>
      </w:pPr>
      <w:r>
        <w:t>ماڈرن سولائزیشن کا۔</w:t>
      </w:r>
    </w:p>
    <w:p>
      <w:r>
        <w:rPr>
          <w:b/>
        </w:rPr>
        <w:t xml:space="preserve">[15:25] </w:t>
      </w:r>
      <w:r>
        <w:t>is liye jo log ghussa karein, jo log offend hon,</w:t>
      </w:r>
    </w:p>
    <w:p>
      <w:pPr>
        <w:jc w:val="right"/>
      </w:pPr>
      <w:r>
        <w:t>اس لیے جو لوگ غصہ کریں، جو لوگ افینڈ ہوں،</w:t>
      </w:r>
    </w:p>
    <w:p>
      <w:r>
        <w:rPr>
          <w:b/>
        </w:rPr>
        <w:t xml:space="preserve">[15:32] </w:t>
      </w:r>
      <w:r>
        <w:t>main to samajhta hoon ke woh log bekhabaron ki ek ek dunya hogi, usi mein daal diye jayenge. Phir dekhiye, bohat din tak woh Quran ki kuch aayatein hain, phir sochta raha ke woh kya hai.</w:t>
      </w:r>
    </w:p>
    <w:p>
      <w:pPr>
        <w:jc w:val="right"/>
      </w:pPr>
      <w:r>
        <w:t>میں تو سمجھتا ہوں کہ وہ لوگ بے خبروں کی ایک ایک دنیا ہوگی، اسی میں ڈال دیے جائیں گے۔ پھر دیکھیے، بہت دن تک وہ قرآن کی کچھ آیتیں ہیں، پھر سوچتا رہا کہ وہ کیا ہے۔</w:t>
      </w:r>
    </w:p>
    <w:p>
      <w:r>
        <w:rPr>
          <w:b/>
        </w:rPr>
        <w:t xml:space="preserve">[15:52] </w:t>
      </w:r>
      <w:r>
        <w:t>yani woh aayatein hain jin mein kalmat Allah, ala Allah ka zikr hai.</w:t>
      </w:r>
    </w:p>
    <w:p>
      <w:pPr>
        <w:jc w:val="right"/>
      </w:pPr>
      <w:r>
        <w:t>یعنی وہ آیتیں ہیں جن میں کلمات اللہ، علی اللہ کا ذکر ہے۔</w:t>
      </w:r>
    </w:p>
    <w:p>
      <w:r>
        <w:rPr>
          <w:b/>
        </w:rPr>
        <w:t xml:space="preserve">[16:04] </w:t>
      </w:r>
      <w:r>
        <w:t>yeh kalmat Allah ya ala Allah kya hain? Yeh jannat ki jhalakiyan hain.</w:t>
      </w:r>
    </w:p>
    <w:p>
      <w:pPr>
        <w:jc w:val="right"/>
      </w:pPr>
      <w:r>
        <w:t>یہ کلمات اللہ یا علی اللہ کیا ہیں؟ یہ جنت کی جھلکیاں ہیں۔</w:t>
      </w:r>
    </w:p>
    <w:p>
      <w:r>
        <w:rPr>
          <w:b/>
        </w:rPr>
        <w:t xml:space="preserve">[16:15] </w:t>
      </w:r>
      <w:r>
        <w:t>aap ko, aap ka, aap ka character kya hoga, is ko batane ke liye yeh kalmat Allah aur aur ala Allah hain.</w:t>
      </w:r>
    </w:p>
    <w:p>
      <w:pPr>
        <w:jc w:val="right"/>
      </w:pPr>
      <w:r>
        <w:t>آپ کو، آپ کا، آپ کا کریکٹر کیا ہوگا، اس کو بتانے کے لیے یہ کلمات اللہ اور اور علی اللہ ہیں۔</w:t>
      </w:r>
    </w:p>
    <w:p>
      <w:r>
        <w:rPr>
          <w:b/>
        </w:rPr>
        <w:t xml:space="preserve">[16:31] </w:t>
      </w:r>
      <w:r>
        <w:t>to aap ko self thinker banna padega, aap ko apne aap ko gharna padega, aap ko khud discover karna padega.</w:t>
      </w:r>
    </w:p>
    <w:p>
      <w:pPr>
        <w:jc w:val="right"/>
      </w:pPr>
      <w:r>
        <w:t>تو آپ کو سیلف تھنکر بننا پڑے گا، آپ کو اپنے آپ کو گھڑنا پڑے گا، آپ کو خود ڈسکور کرنا پڑے گا۔</w:t>
      </w:r>
    </w:p>
    <w:p>
      <w:r>
        <w:rPr>
          <w:b/>
        </w:rPr>
        <w:t xml:space="preserve">[16:41] </w:t>
      </w:r>
      <w:r>
        <w:t>khud kudo, khud kuda karo, khud gale kuda ka misdaq banna padega.</w:t>
      </w:r>
    </w:p>
    <w:p>
      <w:pPr>
        <w:jc w:val="right"/>
      </w:pPr>
      <w:r>
        <w:t>خود کودو، خود کودا کرو، خود گلے کودا کا مصداق بننا پڑے گا۔</w:t>
      </w:r>
    </w:p>
    <w:p>
      <w:r>
        <w:rPr>
          <w:b/>
        </w:rPr>
        <w:t xml:space="preserve">[16:56] </w:t>
      </w:r>
      <w:r>
        <w:t>ulaika ma nabiyyin wa siddiqin wa shuhada wa salihin woh husn ulaika rafeeqah, yani husn rifaqat ka</w:t>
      </w:r>
    </w:p>
    <w:p>
      <w:pPr>
        <w:jc w:val="right"/>
      </w:pPr>
      <w:r>
        <w:t>اولئک ما نبیین وصدیقین وشہدائے وصالحین وہ حسن اولائک رفیقہ، یعنی حسن رفاقت کا</w:t>
      </w:r>
    </w:p>
    <w:p>
      <w:r>
        <w:rPr>
          <w:b/>
        </w:rPr>
        <w:t xml:space="preserve">[17:11] </w:t>
      </w:r>
      <w:r>
        <w:t>character. Character wale,</w:t>
      </w:r>
    </w:p>
    <w:p>
      <w:pPr>
        <w:jc w:val="right"/>
      </w:pPr>
      <w:r>
        <w:t>کریکٹر۔ کریکٹر والے،</w:t>
      </w:r>
    </w:p>
    <w:p>
      <w:r>
        <w:rPr>
          <w:b/>
        </w:rPr>
        <w:t xml:space="preserve">[17:17] </w:t>
      </w:r>
      <w:r>
        <w:t>aap jab apne saathi se offend hote hain, apne saathi se ghussa karte hain, jante hain kya hota hai.</w:t>
      </w:r>
    </w:p>
    <w:p>
      <w:pPr>
        <w:jc w:val="right"/>
      </w:pPr>
      <w:r>
        <w:t>آپ جب اپنے ساتھی سے افینڈ ہوتے ہیں، اپنے ساتھی سے غصہ کرتے ہیں، جانتے ہیں کیا ہوتا ہے۔</w:t>
      </w:r>
    </w:p>
    <w:p>
      <w:r>
        <w:rPr>
          <w:b/>
        </w:rPr>
        <w:t xml:space="preserve">[17:29] </w:t>
      </w:r>
      <w:r>
        <w:t>usi waqt aap ke jo farishta laga hua hai, aap ke saath, usi waqt record karta hai ke yeh to</w:t>
      </w:r>
    </w:p>
    <w:p>
      <w:pPr>
        <w:jc w:val="right"/>
      </w:pPr>
      <w:r>
        <w:t>اسی وقت آپ کے جو فرشتہ لگا ہوا ہے، آپ کے ساتھ، اسی وقت ریکارڈ کرتا ہے کہ یہ تو</w:t>
      </w:r>
    </w:p>
    <w:p>
      <w:r>
        <w:rPr>
          <w:b/>
        </w:rPr>
        <w:t xml:space="preserve">[17:37] </w:t>
      </w:r>
      <w:r>
        <w:t>is qabil nahi hai ke is ko jannat mein dakhil kiya jaye. Har waqt farishte record kar rahe hain, har waqt.</w:t>
      </w:r>
    </w:p>
    <w:p>
      <w:pPr>
        <w:jc w:val="right"/>
      </w:pPr>
      <w:r>
        <w:t>اس قابل نہیں ہے کہ اس کو جنت میں داخل کیا جائے۔ ہر وقت فرشتے ریکارڈ کر رہے ہیں، ہر وقت۔</w:t>
      </w:r>
    </w:p>
    <w:p>
      <w:r>
        <w:rPr>
          <w:b/>
        </w:rPr>
        <w:t xml:space="preserve">[17:47] </w:t>
      </w:r>
      <w:r>
        <w:t>to aap ko bohat zyada alert rehna chahiye, bohat zyada alert rehna chahiye.</w:t>
      </w:r>
    </w:p>
    <w:p>
      <w:pPr>
        <w:jc w:val="right"/>
      </w:pPr>
      <w:r>
        <w:t>تو آپ کو بہت زیادہ الرٹ رہنا چاہیے، بہت زیادہ الرٹ رہنا چاہیے۔</w:t>
      </w:r>
    </w:p>
    <w:p>
      <w:r>
        <w:rPr>
          <w:b/>
        </w:rPr>
        <w:t xml:space="preserve">[18:00] </w:t>
      </w:r>
      <w:r>
        <w:t>har waqt yeh chance hai ke aadmi</w:t>
      </w:r>
    </w:p>
    <w:p>
      <w:pPr>
        <w:jc w:val="right"/>
      </w:pPr>
      <w:r>
        <w:t>ہر وقت یہ چانس ہے کہ آدمی</w:t>
      </w:r>
    </w:p>
    <w:p>
      <w:r>
        <w:rPr>
          <w:b/>
        </w:rPr>
        <w:t xml:space="preserve">[18:06] </w:t>
      </w:r>
      <w:r>
        <w:t>radd kar diya jaye. To aap ko janna hai ke woh konsa lamha hai jo mere liye</w:t>
      </w:r>
    </w:p>
    <w:p>
      <w:pPr>
        <w:jc w:val="right"/>
      </w:pPr>
      <w:r>
        <w:t>رد کر دیا جائے۔ تو آپ کو جاننا ہے کہ وہ کون سا لمحہ ہے جو میرے لیے</w:t>
      </w:r>
    </w:p>
    <w:p>
      <w:r>
        <w:rPr>
          <w:b/>
        </w:rPr>
        <w:t xml:space="preserve">[18:18] </w:t>
      </w:r>
      <w:r>
        <w:t>ho sakta hai ke mujhe radd kar diya jaye. To is se bachna hai.</w:t>
      </w:r>
    </w:p>
    <w:p>
      <w:pPr>
        <w:jc w:val="right"/>
      </w:pPr>
      <w:r>
        <w:t>ہو سکتا ہے کہ مجھے رد کر دیا جائے۔ تو اس سے بچنا ہے۔</w:t>
      </w:r>
    </w:p>
    <w:p>
      <w:r>
        <w:rPr>
          <w:b/>
        </w:rPr>
        <w:t xml:space="preserve">[18:29] </w:t>
      </w:r>
      <w:r>
        <w:t>to aap ke andar dekhiye, perfect</w:t>
      </w:r>
    </w:p>
    <w:p>
      <w:pPr>
        <w:jc w:val="right"/>
      </w:pPr>
      <w:r>
        <w:t>تو آپ کے اندر دیکھیے، پرفیکٹ</w:t>
      </w:r>
    </w:p>
    <w:p>
      <w:r>
        <w:rPr>
          <w:b/>
        </w:rPr>
        <w:t xml:space="preserve">[18:35] </w:t>
      </w:r>
      <w:r>
        <w:t>principle wala banna hai, aap ko predictable character wala banna hai. Apne aap ko, apne saathiyon ke liye, apne neighbors ke liye,</w:t>
      </w:r>
    </w:p>
    <w:p>
      <w:pPr>
        <w:jc w:val="right"/>
      </w:pPr>
      <w:r>
        <w:t>پرنسپل والا بننا ہے، آپ کو پریڈکٹیبل کریکٹر والا بننا ہے۔ اپنے آپ کو، اپنے ساتھیوں کے لیے، اپنے نیبرز کے لیے،</w:t>
      </w:r>
    </w:p>
    <w:p>
      <w:r>
        <w:rPr>
          <w:b/>
        </w:rPr>
        <w:t xml:space="preserve">[18:49] </w:t>
      </w:r>
      <w:r>
        <w:t>aur shayad dunya electronic age mein, aap jante hain,</w:t>
      </w:r>
    </w:p>
    <w:p>
      <w:pPr>
        <w:jc w:val="right"/>
      </w:pPr>
      <w:r>
        <w:t>اور شاید دنیا الیکٹرانک ایج میں، آپ جانتے ہیں،</w:t>
      </w:r>
    </w:p>
    <w:p>
      <w:r>
        <w:rPr>
          <w:b/>
        </w:rPr>
        <w:t xml:space="preserve">[18:53] </w:t>
      </w:r>
      <w:r>
        <w:t>shayad dunya aap ki neighbor hai.</w:t>
      </w:r>
    </w:p>
    <w:p>
      <w:pPr>
        <w:jc w:val="right"/>
      </w:pPr>
      <w:r>
        <w:t>شاید دنیا آپ کی نیبر ہے۔</w:t>
      </w:r>
    </w:p>
    <w:p>
      <w:r>
        <w:rPr>
          <w:b/>
        </w:rPr>
        <w:t xml:space="preserve">[19:00] </w:t>
      </w:r>
      <w:r>
        <w:t>best neighborhood dena hai.</w:t>
      </w:r>
    </w:p>
    <w:p>
      <w:pPr>
        <w:jc w:val="right"/>
      </w:pPr>
      <w:r>
        <w:t>بیسٹ نیبر ہڈ دینا ہے۔</w:t>
      </w:r>
    </w:p>
    <w:p>
      <w:r>
        <w:rPr>
          <w:b/>
        </w:rPr>
        <w:t xml:space="preserve">[19:08] </w:t>
      </w:r>
      <w:r>
        <w:t>aap ghore kijiye ke kaisi risky position hai insaan ki. yaani ek mauqa diya gaya hai, agar aap fail ho gaye to fail ho gaye, hamesha ke liye.</w:t>
      </w:r>
    </w:p>
    <w:p>
      <w:pPr>
        <w:jc w:val="right"/>
      </w:pPr>
      <w:r>
        <w:t>آپ غور کیجئے کہ کیسی رسکی پوزیشن ہے انسان کی۔ یعنی ایک موقع دیا گیا ہے، اگر آپ فیل ہو گئے تو فیل ہو گئے، ہمیشہ کے لیے۔</w:t>
      </w:r>
    </w:p>
    <w:p>
      <w:r>
        <w:rPr>
          <w:b/>
        </w:rPr>
        <w:t xml:space="preserve">[19:26] </w:t>
      </w:r>
      <w:r>
        <w:t>is ek mauqe mein agar aap ne avail kar liya, ek mauqe ko agar aap ne avail kar liya,</w:t>
      </w:r>
    </w:p>
    <w:p>
      <w:pPr>
        <w:jc w:val="right"/>
      </w:pPr>
      <w:r>
        <w:t>اس ایک موقع میں اگر آپ نے اویل کر لیا، ایک موقع کو اگر آپ نے اویل کر لیا،</w:t>
      </w:r>
    </w:p>
    <w:p>
      <w:r>
        <w:rPr>
          <w:b/>
        </w:rPr>
        <w:t xml:space="preserve">[19:37] </w:t>
      </w:r>
      <w:r>
        <w:t>aur paradise khareed liya</w:t>
      </w:r>
    </w:p>
    <w:p>
      <w:pPr>
        <w:jc w:val="right"/>
      </w:pPr>
      <w:r>
        <w:t>اور پارڈائز خرید لیا</w:t>
      </w:r>
    </w:p>
    <w:p>
      <w:r>
        <w:rPr>
          <w:b/>
        </w:rPr>
        <w:t xml:space="preserve">[19:45] </w:t>
      </w:r>
      <w:r>
        <w:t>to aap ka mamla hoga ke yeh issue raaz hai.</w:t>
      </w:r>
    </w:p>
    <w:p>
      <w:pPr>
        <w:jc w:val="right"/>
      </w:pPr>
      <w:r>
        <w:t>تو آپ کا معاملہ ہوگا کہ یہ ایشو راز ہے۔</w:t>
      </w:r>
    </w:p>
    <w:p>
      <w:r>
        <w:rPr>
          <w:b/>
        </w:rPr>
        <w:t xml:space="preserve">[19:54] </w:t>
      </w:r>
      <w:r>
        <w:t>nahi to hamesha ke liye khatam. yaad rakhiye, dunya mein chances bar bar aate hain.</w:t>
      </w:r>
    </w:p>
    <w:p>
      <w:pPr>
        <w:jc w:val="right"/>
      </w:pPr>
      <w:r>
        <w:t>نہیں تو ہمیشہ کے لیے ختم۔ یاد رکھیے، دنیا میں چانسز بار بار آتے ہیں۔</w:t>
      </w:r>
    </w:p>
    <w:p>
      <w:r>
        <w:rPr>
          <w:b/>
        </w:rPr>
        <w:t xml:space="preserve">[20:02] </w:t>
      </w:r>
      <w:r>
        <w:t>jaise hamare ek sathi hain, woh bombay mein the, woh achhi degree ke paas the.</w:t>
      </w:r>
    </w:p>
    <w:p>
      <w:pPr>
        <w:jc w:val="right"/>
      </w:pPr>
      <w:r>
        <w:t>جیسے ہمارے ایک ساتھی ہیں، وہ بمبئی میں تھے، وہ اچھی ڈگری کے پاس تھے۔</w:t>
      </w:r>
    </w:p>
    <w:p>
      <w:r>
        <w:rPr>
          <w:b/>
        </w:rPr>
        <w:t xml:space="preserve">[20:12] </w:t>
      </w:r>
      <w:r>
        <w:t>to kal mere paas telephone aaya, unki company ne unko</w:t>
      </w:r>
    </w:p>
    <w:p>
      <w:pPr>
        <w:jc w:val="right"/>
      </w:pPr>
      <w:r>
        <w:t>تو کل میرے پاس ٹیلی فون آیا، ان کی کمپنی نے ان کو</w:t>
      </w:r>
    </w:p>
    <w:p>
      <w:r>
        <w:rPr>
          <w:b/>
        </w:rPr>
        <w:t xml:space="preserve">[20:20] </w:t>
      </w:r>
      <w:r>
        <w:t>nikaal diya tha,</w:t>
      </w:r>
    </w:p>
    <w:p>
      <w:pPr>
        <w:jc w:val="right"/>
      </w:pPr>
      <w:r>
        <w:t>نکال دیا تھا،</w:t>
      </w:r>
    </w:p>
    <w:p>
      <w:r>
        <w:rPr>
          <w:b/>
        </w:rPr>
        <w:t xml:space="preserve">[20:25] </w:t>
      </w:r>
      <w:r>
        <w:t>yaani fire kar diya tha. fire</w:t>
      </w:r>
    </w:p>
    <w:p>
      <w:pPr>
        <w:jc w:val="right"/>
      </w:pPr>
      <w:r>
        <w:t>یعنی فائر کر دیا تھا۔ فائر</w:t>
      </w:r>
    </w:p>
    <w:p>
      <w:r>
        <w:rPr>
          <w:b/>
        </w:rPr>
        <w:t xml:space="preserve">[20:30] </w:t>
      </w:r>
      <w:r>
        <w:t>to unko dubai mein zyada achha jahaz mil gaya,</w:t>
      </w:r>
    </w:p>
    <w:p>
      <w:pPr>
        <w:jc w:val="right"/>
      </w:pPr>
      <w:r>
        <w:t>تو ان کو دبئی میں زیادہ اچھا جہاز مل گیا،</w:t>
      </w:r>
    </w:p>
    <w:p>
      <w:r>
        <w:rPr>
          <w:b/>
        </w:rPr>
        <w:t xml:space="preserve">[20:38] </w:t>
      </w:r>
      <w:r>
        <w:t>bombay mein unko fire kiya gaya, aur dubai mein unko zyada achha jahaz mil gaya.</w:t>
      </w:r>
    </w:p>
    <w:p>
      <w:pPr>
        <w:jc w:val="right"/>
      </w:pPr>
      <w:r>
        <w:t>بمبئی میں ان کو فائر کیا گیا، اور دبئی میں ان کو زیادہ اچھا جہاز مل گیا۔</w:t>
      </w:r>
    </w:p>
    <w:p>
      <w:r>
        <w:rPr>
          <w:b/>
        </w:rPr>
        <w:t xml:space="preserve">[20:46] </w:t>
      </w:r>
      <w:r>
        <w:t>to main main ne socha ke aakhirat mamla aasan nahi hoga.</w:t>
      </w:r>
    </w:p>
    <w:p>
      <w:pPr>
        <w:jc w:val="right"/>
      </w:pPr>
      <w:r>
        <w:t>تو میں میں نے سوچا کہ آخرت معاملہ آسان نہیں ہوگا۔</w:t>
      </w:r>
    </w:p>
    <w:p>
      <w:r>
        <w:rPr>
          <w:b/>
        </w:rPr>
        <w:t xml:space="preserve">[20:55] </w:t>
      </w:r>
      <w:r>
        <w:t>aakhirat ka chance sirf ek baar aayega, aaya hai, doosri baar aane wala nahi hai. kashish aisi bairooni hai ke aap</w:t>
      </w:r>
    </w:p>
    <w:p>
      <w:pPr>
        <w:jc w:val="right"/>
      </w:pPr>
      <w:r>
        <w:t>آخرت کا چانس صرف ایک بار آئے گا، آیا ہے، دوسری بار آنے والا نہیں ہے۔ کشش ایسی بیرونی ہے کہ آپ</w:t>
      </w:r>
    </w:p>
    <w:p>
      <w:r>
        <w:rPr>
          <w:b/>
        </w:rPr>
        <w:t xml:space="preserve">[21:10] </w:t>
      </w:r>
      <w:r>
        <w:t>aakhirat to aayegi, aap ko aakhirat ke darwaze par khada hona hai. lekin achaanak koi likhega</w:t>
      </w:r>
    </w:p>
    <w:p>
      <w:pPr>
        <w:jc w:val="right"/>
      </w:pPr>
      <w:r>
        <w:t>آخرت تو آئے گی، آپ کو آخرت کے دروازے پر کھڑا ہونا ہے۔ لیکن اچانک کوئی لکھے گا</w:t>
      </w:r>
    </w:p>
    <w:p>
      <w:r>
        <w:rPr>
          <w:b/>
        </w:rPr>
        <w:t xml:space="preserve">[21:23] </w:t>
      </w:r>
      <w:r>
        <w:t>ke woh</w:t>
      </w:r>
    </w:p>
    <w:p>
      <w:pPr>
        <w:jc w:val="right"/>
      </w:pPr>
      <w:r>
        <w:t>کہ وہ</w:t>
      </w:r>
    </w:p>
    <w:p>
      <w:r>
        <w:rPr>
          <w:b/>
        </w:rPr>
        <w:t xml:space="preserve">[21:30] </w:t>
      </w:r>
      <w:r>
        <w:t>usne avail kiya is baqa ko, aur paradise mein ka ka card mil gaya us ko. aur ek ek ek woh insaan hoga jis ko yeh maloom hoga ke main to avail nahi kar saka,</w:t>
      </w:r>
    </w:p>
    <w:p>
      <w:pPr>
        <w:jc w:val="right"/>
      </w:pPr>
      <w:r>
        <w:t>اس نے اویل کیا اس بقا کو، اور پارڈائز میں کا کا کارڈ مل گیا اس کو۔ اور ایک ایک ایک وہ انسان ہوگا جس کو یہ معلوم ہوگا کہ میں تو اویل نہیں کر سکا،</w:t>
      </w:r>
    </w:p>
    <w:p>
      <w:r>
        <w:rPr>
          <w:b/>
        </w:rPr>
        <w:t xml:space="preserve">[21:48] </w:t>
      </w:r>
      <w:r>
        <w:t>main to avail nahi kar saka.</w:t>
      </w:r>
    </w:p>
    <w:p>
      <w:pPr>
        <w:jc w:val="right"/>
      </w:pPr>
      <w:r>
        <w:t>میں تو اویل نہیں کر سکا۔</w:t>
      </w:r>
    </w:p>
    <w:p>
      <w:r>
        <w:rPr>
          <w:b/>
        </w:rPr>
        <w:t xml:space="preserve">[21:55] </w:t>
      </w:r>
      <w:r>
        <w:t>to yaad rakhiye, zindagi sirf ek baar milti hai, ek baar milti hai. isi pehle chance mein aap ya to avail kar lijiye ya hamesha ke liye bro ho jaiye.</w:t>
      </w:r>
    </w:p>
    <w:p>
      <w:pPr>
        <w:jc w:val="right"/>
      </w:pPr>
      <w:r>
        <w:t>تو یاد رکھیے، زندگی صرف ایک بار ملتی ہے، ایک بار ملتی ہے۔ اسی پہلے چانس میں آپ یا تو اویل کر لیجئے یا ہمیشہ کے لیے برو ہو جائیے۔</w:t>
      </w:r>
    </w:p>
    <w:p>
      <w:r>
        <w:rPr>
          <w:b/>
        </w:rPr>
        <w:t xml:space="preserve">[22:15] </w:t>
      </w:r>
      <w:r>
        <w:t>o allah!</w:t>
      </w:r>
    </w:p>
    <w:p>
      <w:pPr>
        <w:jc w:val="right"/>
      </w:pPr>
      <w:r>
        <w:t>او اللہ!</w:t>
      </w:r>
    </w:p>
    <w:p>
      <w:r>
        <w:rPr>
          <w:b/>
        </w:rPr>
        <w:t xml:space="preserve">[22:17] </w:t>
      </w:r>
      <w:r>
        <w:t>main soch ke kaanp uthta hoon ke paaya chance agar gaya to phir hoga kya?</w:t>
      </w:r>
    </w:p>
    <w:p>
      <w:pPr>
        <w:jc w:val="right"/>
      </w:pPr>
      <w:r>
        <w:t>میں سوچ کے کانپ اٹھتا ہوں کہ پایا چانس اگر گیا تو پھر ہوگا کیا؟</w:t>
      </w:r>
    </w:p>
    <w:p>
      <w:r>
        <w:rPr>
          <w:b/>
        </w:rPr>
        <w:t xml:space="preserve">[22:26] </w:t>
      </w:r>
      <w:r>
        <w:t>aaj main soch raha tha ke jab main jawani ke umar mein tha to main kuch aur tha, ab main badhapa ke umar mein hoon.</w:t>
      </w:r>
    </w:p>
    <w:p>
      <w:pPr>
        <w:jc w:val="right"/>
      </w:pPr>
      <w:r>
        <w:t>آج میں سوچ رہا تھا کہ جب میں جوانی کے عمر میں تھا تو میں کچھ اور تھا، اب میں بڑھاپا کے عمر میں ہوں۔</w:t>
      </w:r>
    </w:p>
    <w:p>
      <w:r>
        <w:rPr>
          <w:b/>
        </w:rPr>
        <w:t xml:space="preserve">[22:39] </w:t>
      </w:r>
      <w:r>
        <w:t>to badhape mein insaan ek aur insaan hota hai, yaani har cheez problem, har cheez problem.</w:t>
      </w:r>
    </w:p>
    <w:p>
      <w:pPr>
        <w:jc w:val="right"/>
      </w:pPr>
      <w:r>
        <w:t>تو بڑھاپے میں انسان ایک اور انسان ہوتا ہے، یعنی ہر چیز پرابلم، ہر چیز پرابلم۔</w:t>
      </w:r>
    </w:p>
    <w:p>
      <w:r>
        <w:rPr>
          <w:b/>
        </w:rPr>
        <w:t xml:space="preserve">[22:49] </w:t>
      </w:r>
      <w:r>
        <w:t>to yaad rakhiye ke yeh chance aap ko ek baar mila hai, doosri baar milne wala nahi hai.</w:t>
      </w:r>
    </w:p>
    <w:p>
      <w:pPr>
        <w:jc w:val="right"/>
      </w:pPr>
      <w:r>
        <w:t>تو یاد رکھیے کہ یہ چانس آپ کو ایک بار ملا ہے، دوسری بار ملنے والا نہیں ہے۔</w:t>
      </w:r>
    </w:p>
    <w:p>
      <w:r>
        <w:rPr>
          <w:b/>
        </w:rPr>
        <w:t xml:space="preserve">[22:58] </w:t>
      </w:r>
      <w:r>
        <w:t>aur aap ko jaanna ho ke paradise kya hai to aap ek study kijiye, modern civilization.</w:t>
      </w:r>
    </w:p>
    <w:p>
      <w:pPr>
        <w:jc w:val="right"/>
      </w:pPr>
      <w:r>
        <w:t>اور آپ کو جاننا ہو کہ پارڈائز کیا ہے تو آپ ایک اسٹڈی کیجئے، ماڈرن سولائزیشن۔</w:t>
      </w:r>
    </w:p>
    <w:p>
      <w:r>
        <w:rPr>
          <w:b/>
        </w:rPr>
        <w:t xml:space="preserve">[23:09] </w:t>
      </w:r>
      <w:r>
        <w:t>is ke liye aap jab bhi degree haasil karte hain,</w:t>
      </w:r>
    </w:p>
    <w:p>
      <w:pPr>
        <w:jc w:val="right"/>
      </w:pPr>
      <w:r>
        <w:t>اس کے لیے آپ جب بھی ڈگری حاصل کرتے ہیں،</w:t>
      </w:r>
    </w:p>
    <w:p>
      <w:r>
        <w:rPr>
          <w:b/>
        </w:rPr>
        <w:t xml:space="preserve">[23:16] </w:t>
      </w:r>
      <w:r>
        <w:t>tab aap aaj ka jo</w:t>
      </w:r>
    </w:p>
    <w:p>
      <w:pPr>
        <w:jc w:val="right"/>
      </w:pPr>
      <w:r>
        <w:t>تب آپ آج کا جو</w:t>
      </w:r>
    </w:p>
    <w:p>
      <w:r>
        <w:rPr>
          <w:b/>
        </w:rPr>
        <w:t xml:space="preserve">[23:22] </w:t>
      </w:r>
      <w:r>
        <w:t>civilization hai, is ka darwaza aap ke liye khulta hai.</w:t>
      </w:r>
    </w:p>
    <w:p>
      <w:pPr>
        <w:jc w:val="right"/>
      </w:pPr>
      <w:r>
        <w:t>سولائزیشن ہے، اس کا دروازہ آپ کے لیے کھلتا ہے۔</w:t>
      </w:r>
    </w:p>
    <w:p>
      <w:r>
        <w:rPr>
          <w:b/>
        </w:rPr>
        <w:t xml:space="preserve">[23:30] </w:t>
      </w:r>
      <w:r>
        <w:t>to woh super civilization hai.</w:t>
      </w:r>
    </w:p>
    <w:p>
      <w:pPr>
        <w:jc w:val="right"/>
      </w:pPr>
      <w:r>
        <w:t>تو وہ سپر سولائزیشن ہے۔</w:t>
      </w:r>
    </w:p>
    <w:p>
      <w:r>
        <w:rPr>
          <w:b/>
        </w:rPr>
        <w:t xml:space="preserve">[23:36] </w:t>
      </w:r>
      <w:r>
        <w:t>only taffer ne kaha hai ke history ja rahi hai, history ja rahi hai kidhar? super civilization ki taraf.</w:t>
      </w:r>
    </w:p>
    <w:p>
      <w:pPr>
        <w:jc w:val="right"/>
      </w:pPr>
      <w:r>
        <w:t>اونلی ٹافر نے کہا ہے کہ ہسٹری جا رہی ہے، ہسٹری جا رہی ہے کدھر؟ سپر سولائزیشن کی طرف۔</w:t>
      </w:r>
    </w:p>
    <w:p>
      <w:r>
        <w:rPr>
          <w:b/>
        </w:rPr>
        <w:t xml:space="preserve">[23:48] </w:t>
      </w:r>
      <w:r>
        <w:t>to bas bas ho gaya, insani fitrat hai jo wahi baat bol gayi</w:t>
      </w:r>
    </w:p>
    <w:p>
      <w:pPr>
        <w:jc w:val="right"/>
      </w:pPr>
      <w:r>
        <w:t>تو بس بس ہو گیا، انسانی فطرت ہے جو وہی بات بول گئی</w:t>
      </w:r>
    </w:p>
    <w:p>
      <w:r>
        <w:rPr>
          <w:b/>
        </w:rPr>
        <w:t xml:space="preserve">[23:54] </w:t>
      </w:r>
      <w:r>
        <w:t>jo quran ne bataya hai. to meri dua hai ke Allah taala hum sab ko</w:t>
      </w:r>
    </w:p>
    <w:p>
      <w:pPr>
        <w:jc w:val="right"/>
      </w:pPr>
      <w:r>
        <w:t>جو قرآن نے بتایا ہے۔ تو میری دعا ہے کہ اللہ تعالی ہم سب کو</w:t>
      </w:r>
    </w:p>
    <w:p>
      <w:r>
        <w:rPr>
          <w:b/>
        </w:rPr>
        <w:t xml:space="preserve">[24:04] </w:t>
      </w:r>
      <w:r>
        <w:t>jannat mein dakhil kare. hum ko to kafi hote hain, aap ko ke hum Allah ki raza ko payein aur Allah humein jannat mein dakhle ka hukum farmaye.</w:t>
      </w:r>
    </w:p>
    <w:p>
      <w:pPr>
        <w:jc w:val="right"/>
      </w:pPr>
      <w:r>
        <w:t>جنت میں داخل کرے۔ ہم کو تو کافی ہوتے ہیں، آپ کو کہ ہم اللہ کی رضا کو پائیں اور اللہ ہمیں جنت میں داخلے کا حکم فرمائے۔</w:t>
      </w:r>
    </w:p>
    <w:p>
      <w:r>
        <w:rPr>
          <w:b/>
        </w:rPr>
        <w:t xml:space="preserve">[24:19] </w:t>
      </w:r>
      <w:r>
        <w:t>assalam o alaikum wa rehmatullah</w:t>
      </w:r>
    </w:p>
    <w:p>
      <w:pPr>
        <w:jc w:val="right"/>
      </w:pPr>
      <w:r>
        <w:t>السلام علیکم ورحمۃ اللہ</w:t>
      </w:r>
    </w:p>
    <w:p>
      <w:r>
        <w:rPr>
          <w:b/>
        </w:rPr>
        <w:t xml:space="preserve">[24:33] </w:t>
      </w:r>
      <w:r>
        <w:t>okay, we will start with the question answer and comment session. i request all the online viewers to also mention their location when they post their comments and questions.</w:t>
      </w:r>
    </w:p>
    <w:p>
      <w:pPr>
        <w:jc w:val="right"/>
      </w:pPr>
      <w:r>
        <w:t>اوکے، وی ویل سٹارٹ ود دی کوسچن انسر اینڈ کمنٹ سیشن۔ ائی ریکویسٹ ال دی ان لائن ویوورز ٹو السو مینشن دیر لوکیشن وین دے پوسٹ دیر کمنٹس اینڈ کوسچنز۔</w:t>
      </w:r>
    </w:p>
    <w:p>
      <w:r>
        <w:rPr>
          <w:b/>
        </w:rPr>
        <w:t xml:space="preserve">[24:46] </w:t>
      </w:r>
      <w:r>
        <w:t>maulana, sab se pehle comment lena chahenge. yeh comment bheja hai doctor safina tabassum ne</w:t>
      </w:r>
    </w:p>
    <w:p>
      <w:pPr>
        <w:jc w:val="right"/>
      </w:pPr>
      <w:r>
        <w:t>مولانا، سب سے پہلے کمنٹ لینا چاہیں گے۔ یہ کمنٹ بھیجا ہے ڈاکٹر سفینہ تبسم نے</w:t>
      </w:r>
    </w:p>
    <w:p>
      <w:r>
        <w:rPr>
          <w:b/>
        </w:rPr>
        <w:t xml:space="preserve">[24:54] </w:t>
      </w:r>
      <w:r>
        <w:t>saranpur se. unhon ne likha hai: "very good point discussed. we have to think our self, save our self, act for our self, so that we may reach the paradise in eternal world.</w:t>
      </w:r>
    </w:p>
    <w:p>
      <w:pPr>
        <w:jc w:val="right"/>
      </w:pPr>
      <w:r>
        <w:t>سارن پور سے۔ انہوں نے لکھا ہے: "ویری گڈ پوائنٹ ڈسکسڈ۔ وی ہیو ٹو تھنک اور سیلف، سیو اور سیلف، ایکٹ فار اور سیلف، سو دیٹ وی می ریچ دی پیراڈائز ان ایٹرنل ورلڈ۔</w:t>
      </w:r>
    </w:p>
    <w:p>
      <w:r>
        <w:rPr>
          <w:b/>
        </w:rPr>
        <w:t xml:space="preserve">[25:11] </w:t>
      </w:r>
      <w:r>
        <w:t>it means we have to earn paradise for our self.</w:t>
      </w:r>
    </w:p>
    <w:p>
      <w:pPr>
        <w:jc w:val="right"/>
      </w:pPr>
      <w:r>
        <w:t>اٹ مینز وی ہیو ٹو ارن پیراڈائز فار اور سیلف۔</w:t>
      </w:r>
    </w:p>
    <w:p>
      <w:r>
        <w:rPr>
          <w:b/>
        </w:rPr>
        <w:t xml:space="preserve">[25:15] </w:t>
      </w:r>
      <w:r>
        <w:t>very nice advice. inshallah, we will try to follow it always." miss fatima naseer ne pakistan se likha hai: "maulana, you are a gem of a person.</w:t>
      </w:r>
    </w:p>
    <w:p>
      <w:pPr>
        <w:jc w:val="right"/>
      </w:pPr>
      <w:r>
        <w:t>ویری نائس ایڈوائس۔ انشاءاللہ، وی ویل ٹرائی ٹو فالو اٹ الویز۔" مس فاطمہ نصیر نے پاکستان سے لکھا ہے: "مولانا، یو آر ا جیم اف ا پرسن۔</w:t>
      </w:r>
    </w:p>
    <w:p>
      <w:r>
        <w:rPr>
          <w:b/>
        </w:rPr>
        <w:t xml:space="preserve">[25:28] </w:t>
      </w:r>
      <w:r>
        <w:t>every word of yours is so precious for all of us.</w:t>
      </w:r>
    </w:p>
    <w:p>
      <w:pPr>
        <w:jc w:val="right"/>
      </w:pPr>
      <w:r>
        <w:t>ایوری ورڈ اف یورز از سو پریشیس فار ال اف اس۔</w:t>
      </w:r>
    </w:p>
    <w:p>
      <w:r>
        <w:rPr>
          <w:b/>
        </w:rPr>
        <w:t xml:space="preserve">[25:34] </w:t>
      </w:r>
      <w:r>
        <w:t>may allah bless you with great health." muhammad irfan rashidi sahib ne nagpur se likha hai: "self made man always remain alert about his actions.</w:t>
      </w:r>
    </w:p>
    <w:p>
      <w:pPr>
        <w:jc w:val="right"/>
      </w:pPr>
      <w:r>
        <w:t>می اللہ بلیس یو ود گریٹ ہیلتھ۔" محمد عرفان رشیدی صاحب نے ناکپور سے لکھا ہے: "سیلف میڈ مین الویز ریمین الرٹ اباؤٹ ہز ایکشنز۔</w:t>
      </w:r>
    </w:p>
    <w:p>
      <w:r>
        <w:rPr>
          <w:b/>
        </w:rPr>
        <w:t xml:space="preserve">[25:51] </w:t>
      </w:r>
      <w:r>
        <w:t>jazak allah maulana sahib." iqbal umri sahib ne comment aur sawal bheja hai. unhon ne likha hai: "ehsan ul amal wala kon hoga?</w:t>
      </w:r>
    </w:p>
    <w:p>
      <w:pPr>
        <w:jc w:val="right"/>
      </w:pPr>
      <w:r>
        <w:t>جزاک اللہ مولانا صاحب۔" اقبال عمری صاحب نے کمنٹ اور سوال بھیجا ہے۔ انہوں نے لکھا ہے: "احسن العمل والا کون ہوگا؟</w:t>
      </w:r>
    </w:p>
    <w:p>
      <w:r>
        <w:rPr>
          <w:b/>
        </w:rPr>
        <w:t xml:space="preserve">[26:03] </w:t>
      </w:r>
      <w:r>
        <w:t>aaj is ka application maloom hua." yani self made man banna.</w:t>
      </w:r>
    </w:p>
    <w:p>
      <w:pPr>
        <w:jc w:val="right"/>
      </w:pPr>
      <w:r>
        <w:t>آج اس کا ایپلیکیشن معلوم ہوا۔" یعنی سیلف میڈ مین بننا۔</w:t>
      </w:r>
    </w:p>
    <w:p>
      <w:r>
        <w:rPr>
          <w:b/>
        </w:rPr>
        <w:t xml:space="preserve">[26:11] </w:t>
      </w:r>
      <w:r>
        <w:t>self made banne ka matlab jannat ke laiq banna. seerat mein is ki misaal kya hai? maulana, ghar e hira, sulah hudaibiya, kya yeh hai?</w:t>
      </w:r>
    </w:p>
    <w:p>
      <w:pPr>
        <w:jc w:val="right"/>
      </w:pPr>
      <w:r>
        <w:t>سیلف میڈ بننے کا مطلب جنت کے لائق بننا۔ سیرت میں اس کی مثال کیا ہے؟ مولانا، گار حرا، صلح حدیبیہ، کیا یہ ہے؟</w:t>
      </w:r>
    </w:p>
    <w:p>
      <w:r>
        <w:rPr>
          <w:b/>
        </w:rPr>
        <w:t xml:space="preserve">[26:24] </w:t>
      </w:r>
      <w:r>
        <w:t>is ko wazeh karein.</w:t>
      </w:r>
    </w:p>
    <w:p>
      <w:pPr>
        <w:jc w:val="right"/>
      </w:pPr>
      <w:r>
        <w:t>اس کو واضح کریں۔</w:t>
      </w:r>
    </w:p>
    <w:p>
      <w:r>
        <w:rPr>
          <w:b/>
        </w:rPr>
        <w:t xml:space="preserve">[26:32] </w:t>
      </w:r>
      <w:r>
        <w:t>rasool Allah ka to har amal ajjal namuna hai.</w:t>
      </w:r>
    </w:p>
    <w:p>
      <w:pPr>
        <w:jc w:val="right"/>
      </w:pPr>
      <w:r>
        <w:t>رسول اللہ کا تو ہر عمل عاجل نمونہ ہے۔</w:t>
      </w:r>
    </w:p>
    <w:p>
      <w:r>
        <w:rPr>
          <w:b/>
        </w:rPr>
        <w:t xml:space="preserve">[26:44] </w:t>
      </w:r>
      <w:r>
        <w:t>main samajhta hoon ke rasool Allah ka ek namuna yeh hai, bohat hi basic</w:t>
      </w:r>
    </w:p>
    <w:p>
      <w:pPr>
        <w:jc w:val="right"/>
      </w:pPr>
      <w:r>
        <w:t>میں سمجھتا ہوں کہ رسول اللہ کا ایک نمونہ یہ ہے، بہت ہی بیسک</w:t>
      </w:r>
    </w:p>
    <w:p>
      <w:r>
        <w:rPr>
          <w:b/>
        </w:rPr>
        <w:t xml:space="preserve">[26:54] </w:t>
      </w:r>
      <w:r>
        <w:t>ke problem ko manage karo. rasool Allah ne makki daur mein, madni daur mein yeh kiya. aap ko bar bar problem aaye, aap ne problem se kabhi takrao nahi kiya,</w:t>
      </w:r>
    </w:p>
    <w:p>
      <w:pPr>
        <w:jc w:val="right"/>
      </w:pPr>
      <w:r>
        <w:t>کہ پرابلم کو مینج کرو۔ رسول اللہ نے مکی دور میں، مدنی دور میں یہ کیا۔ آپ کو بار بار پرابلم آئے، آپ نے پرابلم سے کبھی ٹکراؤ نہیں کیا،</w:t>
      </w:r>
    </w:p>
    <w:p>
      <w:r>
        <w:rPr>
          <w:b/>
        </w:rPr>
        <w:t xml:space="preserve">[27:09] </w:t>
      </w:r>
      <w:r>
        <w:t>is ko manage kiya.</w:t>
      </w:r>
    </w:p>
    <w:p>
      <w:pPr>
        <w:jc w:val="right"/>
      </w:pPr>
      <w:r>
        <w:t>اس کو مینج کیا۔</w:t>
      </w:r>
    </w:p>
    <w:p>
      <w:r>
        <w:rPr>
          <w:b/>
        </w:rPr>
        <w:t xml:space="preserve">[27:14] </w:t>
      </w:r>
      <w:r>
        <w:t>to problem ko manage karna seekhiye,</w:t>
      </w:r>
    </w:p>
    <w:p>
      <w:pPr>
        <w:jc w:val="right"/>
      </w:pPr>
      <w:r>
        <w:t>تو پرابلم کو مینج کرنا سیکھیے،</w:t>
      </w:r>
    </w:p>
    <w:p>
      <w:r>
        <w:rPr>
          <w:b/>
        </w:rPr>
        <w:t xml:space="preserve">[27:22] </w:t>
      </w:r>
      <w:r>
        <w:t>tab aap woh insaan banenge jis ka chunao kiya jayega jannat ke liye.</w:t>
      </w:r>
    </w:p>
    <w:p>
      <w:pPr>
        <w:jc w:val="right"/>
      </w:pPr>
      <w:r>
        <w:t>تب آپ وہ انسان بنیں گے جس کا چناؤ کیا جائے گا جنت کے لیے۔</w:t>
      </w:r>
    </w:p>
    <w:p>
      <w:r>
        <w:rPr>
          <w:b/>
        </w:rPr>
        <w:t xml:space="preserve">[27:36] </w:t>
      </w:r>
      <w:r>
        <w:t>maulana, yeh sawal bheja hai poland se shahid khan sahib ne. unhon ne likha hai: "in our house everyday arguments occur between the women in every other issue.</w:t>
      </w:r>
    </w:p>
    <w:p>
      <w:pPr>
        <w:jc w:val="right"/>
      </w:pPr>
      <w:r>
        <w:t>مولانا، یہ سوال بھیجا ہے پولینڈ سے شاہد خان صاحب نے۔ انہوں نے لکھا ہے: "ان اور ہاؤس ایوری ڈے ارگیومنٹس اکر بٹوین دا وومن ان ایوری ادر ایشو۔</w:t>
      </w:r>
    </w:p>
    <w:p>
      <w:r>
        <w:rPr>
          <w:b/>
        </w:rPr>
        <w:t xml:space="preserve">[27:54] </w:t>
      </w:r>
      <w:r>
        <w:t>please give us your advice for them as well as for me." dekhen, jo zindagi ke problem hain, woh to bohat hi peace, bohat hi ziyada qeemat wale hain.</w:t>
      </w:r>
    </w:p>
    <w:p>
      <w:pPr>
        <w:jc w:val="right"/>
      </w:pPr>
      <w:r>
        <w:t>پلیز گیو اس یور ایڈوائس فار دیم ایز ویل ایز فار می۔" دیکھیں، جو زندگی کے پرابلم ہیں، وہ تو بہت ہی پیس، بہت ہی زیادہ قیمت والے ہیں۔</w:t>
      </w:r>
    </w:p>
    <w:p>
      <w:r>
        <w:rPr>
          <w:b/>
        </w:rPr>
        <w:t xml:space="preserve">[28:12] </w:t>
      </w:r>
      <w:r>
        <w:t>har problem aap ko lesson dene ke liye aata hai aur kaise manage kiya jaye, yeh batane ke liye aata hai.</w:t>
      </w:r>
    </w:p>
    <w:p>
      <w:pPr>
        <w:jc w:val="right"/>
      </w:pPr>
      <w:r>
        <w:t>ہر پرابلم آپ کو لیسن دینے کے لیے آتا ہے اور کیسے مینج کیا جائے، یہ بتانے کے لیے آتا ہے۔</w:t>
      </w:r>
    </w:p>
    <w:p>
      <w:r>
        <w:rPr>
          <w:b/>
        </w:rPr>
        <w:t xml:space="preserve">[28:27] </w:t>
      </w:r>
      <w:r>
        <w:t>aap problem ko bas aik hi nazar se dekhiye ke kaise us ko manage kiya jaye, kaise us ko manage kiya jaye.</w:t>
      </w:r>
    </w:p>
    <w:p>
      <w:pPr>
        <w:jc w:val="right"/>
      </w:pPr>
      <w:r>
        <w:t>آپ پرابلم کو بس ایک ہی نظر سے دیکھیے کہ کیسے اس کو مینج کیا جائے، کیسے اس کو مینج کیا جائے۔</w:t>
      </w:r>
    </w:p>
    <w:p>
      <w:r>
        <w:rPr>
          <w:b/>
        </w:rPr>
        <w:t xml:space="preserve">[28:37] </w:t>
      </w:r>
      <w:r>
        <w:t>bas agar problem na ho zindagi mein to aap kaise seekhenge?</w:t>
      </w:r>
    </w:p>
    <w:p>
      <w:pPr>
        <w:jc w:val="right"/>
      </w:pPr>
      <w:r>
        <w:t>بس اگر پرابلم نہ ہو زندگی میں تو آپ کیسے سیکھیں گے؟</w:t>
      </w:r>
    </w:p>
    <w:p>
      <w:r>
        <w:rPr>
          <w:b/>
        </w:rPr>
        <w:t xml:space="preserve">[28:44] </w:t>
      </w:r>
      <w:r>
        <w:t>manage karne ka method kaise seekhenge? aap apni aql ko istemal kijiye,</w:t>
      </w:r>
    </w:p>
    <w:p>
      <w:pPr>
        <w:jc w:val="right"/>
      </w:pPr>
      <w:r>
        <w:t>مینج کرنے کا میتھڈ کیسے سیکھیں گے؟ آپ اپنی عقل کو استعمال کیجئے،</w:t>
      </w:r>
    </w:p>
    <w:p>
      <w:r>
        <w:rPr>
          <w:b/>
        </w:rPr>
        <w:t xml:space="preserve">[28:53] </w:t>
      </w:r>
      <w:r>
        <w:t>study kijiye, react kabhi mat kijiye, ghussa kabhi mat kijiye, balkeh Sochiye.</w:t>
      </w:r>
    </w:p>
    <w:p>
      <w:pPr>
        <w:jc w:val="right"/>
      </w:pPr>
      <w:r>
        <w:t>اسٹڈی کیجئے، ری ایکٹ کبھی مت کیجئے، غصہ کبھی مت کیجئے، بلکہ سوچیے۔</w:t>
      </w:r>
    </w:p>
    <w:p>
      <w:r>
        <w:rPr>
          <w:b/>
        </w:rPr>
        <w:t xml:space="preserve">[29:05] </w:t>
      </w:r>
      <w:r>
        <w:t>to problem aap ke liye boon hai. boon agar problem na ho to aap ka development ruk jayega.</w:t>
      </w:r>
    </w:p>
    <w:p>
      <w:pPr>
        <w:jc w:val="right"/>
      </w:pPr>
      <w:r>
        <w:t>تو پرابلم آپ کے لیے بون ہے۔ بون اگر پرابلم نہ ہو تو آپ کا ڈیولپمنٹ رک جائے گا۔</w:t>
      </w:r>
    </w:p>
    <w:p>
      <w:r>
        <w:rPr>
          <w:b/>
        </w:rPr>
        <w:t xml:space="preserve">[29:19] </w:t>
      </w:r>
      <w:r>
        <w:t>maulana, yeh comment bheja hai doctor naghma siddiqui ne dilli se. unhon ne likha hai: "in making us a self-made person, our critics are truly our benefactors." maulana, this is a new way of thinking.</w:t>
      </w:r>
    </w:p>
    <w:p>
      <w:pPr>
        <w:jc w:val="right"/>
      </w:pPr>
      <w:r>
        <w:t>مولانا، یہ کمنٹ بھیجا ہے ڈاکٹر نغمہ صدیقی نے دلی سے۔ انہوں نے لکھا ہے: "ان میکنگ اس ا سیلف میڈ پرسن، اور کریٹکس ار ٹرولی اور بینیفیکٹرز۔" مولانا، دس از ا نیو وے اف تھنکنگ۔</w:t>
      </w:r>
    </w:p>
    <w:p>
      <w:r>
        <w:rPr>
          <w:b/>
        </w:rPr>
        <w:t xml:space="preserve">[29:36] </w:t>
      </w:r>
      <w:r>
        <w:t>i did not know this before today. i will follow your advice, inshallah, from today onwards. inshallah.</w:t>
      </w:r>
    </w:p>
    <w:p>
      <w:pPr>
        <w:jc w:val="right"/>
      </w:pPr>
      <w:r>
        <w:t>ائی ڈیڈ ناٹ نو دس بیفور ٹوڈے۔ ائی ویل فالو یور ایڈوائس، انشاءاللہ، فرام ٹوڈے انورڈز۔ انشاءاللہ۔</w:t>
      </w:r>
    </w:p>
    <w:p>
      <w:r>
        <w:rPr>
          <w:b/>
        </w:rPr>
        <w:t xml:space="preserve">[29:48] </w:t>
      </w:r>
      <w:r>
        <w:t>maulana, agla sawal bheja hai</w:t>
      </w:r>
    </w:p>
    <w:p>
      <w:pPr>
        <w:jc w:val="right"/>
      </w:pPr>
      <w:r>
        <w:t>مولانا، اگلا سوال بھیجا ہے</w:t>
      </w:r>
    </w:p>
    <w:p>
      <w:r>
        <w:rPr>
          <w:b/>
        </w:rPr>
        <w:t xml:space="preserve">[29:53] </w:t>
      </w:r>
      <w:r>
        <w:t>zubair khan ne ahmedabad se. unhon ne likha hai: "maulana, paradise has many levels as we know. if a person qualifies for paradise, then can he be promoted to higher levels once he settled in paradise." dekhen, paradise ke baray mein hadith mein aata hai ke is ke</w:t>
      </w:r>
    </w:p>
    <w:p>
      <w:pPr>
        <w:jc w:val="right"/>
      </w:pPr>
      <w:r>
        <w:t>زبیر خان نے احمد آباد سے۔ انہوں نے لکھا ہے: "مولانا، پیراڈائز ہیز مینی لیولز ایز وی نو۔ اف ا پرسن کوالیفائیز فار پیراڈائز، دین کین ہی بی پروموٹڈ ٹو ہائیر لیولز ونس ہی سیٹلڈ ان پیراڈائز۔" دیکھیں، پیراڈائز کے بارے میں حدیث میں آتا ہے کہ اس کے</w:t>
      </w:r>
    </w:p>
    <w:p>
      <w:r>
        <w:rPr>
          <w:b/>
        </w:rPr>
        <w:t xml:space="preserve">[30:18] </w:t>
      </w:r>
      <w:r>
        <w:t>so darjay hain. dekhen, so darjay bhi ginti mani mein nahi hain ke is ke mani hain ke beshumar darjay hain.</w:t>
      </w:r>
    </w:p>
    <w:p>
      <w:pPr>
        <w:jc w:val="right"/>
      </w:pPr>
      <w:r>
        <w:t>سو درجے ہیں۔ دیکھیں، سو درجے بھی گنتی معنی میں نہیں ہیں کہ اس کے معنی ہیں کہ بے شمار درجے ہیں۔</w:t>
      </w:r>
    </w:p>
    <w:p>
      <w:r>
        <w:rPr>
          <w:b/>
        </w:rPr>
        <w:t xml:space="preserve">[30:29] </w:t>
      </w:r>
      <w:r>
        <w:t>to paradise koi aik lagi badli jagah nahi hogi. is ke darjay par darjay, darjay par darjay.</w:t>
      </w:r>
    </w:p>
    <w:p>
      <w:pPr>
        <w:jc w:val="right"/>
      </w:pPr>
      <w:r>
        <w:t>تو پیراڈائز کوئی ایک لگی بدلی جگہ نہیں ہوگی۔ اس کے درجے پر درجے، درجے پر درجے۔</w:t>
      </w:r>
    </w:p>
    <w:p>
      <w:r>
        <w:rPr>
          <w:b/>
        </w:rPr>
        <w:t xml:space="preserve">[30:41] </w:t>
      </w:r>
      <w:r>
        <w:t>to aap jis darjay ke liye qualify karenge, wohi milega aap ko.</w:t>
      </w:r>
    </w:p>
    <w:p>
      <w:pPr>
        <w:jc w:val="right"/>
      </w:pPr>
      <w:r>
        <w:t>تو آپ جس درجے کے لیے کوالیفائی کریں گے، وہی ملے گا آپ کو۔</w:t>
      </w:r>
    </w:p>
    <w:p>
      <w:r>
        <w:rPr>
          <w:b/>
        </w:rPr>
        <w:t xml:space="preserve">[30:48] </w:t>
      </w:r>
      <w:r>
        <w:t>aur yeh farishton ki report hoga. wahan ka faisla farishton ki report par hoga.</w:t>
      </w:r>
    </w:p>
    <w:p>
      <w:pPr>
        <w:jc w:val="right"/>
      </w:pPr>
      <w:r>
        <w:t>اور یہ فرشتوں کی رپورٹ ہوگا۔ وہاں کا فیصلہ فرشتوں کی رپورٹ پر ہوگا۔</w:t>
      </w:r>
    </w:p>
    <w:p>
      <w:r>
        <w:rPr>
          <w:b/>
        </w:rPr>
        <w:t xml:space="preserve">[31:05] </w:t>
      </w:r>
      <w:r>
        <w:t>maulana, agla sawal madhya pradesh se qurban ali sahib ne bheja hai. unhon ne likha hai: "maulana, is it true that god will grant the highest level of paradise to only prophets, martyrs and scholars?</w:t>
      </w:r>
    </w:p>
    <w:p>
      <w:pPr>
        <w:jc w:val="right"/>
      </w:pPr>
      <w:r>
        <w:t>مولانا، اگلا سوال مدھے پردیش سے قربان علی صاحب نے بھیجا ہے۔ انہوں نے لکھا ہے: "مولانا، از اٹ ٹرو دیٹ گاڈ ول گرانٹ دی ہائیسٹ لیول اف پیراڈائز ٹو اونلی پرافٹس، مارٹرز اینڈ سکالرز؟</w:t>
      </w:r>
    </w:p>
    <w:p>
      <w:r>
        <w:rPr>
          <w:b/>
        </w:rPr>
        <w:t xml:space="preserve">[31:23] </w:t>
      </w:r>
      <w:r>
        <w:t>how can an ordinary person like me aspire for firdous? do we need to do big tasks to attain the highest level?</w:t>
      </w:r>
    </w:p>
    <w:p>
      <w:pPr>
        <w:jc w:val="right"/>
      </w:pPr>
      <w:r>
        <w:t>ہاؤ کین این ارڈینری پرسن لائک می ایسپائر فار فردوس؟ ڈو وی نیڈ ٹو ڈو بگ ٹاسک ٹو اٹین دی ہائیسٹ لیول؟</w:t>
      </w:r>
    </w:p>
    <w:p>
      <w:r>
        <w:rPr>
          <w:b/>
        </w:rPr>
        <w:t xml:space="preserve">[31:34] </w:t>
      </w:r>
      <w:r>
        <w:t>if yes, then what are these big tasks that will help us achieve the level of firdous?"</w:t>
      </w:r>
    </w:p>
    <w:p>
      <w:pPr>
        <w:jc w:val="right"/>
      </w:pPr>
      <w:r>
        <w:t>اف یس، دین واٹ ار دیز بگ ٹاسک دیٹ ول ہیلپ اس اچیو دا لیول اف فردوس؟"</w:t>
      </w:r>
    </w:p>
    <w:p>
      <w:r>
        <w:rPr>
          <w:b/>
        </w:rPr>
        <w:t xml:space="preserve">[31:42] </w:t>
      </w:r>
      <w:r>
        <w:t>nahi, dekhen, yeh sochte hi nahi hain kyunke quran mein aik alaa ka mani nabiyyin, yani nabiyon ke sath honge.</w:t>
      </w:r>
    </w:p>
    <w:p>
      <w:pPr>
        <w:jc w:val="right"/>
      </w:pPr>
      <w:r>
        <w:t>نہیں، دیکھیں، یہ سوچتے ہی نہیں ہیں کیونکہ قرآن میں ایک علائے کا معنی نبیین، یعنی نبیوں کے ساتھ ہوں گے۔</w:t>
      </w:r>
    </w:p>
    <w:p>
      <w:r>
        <w:rPr>
          <w:b/>
        </w:rPr>
        <w:t xml:space="preserve">[31:56] </w:t>
      </w:r>
      <w:r>
        <w:t>to nabiyon ke sath ka darja milega rifaqat ka.</w:t>
      </w:r>
    </w:p>
    <w:p>
      <w:pPr>
        <w:jc w:val="right"/>
      </w:pPr>
      <w:r>
        <w:t>تو نبیوں کے ساتھ کا درجہ ملے گا رفاقت کا۔</w:t>
      </w:r>
    </w:p>
    <w:p>
      <w:r>
        <w:rPr>
          <w:b/>
        </w:rPr>
        <w:t xml:space="preserve">[32:04] </w:t>
      </w:r>
      <w:r>
        <w:t>to jis ke liye aadmi qualify karega, woh darja us ko milega. aur darjat beshumar hain. alaa ka mani nabi, nabiyon ke sath.</w:t>
      </w:r>
    </w:p>
    <w:p>
      <w:pPr>
        <w:jc w:val="right"/>
      </w:pPr>
      <w:r>
        <w:t>تو جس کے لیے آدمی کوالیفائی کرے گا، وہ درجہ اس کو ملے گا۔ اور درجات بے شمار ہیں۔ علائے کا معنی نبی، نبیوں کے ساتھ۔</w:t>
      </w:r>
    </w:p>
    <w:p>
      <w:r>
        <w:rPr>
          <w:b/>
        </w:rPr>
        <w:t xml:space="preserve">[32:18] </w:t>
      </w:r>
      <w:r>
        <w:t>nabi akela nahi hoga, is ke saathi bhi honge.</w:t>
      </w:r>
    </w:p>
    <w:p>
      <w:pPr>
        <w:jc w:val="right"/>
      </w:pPr>
      <w:r>
        <w:t>نبی اکیلا نہیں ہوگا، اس کے ساتھی بھی ہوں گے۔</w:t>
      </w:r>
    </w:p>
    <w:p>
      <w:r>
        <w:rPr>
          <w:b/>
        </w:rPr>
        <w:t xml:space="preserve">[32:32] </w:t>
      </w:r>
      <w:r>
        <w:t>maulana, yeh to bohat hope wali baat batai aap ne.</w:t>
      </w:r>
    </w:p>
    <w:p>
      <w:pPr>
        <w:jc w:val="right"/>
      </w:pPr>
      <w:r>
        <w:t>مولانا، یہ تو بہت ہوپ والی بات بتائی آپ نے۔</w:t>
      </w:r>
    </w:p>
    <w:p>
      <w:r>
        <w:rPr>
          <w:b/>
        </w:rPr>
        <w:t xml:space="preserve">[32:38] </w:t>
      </w:r>
      <w:r>
        <w:t>maulana, agla sawal waseem dyer sahib ne rajasthan ajmer se bheja hai. unhon ne likha hai: "maulana, aisa kyun hai ke logon ki knowledge mein increment hota hai par un ke consciousness mein increment nahi hota hai?\</w:t>
      </w:r>
    </w:p>
    <w:p>
      <w:pPr>
        <w:jc w:val="right"/>
      </w:pPr>
      <w:r>
        <w:t>مولانا، اگلا سوال وسیم ڈائر صاحب نے راجستھان اجمیر سے بھیجا ہے۔ انہوں نے لکھا ہے: "مولانا، ایسا کیوں ہے کہ لوگوں کی نالج میں انکریمنٹ ہوتا ہے پر ان کے کانشیس میں انکریمنٹ نہیں ہوتا ہے؟</w:t>
      </w:r>
    </w:p>
    <w:p>
      <w:r>
        <w:rPr>
          <w:b/>
        </w:rPr>
        <w:t xml:space="preserve">[32:58] </w:t>
      </w:r>
      <w:r>
        <w:t>is ki kya wajah hai?" to aisa to hai hi nahin. improvement hota hai.</w:t>
      </w:r>
    </w:p>
    <w:p>
      <w:pPr>
        <w:jc w:val="right"/>
      </w:pPr>
      <w:r>
        <w:t>اس کی کیا وجہ ہے؟" تو ایسا تو ہے ہی نہیں۔ امپروومنٹ ہوتا ہے۔</w:t>
      </w:r>
    </w:p>
    <w:p>
      <w:r>
        <w:rPr>
          <w:b/>
        </w:rPr>
        <w:t xml:space="preserve">[33:04] </w:t>
      </w:r>
      <w:r>
        <w:t>aap ne kahan se yeh baat arz kiya? yeh improvement ya development to ek constant aur process hai.</w:t>
      </w:r>
    </w:p>
    <w:p>
      <w:pPr>
        <w:jc w:val="right"/>
      </w:pPr>
      <w:r>
        <w:t>آپ نے کہاں سے یہ بات عرض کیا؟ یہ امپروومنٹ یا ڈیویلپمنٹ تو ایک کانسٹنٹ اور پراسیس ہے۔</w:t>
      </w:r>
    </w:p>
    <w:p>
      <w:r>
        <w:rPr>
          <w:b/>
        </w:rPr>
        <w:t xml:space="preserve">[33:21] </w:t>
      </w:r>
      <w:r>
        <w:t>is ki koi had hi nahin.</w:t>
      </w:r>
    </w:p>
    <w:p>
      <w:pPr>
        <w:jc w:val="right"/>
      </w:pPr>
      <w:r>
        <w:t>اس کی کوئی حد ہی نہیں۔</w:t>
      </w:r>
    </w:p>
    <w:p>
      <w:r>
        <w:rPr>
          <w:b/>
        </w:rPr>
        <w:t xml:space="preserve">[33:27] </w:t>
      </w:r>
      <w:r>
        <w:t>is ki koi had nahin hai.</w:t>
      </w:r>
    </w:p>
    <w:p>
      <w:pPr>
        <w:jc w:val="right"/>
      </w:pPr>
      <w:r>
        <w:t>اس کی کوئی حد نہیں ہے۔</w:t>
      </w:r>
    </w:p>
    <w:p>
      <w:r>
        <w:rPr>
          <w:b/>
        </w:rPr>
        <w:t xml:space="preserve">[33:35] </w:t>
      </w:r>
      <w:r>
        <w:t>maulana, agla sawal bheja hai barah mila se haziq maqsood sahab ne. unhon ne likha hai: "if good and evil are independent, do they have the same creator?</w:t>
      </w:r>
    </w:p>
    <w:p>
      <w:pPr>
        <w:jc w:val="right"/>
      </w:pPr>
      <w:r>
        <w:t>مولانا، اگلا سوال بھیجا ہے بارہ ملا سے حاذق مقصود صاحب نے۔ انہوں نے لکھا ہے: "اف گڈ اینڈ ایول ار انڈیپینڈنٹ، ڈو دے ہیو دا سیم کریٹر؟</w:t>
      </w:r>
    </w:p>
    <w:p>
      <w:r>
        <w:rPr>
          <w:b/>
        </w:rPr>
        <w:t xml:space="preserve">[33:51] </w:t>
      </w:r>
      <w:r>
        <w:t>aur is god the creator of good alone? if so, who has created evil?"</w:t>
      </w:r>
    </w:p>
    <w:p>
      <w:pPr>
        <w:jc w:val="right"/>
      </w:pPr>
      <w:r>
        <w:t>اور از گاڈ دا کریٹر اف گڈ الون؟ اف سو، ہو ہیز کریٹڈ ایول؟"</w:t>
      </w:r>
    </w:p>
    <w:p>
      <w:r>
        <w:rPr>
          <w:b/>
        </w:rPr>
        <w:t xml:space="preserve">[34:01] </w:t>
      </w:r>
      <w:r>
        <w:t>bhai, yeh to question meri meri samajh mein aaya nahin. matlab, woh yeh poochna chah rahe hain ke jo good aur evil hai, is ko kya ek hi creator ne kaise kahan se nikala?</w:t>
      </w:r>
    </w:p>
    <w:p>
      <w:pPr>
        <w:jc w:val="right"/>
      </w:pPr>
      <w:r>
        <w:t>بھئی، یہ تو کوئسچن میری میری سمجھ میں آیا نہیں۔ مطلب، وہ یہ پوچھنا چاہ رہے ہیں کہ جو گڈ اور ایول ہے، اس کو کیا ایک ہی کریٹر نے کیسے کہاں سے نکالا؟</w:t>
      </w:r>
    </w:p>
    <w:p>
      <w:r>
        <w:rPr>
          <w:b/>
        </w:rPr>
        <w:t xml:space="preserve">[34:15] </w:t>
      </w:r>
      <w:r>
        <w:t>aap ne haan, yeh to aap ke mind mein hai.</w:t>
      </w:r>
    </w:p>
    <w:p>
      <w:pPr>
        <w:jc w:val="right"/>
      </w:pPr>
      <w:r>
        <w:t>آپ نے ہاں، یہ تو آپ کے مائنڈ میں ہے۔</w:t>
      </w:r>
    </w:p>
    <w:p>
      <w:r>
        <w:rPr>
          <w:b/>
        </w:rPr>
        <w:t xml:space="preserve">[34:22] </w:t>
      </w:r>
      <w:r>
        <w:t>haan, yeh ek hi creator ne aap dunya mein karoron item banaye hain. to is mein kya mushkil hai ke creator ne aur item banaya ho?</w:t>
      </w:r>
    </w:p>
    <w:p>
      <w:pPr>
        <w:jc w:val="right"/>
      </w:pPr>
      <w:r>
        <w:t>ہاں، یہ ایک ہی کریٹر نے آپ دنیا میں کروڑوں آئٹم بنائے ہیں۔ تو اس میں کیا مشکل ہے کہ کریٹر نے اور آئٹم بنایا ہو؟</w:t>
      </w:r>
    </w:p>
    <w:p>
      <w:r>
        <w:rPr>
          <w:b/>
        </w:rPr>
        <w:t xml:space="preserve">[34:38] </w:t>
      </w:r>
      <w:r>
        <w:t>dunya mein aap dekhte hain ke yeh jo youets hain, jo stars hain, to beshumar character ek hi creator ne banaye hain.</w:t>
      </w:r>
    </w:p>
    <w:p>
      <w:pPr>
        <w:jc w:val="right"/>
      </w:pPr>
      <w:r>
        <w:t>دنیا میں آپ دیکھتے ہیں کہ یہ جو یو ایٹس ہیں، جو سٹارز ہیں، تو بے شمار کریکٹر ایک ہی کریٹر نے بنائے ہیں۔</w:t>
      </w:r>
    </w:p>
    <w:p>
      <w:r>
        <w:rPr>
          <w:b/>
        </w:rPr>
        <w:t xml:space="preserve">[34:52] </w:t>
      </w:r>
      <w:r>
        <w:t>to isi tarah se hi human character ke liye bhi beshumar opportunities banai hon.</w:t>
      </w:r>
    </w:p>
    <w:p>
      <w:pPr>
        <w:jc w:val="right"/>
      </w:pPr>
      <w:r>
        <w:t>تو اسی طریقے سے ہی ہیومن کریکٹر کے لیے بھی بے شمار اپرچونیٹیز بنائی ہوں۔</w:t>
      </w:r>
    </w:p>
    <w:p>
      <w:r>
        <w:rPr>
          <w:b/>
        </w:rPr>
        <w:t xml:space="preserve">[35:00] </w:t>
      </w:r>
      <w:r>
        <w:t>ae khuda ne, to is mein kya taajub kiya hai?</w:t>
      </w:r>
    </w:p>
    <w:p>
      <w:pPr>
        <w:jc w:val="right"/>
      </w:pPr>
      <w:r>
        <w:t>اے خدا نے، تو اس میں کیا تعجب کیا ہے؟</w:t>
      </w:r>
    </w:p>
    <w:p>
      <w:r>
        <w:rPr>
          <w:b/>
        </w:rPr>
        <w:t xml:space="preserve">[35:10] </w:t>
      </w:r>
      <w:r>
        <w:t>sajid anwar sahab ne mumbai se likha hai: "my take away from today lecture: to be a self made person, one should focus on self and completely avoid getting engaged in negativity." yeh sawal bheja hai kanpur se</w:t>
      </w:r>
    </w:p>
    <w:p>
      <w:pPr>
        <w:jc w:val="right"/>
      </w:pPr>
      <w:r>
        <w:t>ساجد انور صاحب نے ممبئی سے لکھا ہے: "مائی ٹیک اوے فرام ٹوڈے لیکچر: ٹو بی ا سیلف میڈ پرسن، ون شوڈ فوکس ان سیلف اینڈ کمپلیٹلی اوائڈ گیٹنگ انگیجڈ ان نیگیٹیوٹی۔" یہ سوال بھیجا ہے کانپور سے</w:t>
      </w:r>
    </w:p>
    <w:p>
      <w:r>
        <w:rPr>
          <w:b/>
        </w:rPr>
        <w:t xml:space="preserve">[35:31] </w:t>
      </w:r>
      <w:r>
        <w:t>hussain siddiqui sahab ne. unhon ne aap se poocha hai: "maulana, you said you do not have any complaint against anyone.</w:t>
      </w:r>
    </w:p>
    <w:p>
      <w:pPr>
        <w:jc w:val="right"/>
      </w:pPr>
      <w:r>
        <w:t>حسین صدیقی صاحب نے۔ انہوں نے آپ سے پوچھا ہے: "مولانا، یو سیڈ یو ڈو ناٹ ہیو اینی کمپلینٹ اگینسٹ اینی ون۔</w:t>
      </w:r>
    </w:p>
    <w:p>
      <w:r>
        <w:rPr>
          <w:b/>
        </w:rPr>
        <w:t xml:space="preserve">[35:44] </w:t>
      </w:r>
      <w:r>
        <w:t>please, can you give us a practical way? we we can all do, as even if we try, then also negativity does not go away."</w:t>
      </w:r>
    </w:p>
    <w:p>
      <w:pPr>
        <w:jc w:val="right"/>
      </w:pPr>
      <w:r>
        <w:t>پلیز، کین یو گیو اس ا پریکٹیکل وے؟ وی وی کین ال ڈو، ایز ایون اف وی ٹرائی، دین السو نیگیٹیوٹی ڈز ناٹ گو اوے۔"</w:t>
      </w:r>
    </w:p>
    <w:p>
      <w:r>
        <w:rPr>
          <w:b/>
        </w:rPr>
        <w:t xml:space="preserve">[35:57] </w:t>
      </w:r>
      <w:r>
        <w:t>aap meri zindagi ka study kijiye. main to kabhi complaint nahin karta. complaint karna meri vocabulary mein hai hi nahin, kyunke is mein jis cheez ko log complaint ka item banate hain, us ko main learning ka item banata hoon.</w:t>
      </w:r>
    </w:p>
    <w:p>
      <w:pPr>
        <w:jc w:val="right"/>
      </w:pPr>
      <w:r>
        <w:t>آپ میری زندگی کا اسٹڈی کیجئے۔ میں تو کبھی کمپلینٹ نہیں کرتا۔ کمپلینٹ کرنا میری وکیبلری میں ہے ہی نہیں، کیونکہ اس میں جس چیز کو لوگ کمپلینٹ کا آئٹم بناتے ہیں، اس کو میں لرننگ کا آئٹم بناتا ہوں۔</w:t>
      </w:r>
    </w:p>
    <w:p>
      <w:r>
        <w:rPr>
          <w:b/>
        </w:rPr>
        <w:t xml:space="preserve">[36:19] </w:t>
      </w:r>
      <w:r>
        <w:t>jis cheez ko log complaint ka item banate hain, us ko main learning ka item banata hoon.</w:t>
      </w:r>
    </w:p>
    <w:p>
      <w:pPr>
        <w:jc w:val="right"/>
      </w:pPr>
      <w:r>
        <w:t>جس چیز کو لوگ کمپلینٹ کا آئٹم بناتے ہیں، اس کو میں لرننگ کا آئٹم بناتا ہوں۔</w:t>
      </w:r>
    </w:p>
    <w:p>
      <w:r>
        <w:rPr>
          <w:b/>
        </w:rPr>
        <w:t xml:space="preserve">[36:29] </w:t>
      </w:r>
      <w:r>
        <w:t>to yeh to insaan ki apni weakness hai. hazrat umar ke bare mein aaya hai ke kan yata'allam min kulli ahad, woh har ek se seekhte the.</w:t>
      </w:r>
    </w:p>
    <w:p>
      <w:pPr>
        <w:jc w:val="right"/>
      </w:pPr>
      <w:r>
        <w:t>تو یہ تو انسان کی اپنی ویکنس ہے۔ حضرت عمر کے بارے میں آیا ہے کہ کان یتعلم من کل احد، وہ ہر ایک سے سیکھتے تھے۔</w:t>
      </w:r>
    </w:p>
    <w:p>
      <w:r>
        <w:rPr>
          <w:b/>
        </w:rPr>
        <w:t xml:space="preserve">[36:43] </w:t>
      </w:r>
      <w:r>
        <w:t>har ek ka matlab hai ke</w:t>
      </w:r>
    </w:p>
    <w:p>
      <w:pPr>
        <w:jc w:val="right"/>
      </w:pPr>
      <w:r>
        <w:t>ہر ایک کا مطلب ہے کہ</w:t>
      </w:r>
    </w:p>
    <w:p>
      <w:r>
        <w:rPr>
          <w:b/>
        </w:rPr>
        <w:t xml:space="preserve">[36:46] </w:t>
      </w:r>
      <w:r>
        <w:t>chahe woh ulti ulti baat kahe, seedhi baat kahe,</w:t>
      </w:r>
    </w:p>
    <w:p>
      <w:pPr>
        <w:jc w:val="right"/>
      </w:pPr>
      <w:r>
        <w:t>چاہے وہ الٹی الٹی بات کہے، سیدھی بات کہے،</w:t>
      </w:r>
    </w:p>
    <w:p>
      <w:r>
        <w:rPr>
          <w:b/>
        </w:rPr>
        <w:t xml:space="preserve">[36:54] </w:t>
      </w:r>
      <w:r>
        <w:t>us ko learning ka item bana dete the. aap bhi aisa kijiye.</w:t>
      </w:r>
    </w:p>
    <w:p>
      <w:pPr>
        <w:jc w:val="right"/>
      </w:pPr>
      <w:r>
        <w:t>اس کو لرننگ کا آئٹم بنا دیتے تھے۔ آپ بھی ایسا کیجئے۔</w:t>
      </w:r>
    </w:p>
    <w:p>
      <w:r>
        <w:rPr>
          <w:b/>
        </w:rPr>
        <w:t xml:space="preserve">[37:08] </w:t>
      </w:r>
      <w:r>
        <w:t>maheboob bhai ne mumbai se likha hai: "maulana, aaj maulana, aap ne criticism ko blessing samajhna kaha hai, aur aap hamesha ek baat ko alag aspect se is tarah wazeh kar dete hain ke bilkul nai baat lagti hai.</w:t>
      </w:r>
    </w:p>
    <w:p>
      <w:pPr>
        <w:jc w:val="right"/>
      </w:pPr>
      <w:r>
        <w:t>محبوب بھائی نے ممبئی سے لکھا ہے: "مولانا، آج مولانا، آپ نے کریٹیسزم کو بلیسنگ سمجھنا کہا ہے، اور آپ ہمیشہ ایک بات کو الگ ایسپیکٹ سے اس طرح واضح کر دیتے ہیں کہ بالکل نئی بات لگتی ہے۔</w:t>
      </w:r>
    </w:p>
    <w:p>
      <w:r>
        <w:rPr>
          <w:b/>
        </w:rPr>
        <w:t xml:space="preserve">[37:27] </w:t>
      </w:r>
      <w:r>
        <w:t>aaj aap ne criticize karne wale ko farishta samajhna keh kar mere liye paradigm shift kar diya hai.</w:t>
      </w:r>
    </w:p>
    <w:p>
      <w:pPr>
        <w:jc w:val="right"/>
      </w:pPr>
      <w:r>
        <w:t>آج آپ نے کریٹیسائز کرنے والے کو فرشتہ سمجھنا کہہ کر میرے لیے پیراڈائم شفٹ کر دیا ہے۔</w:t>
      </w:r>
    </w:p>
    <w:p>
      <w:r>
        <w:rPr>
          <w:b/>
        </w:rPr>
        <w:t xml:space="preserve">[37:36] </w:t>
      </w:r>
      <w:r>
        <w:t xml:space="preserve">maulana, aap mere liye allah ki taraf se bheje hue rehmat ho. jazak allah maulana." </w:t>
      </w:r>
    </w:p>
    <w:p>
      <w:pPr>
        <w:jc w:val="right"/>
      </w:pPr>
      <w:r>
        <w:t>مولانا، آپ میرے لیے اللہ کی طرف سے بھیجے ہوئے رحمت ہو۔ جزاک اللہ مولانا۔"</w:t>
      </w:r>
    </w:p>
    <w:p>
      <w:r>
        <w:rPr>
          <w:b/>
        </w:rPr>
        <w:t xml:space="preserve">[37:47] </w:t>
      </w:r>
      <w:r>
        <w:t>miss caroline ne srinagar se likha hai: "managing the problem is better than trying, rather fighting with it.</w:t>
      </w:r>
    </w:p>
    <w:p>
      <w:pPr>
        <w:jc w:val="right"/>
      </w:pPr>
      <w:r>
        <w:t>مس کروتلین نے سری نگر سے لکھا ہے: "مینیجنگ دا پرابلم از بیٹر دین ٹرائینگ، ریدر فائٹنگ ود اٹ۔</w:t>
      </w:r>
    </w:p>
    <w:p>
      <w:r>
        <w:rPr>
          <w:b/>
        </w:rPr>
        <w:t xml:space="preserve">[37:57] </w:t>
      </w:r>
      <w:r>
        <w:t>managing will lead to the solution of problem amicably. jazak Allah Maulana, what an enlighten statement</w:t>
      </w:r>
    </w:p>
    <w:p>
      <w:pPr>
        <w:jc w:val="right"/>
      </w:pPr>
      <w:r>
        <w:t>مینیجنگ ول لیڈ ٹو دا سولیوشن اف پرابلم ایمیکبلی۔ جزاک اللہ مولانا، واٹ این انلائٹن سٹیٹمنٹ</w:t>
      </w:r>
    </w:p>
    <w:p>
      <w:r>
        <w:rPr>
          <w:b/>
        </w:rPr>
        <w:t xml:space="preserve">[38:06] </w:t>
      </w:r>
      <w:r>
        <w:t>! you are really a torch bearer for us. god bless you with great health." mashaa Allah.</w:t>
      </w:r>
    </w:p>
    <w:p>
      <w:pPr>
        <w:jc w:val="right"/>
      </w:pPr>
      <w:r>
        <w:t>! یو آر ریلی ا ٹارچ بیئرر فار اس۔ گاڈ بلیس یو ود گریٹ ہیلتھ۔" ماشاءاللہ۔</w:t>
      </w:r>
    </w:p>
    <w:p>
      <w:r>
        <w:rPr>
          <w:b/>
        </w:rPr>
        <w:t xml:space="preserve">[38:21] </w:t>
      </w:r>
      <w:r>
        <w:t>Maulana, yeh sawal Saudi se bheja hai Gulzar Khan sahib ne. unhon ne likha hai: "Maulana, sometimes we know we need to change and try, but anxiety and tension keeps us away from changing our mind set to positive.</w:t>
      </w:r>
    </w:p>
    <w:p>
      <w:pPr>
        <w:jc w:val="right"/>
      </w:pPr>
      <w:r>
        <w:t>مولانا، یہ سوال سعودی سے بھیجا ہے گلزار خان صاحب نے۔ انہوں نے لکھا ہے: "مولانا، سم ٹائمز وی نو وی نیڈ ٹو چینج اینڈ ٹرائی، بٹ اینگزائٹی اینڈ ٹینشن کیپس اس اوے فرام چینجنگ اور مائنڈ سیٹ ٹو پوزیٹیو۔</w:t>
      </w:r>
    </w:p>
    <w:p>
      <w:r>
        <w:rPr>
          <w:b/>
        </w:rPr>
        <w:t xml:space="preserve">[38:40] </w:t>
      </w:r>
      <w:r>
        <w:t>so what is the missing action and what should we do?" aap apne conscious ko</w:t>
      </w:r>
    </w:p>
    <w:p>
      <w:pPr>
        <w:jc w:val="right"/>
      </w:pPr>
      <w:r>
        <w:t>سو واٹ از دا مسنگ ایکشن اینڈ واٹ شوڈ وی ڈو؟" آپ اپنے کانشیس کو</w:t>
      </w:r>
    </w:p>
    <w:p>
      <w:r>
        <w:rPr>
          <w:b/>
        </w:rPr>
        <w:t xml:space="preserve">[38:52] </w:t>
      </w:r>
      <w:r>
        <w:t>conscious kabhi ghalati nahi karta. conscious Khuda ki awaz hai, woh kabhi ghalati nahi karta.</w:t>
      </w:r>
    </w:p>
    <w:p>
      <w:pPr>
        <w:jc w:val="right"/>
      </w:pPr>
      <w:r>
        <w:t>کانشیس کبھی غلطی نہیں کرتا۔ کانشیس خدا کی آواز ہے، وہ کبھی غلطی نہیں کرتا۔</w:t>
      </w:r>
    </w:p>
    <w:p>
      <w:r>
        <w:rPr>
          <w:b/>
        </w:rPr>
        <w:t xml:space="preserve">[39:06] </w:t>
      </w:r>
      <w:r>
        <w:t>to ek martaba maine ek article padhta padha tha: "follow</w:t>
      </w:r>
    </w:p>
    <w:p>
      <w:pPr>
        <w:jc w:val="right"/>
      </w:pPr>
      <w:r>
        <w:t>تو ایک مرتبہ میں نے ایک آرٹیکل پڑھتا پڑھا تھا: "فالو</w:t>
      </w:r>
    </w:p>
    <w:p>
      <w:r>
        <w:rPr>
          <w:b/>
        </w:rPr>
        <w:t xml:space="preserve">[39:11] </w:t>
      </w:r>
      <w:r>
        <w:t>follow that impulse,</w:t>
      </w:r>
    </w:p>
    <w:p>
      <w:pPr>
        <w:jc w:val="right"/>
      </w:pPr>
      <w:r>
        <w:t>فالو دیٹ ایمپلس،</w:t>
      </w:r>
    </w:p>
    <w:p>
      <w:r>
        <w:rPr>
          <w:b/>
        </w:rPr>
        <w:t xml:space="preserve">[39:15] </w:t>
      </w:r>
      <w:r>
        <w:t>follow that impulse."</w:t>
      </w:r>
    </w:p>
    <w:p>
      <w:pPr>
        <w:jc w:val="right"/>
      </w:pPr>
      <w:r>
        <w:t>فالو دیٹ ایمپلس۔"</w:t>
      </w:r>
    </w:p>
    <w:p>
      <w:r>
        <w:rPr>
          <w:b/>
        </w:rPr>
        <w:t xml:space="preserve">[39:18] </w:t>
      </w:r>
      <w:r>
        <w:t>mein kahunga: "follow your conscience,</w:t>
      </w:r>
    </w:p>
    <w:p>
      <w:pPr>
        <w:jc w:val="right"/>
      </w:pPr>
      <w:r>
        <w:t>میں کہوں گا: "فالو یور کانشیس،</w:t>
      </w:r>
    </w:p>
    <w:p>
      <w:r>
        <w:rPr>
          <w:b/>
        </w:rPr>
        <w:t xml:space="preserve">[39:23] </w:t>
      </w:r>
      <w:r>
        <w:t>"Follow the voice of your own conscience."</w:t>
      </w:r>
    </w:p>
    <w:p>
      <w:pPr>
        <w:jc w:val="right"/>
      </w:pPr>
      <w:r>
        <w:t>فالو دی وائس اف یور اون کانشیس۔"</w:t>
      </w:r>
    </w:p>
    <w:p>
      <w:r>
        <w:rPr>
          <w:b/>
        </w:rPr>
        <w:t xml:space="preserve">[39:28] </w:t>
      </w:r>
      <w:r>
        <w:t>bas itna hi kafi hai.</w:t>
      </w:r>
    </w:p>
    <w:p>
      <w:pPr>
        <w:jc w:val="right"/>
      </w:pPr>
      <w:r>
        <w:t>بس اتنا ہی کافی ہے۔</w:t>
      </w:r>
    </w:p>
    <w:p>
      <w:r>
        <w:rPr>
          <w:b/>
        </w:rPr>
        <w:t xml:space="preserve">[39:37] </w:t>
      </w:r>
      <w:r>
        <w:t>Maulana, Mumbai se Sajid Sheikh sahib ne ek sawal bheja hai. unhon ne likha hai ke: "Maulana sahib, please guide us in the present Indian situation of Muslims as to how we can cope up with non Muslims.</w:t>
      </w:r>
    </w:p>
    <w:p>
      <w:pPr>
        <w:jc w:val="right"/>
      </w:pPr>
      <w:r>
        <w:t>مولانا، ممبئی سے ساجد شیخ صاحب نے ایک سوال بھیجا ہے۔ انہوں نے لکھا ہے کہ: "مولانا صاحب، پلیز گائیڈ اس ان دی پریزنٹ انڈین سچویشن اف مسلمز ایز ٹو ہاؤ وی کین کوپ اپ ود نان مسلمز۔</w:t>
      </w:r>
    </w:p>
    <w:p>
      <w:r>
        <w:rPr>
          <w:b/>
        </w:rPr>
        <w:t xml:space="preserve">[39:55] </w:t>
      </w:r>
      <w:r>
        <w:t>we are every day suppressed by them." nahi, nahi,</w:t>
      </w:r>
    </w:p>
    <w:p>
      <w:pPr>
        <w:jc w:val="right"/>
      </w:pPr>
      <w:r>
        <w:t>وی آر ایوری ڈے سپریسڈ بائی دیم۔" نہیں، نہیں،</w:t>
      </w:r>
    </w:p>
    <w:p>
      <w:r>
        <w:rPr>
          <w:b/>
        </w:rPr>
        <w:t xml:space="preserve">[40:00] </w:t>
      </w:r>
      <w:r>
        <w:t>yeh bilkul ghalat hai ke kuch suppress kiya ja raha hai. aap ko khoob Musalman taraqqi kar rahe hain India mein, Musalman khoob taraqqi kar rahe hain har maidan mein.</w:t>
      </w:r>
    </w:p>
    <w:p>
      <w:pPr>
        <w:jc w:val="right"/>
      </w:pPr>
      <w:r>
        <w:t>یہ بالکل غلط ہے کہ کچھ سپریس کیا جا رہا ہے۔ آپ کو خوب مسلمان ترقی کر رہے ہیں انڈیا میں، مسلمان خوب ترقی کر رہے ہیں ہر میدان میں۔</w:t>
      </w:r>
    </w:p>
    <w:p>
      <w:r>
        <w:rPr>
          <w:b/>
        </w:rPr>
        <w:t xml:space="preserve">[40:15] </w:t>
      </w:r>
      <w:r>
        <w:t>yeh yeh theory bilkul ghalat hai ke in ko</w:t>
      </w:r>
    </w:p>
    <w:p>
      <w:pPr>
        <w:jc w:val="right"/>
      </w:pPr>
      <w:r>
        <w:t>یہ یہ تھیوری بالکل غلط ہے کہ ان کو</w:t>
      </w:r>
    </w:p>
    <w:p>
      <w:r>
        <w:rPr>
          <w:b/>
        </w:rPr>
        <w:t xml:space="preserve">[40:18] </w:t>
      </w:r>
      <w:r>
        <w:t>suppress kiya ja raha hai.</w:t>
      </w:r>
    </w:p>
    <w:p>
      <w:pPr>
        <w:jc w:val="right"/>
      </w:pPr>
      <w:r>
        <w:t>سپریس کیا جا رہا ہے۔</w:t>
      </w:r>
    </w:p>
    <w:p>
      <w:r>
        <w:rPr>
          <w:b/>
        </w:rPr>
        <w:t xml:space="preserve">[40:25] </w:t>
      </w:r>
      <w:r>
        <w:t>yeh is liye hai ke log kiraye ke sath cheezon ko</w:t>
      </w:r>
    </w:p>
    <w:p>
      <w:pPr>
        <w:jc w:val="right"/>
      </w:pPr>
      <w:r>
        <w:t>یہ اس لیے ہے کہ لوگ کرائے کے ساتھ چیزوں کو</w:t>
      </w:r>
    </w:p>
    <w:p>
      <w:r>
        <w:rPr>
          <w:b/>
        </w:rPr>
        <w:t xml:space="preserve">[40:32] </w:t>
      </w:r>
      <w:r>
        <w:t>read nahi karte.</w:t>
      </w:r>
    </w:p>
    <w:p>
      <w:pPr>
        <w:jc w:val="right"/>
      </w:pPr>
      <w:r>
        <w:t>ریڈ نہیں کرتے۔</w:t>
      </w:r>
    </w:p>
    <w:p>
      <w:r>
        <w:rPr>
          <w:b/>
        </w:rPr>
        <w:t xml:space="preserve">[40:36] </w:t>
      </w:r>
      <w:r>
        <w:t>mein India ko best country manta hoon. koi yahan na zulm hai, na kuch hai. sab</w:t>
      </w:r>
    </w:p>
    <w:p>
      <w:pPr>
        <w:jc w:val="right"/>
      </w:pPr>
      <w:r>
        <w:t>میں انڈیا کو بیسٹ کنٹری مانتا ہوں۔ کوئی یہاں نہ ظلم ہے، نہ کچھ ہے۔ سب</w:t>
      </w:r>
    </w:p>
    <w:p>
      <w:r>
        <w:rPr>
          <w:b/>
        </w:rPr>
        <w:t xml:space="preserve">[40:48] </w:t>
      </w:r>
      <w:r>
        <w:t>mere nazdeek sab</w:t>
      </w:r>
    </w:p>
    <w:p>
      <w:pPr>
        <w:jc w:val="right"/>
      </w:pPr>
      <w:r>
        <w:t>میرے نزدیک سب</w:t>
      </w:r>
    </w:p>
    <w:p>
      <w:r>
        <w:rPr>
          <w:b/>
        </w:rPr>
        <w:t xml:space="preserve">[40:54] </w:t>
      </w:r>
      <w:r>
        <w:t>log false food mein jeete hain. to kya kya hai? apne aap ko false food se nikaliye.</w:t>
      </w:r>
    </w:p>
    <w:p>
      <w:pPr>
        <w:jc w:val="right"/>
      </w:pPr>
      <w:r>
        <w:t>لوگ فالس فوڈ میں جیتے ہیں۔ تو کیا کیا ہے؟ اپنے آپ کو فالس فوڈ سے نکالیے۔</w:t>
      </w:r>
    </w:p>
    <w:p>
      <w:r>
        <w:rPr>
          <w:b/>
        </w:rPr>
        <w:t xml:space="preserve">[41:03] </w:t>
      </w:r>
      <w:r>
        <w:t>mein bhi to is dunya mein hoon. mere liye to India ek ek boon hai. boon!</w:t>
      </w:r>
    </w:p>
    <w:p>
      <w:pPr>
        <w:jc w:val="right"/>
      </w:pPr>
      <w:r>
        <w:t>میں بھی تو اس دنیا میں ہوں۔ میرے لیے تو انڈیا ایک ایک بون ہے۔ بون!</w:t>
      </w:r>
    </w:p>
    <w:p>
      <w:r>
        <w:rPr>
          <w:b/>
        </w:rPr>
        <w:t xml:space="preserve">[41:11] </w:t>
      </w:r>
      <w:r>
        <w:t>mujhe kabhi yeh mehsoos nahi hua ke koi mujhe suppress kar raha hai.</w:t>
      </w:r>
    </w:p>
    <w:p>
      <w:pPr>
        <w:jc w:val="right"/>
      </w:pPr>
      <w:r>
        <w:t>مجھے کبھی یہ محسوس نہیں ہوا کہ کوئی مجھے سپریس کر رہا ہے۔</w:t>
      </w:r>
    </w:p>
    <w:p>
      <w:r>
        <w:rPr>
          <w:b/>
        </w:rPr>
        <w:t xml:space="preserve">[41:23] </w:t>
      </w:r>
      <w:r>
        <w:t>M A Sameer sahib ne comment bheja hai. unhon ne location nahi likha hai. unhon ne likha hai ke: "Maulana, is umar mein bhi daawat il Allah ka anjam de rahe hain.</w:t>
      </w:r>
    </w:p>
    <w:p>
      <w:pPr>
        <w:jc w:val="right"/>
      </w:pPr>
      <w:r>
        <w:t>ایم اے سمیر صاحب نے کمنٹ بھیجا ہے۔ انہوں نے لوکیشن نہیں لکھا ہے۔ انہوں نے لکھا ہے کہ: "مولانا، اس عمر میں بھی دعوت الا اللہ کا انجام دے رہے ہیں۔</w:t>
      </w:r>
    </w:p>
    <w:p>
      <w:r>
        <w:rPr>
          <w:b/>
        </w:rPr>
        <w:t xml:space="preserve">[41:35] </w:t>
      </w:r>
      <w:r>
        <w:t>yeh hum sab ke liye bare shukr ki baat hai. Allah aap ko achi sah</w:t>
      </w:r>
    </w:p>
    <w:p>
      <w:pPr>
        <w:jc w:val="right"/>
      </w:pPr>
      <w:r>
        <w:t>یہ ہم سب کے لیے بڑے شکر کی بات ہے۔ اللہ آپ کو اچھی صح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