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Sufism an Introduction August 13, 2020 Prof. Farida Khanam</w:t>
      </w:r>
    </w:p>
    <w:p>
      <w:r>
        <w:t>https://www.youtube.com/watch?v=7VOpY8OvRdM</w:t>
      </w:r>
    </w:p>
    <w:p>
      <w:r>
        <w:rPr>
          <w:b/>
        </w:rPr>
        <w:t xml:space="preserve">[00:11] </w:t>
      </w:r>
      <w:r>
        <w:t>Bismillah Rehman Rahim. Assalam o Alaikum wa Rahmatullahi. aaj hum tasawwuf ke bare mein kuch baatein aap logon ke samne rakhenge.</w:t>
      </w:r>
    </w:p>
    <w:p>
      <w:pPr>
        <w:jc w:val="right"/>
      </w:pPr>
      <w:r>
        <w:t>بسم اللہ الرحمن الرحیم۔ السلام علیکم ورحمۃ اللہ۔ آج ہم تصوف کے بارے میں کچھ باتیں آپ لوگوں کے سامنے رکھیں گے۔</w:t>
      </w:r>
    </w:p>
    <w:p>
      <w:r>
        <w:rPr>
          <w:b/>
        </w:rPr>
        <w:t xml:space="preserve">[00:28] </w:t>
      </w:r>
      <w:r>
        <w:t>sab se pehle tasawwuf ki background kya hai,</w:t>
      </w:r>
    </w:p>
    <w:p>
      <w:pPr>
        <w:jc w:val="right"/>
      </w:pPr>
      <w:r>
        <w:t>سب سے پہلے تصوف کی بیک گراؤنڈ کیا ہے،</w:t>
      </w:r>
    </w:p>
    <w:p>
      <w:r>
        <w:rPr>
          <w:b/>
        </w:rPr>
        <w:t xml:space="preserve">[00:31] </w:t>
      </w:r>
      <w:r>
        <w:t>chaliye is ko hum samajhte hain. kyun ke tasawwuf log samajhte hain yeh kya cheez hai, yeh kaun sa science hai, yeh alag kuch un ko lagta hai.</w:t>
      </w:r>
    </w:p>
    <w:p>
      <w:pPr>
        <w:jc w:val="right"/>
      </w:pPr>
      <w:r>
        <w:t>چلیے اس کو ہم سمجھتے ہیں۔ کیونکہ تصوف لوگ سمجھتے ہیں یہ کیا چیز ہے، یہ کون سا سائنس ہے، یہ الگ کچھ ان کو لگتا ہے۔</w:t>
      </w:r>
    </w:p>
    <w:p>
      <w:r>
        <w:rPr>
          <w:b/>
        </w:rPr>
        <w:t xml:space="preserve">[00:44] </w:t>
      </w:r>
      <w:r>
        <w:t>to asal mein hua kya ke Rasool Allah Sal Allah o Alaihi Wasallam ke zamane mein</w:t>
      </w:r>
    </w:p>
    <w:p>
      <w:pPr>
        <w:jc w:val="right"/>
      </w:pPr>
      <w:r>
        <w:t>تو اصل میں ہوا کیا کہ رسول اللہ صلی اللہ علیہ وسلم کے زمانے میں</w:t>
      </w:r>
    </w:p>
    <w:p>
      <w:r>
        <w:rPr>
          <w:b/>
        </w:rPr>
        <w:t xml:space="preserve">[00:52] </w:t>
      </w:r>
      <w:r>
        <w:t>to Islam ko is ke form aur spirit dono ke sath amal kiya jata tha. Rasool Allah ke zamane mein bhi aur Sahaba ke zamane mein,</w:t>
      </w:r>
    </w:p>
    <w:p>
      <w:pPr>
        <w:jc w:val="right"/>
      </w:pPr>
      <w:r>
        <w:t>تو اسلام کو اس کے فارم اور سپرٹ دونوں کے ساتھ عمل کیا جاتا تھا۔ رسول اللہ کے زمانے میں بھی اور صحابہ کے زمانے میں،</w:t>
      </w:r>
    </w:p>
    <w:p>
      <w:r>
        <w:rPr>
          <w:b/>
        </w:rPr>
        <w:t xml:space="preserve">[01:05] </w:t>
      </w:r>
      <w:r>
        <w:t>tabe'een ke zamane mein, islam jo hai woh</w:t>
      </w:r>
    </w:p>
    <w:p>
      <w:pPr>
        <w:jc w:val="right"/>
      </w:pPr>
      <w:r>
        <w:t>تابعین کے زمانے میں، اسلام جو ہے وہ</w:t>
      </w:r>
    </w:p>
    <w:p>
      <w:r>
        <w:rPr>
          <w:b/>
        </w:rPr>
        <w:t xml:space="preserve">[01:09] </w:t>
      </w:r>
      <w:r>
        <w:t>sirf form nahin reh gaya tha balkeh islam ke saath iski spirit poori tarah se maujood thi. toh rasool Allah sal Allah alaih wasallam ke zamane mein jab log namaz padhte, roza rakhte,</w:t>
      </w:r>
    </w:p>
    <w:p>
      <w:pPr>
        <w:jc w:val="right"/>
      </w:pPr>
      <w:r>
        <w:t>صرف فارم نہیں رہ گیا تھا بلکہ اسلام کے ساتھ اس کی سپرٹ پوری طریقے سے موجود تھی۔ تو رسول اللہ صلی اللہ علیہ وسلم کے زمانے میں جب لوگ نماز پڑھتے، روزہ رکھتے،</w:t>
      </w:r>
    </w:p>
    <w:p>
      <w:r>
        <w:rPr>
          <w:b/>
        </w:rPr>
        <w:t xml:space="preserve">[01:24] </w:t>
      </w:r>
      <w:r>
        <w:t>hajj karte toh iski poori spirit ke saath karte. jo maqsood tha islam ke</w:t>
      </w:r>
    </w:p>
    <w:p>
      <w:pPr>
        <w:jc w:val="right"/>
      </w:pPr>
      <w:r>
        <w:t>حج کرتے تو اس کی پوری سپرٹ کے ساتھ کرتے۔ جو مقصود تھا اسلام کے</w:t>
      </w:r>
    </w:p>
    <w:p>
      <w:r>
        <w:rPr>
          <w:b/>
        </w:rPr>
        <w:t xml:space="preserve">[01:31] </w:t>
      </w:r>
      <w:r>
        <w:t>a'maal se woh sab un ko poora is ka faida milta. aur jo rasool Allah sal Allah alaih wasallam ke zamane mein toh yeh sab ho hi raha tha.</w:t>
      </w:r>
    </w:p>
    <w:p>
      <w:pPr>
        <w:jc w:val="right"/>
      </w:pPr>
      <w:r>
        <w:t>اعمال سے وہ سب ان کو پورا اس کا فائدہ ملتا۔ اور جو رسول اللہ صلی اللہ علیہ وسلم کے زمانے میں تو یہ سب ہو ہی رہا تھا۔</w:t>
      </w:r>
    </w:p>
    <w:p>
      <w:r>
        <w:rPr>
          <w:b/>
        </w:rPr>
        <w:t xml:space="preserve">[01:42] </w:t>
      </w:r>
      <w:r>
        <w:t>phir khulafa-e-rashideen ke zamane mein bhi yahi hua. khulafa-e-rashideen</w:t>
      </w:r>
    </w:p>
    <w:p>
      <w:pPr>
        <w:jc w:val="right"/>
      </w:pPr>
      <w:r>
        <w:t>پھر خلفائے راشدین کے زمانے میں بھی یہی ہوا۔ خلفائے راشدین</w:t>
      </w:r>
    </w:p>
    <w:p>
      <w:r>
        <w:rPr>
          <w:b/>
        </w:rPr>
        <w:t xml:space="preserve">[01:47] </w:t>
      </w:r>
      <w:r>
        <w:t>charon khaleefa poore tarah se islam par amal karte thay. jab un ki jo hukumat thi us mein poore tarah se islam par amal kiya jata tha.</w:t>
      </w:r>
    </w:p>
    <w:p>
      <w:pPr>
        <w:jc w:val="right"/>
      </w:pPr>
      <w:r>
        <w:t>چاروں خلیفہ پورے طریقے سے اسلام پر عمل کرتے تھے۔ جب ان کی جو حکومت تھی اس میں پورے طریقے سے اسلام پر عمل کیا جاتا تھا۔</w:t>
      </w:r>
    </w:p>
    <w:p>
      <w:r>
        <w:rPr>
          <w:b/>
        </w:rPr>
        <w:t xml:space="preserve">[02:00] </w:t>
      </w:r>
      <w:r>
        <w:t>wahan par poore ma'ne mein 'adl tha, insaaf tha.</w:t>
      </w:r>
    </w:p>
    <w:p>
      <w:pPr>
        <w:jc w:val="right"/>
      </w:pPr>
      <w:r>
        <w:t>وہاں پر پورے معنی میں عدل تھا، انصاف تھا۔</w:t>
      </w:r>
    </w:p>
    <w:p>
      <w:r>
        <w:rPr>
          <w:b/>
        </w:rPr>
        <w:t xml:space="preserve">[02:05] </w:t>
      </w:r>
      <w:r>
        <w:t>shura poore tarah se shura par amal hota tha. tamam log baithte thay aur jo faisla hota tha majority ka us par amal kiya jata tha.</w:t>
      </w:r>
    </w:p>
    <w:p>
      <w:pPr>
        <w:jc w:val="right"/>
      </w:pPr>
      <w:r>
        <w:t>شوریٰ پورے طریقے سے شوریٰ پر عمل ہوتا تھا۔ تمام لوگ بیٹھتے تھے اور جو فیصلہ ہوتا تھا میجورٹی کا اس پر عمل کیا جاتا تھا۔</w:t>
      </w:r>
    </w:p>
    <w:p>
      <w:r>
        <w:rPr>
          <w:b/>
        </w:rPr>
        <w:t xml:space="preserve">[02:15] </w:t>
      </w:r>
      <w:r>
        <w:t>bait ul mal ka jo jo bhi saman hota tha, paisa hota tha,</w:t>
      </w:r>
    </w:p>
    <w:p>
      <w:pPr>
        <w:jc w:val="right"/>
      </w:pPr>
      <w:r>
        <w:t>بیت المال کا جو جو بھی سامان ہوتا تھا، پیسہ ہوتا تھا،</w:t>
      </w:r>
    </w:p>
    <w:p>
      <w:r>
        <w:rPr>
          <w:b/>
        </w:rPr>
        <w:t xml:space="preserve">[02:21] </w:t>
      </w:r>
      <w:r>
        <w:t>saman hota tha, jo bhi woh poore tarah se awam ki falah o behbood ke liye istemal kiya jata tha. toh sare kaam jo hain woh Khuda ki raza hasil karne ke liye kiye ja rahe thay.</w:t>
      </w:r>
    </w:p>
    <w:p>
      <w:pPr>
        <w:jc w:val="right"/>
      </w:pPr>
      <w:r>
        <w:t>سامان ہوتا تھا، جو بھی وہ پورے طریقے سے عوام کی فلاح و بہبود کے لیے استعمال کیا جاتا تھا۔ تو سارے کام جو ہیں وہ خدا کی رضا حاصل کرنے کے لیے کیے جا رہے تھے۔</w:t>
      </w:r>
    </w:p>
    <w:p>
      <w:r>
        <w:rPr>
          <w:b/>
        </w:rPr>
        <w:t xml:space="preserve">[02:36] </w:t>
      </w:r>
      <w:r>
        <w:t>toh wahan par log jab</w:t>
      </w:r>
    </w:p>
    <w:p>
      <w:pPr>
        <w:jc w:val="right"/>
      </w:pPr>
      <w:r>
        <w:t>تو وہاں پر لوگ جب</w:t>
      </w:r>
    </w:p>
    <w:p>
      <w:r>
        <w:rPr>
          <w:b/>
        </w:rPr>
        <w:t xml:space="preserve">[02:39] </w:t>
      </w:r>
      <w:r>
        <w:t>mein ek misaal de rahi hoon ke agar jaise log namaz padhne aate thay masjid e nabvi mein toh namaz ke baad woh bilkul aise sar jhuka kar kuch soch mein ghark ghar wapas jaate thay.</w:t>
      </w:r>
    </w:p>
    <w:p>
      <w:pPr>
        <w:jc w:val="right"/>
      </w:pPr>
      <w:r>
        <w:t>میں ایک مثال دے رہی ہوں کہ اگر جیسے لوگ نماز پڑھنے آتے تھے مسجد نبوی میں تو نماز کے بعد وہ بالکل ایسے سر جھکا کر کچھ سوچ میں غرق گھر واپس جاتے تھے۔</w:t>
      </w:r>
    </w:p>
    <w:p>
      <w:r>
        <w:rPr>
          <w:b/>
        </w:rPr>
        <w:t xml:space="preserve">[02:54] </w:t>
      </w:r>
      <w:r>
        <w:t>rastay mein woh baatein karte hue nahin jaate thay woh.</w:t>
      </w:r>
    </w:p>
    <w:p>
      <w:pPr>
        <w:jc w:val="right"/>
      </w:pPr>
      <w:r>
        <w:t>راستے میں وہ باتیں کرتے ہوئے نہیں جاتے تھے وہ۔</w:t>
      </w:r>
    </w:p>
    <w:p>
      <w:r>
        <w:rPr>
          <w:b/>
        </w:rPr>
        <w:t xml:space="preserve">[02:57] </w:t>
      </w:r>
      <w:r>
        <w:t>aur deen ki koi duniya ki koi baat nahin karte hue jaate thay. sirf jo unhon ne namaz mein padha us ke baray mein ghaur o fikr karte aur us ke baray mein sochte hue chale jatay.</w:t>
      </w:r>
    </w:p>
    <w:p>
      <w:pPr>
        <w:jc w:val="right"/>
      </w:pPr>
      <w:r>
        <w:t>اور دین کی کوئی دنیا کی کوئی بات نہیں کرتے ہوئے جاتے تھے۔ صرف جو انہوں نے نماز میں پڑھا اس کے بارے میں غور و فکر کرتے اور اس کے بارے میں سوچتے ہوئے چلے جاتے۔</w:t>
      </w:r>
    </w:p>
    <w:p>
      <w:r>
        <w:rPr>
          <w:b/>
        </w:rPr>
        <w:t xml:space="preserve">[03:10] </w:t>
      </w:r>
      <w:r>
        <w:t>toh is se un ko is is namaz se</w:t>
      </w:r>
    </w:p>
    <w:p>
      <w:pPr>
        <w:jc w:val="right"/>
      </w:pPr>
      <w:r>
        <w:t>تو اس سے ان کو اس اس نماز سے</w:t>
      </w:r>
    </w:p>
    <w:p>
      <w:r>
        <w:rPr>
          <w:b/>
        </w:rPr>
        <w:t xml:space="preserve">[03:14] </w:t>
      </w:r>
      <w:r>
        <w:t>poora ka poora spiritual jo faida hona chahiye woh sab un ko poora ka poora mil raha tha. toh isi tarah se sare a'maal thay.</w:t>
      </w:r>
    </w:p>
    <w:p>
      <w:pPr>
        <w:jc w:val="right"/>
      </w:pPr>
      <w:r>
        <w:t>پورا کا پورا سپرچول جو فائدہ ہونا چاہیے وہ سب ان کو پورا کا پورا مل رہا تھا۔ تو اسی طریقے سے سارے اعمال تھے۔</w:t>
      </w:r>
    </w:p>
    <w:p>
      <w:r>
        <w:rPr>
          <w:b/>
        </w:rPr>
        <w:t xml:space="preserve">[03:25] </w:t>
      </w:r>
      <w:r>
        <w:t>lekin baad mein kya hua banu umayyah ke zamane mein kyunke is ek toh wahan shahana</w:t>
      </w:r>
    </w:p>
    <w:p>
      <w:pPr>
        <w:jc w:val="right"/>
      </w:pPr>
      <w:r>
        <w:t>لیکن بعد میں کیا ہوا بنو امیہ کے زمانے میں کیونکہ اس ایک تو وہاں شاہانہ</w:t>
      </w:r>
    </w:p>
    <w:p>
      <w:r>
        <w:rPr>
          <w:b/>
        </w:rPr>
        <w:t xml:space="preserve">[03:34] </w:t>
      </w:r>
      <w:r>
        <w:t>poora hukumat jo hai woh shahana andaaz ki qaim ho gayi. aur doosre yeh ke tamam mumalik fateh hue toh daulat ki rail peil ho gayi.</w:t>
      </w:r>
    </w:p>
    <w:p>
      <w:pPr>
        <w:jc w:val="right"/>
      </w:pPr>
      <w:r>
        <w:t>پورا حکومت جو ہے وہ شاہانہ انداز کی قائم ہو گئی۔ اور دوسرے یہ کہ تمام ممالک فتح ہوئے تو دولت کی ریل پیل ہو گئی۔</w:t>
      </w:r>
    </w:p>
    <w:p>
      <w:r>
        <w:rPr>
          <w:b/>
        </w:rPr>
        <w:t xml:space="preserve">[03:45] </w:t>
      </w:r>
      <w:r>
        <w:t>bade bade log taajir, bade bade taajir thay. har taraf</w:t>
      </w:r>
    </w:p>
    <w:p>
      <w:pPr>
        <w:jc w:val="right"/>
      </w:pPr>
      <w:r>
        <w:t>بڑے بڑے لوگ تاجر، بڑے بڑے تاجر تھے۔ ہر طرف</w:t>
      </w:r>
    </w:p>
    <w:p>
      <w:r>
        <w:rPr>
          <w:b/>
        </w:rPr>
        <w:t xml:space="preserve">[03:50] </w:t>
      </w:r>
      <w:r>
        <w:t>aaram tha. log bohat ziyada luxurious life guzaarne lagay. toh wahan par kya hua ke deen jo hai woh ziyada tar aisa hua ke deen ka sirf form reh gaya.</w:t>
      </w:r>
    </w:p>
    <w:p>
      <w:pPr>
        <w:jc w:val="right"/>
      </w:pPr>
      <w:r>
        <w:t>آرام تھا۔ لوگ بہت زیادہ لگژریس لائف گزارنے لگے۔ تو وہاں پر کیا ہوا کہ دین جو ہے وہ زیادہ تر ایسا ہوا کہ دین کا صرف فارم رہ گیا۔</w:t>
      </w:r>
    </w:p>
    <w:p>
      <w:r>
        <w:rPr>
          <w:b/>
        </w:rPr>
        <w:t xml:space="preserve">[04:04] </w:t>
      </w:r>
      <w:r>
        <w:t>log namaz padh rahe thay, roza rakh rahe thay, hajj kar rahe thay, sab kuch kar rahe thay woh. lekin is ki jo spirit thi</w:t>
      </w:r>
    </w:p>
    <w:p>
      <w:pPr>
        <w:jc w:val="right"/>
      </w:pPr>
      <w:r>
        <w:t>لوگ نماز پڑھ رہے تھے، روزہ رکھ رہے تھے، حج کر رہے تھے، سب کچھ کر رہے تھے وہ۔ لیکن اس کی جو سپرٹ تھی</w:t>
      </w:r>
    </w:p>
    <w:p>
      <w:r>
        <w:rPr>
          <w:b/>
        </w:rPr>
        <w:t xml:space="preserve">[04:12] </w:t>
      </w:r>
      <w:r>
        <w:t>woh bohat hi ya toh ghayab ho gayi thi ya bohat kam ho gayi thi. toh ek wajah yeh thi. doosri wajah yeh thi ke rasool Allah sal Allah alaih wasallam ke zamane mein aur sahaba ke zamane mein,</w:t>
      </w:r>
    </w:p>
    <w:p>
      <w:pPr>
        <w:jc w:val="right"/>
      </w:pPr>
      <w:r>
        <w:t>وہ بہت ہی یا تو غائب ہو گئی تھی یا بہت کم ہو گئی تھی۔ تو ایک وجہ یہ تھی۔ دوسری وجہ یہ تھی کہ رسول اللہ صلی اللہ علیہ وسلم کے زمانے میں اور صحابہ کے زمانے میں،</w:t>
      </w:r>
    </w:p>
    <w:p>
      <w:r>
        <w:rPr>
          <w:b/>
        </w:rPr>
        <w:t xml:space="preserve">[04:28] </w:t>
      </w:r>
      <w:r>
        <w:t>tabe'een ke zamane mein</w:t>
      </w:r>
    </w:p>
    <w:p>
      <w:pPr>
        <w:jc w:val="right"/>
      </w:pPr>
      <w:r>
        <w:t>تابعین کے زمانے میں</w:t>
      </w:r>
    </w:p>
    <w:p>
      <w:r>
        <w:rPr>
          <w:b/>
        </w:rPr>
        <w:t xml:space="preserve">[04:30] </w:t>
      </w:r>
      <w:r>
        <w:t>aisa tha ke tamam musalman har kaam mein hissa lete thay. jo bhi siyasat ke kaam hotay thay, khulafa jis kaam ke liye un ko bulatay thay woh us mein poora hissa lete thay.</w:t>
      </w:r>
    </w:p>
    <w:p>
      <w:pPr>
        <w:jc w:val="right"/>
      </w:pPr>
      <w:r>
        <w:t>ایسا تھا کہ تمام مسلمان ہر کام میں حصہ لیتے تھے۔ جو بھی سیاست کے کام ہوتے تھے، خلفاء جس کام کے لیے ان کو بلاتے تھے وہ اس میں پورا حصہ لیتے تھے۔</w:t>
      </w:r>
    </w:p>
    <w:p>
      <w:r>
        <w:rPr>
          <w:b/>
        </w:rPr>
        <w:t xml:space="preserve">[04:44] </w:t>
      </w:r>
      <w:r>
        <w:t>woh jehad mein hissa lete thay.</w:t>
      </w:r>
    </w:p>
    <w:p>
      <w:pPr>
        <w:jc w:val="right"/>
      </w:pPr>
      <w:r>
        <w:t>وہ جہاد میں حصہ لیتے تھے۔</w:t>
      </w:r>
    </w:p>
    <w:p>
      <w:r>
        <w:rPr>
          <w:b/>
        </w:rPr>
        <w:t xml:space="preserve">[04:48] </w:t>
      </w:r>
      <w:r>
        <w:t>to woh khulafa se door nahi rehte the kyunke khulafa khud poore mani mein islam par chal rahe the. kisi tareeqe se unhon ne islam se doori nahi thi in ko.</w:t>
      </w:r>
    </w:p>
    <w:p>
      <w:pPr>
        <w:jc w:val="right"/>
      </w:pPr>
      <w:r>
        <w:t>تو وہ خلفاء سے دور نہیں رہتے تھے کیونکہ خلفاء خود پورے معنی میں اسلام پر چل رہے تھے۔ کسی طریقے سے انہوں نے اسلام سے دوری نہیں تھی ان کو۔</w:t>
      </w:r>
    </w:p>
    <w:p>
      <w:r>
        <w:rPr>
          <w:b/>
        </w:rPr>
        <w:t xml:space="preserve">[05:02] </w:t>
      </w:r>
      <w:r>
        <w:t>to is tareeqe se tamam log</w:t>
      </w:r>
    </w:p>
    <w:p>
      <w:pPr>
        <w:jc w:val="right"/>
      </w:pPr>
      <w:r>
        <w:t>تو اس طریقے سے تمام لوگ</w:t>
      </w:r>
    </w:p>
    <w:p>
      <w:r>
        <w:rPr>
          <w:b/>
        </w:rPr>
        <w:t xml:space="preserve">[05:06] </w:t>
      </w:r>
      <w:r>
        <w:t>poore tareeqe se khulafa ke sath the. hukoomat ke har kaam mein hisse daar the. lekin banu umiya ke zaman mein jab shahana aish o ishrat ka daur aaya, har cheez mein</w:t>
      </w:r>
    </w:p>
    <w:p>
      <w:pPr>
        <w:jc w:val="right"/>
      </w:pPr>
      <w:r>
        <w:t>پورے طریقے سے خلفاء کے ساتھ تھے۔ حکومت کے ہر کام میں حصے دار تھے۔ لیکن بنو امیہ کے زمانے میں جب شاہانہ عیش و عشرت کا دور آیا، ہر چیز میں</w:t>
      </w:r>
    </w:p>
    <w:p>
      <w:r>
        <w:rPr>
          <w:b/>
        </w:rPr>
        <w:t xml:space="preserve">[05:23] </w:t>
      </w:r>
      <w:r>
        <w:t>islam ki spirit ghayab hone lagi. jallad hone lage. jo agar zara bhi koi criticize karta, jo khulafa the un ke khilaf ya governors ke khilaf koi kaam karta to un ka sir qalam kar diya jata.</w:t>
      </w:r>
    </w:p>
    <w:p>
      <w:pPr>
        <w:jc w:val="right"/>
      </w:pPr>
      <w:r>
        <w:t>اسلام کی سپرٹ غائب ہونے لگی۔ جلاد ہونے لگے۔ جو اگر ذرا بھی کوئی کریٹیسائز کرتا، جو خلفاء تھے ان کے خلاف یا گورنرز کے خلاف کوئی کام کرتا تو ان کا سر قلم کر دیا جاتا۔</w:t>
      </w:r>
    </w:p>
    <w:p>
      <w:r>
        <w:rPr>
          <w:b/>
        </w:rPr>
        <w:t xml:space="preserve">[05:41] </w:t>
      </w:r>
      <w:r>
        <w:t>aur mashwara koi shura par amal daramad nahi hota tha. bait ul maal ki raqam jo hai woh man mani tor par kharch ki jane lagi.</w:t>
      </w:r>
    </w:p>
    <w:p>
      <w:pPr>
        <w:jc w:val="right"/>
      </w:pPr>
      <w:r>
        <w:t>اور مشورہ کوئی شوریٰ پر عمل درآمد نہیں ہوتا تھا۔ بیت المال کی رقم جو ہے وہ من مانی طور پر خرچ کی جانے لگی۔</w:t>
      </w:r>
    </w:p>
    <w:p>
      <w:r>
        <w:rPr>
          <w:b/>
        </w:rPr>
        <w:t xml:space="preserve">[05:52] </w:t>
      </w:r>
      <w:r>
        <w:t>to yeh sari cheezein ho rahi theen. lekin rasool Allah (SAW) ne</w:t>
      </w:r>
    </w:p>
    <w:p>
      <w:pPr>
        <w:jc w:val="right"/>
      </w:pPr>
      <w:r>
        <w:t>تو یہ ساری چیزیں ہو رہی تھیں۔ لیکن رسول اللہ صلی اللہ علیہ وسلم نے</w:t>
      </w:r>
    </w:p>
    <w:p>
      <w:r>
        <w:rPr>
          <w:b/>
        </w:rPr>
        <w:t xml:space="preserve">[05:58] </w:t>
      </w:r>
      <w:r>
        <w:t>bohat sakhti se mana kiya tha ke kaise bhi tumhare rulers hon, tum ko baghavat nahi karni hai.</w:t>
      </w:r>
    </w:p>
    <w:p>
      <w:pPr>
        <w:jc w:val="right"/>
      </w:pPr>
      <w:r>
        <w:t>بہت سختی سے منع کیا تھا کہ کیسے بھی تمہارے رولرز ہوں، تم کو بغاوت نہیں کرنی ہے۔</w:t>
      </w:r>
    </w:p>
    <w:p>
      <w:r>
        <w:rPr>
          <w:b/>
        </w:rPr>
        <w:t xml:space="preserve">[06:06] </w:t>
      </w:r>
      <w:r>
        <w:t>yani khurooj nahi karna hai. to yeh log jo the, jin jo baad mein sufi kahlaye, unhon ne kisi haal mein bhi</w:t>
      </w:r>
    </w:p>
    <w:p>
      <w:pPr>
        <w:jc w:val="right"/>
      </w:pPr>
      <w:r>
        <w:t>یعنی خروج نہیں کرنا ہے۔ تو یہ لوگ جو تھے، جن جو بعد میں صوفیاء کہلائے، انہوں نے کسی حال میں بھی</w:t>
      </w:r>
    </w:p>
    <w:p>
      <w:r>
        <w:rPr>
          <w:b/>
        </w:rPr>
        <w:t xml:space="preserve">[06:17] </w:t>
      </w:r>
      <w:r>
        <w:t>khulafa ke khilaf koi kaam nahi kiya. jaise aaj kal hota hai ke protest karte hain, demand de karte hain. yeh sab kuch nahi kiya.</w:t>
      </w:r>
    </w:p>
    <w:p>
      <w:pPr>
        <w:jc w:val="right"/>
      </w:pPr>
      <w:r>
        <w:t>خلفاء کے خلاف کوئی کام نہیں کیا۔ جیسے آج کل ہوتا ہے کہ پروٹیسٹ کرتے ہیں، ڈیمانڈ دے کرتے ہیں۔ یہ سب کچھ نہیں کیا۔</w:t>
      </w:r>
    </w:p>
    <w:p>
      <w:r>
        <w:rPr>
          <w:b/>
        </w:rPr>
        <w:t xml:space="preserve">[06:27] </w:t>
      </w:r>
      <w:r>
        <w:t>unhon ne sirf itna kiya ke goshageeri ikhtiyar kar li. apna sara waqt namaz, roze mein, ibadat mein guzarnay lage.</w:t>
      </w:r>
    </w:p>
    <w:p>
      <w:pPr>
        <w:jc w:val="right"/>
      </w:pPr>
      <w:r>
        <w:t>انہوں نے صرف اتنا کیا کہ گوشہ گیری اختیار کر لی۔ اپنا سارا وقت نماز، روزے میں، عبادات میں گزارنے لگے۔</w:t>
      </w:r>
    </w:p>
    <w:p>
      <w:r>
        <w:rPr>
          <w:b/>
        </w:rPr>
        <w:t xml:space="preserve">[06:37] </w:t>
      </w:r>
      <w:r>
        <w:t>aur khulafa se hukoomat</w:t>
      </w:r>
    </w:p>
    <w:p>
      <w:pPr>
        <w:jc w:val="right"/>
      </w:pPr>
      <w:r>
        <w:t>اور خلفاء سے حکومت</w:t>
      </w:r>
    </w:p>
    <w:p>
      <w:r>
        <w:rPr>
          <w:b/>
        </w:rPr>
        <w:t xml:space="preserve">[06:39] </w:t>
      </w:r>
      <w:r>
        <w:t>ke kamon se door rehne lage. to din raat ibadat karne lage. unhon ne nafl ibadat par bohat ziyada zor diya. to nafl ibadat par unhon ne bohat ziyada zor diya kyunke aisi hadith theen jin mein</w:t>
      </w:r>
    </w:p>
    <w:p>
      <w:pPr>
        <w:jc w:val="right"/>
      </w:pPr>
      <w:r>
        <w:t>کے کاموں سے دور رہنے لگے۔ تو دن رات عبادت کرنے لگے۔ انہوں نے نفل عبادات پر بہت زیادہ زور دیا۔ تو نفل عبادات پر انہوں نے بہت زیادہ زور دیا کیونکہ ایسی حدیثیں تھیں جن میں</w:t>
      </w:r>
    </w:p>
    <w:p>
      <w:r>
        <w:rPr>
          <w:b/>
        </w:rPr>
        <w:t xml:space="preserve">[06:56] </w:t>
      </w:r>
      <w:r>
        <w:t>kaha gaya tha ke jo Khuda ke liye mazeed ibadat karta hai. nafl ibadat ka matlab hai additional ibadat.</w:t>
      </w:r>
    </w:p>
    <w:p>
      <w:pPr>
        <w:jc w:val="right"/>
      </w:pPr>
      <w:r>
        <w:t>کہا گیا تھا کہ جو خدا کے لیے مزید عبادت کرتا ہے۔ نفل عبادات کا مطلب ہے ایڈیشنل عبادت۔</w:t>
      </w:r>
    </w:p>
    <w:p>
      <w:r>
        <w:rPr>
          <w:b/>
        </w:rPr>
        <w:t xml:space="preserve">[07:05] </w:t>
      </w:r>
      <w:r>
        <w:t>jo Khuda ke liye mazeed ibadat karta hai, mazeed Khuda ko yaad karta hai. ek hota hai farz namaz. woh to sab log kar rahe the. lekin agar</w:t>
      </w:r>
    </w:p>
    <w:p>
      <w:pPr>
        <w:jc w:val="right"/>
      </w:pPr>
      <w:r>
        <w:t>جو خدا کے لیے مزید عبادت کرتا ہے، مزید خدا کو یاد کرتا ہے۔ ایک ہوتا ہے فرض نمازیں۔ وہ تو سب لوگ کر رہے تھے۔ لیکن اگر</w:t>
      </w:r>
    </w:p>
    <w:p>
      <w:r>
        <w:rPr>
          <w:b/>
        </w:rPr>
        <w:t xml:space="preserve">[07:14] </w:t>
      </w:r>
      <w:r>
        <w:t>koi Khuda ko aur ziyada yaad karna chahta hai to woh us ke liye nafl ibadatein hain. to woh nafl ibadaton mein apna waqt guzarte the.</w:t>
      </w:r>
    </w:p>
    <w:p>
      <w:pPr>
        <w:jc w:val="right"/>
      </w:pPr>
      <w:r>
        <w:t>کوئی خدا کو اور زیادہ یاد کرنا چاہتا ہے تو وہ اس کے لیے نفل عبادتیں ہیں۔ تو وہ نفل عبادتوں میں اپنا وقت گزارتے تھے۔</w:t>
      </w:r>
    </w:p>
    <w:p>
      <w:r>
        <w:rPr>
          <w:b/>
        </w:rPr>
        <w:t xml:space="preserve">[07:26] </w:t>
      </w:r>
      <w:r>
        <w:t>aur har lihaz, har waqt bas Khuda ki yaad mein rehte the.</w:t>
      </w:r>
    </w:p>
    <w:p>
      <w:pPr>
        <w:jc w:val="right"/>
      </w:pPr>
      <w:r>
        <w:t>اور ہر لحاظ، ہر وقت بس خدا کی یاد میں رہتے تھے۔</w:t>
      </w:r>
    </w:p>
    <w:p>
      <w:r>
        <w:rPr>
          <w:b/>
        </w:rPr>
        <w:t xml:space="preserve">[07:31] </w:t>
      </w:r>
      <w:r>
        <w:t>aur jannat ki aarzoo rakhte the, jahannum se darte the. to yahi un ka zindagi thi.</w:t>
      </w:r>
    </w:p>
    <w:p>
      <w:pPr>
        <w:jc w:val="right"/>
      </w:pPr>
      <w:r>
        <w:t>اور جنت کی آرزو رکھتے تھے، جہنم سے ڈرتے تھے۔ تو یہی ان کا زندگی تھی۔</w:t>
      </w:r>
    </w:p>
    <w:p>
      <w:r>
        <w:rPr>
          <w:b/>
        </w:rPr>
        <w:t xml:space="preserve">[07:41] </w:t>
      </w:r>
      <w:r>
        <w:t>aur is waqt woh sufi nahi kehelate the. bas woh abid aur zahid baad mein kahe janay lage.</w:t>
      </w:r>
    </w:p>
    <w:p>
      <w:pPr>
        <w:jc w:val="right"/>
      </w:pPr>
      <w:r>
        <w:t>اور اس وقت وہ صوفی نہیں کہلاتے تھے۔ بس وہ عابد اور زاہد بعد میں کہے جانے لگے۔</w:t>
      </w:r>
    </w:p>
    <w:p>
      <w:r>
        <w:rPr>
          <w:b/>
        </w:rPr>
        <w:t xml:space="preserve">[07:49] </w:t>
      </w:r>
      <w:r>
        <w:t>sufi to bohat baad mein, taqreeban do sau saal ke baad, sufi ka naam aaya. Abu Hashim Makki jo Iraq ke the, to woh suf ka kapra yani mota jhoota coarse cloth pehante the to sufi kahlaye.</w:t>
      </w:r>
    </w:p>
    <w:p>
      <w:pPr>
        <w:jc w:val="right"/>
      </w:pPr>
      <w:r>
        <w:t>صوفی تو بہت بعد میں، تقریباً دو سو سال کے بعد، صوفی کا نام آیا۔ ابو ہاشم مکی جو عراق کے تھے، تو وہ صوف کا کپڑا یعنی موٹا جھوٹا کورس کلاتھ پہنتے تھے تو صوفی کہلائے۔</w:t>
      </w:r>
    </w:p>
    <w:p>
      <w:r>
        <w:rPr>
          <w:b/>
        </w:rPr>
        <w:t xml:space="preserve">[08:05] </w:t>
      </w:r>
      <w:r>
        <w:t>asal mein sufiya log jo hain bohat hi</w:t>
      </w:r>
    </w:p>
    <w:p>
      <w:pPr>
        <w:jc w:val="right"/>
      </w:pPr>
      <w:r>
        <w:t>اصل میں صوفیاء لوگ جو ہیں بہت ہی</w:t>
      </w:r>
    </w:p>
    <w:p>
      <w:r>
        <w:rPr>
          <w:b/>
        </w:rPr>
        <w:t xml:space="preserve">[08:08] </w:t>
      </w:r>
      <w:r>
        <w:t>simple life hoti thi un ki. samajh lijiye jo kaha jata hai simple living, high thinking. to un ki simple living aur spiritual thinking hoti thi.</w:t>
      </w:r>
    </w:p>
    <w:p>
      <w:pPr>
        <w:jc w:val="right"/>
      </w:pPr>
      <w:r>
        <w:t>سمپل لائف ہوتی تھی ان کی۔ سمجھ لیجئے جو کہا جاتا ہے سمپل لیونگ، ہائی تھنکنگ۔ تو ان کی سمپل لیونگ اور سپرچول تھنکنگ ہوتی تھی۔</w:t>
      </w:r>
    </w:p>
    <w:p>
      <w:r>
        <w:rPr>
          <w:b/>
        </w:rPr>
        <w:t xml:space="preserve">[08:19] </w:t>
      </w:r>
      <w:r>
        <w:t>to jab aadmi itna simple rahega, duniya se kata hua rahega, duniya ke liye koi kaam nahi karega</w:t>
      </w:r>
    </w:p>
    <w:p>
      <w:pPr>
        <w:jc w:val="right"/>
      </w:pPr>
      <w:r>
        <w:t>تو جب آدمی اتنا سمپل رہے گا، دنیا سے کٹا ہوا رہے گا، دنیا کے لیے کوئی کام نہیں کرے گا</w:t>
      </w:r>
    </w:p>
    <w:p>
      <w:r>
        <w:rPr>
          <w:b/>
        </w:rPr>
        <w:t xml:space="preserve">[08:26] </w:t>
      </w:r>
      <w:r>
        <w:t>to us ki zindagi bhi simple hogi. us ke paas itne resources hi nahi honge ke woh aish o ishrat mein zindagi guzare. to in logon ne Khuda ki qurbat hasil karne ke liye nafl namazon ka, nafl ibadat ka bohat ziyada</w:t>
      </w:r>
    </w:p>
    <w:p>
      <w:pPr>
        <w:jc w:val="right"/>
      </w:pPr>
      <w:r>
        <w:t>تو اس کی زندگی بھی سمپل ہوگی۔ اس کے پاس اتنے ریسورسز ہی نہیں ہوں گے کہ وہ عیش و عشرت میں زندگی گزارے۔ تو ان لوگوں نے خدا کی قربت حاصل کرنے کے لیے نفل نمازوں کا، نفل عبادات کا بہت زیادہ</w:t>
      </w:r>
    </w:p>
    <w:p>
      <w:r>
        <w:rPr>
          <w:b/>
        </w:rPr>
        <w:t xml:space="preserve">[08:43] </w:t>
      </w:r>
      <w:r>
        <w:t>ehtimam kiya. ek hadith hai ke jo Allah ke liye nafl ibadat karta hai to Allah uska hath ban jata hai jis se woh kaam karta hai.</w:t>
      </w:r>
    </w:p>
    <w:p>
      <w:pPr>
        <w:jc w:val="right"/>
      </w:pPr>
      <w:r>
        <w:t>اہتمام کیا۔ ایک حدیث ہے کہ جو اللہ کے لیے نفل عبادات کرتا ہے تو اللہ اس کا ہاتھ بن جاتا ہے جس سے وہ کام کرتا ہے۔</w:t>
      </w:r>
    </w:p>
    <w:p>
      <w:r>
        <w:rPr>
          <w:b/>
        </w:rPr>
        <w:t xml:space="preserve">[08:55] </w:t>
      </w:r>
      <w:r>
        <w:t>Allah uska paon ban jata hai jis se woh chalta hai. Allah uski aankh ban jata hai jis se woh dekhta hai. yani har haal mein us ko Khuda ki guidance milti rehti hai.</w:t>
      </w:r>
    </w:p>
    <w:p>
      <w:pPr>
        <w:jc w:val="right"/>
      </w:pPr>
      <w:r>
        <w:t>اللہ اس کا پاؤں بن جاتا ہے جس سے وہ چلتا ہے۔ اللہ اس کی آنکھ بن جاتا ہے جس سے وہ دیکھتا ہے۔ یعنی ہر حال میں اس کو خدا کی گائیڈنس ملتی رہتی ہے۔</w:t>
      </w:r>
    </w:p>
    <w:p>
      <w:r>
        <w:rPr>
          <w:b/>
        </w:rPr>
        <w:t xml:space="preserve">[09:07] </w:t>
      </w:r>
      <w:r>
        <w:t>kyunke nafl namazon ka matlab kya hai ke woh itna zyada Khuda se qurbat hasil karna chahta hai to us ke liye woh kuch na kuch mustaqil taur par Khuda ki yaad karta rehta hai.</w:t>
      </w:r>
    </w:p>
    <w:p>
      <w:pPr>
        <w:jc w:val="right"/>
      </w:pPr>
      <w:r>
        <w:t>کیونکہ نفل نمازوں کا مطلب کیا ہے کہ وہ اتنا زیادہ خدا سے قربت حاصل کرنا چاہتا ہے تو اس کے لیے وہ کچھ نہ کچھ مستقل طور پر خدا کی یاد کرتا رہتا ہے۔</w:t>
      </w:r>
    </w:p>
    <w:p>
      <w:r>
        <w:rPr>
          <w:b/>
        </w:rPr>
        <w:t xml:space="preserve">[09:20] </w:t>
      </w:r>
      <w:r>
        <w:t>to yeh log jo hain tazkiya-e-nafs par bohat zyada zor dete thay.</w:t>
      </w:r>
    </w:p>
    <w:p>
      <w:pPr>
        <w:jc w:val="right"/>
      </w:pPr>
      <w:r>
        <w:t>تو یہ لوگ جو ہیں تزکیہ نفس پر بہت زیادہ زور دیتے تھے۔</w:t>
      </w:r>
    </w:p>
    <w:p>
      <w:r>
        <w:rPr>
          <w:b/>
        </w:rPr>
        <w:t xml:space="preserve">[09:28] </w:t>
      </w:r>
      <w:r>
        <w:t>tazkiya-e-nafs par Islam mein, Quran mein bohat zyada zor diya gaya hai. Quran mein ek aayat hai Rasool Allah Sal Allah o Alaihe Wasallam ke liye: "wa yuzakkeehim wa yuallimuhum ul kitaba wal hikmata".</w:t>
      </w:r>
    </w:p>
    <w:p>
      <w:pPr>
        <w:jc w:val="right"/>
      </w:pPr>
      <w:r>
        <w:t>تزکیہ نفس پر اسلام میں، قرآن میں بہت زیادہ زور دیا گیا ہے۔ قرآن میں ایک آیت ہے رسول اللہ صلی اللہ علیہ وسلم کے لیے: "وَيُزَكِّيهِمْ وَيُعَلِّمُهُمْ الْكِتَابَ وَالْحِكْمَةَ"۔</w:t>
      </w:r>
    </w:p>
    <w:p>
      <w:r>
        <w:rPr>
          <w:b/>
        </w:rPr>
        <w:t xml:space="preserve">[09:42] </w:t>
      </w:r>
      <w:r>
        <w:t>Paighambar un ko pak o saaf karta hai aur un ko kitab o hikmat ki baatein batata hai.</w:t>
      </w:r>
    </w:p>
    <w:p>
      <w:pPr>
        <w:jc w:val="right"/>
      </w:pPr>
      <w:r>
        <w:t>پیغمبر ان کو پاک و صاف کرتا ہے اور ان کو کتاب و حکمت کی باتیں بتاتا ہے۔</w:t>
      </w:r>
    </w:p>
    <w:p>
      <w:r>
        <w:rPr>
          <w:b/>
        </w:rPr>
        <w:t xml:space="preserve">[09:48] </w:t>
      </w:r>
      <w:r>
        <w:t>to yeh jo pak o saaf karna hai is ka matlab yeh hai ke nafs ko pak saaf karna. Yani insaan ko Allah taala ne paida pak saaf hi kiya hai.</w:t>
      </w:r>
    </w:p>
    <w:p>
      <w:pPr>
        <w:jc w:val="right"/>
      </w:pPr>
      <w:r>
        <w:t>تو یہ جو پاک و صاف کرنا ہے اس کا مطلب یہ ہے کہ نفس کو پاک صاف کرنا۔ یعنی انسان کو اللہ تعالی نے پیدا پاک صاف ہی کیا ہے۔</w:t>
      </w:r>
    </w:p>
    <w:p>
      <w:r>
        <w:rPr>
          <w:b/>
        </w:rPr>
        <w:t xml:space="preserve">[10:00] </w:t>
      </w:r>
      <w:r>
        <w:t>insaan apni fitrat par paida hota hai aur fitrat mein koi milawat nahi hoti. Lekin woh ek mahaul mein rehta hai, ek society mein rehta hai.</w:t>
      </w:r>
    </w:p>
    <w:p>
      <w:pPr>
        <w:jc w:val="right"/>
      </w:pPr>
      <w:r>
        <w:t>انسان اپنی فطرت پر پیدا ہوتا ہے اور فطرت میں کوئی ملاوٹ نہیں ہوتی۔ لیکن وہ ایک ماحول میں رہتا ہے، ایک سوسائٹی میں رہتا ہے۔</w:t>
      </w:r>
    </w:p>
    <w:p>
      <w:r>
        <w:rPr>
          <w:b/>
        </w:rPr>
        <w:t xml:space="preserve">[10:11] </w:t>
      </w:r>
      <w:r>
        <w:t>to bohat cheezein woh</w:t>
      </w:r>
    </w:p>
    <w:p>
      <w:pPr>
        <w:jc w:val="right"/>
      </w:pPr>
      <w:r>
        <w:t>تو بہت چیزیں وہ</w:t>
      </w:r>
    </w:p>
    <w:p>
      <w:r>
        <w:rPr>
          <w:b/>
        </w:rPr>
        <w:t xml:space="preserve">[10:13] </w:t>
      </w:r>
      <w:r>
        <w:t>society se seekh leta hai. To us ko bohat zyada apne aap ko muhtat rakhna hai. Aur har waqt us ko apni deconditioning karni hai.</w:t>
      </w:r>
    </w:p>
    <w:p>
      <w:pPr>
        <w:jc w:val="right"/>
      </w:pPr>
      <w:r>
        <w:t>سوسائٹی سے سیکھ لیتا ہے۔ تو اس کو بہت زیادہ اپنے آپ کو محتاط رکھنا ہے۔ اور ہر وقت اس کو اپنی ڈی کنڈیشننگ کرنی ہے۔</w:t>
      </w:r>
    </w:p>
    <w:p>
      <w:r>
        <w:rPr>
          <w:b/>
        </w:rPr>
        <w:t xml:space="preserve">[10:25] </w:t>
      </w:r>
      <w:r>
        <w:t>kyunke har aadmi conditioned ho jata hai. Mahaul se seekhta rehta hai. Aur itna yeh sab gradual hota hai ke us ko pata nahi chalta ke woh mahaul se kya kya seekh raha hai jo</w:t>
      </w:r>
    </w:p>
    <w:p>
      <w:pPr>
        <w:jc w:val="right"/>
      </w:pPr>
      <w:r>
        <w:t>کیونکہ ہر آدمی کنڈیشنڈ ہو جاتا ہے۔ ماحول سے سیکھتا رہتا ہے۔ اور اتنا یہ سب گریجول ہوتا ہے کہ اس کو پتہ نہیں چلتا کہ وہ ماحول سے کیا کیا سیکھ رہا ہے جو</w:t>
      </w:r>
    </w:p>
    <w:p>
      <w:r>
        <w:rPr>
          <w:b/>
        </w:rPr>
        <w:t xml:space="preserve">[10:36] </w:t>
      </w:r>
      <w:r>
        <w:t>us ki jo us ki jo fitrat hai pak o saaf jis se woh paida kiya gaya Allah taala ne. Us ko paida kiya hai to us mein woh mail aa raha hai. Woh gandi ho rahi hai, fitrat aalooda ho rahi hai.</w:t>
      </w:r>
    </w:p>
    <w:p>
      <w:pPr>
        <w:jc w:val="right"/>
      </w:pPr>
      <w:r>
        <w:t>اس کی جو اس کی جو فطرت ہے پاک و صاف جس سے وہ پیدا کیا گیا اللہ تعالی نے۔ اس کو پیدا کیا ہے تو اس میں وہ میل آ رہا ہے۔ وہ گندی ہو رہی ہے، فطرت آلودہ ہو رہی ہے۔</w:t>
      </w:r>
    </w:p>
    <w:p>
      <w:r>
        <w:rPr>
          <w:b/>
        </w:rPr>
        <w:t xml:space="preserve">[10:49] </w:t>
      </w:r>
      <w:r>
        <w:t>to us ki safai ke liye to yeh khauf Khuda bohat zaroori hai.</w:t>
      </w:r>
    </w:p>
    <w:p>
      <w:pPr>
        <w:jc w:val="right"/>
      </w:pPr>
      <w:r>
        <w:t>تو اس کی صفائی کے لیے تو یہ خوف خدا بہت ضروری ہے۔</w:t>
      </w:r>
    </w:p>
    <w:p>
      <w:r>
        <w:rPr>
          <w:b/>
        </w:rPr>
        <w:t xml:space="preserve">[10:55] </w:t>
      </w:r>
      <w:r>
        <w:t>jis ko khashiyat kaha gaya hai, khashiyat-e-khudawandi. To khauf Khuda ka matlab hai Khuda se darne ka matlab yeh hai ke har waqt hum jo kaam bhi karein yeh soch kar karein ke hum hum ko Khuda ko</w:t>
      </w:r>
    </w:p>
    <w:p>
      <w:pPr>
        <w:jc w:val="right"/>
      </w:pPr>
      <w:r>
        <w:t>جس کو خشیت کہا گیا ہے، خشیت خداوندی۔ تو خوف خدا کا مطلب ہے خدا سے ڈرنے کا مطلب یہ ہے کہ ہر وقت ہم جو کام بھی کریں یہ سوچ کر کریں کہ ہم ہم کو خدا کو</w:t>
      </w:r>
    </w:p>
    <w:p>
      <w:r>
        <w:rPr>
          <w:b/>
        </w:rPr>
        <w:t xml:space="preserve">[11:11] </w:t>
      </w:r>
      <w:r>
        <w:t>razi rakhna hai. Khuda ki marzi ke mutabiq apni zindagi guzarna hai. Kyunke is duniya mein humein Allah taala ne apne test ke liye bheja hai.</w:t>
      </w:r>
    </w:p>
    <w:p>
      <w:pPr>
        <w:jc w:val="right"/>
      </w:pPr>
      <w:r>
        <w:t>راضی رکھنا ہے۔ خدا کی مرضی کے مطابق اپنی زندگی گزارنا ہے۔ کیونکہ اس دنیا میں ہمیں اللہ تعالی نے اپنے ٹیسٹ کے لیے بھیجا ہے۔</w:t>
      </w:r>
    </w:p>
    <w:p>
      <w:r>
        <w:rPr>
          <w:b/>
        </w:rPr>
        <w:t xml:space="preserve">[11:22] </w:t>
      </w:r>
      <w:r>
        <w:t>yeh hamari yeh duniya hamare liye testing ground hai. To test hum jab dein ge tabhi</w:t>
      </w:r>
    </w:p>
    <w:p>
      <w:pPr>
        <w:jc w:val="right"/>
      </w:pPr>
      <w:r>
        <w:t>یہ ہماری یہ دنیا ہمارے لیے ٹیسٹنگ گراؤنڈ ہے۔ تو ٹیسٹ ہم جب دیں گے تبھی</w:t>
      </w:r>
    </w:p>
    <w:p>
      <w:r>
        <w:rPr>
          <w:b/>
        </w:rPr>
        <w:t xml:space="preserve">[11:29] </w:t>
      </w:r>
      <w:r>
        <w:t>saheeh de sakte hain jab hum Khuda se ta'alluq jode rahein. Khuda se humara Khuda se darein, Khuda se mohabbat karein. To phir humein Khuda ki madad milegi jis ko Quran mein rizq-e-Rabb kaha gaya hai.</w:t>
      </w:r>
    </w:p>
    <w:p>
      <w:pPr>
        <w:jc w:val="right"/>
      </w:pPr>
      <w:r>
        <w:t>صحیح دے سکتے ہیں جب ہم خدا سے تعلق جوڑے رہیں۔ خدا سے ہمارا خدا سے ڈریں، خدا سے محبت کریں۔ تو پھر ہمیں خدا کی مدد ملے گی جس کو قرآن میں رزق رب کہا گیا ہے۔</w:t>
      </w:r>
    </w:p>
    <w:p>
      <w:r>
        <w:rPr>
          <w:b/>
        </w:rPr>
        <w:t xml:space="preserve">[11:45] </w:t>
      </w:r>
      <w:r>
        <w:t>yeh jo Khuda ki madad hai yeh inspiration ki shakal mein aati hai. Kyunke ilham ek hai, ek cheez hoti hai aur ek cheez wahi hoti hai.</w:t>
      </w:r>
    </w:p>
    <w:p>
      <w:pPr>
        <w:jc w:val="right"/>
      </w:pPr>
      <w:r>
        <w:t>یہ جو خدا کی مدد ہے یہ انسپیریشن کی شکل میں آتی ہے۔ کیونکہ الہام ایک ہے، ایک چیز ہوتی ہے اور ایک چیز وحی ہوتی ہے۔</w:t>
      </w:r>
    </w:p>
    <w:p>
      <w:r>
        <w:rPr>
          <w:b/>
        </w:rPr>
        <w:t xml:space="preserve">[11:54] </w:t>
      </w:r>
      <w:r>
        <w:t>wahi to paighambar ko milti hai aur ilham jo hai woh Allah taala farishton ke zariye se</w:t>
      </w:r>
    </w:p>
    <w:p>
      <w:pPr>
        <w:jc w:val="right"/>
      </w:pPr>
      <w:r>
        <w:t>وحی تو پیغمبر کو ملتی ہے اور الہام جو ہے وہ اللہ تعالی فرشتوں کے ذریعے سے</w:t>
      </w:r>
    </w:p>
    <w:p>
      <w:r>
        <w:rPr>
          <w:b/>
        </w:rPr>
        <w:t xml:space="preserve">[12:02] </w:t>
      </w:r>
      <w:r>
        <w:t>insanon ko dete hain taake insaan saheeh raaste par chalta rahe. To us ke liye sufia ne bataya hai ke tauba bohat zaroori hai.</w:t>
      </w:r>
    </w:p>
    <w:p>
      <w:pPr>
        <w:jc w:val="right"/>
      </w:pPr>
      <w:r>
        <w:t>انسانوں کو دیتے ہیں تاکہ انسان صحیح راستے پر چلتا رہے۔ تو اس کے لیے صوفیاء نے بتایا ہے کہ توبہ بہت ضروری ہے۔</w:t>
      </w:r>
    </w:p>
    <w:p>
      <w:r>
        <w:rPr>
          <w:b/>
        </w:rPr>
        <w:t xml:space="preserve">[12:14] </w:t>
      </w:r>
      <w:r>
        <w:t>tauba yani hum har aadmi kuch na kuch ghalti karta hai.</w:t>
      </w:r>
    </w:p>
    <w:p>
      <w:pPr>
        <w:jc w:val="right"/>
      </w:pPr>
      <w:r>
        <w:t>توبہ یعنی ہم ہر آدمی کچھ نہ کچھ غلطی کرتا ہے۔</w:t>
      </w:r>
    </w:p>
    <w:p>
      <w:r>
        <w:rPr>
          <w:b/>
        </w:rPr>
        <w:t xml:space="preserve">[12:20] </w:t>
      </w:r>
      <w:r>
        <w:t>to us ke liye woh sache dil se tauba kare jis ko tauba-tun-nasookh kaha gaya hai. To sache dil se tauba karne se Allah taala us ki tauba qabool karte hain.</w:t>
      </w:r>
    </w:p>
    <w:p>
      <w:pPr>
        <w:jc w:val="right"/>
      </w:pPr>
      <w:r>
        <w:t>تو اس کے لیے وہ سچے دل سے توبہ کرے جس کو توبۃ النسوخ کہا گیا ہے۔ تو سچے دل سے توبہ کرنے سے اللہ تعالی اس کی توبہ قبول کرتے ہیں۔</w:t>
      </w:r>
    </w:p>
    <w:p>
      <w:r>
        <w:rPr>
          <w:b/>
        </w:rPr>
        <w:t xml:space="preserve">[12:32] </w:t>
      </w:r>
      <w:r>
        <w:t>phir tauba qabool karne ke baad phir woh aisa ho jata hai jaise woh abhi abhi</w:t>
      </w:r>
    </w:p>
    <w:p>
      <w:pPr>
        <w:jc w:val="right"/>
      </w:pPr>
      <w:r>
        <w:t>پھر توبہ قبول کرنے کے بعد پھر وہ ایسا ہو جاتا ہے جیسے وہ ابھی ابھی</w:t>
      </w:r>
    </w:p>
    <w:p>
      <w:r>
        <w:rPr>
          <w:b/>
        </w:rPr>
        <w:t xml:space="preserve">[12:38] </w:t>
      </w:r>
      <w:r>
        <w:t>paida hua ho. Bilkul gunah se pak o saaf. To sachi tauba jo hai us par sufia log bohat zyada zor dete rahe hain.</w:t>
      </w:r>
    </w:p>
    <w:p>
      <w:pPr>
        <w:jc w:val="right"/>
      </w:pPr>
      <w:r>
        <w:t>پیدا ہوا ہو۔ بالکل گناہ سے پاک و صاف۔ تو سچی توبہ جو ہے اس پر صوفیاء لوگ بہت زیادہ زور دیتے رہے ہیں۔</w:t>
      </w:r>
    </w:p>
    <w:p>
      <w:r>
        <w:rPr>
          <w:b/>
        </w:rPr>
        <w:t xml:space="preserve">[12:50] </w:t>
      </w:r>
      <w:r>
        <w:t>Rabia Basri kehti hain ke jo jhoot jo</w:t>
      </w:r>
    </w:p>
    <w:p>
      <w:pPr>
        <w:jc w:val="right"/>
      </w:pPr>
      <w:r>
        <w:t>رابعہ بصری کہتی ہیں کہ جو جھوٹ جو</w:t>
      </w:r>
    </w:p>
    <w:p>
      <w:r>
        <w:rPr>
          <w:b/>
        </w:rPr>
        <w:t xml:space="preserve">[12:54] </w:t>
      </w:r>
      <w:r>
        <w:t>zubani tauba yani jis ko aaj kal ke zabaan mein lip service kehte hain, zubani tauba jo hai woh jhoot'on ka kaam hai.</w:t>
      </w:r>
    </w:p>
    <w:p>
      <w:pPr>
        <w:jc w:val="right"/>
      </w:pPr>
      <w:r>
        <w:t>زبانی توبہ یعنی جس کو آج کل کے زبان میں لپ سروس کہتے ہیں، زبانی توبہ جو ہے وہ جھوٹوں کا کام ہے۔</w:t>
      </w:r>
    </w:p>
    <w:p>
      <w:r>
        <w:rPr>
          <w:b/>
        </w:rPr>
        <w:t xml:space="preserve">[13:03] </w:t>
      </w:r>
      <w:r>
        <w:t>to hum ko sache dil se tauba karni chahiye. Tabhi Allah taala us ko qabooliyat bakshein ge.</w:t>
      </w:r>
    </w:p>
    <w:p>
      <w:pPr>
        <w:jc w:val="right"/>
      </w:pPr>
      <w:r>
        <w:t>تو ہم کو سچے دل سے توبہ کرنی چاہیے۔ تبھی اللہ تعالی اس کو قبولیت بخشیں گے۔</w:t>
      </w:r>
    </w:p>
    <w:p>
      <w:r>
        <w:rPr>
          <w:b/>
        </w:rPr>
        <w:t xml:space="preserve">[13:12] </w:t>
      </w:r>
      <w:r>
        <w:t>hasan basri jo tabai thay woh is qadar allah se darte thay ke woh bohat ziyada quran parhte, ibadat karte aur khuda ke huzoor rote, girgirtate thay.</w:t>
      </w:r>
    </w:p>
    <w:p>
      <w:pPr>
        <w:jc w:val="right"/>
      </w:pPr>
      <w:r>
        <w:t>حسن بصری جو تابعی تھے وہ اس قدر اللہ سے ڈرتے تھے کہ وہ بہت زیادہ قرآن پڑھتے، عبادت کرتے اور خدا کے حضور روتے، گڑگڑاتے۔</w:t>
      </w:r>
    </w:p>
    <w:p>
      <w:r>
        <w:rPr>
          <w:b/>
        </w:rPr>
        <w:t xml:space="preserve">[13:25] </w:t>
      </w:r>
      <w:r>
        <w:t>log puchte ke aap to itna gunah kiya, aap gunah karte hain, aap to har waqt ibadat karte hain. to woh kehte ke kya pata hai la ilmi mein mujh se koi gunah ho gaya ho.</w:t>
      </w:r>
    </w:p>
    <w:p>
      <w:pPr>
        <w:jc w:val="right"/>
      </w:pPr>
      <w:r>
        <w:t>لوگ پوچھتے کہ آپ تو اتنا گناہ کیا، آپ گناہ کرتے ہیں، آپ تو ہر وقت عبادت کرتے ہیں۔ تو وہ کہتے کہ کیا پتہ ہے لاعلمی میں مجھ سے کوئی گناہ ہو گیا ہو۔</w:t>
      </w:r>
    </w:p>
    <w:p>
      <w:r>
        <w:rPr>
          <w:b/>
        </w:rPr>
        <w:t xml:space="preserve">[13:35] </w:t>
      </w:r>
      <w:r>
        <w:t>khud rasool allah slw</w:t>
      </w:r>
    </w:p>
    <w:p>
      <w:pPr>
        <w:jc w:val="right"/>
      </w:pPr>
      <w:r>
        <w:t>خود رسول اللہ صلی اللہ علیہ وسلم</w:t>
      </w:r>
    </w:p>
    <w:p>
      <w:r>
        <w:rPr>
          <w:b/>
        </w:rPr>
        <w:t xml:space="preserve">[13:38] </w:t>
      </w:r>
      <w:r>
        <w:t>sattar bar istighfar karte thay. to inka naseehan koi baat aisi ho gayi ho jo allah taala ki marzi ke khilaf ho. to is wajah se hamein kitna ziyada yeh alert hona padega.</w:t>
      </w:r>
    </w:p>
    <w:p>
      <w:pPr>
        <w:jc w:val="right"/>
      </w:pPr>
      <w:r>
        <w:t>ستر بار استغفار کرتے تھے۔ تو انکانسسلی کوئی بات ایسی ہو گئی ہو جو اللہ تعالی کی مرضی کے خلاف ہو۔ تو اس وجہ سے ہمیں کتنا زیادہ یہ الرٹ ہونا پڑے گا۔</w:t>
      </w:r>
    </w:p>
    <w:p>
      <w:r>
        <w:rPr>
          <w:b/>
        </w:rPr>
        <w:t xml:space="preserve">[13:51] </w:t>
      </w:r>
      <w:r>
        <w:t>mohtat hona padega. to hamein</w:t>
      </w:r>
    </w:p>
    <w:p>
      <w:pPr>
        <w:jc w:val="right"/>
      </w:pPr>
      <w:r>
        <w:t>محتاط ہونا پڑے گا۔ تو ہمیں</w:t>
      </w:r>
    </w:p>
    <w:p>
      <w:r>
        <w:rPr>
          <w:b/>
        </w:rPr>
        <w:t xml:space="preserve">[13:57] </w:t>
      </w:r>
      <w:r>
        <w:t>is ke liye hamein apna ego ko crush karna padega. kyunke ego se arrogance aata hai. arrogance se tamam buraiyan aati hain.</w:t>
      </w:r>
    </w:p>
    <w:p>
      <w:pPr>
        <w:jc w:val="right"/>
      </w:pPr>
      <w:r>
        <w:t>اس کے لیے ہمیں اپنا ایگو کو کرش کرنا پڑے گا۔ کیونکہ ایگو سے ایروگنس آتا ہے۔ ایروگنس سے تمام برائیاں آتی ہیں۔</w:t>
      </w:r>
    </w:p>
    <w:p>
      <w:r>
        <w:rPr>
          <w:b/>
        </w:rPr>
        <w:t xml:space="preserve">[14:06] </w:t>
      </w:r>
      <w:r>
        <w:t>to hamein apna arrogance khatam karna hoga aur arrogance sachi toba, apne gunahon ki maafi khuda se mangna. isi se hamara arrogance khatam hota hai.</w:t>
      </w:r>
    </w:p>
    <w:p>
      <w:pPr>
        <w:jc w:val="right"/>
      </w:pPr>
      <w:r>
        <w:t>تو ہمیں اپنا ایروگنس ختم کرنا ہوگا اور ایروگنس سچی توبہ، اپنے گناہوں کی معافی خدا سے مانگنا۔ اسی سے ہمارا ایروگنس ختم ہوتا ہے۔</w:t>
      </w:r>
    </w:p>
    <w:p>
      <w:r>
        <w:rPr>
          <w:b/>
        </w:rPr>
        <w:t xml:space="preserve">[14:16] </w:t>
      </w:r>
      <w:r>
        <w:t>hamare andar modesty aati hai. hum katu size hotay hain.</w:t>
      </w:r>
    </w:p>
    <w:p>
      <w:pPr>
        <w:jc w:val="right"/>
      </w:pPr>
      <w:r>
        <w:t>ہمارے اندر ماڈیسٹی آتی ہے۔ ہم کٹو سائز ہوتے ہیں۔</w:t>
      </w:r>
    </w:p>
    <w:p>
      <w:r>
        <w:rPr>
          <w:b/>
        </w:rPr>
        <w:t xml:space="preserve">[14:21] </w:t>
      </w:r>
      <w:r>
        <w:t>to yeh sab kaam hamein rozana rozana karna hai. kyunke har waqt hamare andar kuch na kuch burai dimagh mein aa jati hai.</w:t>
      </w:r>
    </w:p>
    <w:p>
      <w:pPr>
        <w:jc w:val="right"/>
      </w:pPr>
      <w:r>
        <w:t>تو یہ سب کام ہمیں روزانہ روزانہ کرنا ہے۔ کیونکہ ہر وقت ہمارے اندر کچھ نہ کچھ برائی دماغ میں آ جاتی ہے۔</w:t>
      </w:r>
    </w:p>
    <w:p>
      <w:r>
        <w:rPr>
          <w:b/>
        </w:rPr>
        <w:t xml:space="preserve">[14:31] </w:t>
      </w:r>
      <w:r>
        <w:t>kyunke har waqt shaitan active hai. har waqt hamein behkane ki koshish mein laga rehta hai. to hamein bhi bohat ziyada mohtat rehna hai.</w:t>
      </w:r>
    </w:p>
    <w:p>
      <w:pPr>
        <w:jc w:val="right"/>
      </w:pPr>
      <w:r>
        <w:t>کیونکہ ہر وقت شیطان ایکٹیو ہے۔ ہر وقت ہمیں بہکانے کی کوشش میں لگا رہتا ہے۔ تو ہمیں بھی بہت زیادہ محتاط رہنا ہے۔</w:t>
      </w:r>
    </w:p>
    <w:p>
      <w:r>
        <w:rPr>
          <w:b/>
        </w:rPr>
        <w:t xml:space="preserve">[14:42] </w:t>
      </w:r>
      <w:r>
        <w:t>aur allah ko yaad karte rehna hai. kyunke allah ko yaad karte rehne se shaitan hamein behka nahi payega. to sufia ne spirit par bohat zor diya hai.</w:t>
      </w:r>
    </w:p>
    <w:p>
      <w:pPr>
        <w:jc w:val="right"/>
      </w:pPr>
      <w:r>
        <w:t>اور اللہ کو یاد کرتے رہنا ہے۔ کیونکہ اللہ کو یاد کرتے رہنے سے شیطان ہمیں بہکا نہیں پائے گا۔ تو صوفیاء نے سپرٹ پر بہت زور دیا ہے۔</w:t>
      </w:r>
    </w:p>
    <w:p>
      <w:r>
        <w:rPr>
          <w:b/>
        </w:rPr>
        <w:t xml:space="preserve">[14:57] </w:t>
      </w:r>
      <w:r>
        <w:t>sufia koi alag deen le kar nahi aaye thay.</w:t>
      </w:r>
    </w:p>
    <w:p>
      <w:pPr>
        <w:jc w:val="right"/>
      </w:pPr>
      <w:r>
        <w:t>صوفیاء کوئی الگ دین لے کر نہیں آئے تھے۔</w:t>
      </w:r>
    </w:p>
    <w:p>
      <w:r>
        <w:rPr>
          <w:b/>
        </w:rPr>
        <w:t xml:space="preserve">[15:00] </w:t>
      </w:r>
      <w:r>
        <w:t>balke wohi deen jo rasool allah slw laye thay. is deen ko baad mein aisa hua ke jab bohat ziyada maal o dolat ki farawani ho gayi to log jo hain woh unke andar dunya dari paida ho gayi.</w:t>
      </w:r>
    </w:p>
    <w:p>
      <w:pPr>
        <w:jc w:val="right"/>
      </w:pPr>
      <w:r>
        <w:t>بلکہ وہی دین جو رسول اللہ صلی اللہ علیہ وسلم لائے تھے۔ اس دین کو بعد میں ایسا ہوا کہ جب بہت زیادہ مال و دولت کی فراوانی ہو گئی تو لوگ جو ہیں وہ ان کے اندر دنیا داری پیدا ہو گئی۔</w:t>
      </w:r>
    </w:p>
    <w:p>
      <w:r>
        <w:rPr>
          <w:b/>
        </w:rPr>
        <w:t xml:space="preserve">[15:17] </w:t>
      </w:r>
      <w:r>
        <w:t>dunya dari hone ki wajah se woh</w:t>
      </w:r>
    </w:p>
    <w:p>
      <w:pPr>
        <w:jc w:val="right"/>
      </w:pPr>
      <w:r>
        <w:t>دنیا داری ہونے کی وجہ سے وہ</w:t>
      </w:r>
    </w:p>
    <w:p>
      <w:r>
        <w:rPr>
          <w:b/>
        </w:rPr>
        <w:t xml:space="preserve">[15:20] </w:t>
      </w:r>
      <w:r>
        <w:t>deen ki spirit unke andar na rahi. namaz roza to woh karte rahe. namaz roze mein aaj bhi koi kami nahi aayi hai. lekin deen ki spirit mein kami aayi hai.</w:t>
      </w:r>
    </w:p>
    <w:p>
      <w:pPr>
        <w:jc w:val="right"/>
      </w:pPr>
      <w:r>
        <w:t>دین کی سپرٹ ان کے اندر نہ رہی۔ نماز روزہ تو وہ کرتے رہے۔ نماز روزے میں آج بھی کوئی کمی نہیں آئی ہے۔ لیکن دین کی سپرٹ میں کمی آئی ہے۔</w:t>
      </w:r>
    </w:p>
    <w:p>
      <w:r>
        <w:rPr>
          <w:b/>
        </w:rPr>
        <w:t xml:space="preserve">[15:30] </w:t>
      </w:r>
      <w:r>
        <w:t>to in deen ki spirit samajh lijiye ke sufia jo hain woh</w:t>
      </w:r>
    </w:p>
    <w:p>
      <w:pPr>
        <w:jc w:val="right"/>
      </w:pPr>
      <w:r>
        <w:t>تو ان دین کی سپرٹ سمجھ لیجئے کہ صوفیاء جو ہیں وہ</w:t>
      </w:r>
    </w:p>
    <w:p>
      <w:r>
        <w:rPr>
          <w:b/>
        </w:rPr>
        <w:t xml:space="preserve">[15:36] </w:t>
      </w:r>
      <w:r>
        <w:t>reformers thay. to unhon ne reform karne ki koshish ki. woh naya deen nahi le kar aaye. jo deen woh ho raha tha.</w:t>
      </w:r>
    </w:p>
    <w:p>
      <w:pPr>
        <w:jc w:val="right"/>
      </w:pPr>
      <w:r>
        <w:t>ریفارمرز تھے۔ تو انہوں نے ریفارم کرنے کی کوشش کی۔ وہ نیا دین نہیں لے کر آئے۔ جو دین وہ ہو رہا تھا۔</w:t>
      </w:r>
    </w:p>
    <w:p>
      <w:r>
        <w:rPr>
          <w:b/>
        </w:rPr>
        <w:t xml:space="preserve">[15:47] </w:t>
      </w:r>
      <w:r>
        <w:t>jis deen mein is ki spirit ki kami ho rahi thi. to woh spirit unhon ne paida karne ki koshish ki.</w:t>
      </w:r>
    </w:p>
    <w:p>
      <w:pPr>
        <w:jc w:val="right"/>
      </w:pPr>
      <w:r>
        <w:t>جس دین میں اس کی سپرٹ کی کمی ہو رہی تھی۔ تو وہ سپرٹ انہوں نے پیدا کرنے کی کوشش کی۔</w:t>
      </w:r>
    </w:p>
    <w:p>
      <w:r>
        <w:rPr>
          <w:b/>
        </w:rPr>
        <w:t xml:space="preserve">[15:56] </w:t>
      </w:r>
      <w:r>
        <w:t>to isi wajah se unhon ne khas tor par namaz ke jaise ek zahir hai, ek batin hai. yani ek form hai, ek spirit hai.</w:t>
      </w:r>
    </w:p>
    <w:p>
      <w:pPr>
        <w:jc w:val="right"/>
      </w:pPr>
      <w:r>
        <w:t>تو اسی وجہ سے انہوں نے خاص طور پر نماز کے جیسے ایک ظاہر ہے، ایک باطن ہے۔ یعنی ایک فارم ہے، ایک سپرٹ ہے۔</w:t>
      </w:r>
    </w:p>
    <w:p>
      <w:r>
        <w:rPr>
          <w:b/>
        </w:rPr>
        <w:t xml:space="preserve">[16:07] </w:t>
      </w:r>
      <w:r>
        <w:t>to unhon ne spirit par bohat ziyada zor diya. main yahan tak ke ek bar</w:t>
      </w:r>
    </w:p>
    <w:p>
      <w:pPr>
        <w:jc w:val="right"/>
      </w:pPr>
      <w:r>
        <w:t>تو انہوں نے سپرٹ پر بہت زیادہ زور دیا۔ میں یہاں تک کہ ایک بار</w:t>
      </w:r>
    </w:p>
    <w:p>
      <w:r>
        <w:rPr>
          <w:b/>
        </w:rPr>
        <w:t xml:space="preserve">[16:13] </w:t>
      </w:r>
      <w:r>
        <w:t>rasool allah slw ke zamane mein ek sahabi aaye aur unhon ne namaz parhi masjid nabwi mein jahan ke khud rasool allah slw mojood thay.</w:t>
      </w:r>
    </w:p>
    <w:p>
      <w:pPr>
        <w:jc w:val="right"/>
      </w:pPr>
      <w:r>
        <w:t>رسول اللہ صلی اللہ علیہ وسلم کے زمانے میں ایک صحابی آئے اور انہوں نے نماز پڑھی مسجد نبوی میں جہاں کہ خود رسول اللہ صلی اللہ علیہ وسلم موجود تھے۔</w:t>
      </w:r>
    </w:p>
    <w:p>
      <w:r>
        <w:rPr>
          <w:b/>
        </w:rPr>
        <w:t xml:space="preserve">[16:27] </w:t>
      </w:r>
      <w:r>
        <w:t>namaz parh kar jab rasool allah slw ke paas aaye to rasool allah ne kaha jao tum dobara namaz parho. kyunke tumhari namaz nahi hui.</w:t>
      </w:r>
    </w:p>
    <w:p>
      <w:pPr>
        <w:jc w:val="right"/>
      </w:pPr>
      <w:r>
        <w:t>نماز پڑھ کر جب رسول اللہ صلی اللہ علیہ وسلم کے پاس آئے تو رسول اللہ نے کہا جاؤ تم دوبارہ نماز پڑھو۔ کیونکہ تمہاری نماز نہیں ہوئی۔</w:t>
      </w:r>
    </w:p>
    <w:p>
      <w:r>
        <w:rPr>
          <w:b/>
        </w:rPr>
        <w:t xml:space="preserve">[16:36] </w:t>
      </w:r>
      <w:r>
        <w:t>ab aap soch sakte hain ke ek sahabi masjid nabwi mein namaz, rasool allah wahan mojood hain. phir bhi namaz dobara parhwaya aap ne.</w:t>
      </w:r>
    </w:p>
    <w:p>
      <w:pPr>
        <w:jc w:val="right"/>
      </w:pPr>
      <w:r>
        <w:t>اب آپ سوچ سکتے ہیں کہ ایک صحابی مسجد نبوی میں نماز، رسول اللہ وہاں موجود ہیں۔ پھر بھی نماز دوبارہ پڑھوایا آپ نے۔</w:t>
      </w:r>
    </w:p>
    <w:p>
      <w:r>
        <w:rPr>
          <w:b/>
        </w:rPr>
        <w:t xml:space="preserve">[16:46] </w:t>
      </w:r>
      <w:r>
        <w:t>to aisa kyun hua? kyunke unhon ne jaldi jaldi namaz padh li thi. namaz ke ke jo khushu o khuzu ke sath namaz</w:t>
      </w:r>
    </w:p>
    <w:p>
      <w:pPr>
        <w:jc w:val="right"/>
      </w:pPr>
      <w:r>
        <w:t>تو ایسا کیوں ہوا؟ کیونکہ انہوں نے جلدی جلدی نماز پڑھ لی تھی۔ نماز کے کے جو خشوع و خضوع کے ساتھ نماز</w:t>
      </w:r>
    </w:p>
    <w:p>
      <w:r>
        <w:rPr>
          <w:b/>
        </w:rPr>
        <w:t xml:space="preserve">[16:55] </w:t>
      </w:r>
      <w:r>
        <w:t>parhni chahiye tabhi allah taala ke haan woh namaz qabool hogi. to is wajah se rasool allah slw ne dobara un ko namaz parhwai.</w:t>
      </w:r>
    </w:p>
    <w:p>
      <w:pPr>
        <w:jc w:val="right"/>
      </w:pPr>
      <w:r>
        <w:t>پڑھنی چاہیے تبھی اللہ تعالی کے ہاں وہ نماز قبول ہوگی۔ تو اس وجہ سے رسول اللہ صلی اللہ علیہ وسلم نے دوبارہ ان کو نماز پڑھوائی۔</w:t>
      </w:r>
    </w:p>
    <w:p>
      <w:r>
        <w:rPr>
          <w:b/>
        </w:rPr>
        <w:t xml:space="preserve">[17:04] </w:t>
      </w:r>
      <w:r>
        <w:t>ab aap samajh sakte hain ke aaj hamari namaz ko kitna zyada zaroori hai ke hum</w:t>
      </w:r>
    </w:p>
    <w:p>
      <w:pPr>
        <w:jc w:val="right"/>
      </w:pPr>
      <w:r>
        <w:t>اب آپ سمجھ سکتے ہیں کہ آج ہماری نماز کو کتنا زیادہ ضروری ہے کہ ہم</w:t>
      </w:r>
    </w:p>
    <w:p>
      <w:r>
        <w:rPr>
          <w:b/>
        </w:rPr>
        <w:t xml:space="preserve">[17:12] </w:t>
      </w:r>
      <w:r>
        <w:t>spirit wali namaz parhein. aur yeh sab cheezein hum yaad rakhein. rasool Allah sal Allah alaihi wasallam ki namazein yaad rakhein.</w:t>
      </w:r>
    </w:p>
    <w:p>
      <w:pPr>
        <w:jc w:val="right"/>
      </w:pPr>
      <w:r>
        <w:t>سپرٹ والی نماز پڑھیں۔ اور یہ سب چیزیں ہم یاد رکھیں۔ رسول اللہ صلی اللہ علیہ وسلم کی نمازیں یاد رکھیں۔</w:t>
      </w:r>
    </w:p>
    <w:p>
      <w:r>
        <w:rPr>
          <w:b/>
        </w:rPr>
        <w:t xml:space="preserve">[17:20] </w:t>
      </w:r>
      <w:r>
        <w:t>sahaba ki namazein yaad rakhein. aur sufiya ne jo hum hum logon ko bataya ke spirit wali deen is ko hum yaad rakhein.</w:t>
      </w:r>
    </w:p>
    <w:p>
      <w:pPr>
        <w:jc w:val="right"/>
      </w:pPr>
      <w:r>
        <w:t>صحابہ کی نمازیں یاد رکھیں۔ اور صوفیاء نے جو ہم ہم لوگوں کو بتایا کہ سپرٹ والی دین اس کو ہم یاد رکھیں۔</w:t>
      </w:r>
    </w:p>
    <w:p>
      <w:r>
        <w:rPr>
          <w:b/>
        </w:rPr>
        <w:t xml:space="preserve">[17:31] </w:t>
      </w:r>
      <w:r>
        <w:t>isi tareeqe se roza hai. roza sirf bhook pyas, bhooke pyase rehne ka naam nahi hai. balkeh roza taqwa ka naam hai.</w:t>
      </w:r>
    </w:p>
    <w:p>
      <w:pPr>
        <w:jc w:val="right"/>
      </w:pPr>
      <w:r>
        <w:t>اسی طریقے سے روزہ ہے۔ روزہ صرف بھوک پیاس، بھوکے پیاسے رہنے کا نام نہیں ہے۔ بلکہ روزہ تقویٰ کا نام ہے۔</w:t>
      </w:r>
    </w:p>
    <w:p>
      <w:r>
        <w:rPr>
          <w:b/>
        </w:rPr>
        <w:t xml:space="preserve">[17:40] </w:t>
      </w:r>
      <w:r>
        <w:t>quran mein aaya: "la'allakum tattaqoon". to jab taqwa ka matlab hai ke Allah taala se</w:t>
      </w:r>
    </w:p>
    <w:p>
      <w:pPr>
        <w:jc w:val="right"/>
      </w:pPr>
      <w:r>
        <w:t>قرآن میں آیا: "لَا أَلَّكُمْ تَتَّقُونَ"۔ تو جب تقویٰ کا مطلب ہے کہ اللہ تعالی سے</w:t>
      </w:r>
    </w:p>
    <w:p>
      <w:r>
        <w:rPr>
          <w:b/>
        </w:rPr>
        <w:t xml:space="preserve">[17:47] </w:t>
      </w:r>
      <w:r>
        <w:t>se dar, khauf, Allah taala ki marzi ke mutabiq har waqt sochte rehna, Allah ki kya marzi hai. har kaam Allah se dar ke karna.</w:t>
      </w:r>
    </w:p>
    <w:p>
      <w:pPr>
        <w:jc w:val="right"/>
      </w:pPr>
      <w:r>
        <w:t>سے ڈر، خوف، اللہ تعالی کی مرضی کے مطابق ہر وقت سوچتے رہنا، اللہ کی کیا مرضی ہے۔ ہر کام اللہ سے ڈر کے کرنا۔</w:t>
      </w:r>
    </w:p>
    <w:p>
      <w:r>
        <w:rPr>
          <w:b/>
        </w:rPr>
        <w:t xml:space="preserve">[17:57] </w:t>
      </w:r>
      <w:r>
        <w:t>to yeh hai taqwa. to Allah taala ko kya bhook pyas se kya lena hai? Allah taala ke paas to kisi cheez ki kami hai nahi. to Allah taala ko asal mein taqwa murad hai.</w:t>
      </w:r>
    </w:p>
    <w:p>
      <w:pPr>
        <w:jc w:val="right"/>
      </w:pPr>
      <w:r>
        <w:t>تو یہ ہے تقویٰ۔ تو اللہ تعالی کو کیا بھوک پیاس سے کیا لینا ہے؟ اللہ تعالی کے پاس تو کسی چیز کی کمی ہے نہیں۔ تو اللہ تعالی کو اصل میں تقویٰ مراد ہے۔</w:t>
      </w:r>
    </w:p>
    <w:p>
      <w:r>
        <w:rPr>
          <w:b/>
        </w:rPr>
        <w:t xml:space="preserve">[18:08] </w:t>
      </w:r>
      <w:r>
        <w:t>taqwa hamare andar in ibadat se hamare andar taqwa paida hona chahiye. to sufiya ne zuhd par bhi bohat zor diya.</w:t>
      </w:r>
    </w:p>
    <w:p>
      <w:pPr>
        <w:jc w:val="right"/>
      </w:pPr>
      <w:r>
        <w:t>تقویٰ ہمارے اندر ان عبادات سے ہمارے اندر تقویٰ پیدا ہونا چاہیے۔ تو صوفیاء نے زہد پر بھی بہت زور دیا۔</w:t>
      </w:r>
    </w:p>
    <w:p>
      <w:r>
        <w:rPr>
          <w:b/>
        </w:rPr>
        <w:t xml:space="preserve">[18:18] </w:t>
      </w:r>
      <w:r>
        <w:t>zuhd kehte hain dunya se be raghbati. to dunya se be raghbati bohat be inteha zaroori hai. kyunke Allah taala ne</w:t>
      </w:r>
    </w:p>
    <w:p>
      <w:pPr>
        <w:jc w:val="right"/>
      </w:pPr>
      <w:r>
        <w:t>زہد کہتے ہیں دنیا سے بے رغبتی۔ تو دنیا سے بے رغبتی بہت بے انتہا ضروری ہے۔ کیونکہ اللہ تعالی نے</w:t>
      </w:r>
    </w:p>
    <w:p>
      <w:r>
        <w:rPr>
          <w:b/>
        </w:rPr>
        <w:t xml:space="preserve">[18:27] </w:t>
      </w:r>
      <w:r>
        <w:t>do dil nahi banaye. ek mein hai ke Allah taala ne insan ke andar do dil nahi banaye hain. to dil kabhi aisa nahi hota dil o dimaagh insan ka ke do cheezon par equally focus kare.</w:t>
      </w:r>
    </w:p>
    <w:p>
      <w:pPr>
        <w:jc w:val="right"/>
      </w:pPr>
      <w:r>
        <w:t>دو دل نہیں بنائے۔ ایک میں ہے کہ اللہ تعالی نے انسان کے اندر دو دل نہیں بنائے ہیں۔ تو دل کبھی ایسا نہیں ہوتا دل و دماغ انسان کا کہ دو چیزوں پر ایکولی فوکس کرے۔</w:t>
      </w:r>
    </w:p>
    <w:p>
      <w:r>
        <w:rPr>
          <w:b/>
        </w:rPr>
        <w:t xml:space="preserve">[18:40] </w:t>
      </w:r>
      <w:r>
        <w:t>agar woh dunya par focus karega to deen is ka oujhal ho jayega. agar deen par focus karega to dunya mein woh poore tareeqe se concentrate nahi kar payega.</w:t>
      </w:r>
    </w:p>
    <w:p>
      <w:pPr>
        <w:jc w:val="right"/>
      </w:pPr>
      <w:r>
        <w:t>اگر وہ دنیا پر فوکس کرے گا تو دین اس کا اوجھل ہو جائے گا۔ اگر دین پر فوکس کرے گا تو دنیا میں وہ پورے طریقے سے کنسنٹریٹ نہیں کر پائے گا۔</w:t>
      </w:r>
    </w:p>
    <w:p>
      <w:r>
        <w:rPr>
          <w:b/>
        </w:rPr>
        <w:t xml:space="preserve">[18:51] </w:t>
      </w:r>
      <w:r>
        <w:t>to is wajah se hamein be inteha is is ki koshish karna hai ke hum deen par focus karein. aur apne andar simple living ki ki quality paida karein.</w:t>
      </w:r>
    </w:p>
    <w:p>
      <w:pPr>
        <w:jc w:val="right"/>
      </w:pPr>
      <w:r>
        <w:t>تو اس وجہ سے ہمیں بے انتہا اس اس کی کوشش کرنا ہے کہ ہم دین پر فوکس کریں۔ اور اپنے اندر سمپل لیونگ کی کی کوالٹی پیدا کریں۔</w:t>
      </w:r>
    </w:p>
    <w:p>
      <w:r>
        <w:rPr>
          <w:b/>
        </w:rPr>
        <w:t xml:space="preserve">[19:06] </w:t>
      </w:r>
      <w:r>
        <w:t>kyunke agar hum ne apne andar yeh quality paida nahi ki to hum kabhi bhi</w:t>
      </w:r>
    </w:p>
    <w:p>
      <w:pPr>
        <w:jc w:val="right"/>
      </w:pPr>
      <w:r>
        <w:t>کیونکہ اگر ہم نے اپنے اندر یہ کوالٹی پیدا نہیں کی تو ہم کبھی بھی</w:t>
      </w:r>
    </w:p>
    <w:p>
      <w:r>
        <w:rPr>
          <w:b/>
        </w:rPr>
        <w:t xml:space="preserve">[19:11] </w:t>
      </w:r>
      <w:r>
        <w:t>poore tareeqe se deen par nahi chal payenge. kyunke phir to dunya mein hi lage rahenge. dunya bohat attractive hai. to dunya mein phir hum phans kar reh jayenge.</w:t>
      </w:r>
    </w:p>
    <w:p>
      <w:pPr>
        <w:jc w:val="right"/>
      </w:pPr>
      <w:r>
        <w:t>پورے طریقے سے دین پر نہیں چل پائیں گے۔ کیونکہ پھر تو دنیا میں ہی لگے رہیں گے۔ دنیا بہت اٹریکٹو ہے۔ تو دنیا میں پھر ہم پھنس کر رہ جائیں گے۔</w:t>
      </w:r>
    </w:p>
    <w:p>
      <w:r>
        <w:rPr>
          <w:b/>
        </w:rPr>
        <w:t xml:space="preserve">[19:29] </w:t>
      </w:r>
      <w:r>
        <w:t>ek hadith hai ke tum dunya ke bare mein asal mein aisa hai ke ek sahabi ne aa ke poocha ke main kya karoon ke log mujh se mohabbat karein.</w:t>
      </w:r>
    </w:p>
    <w:p>
      <w:pPr>
        <w:jc w:val="right"/>
      </w:pPr>
      <w:r>
        <w:t>ایک حدیث ہے کہ تم دنیا کے بارے میں اصل میں ایسا ہے کہ ایک صحابی نے آ کے پوچھا کہ میں کیا کروں کہ لوگ مجھ سے محبت کریں۔</w:t>
      </w:r>
    </w:p>
    <w:p>
      <w:r>
        <w:rPr>
          <w:b/>
        </w:rPr>
        <w:t xml:space="preserve">[19:40] </w:t>
      </w:r>
      <w:r>
        <w:t>to rasool Allah sal Allah alaihi wasallam ne farmaya ke tum dunya ke bare mein be raghbat ho jao to tum se</w:t>
      </w:r>
    </w:p>
    <w:p>
      <w:pPr>
        <w:jc w:val="right"/>
      </w:pPr>
      <w:r>
        <w:t>تو رسول اللہ صلی اللہ علیہ وسلم نے فرمایا کہ تم دنیا کے بارے میں بے رغبت ہو جاؤ تو تم سے</w:t>
      </w:r>
    </w:p>
    <w:p>
      <w:r>
        <w:rPr>
          <w:b/>
        </w:rPr>
        <w:t xml:space="preserve">[19:49] </w:t>
      </w:r>
      <w:r>
        <w:t>Allah mohabbat karega. aur logon ke paas jo kuch hai tum us se be raghbat ho jao to log tum se mohabbat karenge. to isi mein hamari bhalai hai dunya ki bhi aur akhirat ki bhi.</w:t>
      </w:r>
    </w:p>
    <w:p>
      <w:pPr>
        <w:jc w:val="right"/>
      </w:pPr>
      <w:r>
        <w:t>اللہ محبت کرے گا۔ اور لوگوں کے پاس جو کچھ ہے تم اس سے بے رغبت ہو جاؤ تو لوگ تم سے محبت کریں گے۔ تو اسی میں ہماری بھلائی ہے دنیا کی بھی اور آخرت کی بھی۔</w:t>
      </w:r>
    </w:p>
    <w:p>
      <w:r>
        <w:rPr>
          <w:b/>
        </w:rPr>
        <w:t xml:space="preserve">[20:05] </w:t>
      </w:r>
      <w:r>
        <w:t>rabia basri ne kaha ke main Khuda ki mohabbat kisi jaza ya inaam ki khatir nahi karti. balkeh sirf is liye karti hoon ke mujhe Allah ki mohabbat hasil ho.</w:t>
      </w:r>
    </w:p>
    <w:p>
      <w:pPr>
        <w:jc w:val="right"/>
      </w:pPr>
      <w:r>
        <w:t>رابعہ بصری نے کہا کہ میں خدا کی محبت کسی جزا یا انعام کی خاطر نہیں کرتی۔ بلکہ صرف اس لیے کرتی ہوں کہ مجھے اللہ کی محبت حاصل ہو۔</w:t>
      </w:r>
    </w:p>
    <w:p>
      <w:r>
        <w:rPr>
          <w:b/>
        </w:rPr>
        <w:t xml:space="preserve">[20:20] </w:t>
      </w:r>
      <w:r>
        <w:t>wo kehti thi main jannat ke liye bhi nahi</w:t>
      </w:r>
    </w:p>
    <w:p>
      <w:pPr>
        <w:jc w:val="right"/>
      </w:pPr>
      <w:r>
        <w:t>وہ کہتی تھی میں جنت کے لیے بھی نہیں</w:t>
      </w:r>
    </w:p>
    <w:p>
      <w:r>
        <w:rPr>
          <w:b/>
        </w:rPr>
        <w:t xml:space="preserve">[20:22] </w:t>
      </w:r>
      <w:r>
        <w:t>mohabbat Allah ki ibadat karti. balkeh mujhe sirf Khuda ki raza chahiye. sirf Khuda ki mohabbat mujhe chahiye. to hum ko Khuda se taluq qaim karna hai.</w:t>
      </w:r>
    </w:p>
    <w:p>
      <w:pPr>
        <w:jc w:val="right"/>
      </w:pPr>
      <w:r>
        <w:t>محبت اللہ کی عبادت کرتی۔ بلکہ مجھے صرف خدا کی رضا چاہیے۔ صرف خدا کی محبت مجھے چاہیے۔ تو ہم کو خدا سے تعلق قائم کرنا ہے۔</w:t>
      </w:r>
    </w:p>
    <w:p>
      <w:r>
        <w:rPr>
          <w:b/>
        </w:rPr>
        <w:t xml:space="preserve">[20:34] </w:t>
      </w:r>
      <w:r>
        <w:t>isi mein hamari dunya ka bhi bhala hai. isi mein akhirat ka bhi bhala hai.</w:t>
      </w:r>
    </w:p>
    <w:p>
      <w:pPr>
        <w:jc w:val="right"/>
      </w:pPr>
      <w:r>
        <w:t>اسی میں ہماری دنیا کا بھی بھلا ہے۔ اسی میں آخرت کا بھی بھلا ہے۔</w:t>
      </w:r>
    </w:p>
    <w:p>
      <w:r>
        <w:rPr>
          <w:b/>
        </w:rPr>
        <w:t xml:space="preserve">[20:42] </w:t>
      </w:r>
      <w:r>
        <w:t>to sufiya akhlaq par bohat zyada zor dete the. kyunke jab hamara tazkiya nafs hoga to isi ke sath sath hamara akhlaq bhi durust hoga.</w:t>
      </w:r>
    </w:p>
    <w:p>
      <w:pPr>
        <w:jc w:val="right"/>
      </w:pPr>
      <w:r>
        <w:t>تو صوفیاء اخلاق پر بہت زیادہ زور دیتے تھے۔ کیونکہ جب ہمارا تزکیہ نفس ہوگا تو اسی کے ساتھ ساتھ ہمارا اخلاق بھی درست ہوگا۔</w:t>
      </w:r>
    </w:p>
    <w:p>
      <w:r>
        <w:rPr>
          <w:b/>
        </w:rPr>
        <w:t xml:space="preserve">[20:55] </w:t>
      </w:r>
      <w:r>
        <w:t>rasool Allah sal Allah alaihi wasallam ki ek hadith hai</w:t>
      </w:r>
    </w:p>
    <w:p>
      <w:pPr>
        <w:jc w:val="right"/>
      </w:pPr>
      <w:r>
        <w:t>رسول اللہ صلی اللہ علیہ وسلم کی ایک حدیث ہے</w:t>
      </w:r>
    </w:p>
    <w:p>
      <w:r>
        <w:rPr>
          <w:b/>
        </w:rPr>
        <w:t xml:space="preserve">[20:58] </w:t>
      </w:r>
      <w:r>
        <w:t>ke insan ke jism ke andar ek gosht ka ek tukra hai. jab woh kharab ho jata hai, ganda ho jata hai to poora jism ganda ho jata hai.</w:t>
      </w:r>
    </w:p>
    <w:p>
      <w:pPr>
        <w:jc w:val="right"/>
      </w:pPr>
      <w:r>
        <w:t>کہ انسان کے جسم کے اندر ایک گوشت کا ایک ٹکڑا ہے۔ جب وہ خراب ہو جاتا ہے، گندا ہو جاتا ہے تو پورا جسم گندا ہو جاتا ہے۔</w:t>
      </w:r>
    </w:p>
    <w:p>
      <w:r>
        <w:rPr>
          <w:b/>
        </w:rPr>
        <w:t xml:space="preserve">[21:11] </w:t>
      </w:r>
      <w:r>
        <w:t>to hamein apne apne andar yeh dekhte rehna hai ke koi cheez aisi</w:t>
      </w:r>
    </w:p>
    <w:p>
      <w:pPr>
        <w:jc w:val="right"/>
      </w:pPr>
      <w:r>
        <w:t>تو ہمیں اپنے اپنے اندر یہ دیکھتے رہنا ہے کہ کوئی چیز ایسی</w:t>
      </w:r>
    </w:p>
    <w:p>
      <w:r>
        <w:rPr>
          <w:b/>
        </w:rPr>
        <w:t xml:space="preserve">[21:17] </w:t>
      </w:r>
      <w:r>
        <w:t>kharab, ghalat, morali koi cheez ghalat hamare andar dakhil na ho jaye. Isi liye toba ki jati hai ke hamare andar koi cheez ghalat dakhil ho gayi to wo ghalat is mein dil mein baithti rahe gi, baithti rahe gi.</w:t>
      </w:r>
    </w:p>
    <w:p>
      <w:pPr>
        <w:jc w:val="right"/>
      </w:pPr>
      <w:r>
        <w:t>خراب، غلط، مورلی کوئی چیز غلط ہمارے اندر داخل نہ ہو جائے۔ اسی لیے توبہ کی جاتی ہے کہ ہمارے اندر کوئی چیز غلط داخل ہو گئی تو وہ غلط اس میں دل میں بیٹھتی رہے گی، بیٹھتی رہے گی۔</w:t>
      </w:r>
    </w:p>
    <w:p>
      <w:r>
        <w:rPr>
          <w:b/>
        </w:rPr>
        <w:t xml:space="preserve">[21:33] </w:t>
      </w:r>
      <w:r>
        <w:t>to dheere dheere kya hota hai ke phir wo unconscious mind mein cheez chali jati hai. Phir hum unconscious mind se hum govern hone lagte hain. To hum is ko phir durust bhi nahi kar paate.</w:t>
      </w:r>
    </w:p>
    <w:p>
      <w:pPr>
        <w:jc w:val="right"/>
      </w:pPr>
      <w:r>
        <w:t>تو دھیرے دھیرے کیا ہوتا ہے کہ پھر وہ انکانسس مائنڈ میں چیز چلی جاتی ہے۔ پھر ہم انکانسس مائنڈ سے ہم گورن ہونے لگتے ہیں۔ تو ہم اس کو پھر درست بھی نہیں کر پاتے۔</w:t>
      </w:r>
    </w:p>
    <w:p>
      <w:r>
        <w:rPr>
          <w:b/>
        </w:rPr>
        <w:t xml:space="preserve">[21:45] </w:t>
      </w:r>
      <w:r>
        <w:t>kyun ke hum durust jab hi kar payenge jab wo conscious mind mein hai. Isi waqt hum is ko der and then is ko khatam kar dein. To humein jab sachay dil se jab hum toba karenge, apne gunahon ki maafi mangenge.</w:t>
      </w:r>
    </w:p>
    <w:p>
      <w:pPr>
        <w:jc w:val="right"/>
      </w:pPr>
      <w:r>
        <w:t>کیونکہ ہم درست جب ہی کر پائیں گے جب وہ کانسشیس مائنڈ میں ہے۔ اسی وقت ہم اس کو دیر اینڈ دین اس کو ختم کر دیں۔ تو ہمیں جب سچے دل سے جب ہم توبہ کریں گے، اپنے گناہوں کی معافی مانگیں گے۔</w:t>
      </w:r>
    </w:p>
    <w:p>
      <w:r>
        <w:rPr>
          <w:b/>
        </w:rPr>
        <w:t xml:space="preserve">[21:59] </w:t>
      </w:r>
      <w:r>
        <w:t>agar hum ne kisi ke sath kuch ghalat kiya hai to hum is se maafi mangenge. Aur is ke liye dua karenge, logon ke sath khair khwahi karenge.</w:t>
      </w:r>
    </w:p>
    <w:p>
      <w:pPr>
        <w:jc w:val="right"/>
      </w:pPr>
      <w:r>
        <w:t>اگر ہم نے کسی کے ساتھ کچھ غلط کیا ہے تو ہم اس سے معافی مانگیں گے۔ اور اس کے لیے دعا کریں گے، لوگوں کے ساتھ خیر خواہی کریں گے۔</w:t>
      </w:r>
    </w:p>
    <w:p>
      <w:r>
        <w:rPr>
          <w:b/>
        </w:rPr>
        <w:t xml:space="preserve">[22:09] </w:t>
      </w:r>
      <w:r>
        <w:t>tab hum apne aap ko,</w:t>
      </w:r>
    </w:p>
    <w:p>
      <w:pPr>
        <w:jc w:val="right"/>
      </w:pPr>
      <w:r>
        <w:t>تب ہم اپنے آپ کو،</w:t>
      </w:r>
    </w:p>
    <w:p>
      <w:r>
        <w:rPr>
          <w:b/>
        </w:rPr>
        <w:t xml:space="preserve">[22:11] </w:t>
      </w:r>
      <w:r>
        <w:t>apni jo hai, apne ko durust rakhenge, apne andar jo moral jo weaknesses hain us se hum apne aap ko door rakhenge.</w:t>
      </w:r>
    </w:p>
    <w:p>
      <w:pPr>
        <w:jc w:val="right"/>
      </w:pPr>
      <w:r>
        <w:t>اپنی جو ہے، اپنے کو درست رکھیں گے، اپنے اندر جو مورل جو ویکنسز ہیں اس سے ہم اپنے آپ کو دور رکھیں گے۔</w:t>
      </w:r>
    </w:p>
    <w:p>
      <w:r>
        <w:rPr>
          <w:b/>
        </w:rPr>
        <w:t xml:space="preserve">[22:23] </w:t>
      </w:r>
      <w:r>
        <w:t>to kis tareeqay se hamare andar spiritual development, isi tareeqay se hamare andar spiritual development hoga.</w:t>
      </w:r>
    </w:p>
    <w:p>
      <w:pPr>
        <w:jc w:val="right"/>
      </w:pPr>
      <w:r>
        <w:t>تو کس طریقے سے ہمارے اندر سپریچول ڈیویلپمنٹ، اسی طریقے سے ہمارے اندر سپریچول ڈیویلپمنٹ ہوگا۔</w:t>
      </w:r>
    </w:p>
    <w:p>
      <w:r>
        <w:rPr>
          <w:b/>
        </w:rPr>
        <w:t xml:space="preserve">[22:33] </w:t>
      </w:r>
      <w:r>
        <w:t>hamara intellectual development hoga. Phir is ke baad wo sari cheezein hamare akhlaq mein reflect hongi. Ek kaha kehte hain ke ek bar Hazrat Umar kahin ja rahe the to ek charwaha tha, wo bohat sare jan bakri aur bhed waghera chura raha tha.</w:t>
      </w:r>
    </w:p>
    <w:p>
      <w:pPr>
        <w:jc w:val="right"/>
      </w:pPr>
      <w:r>
        <w:t>ہمارا انٹلیکچول ڈیویلپمنٹ ہوگا۔ پھر اس کے بعد وہ ساری چیزیں ہمارے اخلاق میں ریفلیکٹ ہوں گی۔ ایک کہا کہتے ہیں کہ ایک بار حضرت عمر کہیں جا رہے تھے تو ایک چرواہا تھا، وہ بہت سارے جان بکری اور بھیڑ وغیرہ چرا رہا تھا۔</w:t>
      </w:r>
    </w:p>
    <w:p>
      <w:r>
        <w:rPr>
          <w:b/>
        </w:rPr>
        <w:t xml:space="preserve">[22:51] </w:t>
      </w:r>
      <w:r>
        <w:t>to Hazrat Umar ne is ko test karne ke liye is se kaha ke ek bakri ya bhed humein de do. To is ne kaha nahi, main to nahi dunga, ye main is ka malik nahi hoon.</w:t>
      </w:r>
    </w:p>
    <w:p>
      <w:pPr>
        <w:jc w:val="right"/>
      </w:pPr>
      <w:r>
        <w:t>تو حضرت عمر نے اس کو ٹیسٹ کرنے کے لیے اس سے کہا کہ ایک بکری یا بھیڑ ہمیں دے دو۔ تو اس نے کہا نہیں، میں تو نہیں دوں گا، یہ میں اس کا مالک نہیں ہوں۔</w:t>
      </w:r>
    </w:p>
    <w:p>
      <w:r>
        <w:rPr>
          <w:b/>
        </w:rPr>
        <w:t xml:space="preserve">[23:04] </w:t>
      </w:r>
      <w:r>
        <w:t>to Hazrat Umar ne kaha to koi malik is ko dekh thori raha, agar tum ek humein de doge.</w:t>
      </w:r>
    </w:p>
    <w:p>
      <w:pPr>
        <w:jc w:val="right"/>
      </w:pPr>
      <w:r>
        <w:t>تو حضرت عمر نے کہا تو کوئی مالک اس کو دیکھ تھوڑی رہا، اگر تم ایک ہمیں دے دو گے۔</w:t>
      </w:r>
    </w:p>
    <w:p>
      <w:r>
        <w:rPr>
          <w:b/>
        </w:rPr>
        <w:t xml:space="preserve">[23:09] </w:t>
      </w:r>
      <w:r>
        <w:t>to is ne kaha ke fa'anallaho aur Allah kahan hai? Yani Allah to dekh raha hai. To ye jo Allah ko jo hazir o nazir ho kar jab hum kaam karte hain to wo hamari poora personality ko develop karta hai.</w:t>
      </w:r>
    </w:p>
    <w:p>
      <w:pPr>
        <w:jc w:val="right"/>
      </w:pPr>
      <w:r>
        <w:t>تو اس نے کہا کہ فَعَانَ اللَّهِ اور اللہ کہاں ہے؟ یعنی اللہ تو دیکھ رہا ہے۔ تو یہ جو اللہ کو جو حاضر و ناظر ہو کر جب ہم کام کرتے ہیں تو وہ ہماری پورا پرسنیلٹی کو ڈیویلپ کرتا ہے۔</w:t>
      </w:r>
    </w:p>
    <w:p>
      <w:r>
        <w:rPr>
          <w:b/>
        </w:rPr>
        <w:t xml:space="preserve">[23:25] </w:t>
      </w:r>
      <w:r>
        <w:t>hamari poori personality ek spiritual</w:t>
      </w:r>
    </w:p>
    <w:p>
      <w:pPr>
        <w:jc w:val="right"/>
      </w:pPr>
      <w:r>
        <w:t>ہماری پوری پرسنیلٹی ایک سپریچول</w:t>
      </w:r>
    </w:p>
    <w:p>
      <w:r>
        <w:rPr>
          <w:b/>
        </w:rPr>
        <w:t xml:space="preserve">[23:29] </w:t>
      </w:r>
      <w:r>
        <w:t>personality ban jati hai. To sufia log jo hain wo yahi kar rahe the ke ek log jo sare madhiyat mein ghark ho gaye the to un ke liye unhone koshish ki ke dobara un ka</w:t>
      </w:r>
    </w:p>
    <w:p>
      <w:pPr>
        <w:jc w:val="right"/>
      </w:pPr>
      <w:r>
        <w:t>پرسنیلٹی بن جاتی ہے۔ تو صوفیاء لوگ جو ہیں وہ یہی کر رہے تھے کہ ایک لوگ جو سارے مادیت میں غرق ہو گئے تھے تو ان کے لیے انہوں نے کوشش کی کہ دوبارہ ان کا</w:t>
      </w:r>
    </w:p>
    <w:p>
      <w:r>
        <w:rPr>
          <w:b/>
        </w:rPr>
        <w:t xml:space="preserve">[23:46] </w:t>
      </w:r>
      <w:r>
        <w:t>islaah karein, un ka tazkiya e nafs karein aur dobara un ko spiritual, un ka spiritual development un ka karein.</w:t>
      </w:r>
    </w:p>
    <w:p>
      <w:pPr>
        <w:jc w:val="right"/>
      </w:pPr>
      <w:r>
        <w:t>اصلاح کریں، ان کا تزکیہ نفس کریں اور دوبارہ ان کو سپریچول، ان کا سپریچول ڈیویلپمنٹ ان کا کریں۔</w:t>
      </w:r>
    </w:p>
    <w:p>
      <w:r>
        <w:rPr>
          <w:b/>
        </w:rPr>
        <w:t xml:space="preserve">[23:56] </w:t>
      </w:r>
      <w:r>
        <w:t>to ye is ke liye unhone ibadat par zor diya, unhone toba par zor diya, unhone tazkiya e nafs par zor diya, unhone Khuda ka khauf aur Khuda se mohabbat par zor diya</w:t>
      </w:r>
    </w:p>
    <w:p>
      <w:pPr>
        <w:jc w:val="right"/>
      </w:pPr>
      <w:r>
        <w:t>تو یہ اس کے لیے انہوں نے عبادات پر زور دیا، انہوں نے توبہ پر زور دیا، انہوں نے تزکیہ نفس پر زور دیا، انہوں نے خدا کا خوف اور خدا سے محبت پر زور دیا</w:t>
      </w:r>
    </w:p>
    <w:p>
      <w:r>
        <w:rPr>
          <w:b/>
        </w:rPr>
        <w:t xml:space="preserve">[24:09] </w:t>
      </w:r>
      <w:r>
        <w:t>ke ye sab cheezein jab hamare andar rahengi to hum zaroor aur is rastay par chalenge jo Allah ke Rasool ne humein rasta bataya hai.</w:t>
      </w:r>
    </w:p>
    <w:p>
      <w:pPr>
        <w:jc w:val="right"/>
      </w:pPr>
      <w:r>
        <w:t>کہ یہ سب چیزیں جب ہمارے اندر رہیں گی تو ہم ضرور اور اس راستے پر چلیں گے جو اللہ کے رسول نے ہمیں راستہ بتایا ہے۔</w:t>
      </w:r>
    </w:p>
    <w:p>
      <w:r>
        <w:rPr>
          <w:b/>
        </w:rPr>
        <w:t xml:space="preserve">[24:21] </w:t>
      </w:r>
      <w:r>
        <w:t>to is par hum ko ek ek aap ko ek qissa batate hain Gautam Budh ka ke tazkiya e nafs jo hai wo har mazhab mein tazkiya e nafs par zor diya gaya hai.</w:t>
      </w:r>
    </w:p>
    <w:p>
      <w:pPr>
        <w:jc w:val="right"/>
      </w:pPr>
      <w:r>
        <w:t>تو اس پر ہم کو ایک ایک آپ کو ایک قصہ بتاتے ہیں گوتم بدھ کا کہ تزکیہ نفس جو ہے وہ ہر مذہب میں تزکیہ نفس پر زور دیا گیا ہے۔</w:t>
      </w:r>
    </w:p>
    <w:p>
      <w:r>
        <w:rPr>
          <w:b/>
        </w:rPr>
        <w:t xml:space="preserve">[24:33] </w:t>
      </w:r>
      <w:r>
        <w:t>jis ko hum kehte hain purification of the self. To kaha jata hai ke Gautam Budh se ek bar ek gawale ne kaha ke humein aa kar kuch</w:t>
      </w:r>
    </w:p>
    <w:p>
      <w:pPr>
        <w:jc w:val="right"/>
      </w:pPr>
      <w:r>
        <w:t>جس کو ہم کہتے ہیں پیوریفیکیشن آف دا سیلف۔ تو کہا جاتا ہے کہ گوتم بدھ سے ایک بار ایک گوالے نے کہا کہ ہمیں آ کر کچھ</w:t>
      </w:r>
    </w:p>
    <w:p>
      <w:r>
        <w:rPr>
          <w:b/>
        </w:rPr>
        <w:t xml:space="preserve">[24:46] </w:t>
      </w:r>
      <w:r>
        <w:t>acchi baatein bataiye, kuch humein aashirwad dijiye. To Gautam Budh ne ek bartan liya to is ne kaha tha ke hum aap ko doodh khalis denge.</w:t>
      </w:r>
    </w:p>
    <w:p>
      <w:pPr>
        <w:jc w:val="right"/>
      </w:pPr>
      <w:r>
        <w:t>اچھی باتیں بتائیے، کچھ ہمیں آشیراباد دیجئے۔ تو گوتم بدھ نے ایک برتن لیا تو اس نے کہا تھا کہ ہم آپ کو دودھ خالص دیں گے۔</w:t>
      </w:r>
    </w:p>
    <w:p>
      <w:r>
        <w:rPr>
          <w:b/>
        </w:rPr>
        <w:t xml:space="preserve">[24:56] </w:t>
      </w:r>
      <w:r>
        <w:t>to Gautam Budh ek bartan le gaye, is ko bartan ko saaf nahi kiya, is mein mitti mitti lagi hui thi.</w:t>
      </w:r>
    </w:p>
    <w:p>
      <w:pPr>
        <w:jc w:val="right"/>
      </w:pPr>
      <w:r>
        <w:t>تو گوتم بدھ ایک برتن لے گئے، اس کو برتن کو صاف نہیں کیا، اس میں مٹی مٹی لگی ہوئی تھی۔</w:t>
      </w:r>
    </w:p>
    <w:p>
      <w:r>
        <w:rPr>
          <w:b/>
        </w:rPr>
        <w:t xml:space="preserve">[25:02] </w:t>
      </w:r>
      <w:r>
        <w:t>to is ne jab gawale ne wo bartan dekha to wo gaya, bartan ko saaf saaf kiya, phir un ko doodh diya, phir wo doodh le kar jane laga.</w:t>
      </w:r>
    </w:p>
    <w:p>
      <w:pPr>
        <w:jc w:val="right"/>
      </w:pPr>
      <w:r>
        <w:t>تو اس نے جب گوالے نے وہ برتن دیکھا تو وہ گیا، برتن کو صاف صاف کیا، پھر ان کو دودھ دیا، پھر وہ دودھ لے کر جانے لگے۔</w:t>
      </w:r>
    </w:p>
    <w:p>
      <w:r>
        <w:rPr>
          <w:b/>
        </w:rPr>
        <w:t xml:space="preserve">[25:13] </w:t>
      </w:r>
      <w:r>
        <w:t>to gawale ne kaha hum ne aap se kaha tha ke aap humein kuch achi baatein batayenge.</w:t>
      </w:r>
    </w:p>
    <w:p>
      <w:pPr>
        <w:jc w:val="right"/>
      </w:pPr>
      <w:r>
        <w:t>تو گوالے نے کہا ہم نے آپ سے کہا تھا کہ آپ ہمیں کچھ اچھی باتیں بتائیں گے۔</w:t>
      </w:r>
    </w:p>
    <w:p>
      <w:r>
        <w:rPr>
          <w:b/>
        </w:rPr>
        <w:t xml:space="preserve">[25:20] </w:t>
      </w:r>
      <w:r>
        <w:t>aap to ja rahe hain. To Gautam Budh ne kaha main ne aap ko bata diya, aaj ka lesson main ne de diya. Kehne is ne bataya, poocha kya?</w:t>
      </w:r>
    </w:p>
    <w:p>
      <w:pPr>
        <w:jc w:val="right"/>
      </w:pPr>
      <w:r>
        <w:t>آپ تو جا رہے ہیں۔ تو گوتم بدھ نے کہا میں نے آپ کو بتا دیا، آج کا لیسن میں نے دے دیا۔ کہنے اس نے بتایا، پوچھا کیا؟</w:t>
      </w:r>
    </w:p>
    <w:p>
      <w:r>
        <w:rPr>
          <w:b/>
        </w:rPr>
        <w:t xml:space="preserve">[25:31] </w:t>
      </w:r>
      <w:r>
        <w:t>unhone kaha dekho ye jo bartan main laya tha saaf nahi tha, to tum ne is ko saaf kiya, tum is</w:t>
      </w:r>
    </w:p>
    <w:p>
      <w:pPr>
        <w:jc w:val="right"/>
      </w:pPr>
      <w:r>
        <w:t>انہوں نے کہا دیکھو یہ جو برتن میں لایا تھا صاف نہیں تھا، تو تم نے اس کو صاف کیا، تم اس</w:t>
      </w:r>
    </w:p>
    <w:p>
      <w:r>
        <w:rPr>
          <w:b/>
        </w:rPr>
        <w:t xml:space="preserve">[25:38] </w:t>
      </w:r>
      <w:r>
        <w:t>maile bartan mein tum ne khalis doodh rakhna gawara nahi kiya. To isi tareeqay se tumhara dil jab tak saaf nahi hoga tab tak is mein jo achi baatein hain, Khudai baatein hain, pak baatein hain, wo is ke andar utrengi nahi.</w:t>
      </w:r>
    </w:p>
    <w:p>
      <w:pPr>
        <w:jc w:val="right"/>
      </w:pPr>
      <w:r>
        <w:t>میلے برتن میں تم نے خالص دودھ رکھنا گوارا نہیں کیا۔ تو اسی طریقے سے تمہارا دل جب تک صاف نہیں ہوگا تب تک اس میں جو اچھی باتیں ہیں، خدائی باتیں ہیں، پاک باتیں ہیں، وہ اس کے اندر اتریں گی نہیں۔</w:t>
      </w:r>
    </w:p>
    <w:p>
      <w:r>
        <w:rPr>
          <w:b/>
        </w:rPr>
        <w:t xml:space="preserve">[25:54] </w:t>
      </w:r>
      <w:r>
        <w:t>to isi liye soofiya ne</w:t>
      </w:r>
    </w:p>
    <w:p>
      <w:pPr>
        <w:jc w:val="right"/>
      </w:pPr>
      <w:r>
        <w:t>تو اسی لیے صوفیاء نے</w:t>
      </w:r>
    </w:p>
    <w:p>
      <w:r>
        <w:rPr>
          <w:b/>
        </w:rPr>
        <w:t xml:space="preserve">[25:57] </w:t>
      </w:r>
      <w:r>
        <w:t>tazkiya e nafs par bohat ziyada zor diya hai. ab tazkiya e nafs par hum alag se aik doosra session karenge inshallah.</w:t>
      </w:r>
    </w:p>
    <w:p>
      <w:pPr>
        <w:jc w:val="right"/>
      </w:pPr>
      <w:r>
        <w:t>تزکیہ نفس پر بہت زیادہ زور دیا ہے۔ اب تزکیہ نفس پر ہم الگ سے ایک دوسرا سیشن کریں گے انشاءاللہ۔</w:t>
      </w:r>
    </w:p>
    <w:p>
      <w:r>
        <w:rPr>
          <w:b/>
        </w:rPr>
        <w:t xml:space="preserve">[26:14] </w:t>
      </w:r>
      <w:r>
        <w:t>doctor naghma siddiqui likhti hain: "i realize today that sofis reformed islam by emphasizing on closeness to god, considering one self accountable to him to live a simple god oriented life</w:t>
      </w:r>
    </w:p>
    <w:p>
      <w:pPr>
        <w:jc w:val="right"/>
      </w:pPr>
      <w:r>
        <w:t>ڈاکٹر نغمہ صدیقی لکھتی ہیں: "آئی ریلائز ٹوڈے دیٹ صوفیز ریفارمڈ اسلام بائے ایمفسائزنگ ان کلوسنس ٹو گاڈ، کنسیڈرنگ ون سیلف اکاؤنٹیبل ٹو ہم ٹو لیو ا سمپل گاڈ اورینٹڈ لائف</w:t>
      </w:r>
    </w:p>
    <w:p>
      <w:r>
        <w:rPr>
          <w:b/>
        </w:rPr>
        <w:t xml:space="preserve">[26:33] </w:t>
      </w:r>
      <w:r>
        <w:t>of high spiritual thinking."</w:t>
      </w:r>
    </w:p>
    <w:p>
      <w:pPr>
        <w:jc w:val="right"/>
      </w:pPr>
      <w:r>
        <w:t>اف ہائی سپریچول تھنکنگ۔"</w:t>
      </w:r>
    </w:p>
    <w:p>
      <w:r>
        <w:rPr>
          <w:b/>
        </w:rPr>
        <w:t xml:space="preserve">[26:42] </w:t>
      </w:r>
      <w:r>
        <w:t>professor najma siddiqui likhti hain: "very effectively describe reaching to the heart, may allah help us to pray with real spirit."</w:t>
      </w:r>
    </w:p>
    <w:p>
      <w:pPr>
        <w:jc w:val="right"/>
      </w:pPr>
      <w:r>
        <w:t>پروفیسر نجمہ صدیقی لکھتی ہیں: "ویری ایفیکٹیولی ڈسکرائب ریچنگ ٹو دا ہارٹ، می اللہ ہیلپ اس ٹو پری ود ریل سپرٹ۔"</w:t>
      </w:r>
    </w:p>
    <w:p>
      <w:r>
        <w:rPr>
          <w:b/>
        </w:rPr>
        <w:t xml:space="preserve">[26:57] </w:t>
      </w:r>
      <w:r>
        <w:t>doctor maria khan likhti hain: "many westerners today are drawn towards sofism,</w:t>
      </w:r>
    </w:p>
    <w:p>
      <w:pPr>
        <w:jc w:val="right"/>
      </w:pPr>
      <w:r>
        <w:t>ڈاکٹر ماریہ خان لکھتی ہیں: "مینی ویسٹرنرز ٹوڈے آر ڈرون ٹورڈز صوفیزم،</w:t>
      </w:r>
    </w:p>
    <w:p>
      <w:r>
        <w:rPr>
          <w:b/>
        </w:rPr>
        <w:t xml:space="preserve">[27:06] </w:t>
      </w:r>
      <w:r>
        <w:t>why are they in search of spirituality, even it be from other religions."</w:t>
      </w:r>
    </w:p>
    <w:p>
      <w:pPr>
        <w:jc w:val="right"/>
      </w:pPr>
      <w:r>
        <w:t>وائی آر دے ان سرچ اف سپریچولٹی، ایون اٹ بی فرام ادر ریلیجنز۔"</w:t>
      </w:r>
    </w:p>
    <w:p>
      <w:r>
        <w:rPr>
          <w:b/>
        </w:rPr>
        <w:t xml:space="preserve">[27:19] </w:t>
      </w:r>
      <w:r>
        <w:t>is mein mein aik qissa batati hoon ke aik baar hamare aik teacher thay jo desh bandhu college mein parhate thay, english ke professor thay woh, aur kuch aziz, kuch aziz karke naam tha,</w:t>
      </w:r>
    </w:p>
    <w:p>
      <w:pPr>
        <w:jc w:val="right"/>
      </w:pPr>
      <w:r>
        <w:t>اس میں میں ایک قصہ بتاتی ہوں کہ ایک بار ہمارے ایک ٹیچر تھے جو دیش بندھو کالج میں پڑھاتے تھے، انگلش کے پروفیسر تھے وہ، اور کچھ عزیر، کچھ عزیر کر کے نام تھا،</w:t>
      </w:r>
    </w:p>
    <w:p>
      <w:r>
        <w:rPr>
          <w:b/>
        </w:rPr>
        <w:t xml:space="preserve">[27:36] </w:t>
      </w:r>
      <w:r>
        <w:t>professor aziz. to unko aik baar aik hippie mila tha ke himalaya ki tarai mein. woh hippie jo hai woh canada ka tha, woh aur woh bilkul sadhu ki tarah se rehta tha, nange paon wahan chal raha tha.</w:t>
      </w:r>
    </w:p>
    <w:p>
      <w:pPr>
        <w:jc w:val="right"/>
      </w:pPr>
      <w:r>
        <w:t>پروفیسر عزیر۔ تو ان کو ایک بار ایک ہپی ملا تھا کہ ہمالیہ کی ترائی میں۔ وہ ہپی جو ہے وہ کینیڈا کا تھا، وہ اور وہ بالکل سادھو کی طرح سے رہتا تھا، ننگے پاؤں وہاں چل رہا تھا۔</w:t>
      </w:r>
    </w:p>
    <w:p>
      <w:r>
        <w:rPr>
          <w:b/>
        </w:rPr>
        <w:t xml:space="preserve">[27:54] </w:t>
      </w:r>
      <w:r>
        <w:t>to unhon ne us se baat cheet ki. to us ne bataya ke main canada ka citizen hoon aur main wahan par bohat acha, mera job tha, meri aik achi beautiful biwi thi aur beautiful car, bari car thi, sab kuch tha mere paas.</w:t>
      </w:r>
    </w:p>
    <w:p>
      <w:pPr>
        <w:jc w:val="right"/>
      </w:pPr>
      <w:r>
        <w:t>تو انہوں نے اس سے بات چیت کی۔ تو اس نے بتایا کہ میں کینیڈا کا سٹیزن ہوں اور میں وہاں پر بہت اچھا، میرا جاب تھا، میری ایک اچھی بیوٹی فل بیوی تھی اور بیوٹی فل کار، بڑی کار تھی، سب کچھ تھا میرے پاس۔</w:t>
      </w:r>
    </w:p>
    <w:p>
      <w:r>
        <w:rPr>
          <w:b/>
        </w:rPr>
        <w:t xml:space="preserve">[28:13] </w:t>
      </w:r>
      <w:r>
        <w:t>lekin main wahan par sukoon mein nahi tha.</w:t>
      </w:r>
    </w:p>
    <w:p>
      <w:pPr>
        <w:jc w:val="right"/>
      </w:pPr>
      <w:r>
        <w:t>لیکن میں وہاں پر سکون میں نہیں تھا۔</w:t>
      </w:r>
    </w:p>
    <w:p>
      <w:r>
        <w:rPr>
          <w:b/>
        </w:rPr>
        <w:t xml:space="preserve">[28:16] </w:t>
      </w:r>
      <w:r>
        <w:t>to woh sab batate hue us ne kaha ke: "I was comfortable there physically, I am comfortable here spiritually." asal mein log jo hain woh sacha deen chahte hain, khuda se connection chahte hain, aur aik islam hi aik aisa religion hai jis mein</w:t>
      </w:r>
    </w:p>
    <w:p>
      <w:pPr>
        <w:jc w:val="right"/>
      </w:pPr>
      <w:r>
        <w:t>تو وہ سب بتاتے ہوئے اس نے کہا کہ: "آئی واز کمفرٹیبل دیر فزیکلی، آئی ایم کمفرٹیبل ہیر سپریچولی۔" اصل میں لوگ جو ہیں وہ سچا دین چاہتے ہیں، خدا سے کنیکشن چاہتے ہیں، اور ایک اسلام ہی ایک ایسا ریلیجن ہے جس میں</w:t>
      </w:r>
    </w:p>
    <w:p>
      <w:r>
        <w:rPr>
          <w:b/>
        </w:rPr>
        <w:t xml:space="preserve">[28:38] </w:t>
      </w:r>
      <w:r>
        <w:t>khuda ka sahi concept maujood hai. khuda se connection qaim ho jata hai. har mazhab mein kuch priest hain, kuch mediators hain, un ke through un ko</w:t>
      </w:r>
    </w:p>
    <w:p>
      <w:pPr>
        <w:jc w:val="right"/>
      </w:pPr>
      <w:r>
        <w:t>خدا کا صحیح کانسیپٹ موجود ہے۔ خدا سے کنیکشن قائم ہو جاتا ہے۔ ہر مذہب میں کچھ پریسٹ ہیں، کچھ میڈی ایٹرز ہیں، ان کے تھرو ان کو</w:t>
      </w:r>
    </w:p>
    <w:p>
      <w:r>
        <w:rPr>
          <w:b/>
        </w:rPr>
        <w:t xml:space="preserve">[28:55] </w:t>
      </w:r>
      <w:r>
        <w:t>deen milta hai, un ko direct deen nahi milta hai, direct khuda se contact nahi hota. aik baar meri aik angrez teacher ne mujh se kaha ke: "yeh to bohat achi baat hai ke tum log direct khuda se contact kar sakte ho." to un ka direct khuda se contact nahi hota.</w:t>
      </w:r>
    </w:p>
    <w:p>
      <w:pPr>
        <w:jc w:val="right"/>
      </w:pPr>
      <w:r>
        <w:t>دین ملتا ہے، ان کو ڈائریکٹ دین نہیں ملتا ہے، ڈائریکٹ خدا سے کانٹیکٹ نہیں ہوتا۔ ایک بار میری ایک انگریز ٹیچر نے مجھ سے کہا کہ: "یہ تو بہت اچھی بات ہے کہ تم لوگ ڈائریکٹ خدا سے کانٹیکٹ کر سکتے ہو۔" تو ان کا ڈائریکٹ خدا سے کانٹیکٹ نہیں ہوتا۔</w:t>
      </w:r>
    </w:p>
    <w:p>
      <w:r>
        <w:rPr>
          <w:b/>
        </w:rPr>
        <w:t xml:space="preserve">[29:15] </w:t>
      </w:r>
      <w:r>
        <w:t>to woh</w:t>
      </w:r>
    </w:p>
    <w:p>
      <w:pPr>
        <w:jc w:val="right"/>
      </w:pPr>
      <w:r>
        <w:t>تو وہ</w:t>
      </w:r>
    </w:p>
    <w:p>
      <w:r>
        <w:rPr>
          <w:b/>
        </w:rPr>
        <w:t xml:space="preserve">[29:16] </w:t>
      </w:r>
      <w:r>
        <w:t>aur woh jo materialism hai europe, america mein, woh aik had tak hi insan ko khush rakh sakti hai. us ke baad woh aik dam bore ho jata hai us se.</w:t>
      </w:r>
    </w:p>
    <w:p>
      <w:pPr>
        <w:jc w:val="right"/>
      </w:pPr>
      <w:r>
        <w:t>اور وہ جو مٹیریلزم ہے یورپ، امریکہ میں، وہ ایک حد تک ہی انسان کو خوش رکھ سکتی ہے۔ اس کے بعد وہ ایک دم بور ہو جاتا ہے اس سے۔</w:t>
      </w:r>
    </w:p>
    <w:p>
      <w:r>
        <w:rPr>
          <w:b/>
        </w:rPr>
        <w:t xml:space="preserve">[29:27] </w:t>
      </w:r>
      <w:r>
        <w:t>kyun ke woh us ki fitrat ka jo khuda ki fitrat ke andar hi</w:t>
      </w:r>
    </w:p>
    <w:p>
      <w:pPr>
        <w:jc w:val="right"/>
      </w:pPr>
      <w:r>
        <w:t>کیونکہ وہ اس کی فطرت کا جو خدا کی فطرت کے اندر ہی</w:t>
      </w:r>
    </w:p>
    <w:p>
      <w:r>
        <w:rPr>
          <w:b/>
        </w:rPr>
        <w:t xml:space="preserve">[29:32] </w:t>
      </w:r>
      <w:r>
        <w:t>khuda ki jo hai, khuda jo hai pevast hai hamare andar. to woh woh khuda un ko jab nahi milta hai to woh bechain ho jate hain.</w:t>
      </w:r>
    </w:p>
    <w:p>
      <w:pPr>
        <w:jc w:val="right"/>
      </w:pPr>
      <w:r>
        <w:t>خدا کی جو ہے، خدا جو ہے پیوست ہے ہمارے اندر۔ تو وہ وہ خدا ان کو جب نہیں ملتا ہے تو وہ بے چین ہو جاتے ہیں۔</w:t>
      </w:r>
    </w:p>
    <w:p>
      <w:r>
        <w:rPr>
          <w:b/>
        </w:rPr>
        <w:t xml:space="preserve">[29:42] </w:t>
      </w:r>
      <w:r>
        <w:t>woh khuda ki talash mein wahan se nikal padte hain. europe, america se beshumar log nikal nikal ke under developed countries mein gaye aur wahan unhon ne talash ki</w:t>
      </w:r>
    </w:p>
    <w:p>
      <w:pPr>
        <w:jc w:val="right"/>
      </w:pPr>
      <w:r>
        <w:t>وہ خدا کی تلاش میں وہاں سے نکل پڑتے ہیں۔ یورپ، امریکہ سے بے شمار لوگ نکل نکل کے انڈر ڈیولپڈ کنٹریز میں گئے اور وہاں انہوں نے تلاش کی</w:t>
      </w:r>
    </w:p>
    <w:p>
      <w:r>
        <w:rPr>
          <w:b/>
        </w:rPr>
        <w:t xml:space="preserve">[29:56] </w:t>
      </w:r>
      <w:r>
        <w:t>ke mazhab ki. bohat sare log hindu ho gaye, bohat se musalman ho gaye, bohat sare log ashramon mein dekhe dekhe ja sakte hain. to woh sachai ki talash mein, woh seekers hain.</w:t>
      </w:r>
    </w:p>
    <w:p>
      <w:pPr>
        <w:jc w:val="right"/>
      </w:pPr>
      <w:r>
        <w:t>کہ مذہب کی۔ بہت سارے لوگ ہندو ہو گئے، بہت سے مسلمان ہو گئے، بہت سارے لوگ اشرموں میں دیکھے دیکھے جا سکتے ہیں۔ تو وہ سچائی کی تلاش میں، وہ سیکرز ہیں۔</w:t>
      </w:r>
    </w:p>
    <w:p>
      <w:r>
        <w:rPr>
          <w:b/>
        </w:rPr>
        <w:t xml:space="preserve">[30:07] </w:t>
      </w:r>
      <w:r>
        <w:t>un ko jab sachai nahi milti hai to woh hippie ban jate hain, bahar nikal ate hain aur isi talash mein woh khatam ho jate hain.</w:t>
      </w:r>
    </w:p>
    <w:p>
      <w:pPr>
        <w:jc w:val="right"/>
      </w:pPr>
      <w:r>
        <w:t>ان کو جب سچائی نہیں ملتی ہے تو وہ ہپی بن جاتے ہیں، باہر نکل آتے ہیں اور اسی تلاش میں وہ ختم ہو جاتے ہیں۔</w:t>
      </w:r>
    </w:p>
    <w:p>
      <w:r>
        <w:rPr>
          <w:b/>
        </w:rPr>
        <w:t xml:space="preserve">[30:16] </w:t>
      </w:r>
      <w:r>
        <w:t>jaise wahan par arab mein log sachai ki talash karte karte kitne log chale gaye duniya se aur woh yahi kehte thay: "agar hamein pata chalta ke khuda kaun hai aur khuda ki ibadat kaise ki jati hai to hum zaroor khuda ki ibadat karte hue." isi tarah se un ko wahan hanifa kaha jatay thay.</w:t>
      </w:r>
    </w:p>
    <w:p>
      <w:pPr>
        <w:jc w:val="right"/>
      </w:pPr>
      <w:r>
        <w:t>جیسے وہاں پر عرب میں لوگ سچائی کی تلاش کرتے کرتے کتنے لوگ چلے گئے دنیا سے اور وہ یہی کہتے تھے: "اگر ہمیں پتہ چلتا کہ خدا کون ہے اور خدا کی عبادت کیسے کی جاتی ہے تو ہم ضرور خدا کی عبادت کرتے ہوئے۔" اسی طریقے سے ان کو وہاں حنفاء کہا جاتے تھے۔</w:t>
      </w:r>
    </w:p>
    <w:p>
      <w:r>
        <w:rPr>
          <w:b/>
        </w:rPr>
        <w:t xml:space="preserve">[30:36] </w:t>
      </w:r>
      <w:r>
        <w:t>yeh log asal mein seeker hain. un ko apne mazhab mein sachai nahi milti to woh</w:t>
      </w:r>
    </w:p>
    <w:p>
      <w:pPr>
        <w:jc w:val="right"/>
      </w:pPr>
      <w:r>
        <w:t>یہ لوگ اصل میں سیکر ہوتے ہیں۔ ان کو اپنے مذہب میں سچائی نہیں ملتی تو وہ</w:t>
      </w:r>
    </w:p>
    <w:p>
      <w:r>
        <w:rPr>
          <w:b/>
        </w:rPr>
        <w:t xml:space="preserve">[30:43] </w:t>
      </w:r>
      <w:r>
        <w:t>bahar nikalte hain aur sachai ki talash karte hain. naghma siddiqui ka sawal hai: "what is wahdat al wajood?" "is it permitted in islam</w:t>
      </w:r>
    </w:p>
    <w:p>
      <w:pPr>
        <w:jc w:val="right"/>
      </w:pPr>
      <w:r>
        <w:t>باہر نکلتے ہیں اور سچائی کی تلاش کرتے ہیں۔ نغمہ صدیقی کا سوال ہے: "واٹ از وحدت الوجود؟" "از اٹ پرمیٹڈ ان اسلام</w:t>
      </w:r>
    </w:p>
    <w:p>
      <w:r>
        <w:rPr>
          <w:b/>
        </w:rPr>
        <w:t xml:space="preserve">[30:58] </w:t>
      </w:r>
      <w:r>
        <w:t>?" wahdat al wajood kehte hain: "oneness of existence." asal mein oneness of existence islam islami concept nahi hai.</w:t>
      </w:r>
    </w:p>
    <w:p>
      <w:pPr>
        <w:jc w:val="right"/>
      </w:pPr>
      <w:r>
        <w:t>؟" وحدت الوجود کہتے ہیں: "وننس اف ایگزسٹنس۔" اصل میں وننس اف ایگزسٹنس اسلام اسلامی کانسیپٹ نہیں ہے۔</w:t>
      </w:r>
    </w:p>
    <w:p>
      <w:r>
        <w:rPr>
          <w:b/>
        </w:rPr>
        <w:t xml:space="preserve">[31:11] </w:t>
      </w:r>
      <w:r>
        <w:t>islam mein khuda alag ek bang hai aur insan ek alag bang hai.</w:t>
      </w:r>
    </w:p>
    <w:p>
      <w:pPr>
        <w:jc w:val="right"/>
      </w:pPr>
      <w:r>
        <w:t>اسلام میں خدا الگ ایک بینگ ہے اور انسان ایک الگ بینگ ہے۔</w:t>
      </w:r>
    </w:p>
    <w:p>
      <w:r>
        <w:rPr>
          <w:b/>
        </w:rPr>
        <w:t xml:space="preserve">[31:17] </w:t>
      </w:r>
      <w:r>
        <w:t>yeh concept jo hai woh aryan religions mein hai ke insan jo hai woh ansh hai paramatma ka.</w:t>
      </w:r>
    </w:p>
    <w:p>
      <w:pPr>
        <w:jc w:val="right"/>
      </w:pPr>
      <w:r>
        <w:t>یہ کانسیپٹ جو ہے وہ ارین ریلیجنز میں ہے کہ انسان جو ہے وہ انش ہے پرماتما کا۔</w:t>
      </w:r>
    </w:p>
    <w:p>
      <w:r>
        <w:rPr>
          <w:b/>
        </w:rPr>
        <w:t xml:space="preserve">[31:26] </w:t>
      </w:r>
      <w:r>
        <w:t>to yeh yahan yeh indian concept hai zyada tar aur woh yeh samajhte hain ke insan jo hai</w:t>
      </w:r>
    </w:p>
    <w:p>
      <w:pPr>
        <w:jc w:val="right"/>
      </w:pPr>
      <w:r>
        <w:t>تو یہ یہاں یہ انڈین کانسیپٹ ہے زیادہ تر اور وہ یہ سمجھتے ہیں کہ انسان جو ہے</w:t>
      </w:r>
    </w:p>
    <w:p>
      <w:r>
        <w:rPr>
          <w:b/>
        </w:rPr>
        <w:t xml:space="preserve">[31:35] </w:t>
      </w:r>
      <w:r>
        <w:t>woh ansh hai to woh jitna zyada woh apne andar hi is ko khuda ko talash karna hai. yani paramatma ko ab woh atma ko paramatma ko talash karna hai apne andar,</w:t>
      </w:r>
    </w:p>
    <w:p>
      <w:pPr>
        <w:jc w:val="right"/>
      </w:pPr>
      <w:r>
        <w:t>وہ انش ہے تو وہ جتنا زیادہ وہ اپنے اندر ہی اس کو خدا کو تلاش کرنا ہے۔ یعنی پرماتما کو اب وہ آتما کو پرماتما کو تلاش کرنا ہے اپنے اندر،</w:t>
      </w:r>
    </w:p>
    <w:p>
      <w:r>
        <w:rPr>
          <w:b/>
        </w:rPr>
        <w:t xml:space="preserve">[31:49] </w:t>
      </w:r>
      <w:r>
        <w:t>andar hi an jis ko kehte hain in developing god. woh kehte hain: "khuda hamare andar hai."</w:t>
      </w:r>
    </w:p>
    <w:p>
      <w:pPr>
        <w:jc w:val="right"/>
      </w:pPr>
      <w:r>
        <w:t>اندر ہی ان جس کو کہتے ہیں ان ڈویلنگ گاڈ۔ وہ کہتے ہیں: "خدا ہمارے اندر ہے۔"</w:t>
      </w:r>
    </w:p>
    <w:p>
      <w:r>
        <w:rPr>
          <w:b/>
        </w:rPr>
        <w:t xml:space="preserve">[31:56] </w:t>
      </w:r>
      <w:r>
        <w:t>to is ko is ko isi liye woh bohat zyada gyan dhyan karte hain, meditation karte hain ke khuda to hamare andar hi hai, wohin hamein khuda milega. lekin yeh islam ke mutabiq nahi.</w:t>
      </w:r>
    </w:p>
    <w:p>
      <w:pPr>
        <w:jc w:val="right"/>
      </w:pPr>
      <w:r>
        <w:t>تو اس کو اس کو اسی لیے وہ بہت زیادہ گیان دھیان کرتے ہیں، میڈیٹیشن کرتے ہیں کہ خدا تو ہمارے اندر ہی ہے، وہیں ہمیں خدا ملے گا۔ لیکن یہ اسلام کے مطابق نہیں۔</w:t>
      </w:r>
    </w:p>
    <w:p>
      <w:r>
        <w:rPr>
          <w:b/>
        </w:rPr>
        <w:t xml:space="preserve">[32:09] </w:t>
      </w:r>
      <w:r>
        <w:t>islam ke mutabiq khuda bilkul ek alag hasti hai, insan</w:t>
      </w:r>
    </w:p>
    <w:p>
      <w:pPr>
        <w:jc w:val="right"/>
      </w:pPr>
      <w:r>
        <w:t>اسلام کے مطابق خدا بالکل ایک الگ ہستی ہے، انسان</w:t>
      </w:r>
    </w:p>
    <w:p>
      <w:r>
        <w:rPr>
          <w:b/>
        </w:rPr>
        <w:t xml:space="preserve">[32:14] </w:t>
      </w:r>
      <w:r>
        <w:t>is sirf ek creation hai aur khuda creator hai. to hum ko khuda jo hai khuda ko yaad karne se milega, khuda se taluq banane se milega, khuda se bohat zyada khuda se dar, dar, dar, khuda ka khauf.</w:t>
      </w:r>
    </w:p>
    <w:p>
      <w:pPr>
        <w:jc w:val="right"/>
      </w:pPr>
      <w:r>
        <w:t>اس صرف ایک کریشن ہے اور خدا کریٹر ہے۔ تو ہم کو خدا جو ہے خدا کو یاد کرنے سے ملے گا، خدا سے تعلق بنانے سے ملے گا، خدا سے بہت زیادہ خدا سے ڈر، ڈر، ڈر، خدا کا خوف۔</w:t>
      </w:r>
    </w:p>
    <w:p>
      <w:r>
        <w:rPr>
          <w:b/>
        </w:rPr>
        <w:t xml:space="preserve">[32:32] </w:t>
      </w:r>
      <w:r>
        <w:t>to tabhi hum ko khuda milega. khuda alag hai, insan alag hai. insan jab bohat zyada ibadat karta hai, khuda ko yaad karta hai to us ko inspiration milta hai.</w:t>
      </w:r>
    </w:p>
    <w:p>
      <w:pPr>
        <w:jc w:val="right"/>
      </w:pPr>
      <w:r>
        <w:t>تو تبھی ہم کو خدا ملے گا۔ خدا الگ ہے، انسان الگ ہے۔ انسان جب بہت زیادہ عبادات کرتا ہے، خدا کو یاد کرتا ہے تو اس کو انسپیریشن ملتا ہے۔</w:t>
      </w:r>
    </w:p>
    <w:p>
      <w:r>
        <w:rPr>
          <w:b/>
        </w:rPr>
        <w:t xml:space="preserve">[32:43] </w:t>
      </w:r>
      <w:r>
        <w:t>is inspiration se is se khuda se taluq qaim hota hai. lekin baad mein naqshbandi sufiyon ne ek aur baat kahi hai, woh hai wahdat al shuhud.</w:t>
      </w:r>
    </w:p>
    <w:p>
      <w:pPr>
        <w:jc w:val="right"/>
      </w:pPr>
      <w:r>
        <w:t>اس انسپیریشن سے اس سے خدا سے تعلق قائم ہوتا ہے۔ لیکن بعد میں نقشبندی صوفیوں نے ایک اور بات کہی ہے، وہ ہے وحدت الشہود۔</w:t>
      </w:r>
    </w:p>
    <w:p>
      <w:r>
        <w:rPr>
          <w:b/>
        </w:rPr>
        <w:t xml:space="preserve">[32:57] </w:t>
      </w:r>
      <w:r>
        <w:t>to unhon ne kaha hai ke asal mein yeh jo kehna chah rahe hain wahdat al wujud se, is ka matlab yeh hai wahdat al shuhud. yani khuda to alag hai, insan alag hai.</w:t>
      </w:r>
    </w:p>
    <w:p>
      <w:pPr>
        <w:jc w:val="right"/>
      </w:pPr>
      <w:r>
        <w:t>تو انہوں نے کہا ہے کہ اصل میں یہ جو کہنا چاہ رہے ہیں وحدت الوجود سے، اس کا مطلب یہ ہے وحدت الشہود۔ یعنی خدا تو الگ ہے، انسان الگ ہے۔</w:t>
      </w:r>
    </w:p>
    <w:p>
      <w:r>
        <w:rPr>
          <w:b/>
        </w:rPr>
        <w:t xml:space="preserve">[33:09] </w:t>
      </w:r>
      <w:r>
        <w:t>lekin jab insan bohat zyada khuda ke bare mein sochne lagta hai, ek dam apna ego, apna self khatam kar deta hai, apne ko fana kar deta hai to sirf khudae khuda us ko nazar aata hai.</w:t>
      </w:r>
    </w:p>
    <w:p>
      <w:pPr>
        <w:jc w:val="right"/>
      </w:pPr>
      <w:r>
        <w:t>لیکن جب انسان بہت زیادہ خدا کے بارے میں سوچنے لگتا ہے، ایک دم اپنا ایگو، اپنا سیلف ختم کر دیتا ہے، اپنے کو فنا کر دیتا ہے تو صرف خدائے خدا اس کو نظر آتا ہے۔</w:t>
      </w:r>
    </w:p>
    <w:p>
      <w:r>
        <w:rPr>
          <w:b/>
        </w:rPr>
        <w:t xml:space="preserve">[33:24] </w:t>
      </w:r>
      <w:r>
        <w:t>to woh ek psychological</w:t>
      </w:r>
    </w:p>
    <w:p>
      <w:pPr>
        <w:jc w:val="right"/>
      </w:pPr>
      <w:r>
        <w:t>تو وہ ایک سائیکلوجیکل</w:t>
      </w:r>
    </w:p>
    <w:p>
      <w:r>
        <w:rPr>
          <w:b/>
        </w:rPr>
        <w:t xml:space="preserve">[33:27] </w:t>
      </w:r>
      <w:r>
        <w:t>sense mein woh aur khuda us ko aisa mehsoos hota hai ke woh aur khuda ek ho gaya hai. woh psychological hai, physically woh alag hai.</w:t>
      </w:r>
    </w:p>
    <w:p>
      <w:pPr>
        <w:jc w:val="right"/>
      </w:pPr>
      <w:r>
        <w:t>سینس میں وہ اور خدا اس کو ایسا محسوس ہوتا ہے کہ وہ اور خدا ایک ہو گیا ہے۔ وہ سائیکلوجیکل ہے، فزیکلی وہ الگ ہے۔</w:t>
      </w:r>
    </w:p>
    <w:p>
      <w:r>
        <w:rPr>
          <w:b/>
        </w:rPr>
        <w:t xml:space="preserve">[33:38] </w:t>
      </w:r>
      <w:r>
        <w:t>to kuch log kehte hain ke yeh theek hai, yeh nazariya. kuch log kehte hain nahi, theek hai.</w:t>
      </w:r>
    </w:p>
    <w:p>
      <w:pPr>
        <w:jc w:val="right"/>
      </w:pPr>
      <w:r>
        <w:t>تو کچھ لوگ کہتے ہیں کہ یہ ٹھیک ہے، یہ نظریہ۔ کچھ لوگ کہتے ہیں نہیں، ٹھیک ہے۔</w:t>
      </w:r>
    </w:p>
    <w:p>
      <w:r>
        <w:rPr>
          <w:b/>
        </w:rPr>
        <w:t xml:space="preserve">[33:43] </w:t>
      </w:r>
      <w:r>
        <w:t>behhal un ka yeh kehna hai wahdat al shuhud walon ka ke yeh jo hai yeh sirf feeling ke level par hai.</w:t>
      </w:r>
    </w:p>
    <w:p>
      <w:pPr>
        <w:jc w:val="right"/>
      </w:pPr>
      <w:r>
        <w:t>بہرحال ان کا یہ کہنا ہے وحدت الشہود والوں کا کہ یہ جو ہے یہ صرف فیلنگ کے لیول پر ہے۔</w:t>
      </w:r>
    </w:p>
    <w:p>
      <w:r>
        <w:rPr>
          <w:b/>
        </w:rPr>
        <w:t xml:space="preserve">[33:51] </w:t>
      </w:r>
      <w:r>
        <w:t>jaise farz kariye ke ek maa hai, uska beta kahin bahar rehta hai aur barson se woh aaya nahi hai. woh sochte sochte sochte kabhi kabhi us ke dhyan mein aisa beta aa jata hai jaise us ko lagta hai ke bilkul us ke paas hai,</w:t>
      </w:r>
    </w:p>
    <w:p>
      <w:pPr>
        <w:jc w:val="right"/>
      </w:pPr>
      <w:r>
        <w:t>جیسے فرض کریے کہ ایک ماں ہے، اس کا بیٹا کہیں باہر رہتا ہے اور برسوں سے وہ آیا نہیں ہے۔ وہ سوچتے سوچتے سوچتے کبھی کبھی اس کے دھیان میں ایسا بیٹا آ جاتا ہے جیسے اس کو لگتا ہے کہ بالکل اس کے پاس ہے۔</w:t>
      </w:r>
    </w:p>
    <w:p>
      <w:r>
        <w:rPr>
          <w:b/>
        </w:rPr>
        <w:t xml:space="preserve">[34:06] </w:t>
      </w:r>
      <w:r>
        <w:t>to wohi jab bohat zyada insan khuda ka dhyan karta hai to us ko lagta hai ke bilkul khuda us ke paas hai,</w:t>
      </w:r>
    </w:p>
    <w:p>
      <w:pPr>
        <w:jc w:val="right"/>
      </w:pPr>
      <w:r>
        <w:t>تو وہی جب بہت زیادہ انسان خدا کا دھیان کرتا ہے تو اس کو لگتا ہے کہ بالکل خدا اس کے پاس ہے،</w:t>
      </w:r>
    </w:p>
    <w:p>
      <w:r>
        <w:rPr>
          <w:b/>
        </w:rPr>
        <w:t xml:space="preserve">[34:13] </w:t>
      </w:r>
      <w:r>
        <w:t>woh aur khuda ek ho gaya hai. to woh us ko wahdat al shuhud kehte hain.</w:t>
      </w:r>
    </w:p>
    <w:p>
      <w:pPr>
        <w:jc w:val="right"/>
      </w:pPr>
      <w:r>
        <w:t>وہ اور خدا ایک ہو گیا ہے۔ تو وہ اس کو وحدت الشہود کہتے ہیں۔</w:t>
      </w:r>
    </w:p>
    <w:p>
      <w:r>
        <w:rPr>
          <w:b/>
        </w:rPr>
        <w:t xml:space="preserve">[34:27] </w:t>
      </w:r>
      <w:r>
        <w:t>stuti malhotra kehti hain: "how can we inculcate sufism in our daily life?</w:t>
      </w:r>
    </w:p>
    <w:p>
      <w:pPr>
        <w:jc w:val="right"/>
      </w:pPr>
      <w:r>
        <w:t>ستوتی ملحوترا کہتی ہیں: "ہاؤ کین وی انکلکیٹ صوفیزم ان اور ڈیلی لائف؟</w:t>
      </w:r>
    </w:p>
    <w:p>
      <w:r>
        <w:rPr>
          <w:b/>
        </w:rPr>
        <w:t xml:space="preserve">[34:34] </w:t>
      </w:r>
      <w:r>
        <w:t>" sufism asal mein bas yahi hai ke apni ibadaton ko hum spirit ke sath karen, us ki spirit hum pure tareeqe se malhooz rakhen,</w:t>
      </w:r>
    </w:p>
    <w:p>
      <w:pPr>
        <w:jc w:val="right"/>
      </w:pPr>
      <w:r>
        <w:t>" صوفیزم اصل میں بس یہی ہے کہ اپنی عبادات کو ہم سپرٹ کے ساتھ کریں، اس کی سپرٹ ہم پورے طریقے سے ملحوظ رکھیں،</w:t>
      </w:r>
    </w:p>
    <w:p>
      <w:r>
        <w:rPr>
          <w:b/>
        </w:rPr>
        <w:t xml:space="preserve">[34:48] </w:t>
      </w:r>
      <w:r>
        <w:t>jis ko hum kehte hain khushu o khuzu.</w:t>
      </w:r>
    </w:p>
    <w:p>
      <w:pPr>
        <w:jc w:val="right"/>
      </w:pPr>
      <w:r>
        <w:t>جس کو ہم کہتے ہیں خشوع و خضوع۔</w:t>
      </w:r>
    </w:p>
    <w:p>
      <w:r>
        <w:rPr>
          <w:b/>
        </w:rPr>
        <w:t xml:space="preserve">[34:51] </w:t>
      </w:r>
      <w:r>
        <w:t>pure khushu o khuzu ke sath jab hum... maine sirf ek family mein dekha hai ke jab woh log namaz padhte the, woh meri student thi, woh namaz padhti thin, woh bachiyan to un ki ankhon se aansu gir rahe hote hain.</w:t>
      </w:r>
    </w:p>
    <w:p>
      <w:pPr>
        <w:jc w:val="right"/>
      </w:pPr>
      <w:r>
        <w:t>پورے خشوع و خضوع کے ساتھ جب ہم... میں نے صرف ایک فیملی میں دیکھا ہے کہ جب وہ لوگ نماز پڑھتے تھے، وہ میری سٹوڈنٹ تھی، وہ نماز پڑھتی تھیں، وہ بچیاں تو ان کی آنکھوں سے آنسو گر رہے ہوتے ہیں۔</w:t>
      </w:r>
    </w:p>
    <w:p>
      <w:r>
        <w:rPr>
          <w:b/>
        </w:rPr>
        <w:t xml:space="preserve">[35:06] </w:t>
      </w:r>
      <w:r>
        <w:t>lekin maine aisa dekha nahi. pehle ke logon ke bare mein maine suna hai, lekin</w:t>
      </w:r>
    </w:p>
    <w:p>
      <w:pPr>
        <w:jc w:val="right"/>
      </w:pPr>
      <w:r>
        <w:t>لیکن میں نے ایسا دیکھا نہیں۔ پہلے کے لوگوں کے بارے میں میں نے سنا ہے، لیکن</w:t>
      </w:r>
    </w:p>
    <w:p>
      <w:r>
        <w:rPr>
          <w:b/>
        </w:rPr>
        <w:t xml:space="preserve">[35:12] </w:t>
      </w:r>
      <w:r>
        <w:t>aaj kal ke bachche itne gehre tareeqe se ibadat nahi karte hain. to woh ibadat jis mein bilkul un ko lage ke woh khuda se un ko qurbat ho gayi hai, jaise "wasjud waqtarab" sajda kar aur qareeb qareeb ho ja, to khuda se bilkul jaise un ka taluq jud jaye.</w:t>
      </w:r>
    </w:p>
    <w:p>
      <w:pPr>
        <w:jc w:val="right"/>
      </w:pPr>
      <w:r>
        <w:t>آج کل کے بچے اتنے گہرے طریقے سے عبادت نہیں کرتے ہیں۔ تو وہ عبادت جس میں بالکل ان کو لگے کہ وہ خدا سے ان کو قربت ہو گئی ہے، جیسے "وسجد و اقترب" سجدہ کر اور قریب قریب ہو جا، تو خدا سے بالکل جیسے ان کا تعلق جڑ جائے۔</w:t>
      </w:r>
    </w:p>
    <w:p>
      <w:r>
        <w:rPr>
          <w:b/>
        </w:rPr>
        <w:t xml:space="preserve">[35:30] </w:t>
      </w:r>
      <w:r>
        <w:t>to yahi sufism hai, asli sufism yahi hai. woh to baad mein jo dargah mein bohat sari cheezein</w:t>
      </w:r>
    </w:p>
    <w:p>
      <w:pPr>
        <w:jc w:val="right"/>
      </w:pPr>
      <w:r>
        <w:t>تو یہی صوفیزم ہے، اصلی صوفیزم یہی ہے۔ وہ تو بعد میں جو درگاہ میں بہت ساری چیزیں</w:t>
      </w:r>
    </w:p>
    <w:p>
      <w:r>
        <w:rPr>
          <w:b/>
        </w:rPr>
        <w:t xml:space="preserve">[35:37] </w:t>
      </w:r>
      <w:r>
        <w:t>aaein, woh local asraat hain. asal sufism yahi hai ke apna tazkiya-e-nafs karna, apna dua istaghfar karna, Khuda ki ibaadaat bohat ziyada, Khuda ki ibaadaat poore spirit ke saath karna,</w:t>
      </w:r>
    </w:p>
    <w:p>
      <w:pPr>
        <w:jc w:val="right"/>
      </w:pPr>
      <w:r>
        <w:t>آئیں، وہ لوکل اثرات ہیں۔ اصل صوفیزم یہی ہے کہ اپنا تزکیہ نفس کرنا، اپنے دعا استغفار کرنا، خدا کی عبادات بہت زیادہ، خدا کی عبادات پورے سپرٹ کے ساتھ کرنا،</w:t>
      </w:r>
    </w:p>
    <w:p>
      <w:r>
        <w:rPr>
          <w:b/>
        </w:rPr>
        <w:t xml:space="preserve">[35:53] </w:t>
      </w:r>
      <w:r>
        <w:t>har kaam mein Khuda ki marzi ko dekhna, apni marzi ko fana kar dena, yahi sab sufism hai. sufism Islam se jo asli sufism hai, woh Islam se alag koi cheez nahi hai.</w:t>
      </w:r>
    </w:p>
    <w:p>
      <w:pPr>
        <w:jc w:val="right"/>
      </w:pPr>
      <w:r>
        <w:t>ہر کام میں خدا کی مرضی کو دیکھنا، اپنی مرضی کو فنا کر دینا، یہی سب صوفیزم ہے۔ صوفیزم اسلام سے جو اصلی صوفیزم ہے، وہ اسلام سے الگ کوئی چیز نہیں ہے۔</w:t>
      </w:r>
    </w:p>
    <w:p>
      <w:r>
        <w:rPr>
          <w:b/>
        </w:rPr>
        <w:t xml:space="preserve">[36:08] </w:t>
      </w:r>
      <w:r>
        <w:t>to yeh Navdeep Kapoor ka sawal hai: "What is the origin of</w:t>
      </w:r>
    </w:p>
    <w:p>
      <w:pPr>
        <w:jc w:val="right"/>
      </w:pPr>
      <w:r>
        <w:t>تو یہ نودیب کپور کا سوال ہے: "واٹ از دا اوریجن اف</w:t>
      </w:r>
    </w:p>
    <w:p>
      <w:r>
        <w:rPr>
          <w:b/>
        </w:rPr>
        <w:t xml:space="preserve">[36:12] </w:t>
      </w:r>
      <w:r>
        <w:t>Sufism?"</w:t>
      </w:r>
    </w:p>
    <w:p>
      <w:pPr>
        <w:jc w:val="right"/>
      </w:pPr>
      <w:r>
        <w:t>صوفیزم؟"</w:t>
      </w:r>
    </w:p>
    <w:p>
      <w:r>
        <w:rPr>
          <w:b/>
        </w:rPr>
        <w:t xml:space="preserve">[36:17] </w:t>
      </w:r>
      <w:r>
        <w:t>origin bas itna hi tha jo maine bataya ke woh logon ne dekha ke jo log siyasat mein hain aur waise bhi log jo hain bohat ziyada dunya daar ho gaye hain, to unhon ne socha ke agar hum kuch na karein un ki islaah ke liye to log jo hain bilkul dunya daar ho jayenge aur Islam sirf ek naam ka ho jayega, reh jayega.</w:t>
      </w:r>
    </w:p>
    <w:p>
      <w:pPr>
        <w:jc w:val="right"/>
      </w:pPr>
      <w:r>
        <w:t>اوریجن بس اتنا ہی تھا جو میں نے بتایا کہ وہ لوگوں نے دیکھا کہ جو لوگ سیاست میں ہیں اور ویسے بھی لوگ جو ہیں بہت زیادہ دنیا دار ہو گئے ہیں، تو انہوں نے سوچا کہ اگر ہم کچھ نہ کریں ان کی اصلاح کے لیے تو لوگ جو ہیں بالکل دنیا دار ہو جائیں گے اور اور اسلام صرف ایک نام کا ہو جائے گا، رہ جائے گا۔</w:t>
      </w:r>
    </w:p>
    <w:p>
      <w:r>
        <w:rPr>
          <w:b/>
        </w:rPr>
        <w:t xml:space="preserve">[36:43] </w:t>
      </w:r>
      <w:r>
        <w:t>Islam ki sirf rasam baqi reh jayega ibaadaat ke liye.</w:t>
      </w:r>
    </w:p>
    <w:p>
      <w:pPr>
        <w:jc w:val="right"/>
      </w:pPr>
      <w:r>
        <w:t>اسلام کی صرف رسم باقی رہ جائے گا عبادات کے لیے۔</w:t>
      </w:r>
    </w:p>
    <w:p>
      <w:r>
        <w:rPr>
          <w:b/>
        </w:rPr>
        <w:t xml:space="preserve">[36:47] </w:t>
      </w:r>
      <w:r>
        <w:t>to phir unhon ne aisa kiya ke woh apne gharon mein bilkul woh ho gaye gosha geer, jis ko kehte hain seclusion, unhon ne ikhtiyar kar li aur din raat ibaadat karne lage.</w:t>
      </w:r>
    </w:p>
    <w:p>
      <w:pPr>
        <w:jc w:val="right"/>
      </w:pPr>
      <w:r>
        <w:t>تو پھر انہوں نے ایسا کیا کہ وہ اپنے گھروں میں بالکل وہ ہو گئے گوشہ گیر، جس کو کہتے ہیں سیکلوژن، انہوں نے اختیار کر لی اور دن رات عبادت کرنے لگے۔</w:t>
      </w:r>
    </w:p>
    <w:p>
      <w:r>
        <w:rPr>
          <w:b/>
        </w:rPr>
        <w:t xml:space="preserve">[37:00] </w:t>
      </w:r>
      <w:r>
        <w:t>unhon ne koi koi halqa nahi banaya tha, koi</w:t>
      </w:r>
    </w:p>
    <w:p>
      <w:pPr>
        <w:jc w:val="right"/>
      </w:pPr>
      <w:r>
        <w:t>انہوں نے کوئی کوئی حلقہ نہیں بنایا تھا، کوئی</w:t>
      </w:r>
    </w:p>
    <w:p>
      <w:r>
        <w:rPr>
          <w:b/>
        </w:rPr>
        <w:t xml:space="preserve">[37:04] </w:t>
      </w:r>
      <w:r>
        <w:t>dargah jaise aaj kal hoti hai, nahi banaya tha. bas apne gharon mein woh ibaadat karte the, bas itna karte the ke woh kabhi badshahon se koi ta'alluq qaim nahi karte the, koi paise walon se koi ta'alluq qaim nahi karte the.</w:t>
      </w:r>
    </w:p>
    <w:p>
      <w:pPr>
        <w:jc w:val="right"/>
      </w:pPr>
      <w:r>
        <w:t>درگاہ جیسے آج کل ہوتی ہے، نہیں بنایا تھا۔ بس اپنے گھروں میں وہ عبادت کرتے تھے، بس اتنا کرتے تھے کہ وہ کبھی بادشاہوں سے کوئی تعلق قائم نہیں کرتے تھے، کوئی پیسے والوں سے کوئی تعلق قائم نہیں کرتے تھے۔</w:t>
      </w:r>
    </w:p>
    <w:p>
      <w:r>
        <w:rPr>
          <w:b/>
        </w:rPr>
        <w:t xml:space="preserve">[37:19] </w:t>
      </w:r>
      <w:r>
        <w:t>woh kehte the: "humein kuch zaroorat hi nahi hai." kyunke ek baar Rabia Basri ke paas</w:t>
      </w:r>
    </w:p>
    <w:p>
      <w:pPr>
        <w:jc w:val="right"/>
      </w:pPr>
      <w:r>
        <w:t>وہ کہتے تھے: "ہمیں کچھ ضرورت ہی نہیں ہے۔" کیونکہ ایک بار رابعہ بصری کے پاس</w:t>
      </w:r>
    </w:p>
    <w:p>
      <w:r>
        <w:rPr>
          <w:b/>
        </w:rPr>
        <w:t xml:space="preserve">[37:25] </w:t>
      </w:r>
      <w:r>
        <w:t>ek aadmi ek theli le kar gaya, to Rabia Basri ne nahi liya paisa. to woh kehne lagi ke "main Allah se Allah se bhi nahi mangti, to main insaan se kaise le lungi?</w:t>
      </w:r>
    </w:p>
    <w:p>
      <w:pPr>
        <w:jc w:val="right"/>
      </w:pPr>
      <w:r>
        <w:t>ایک آدمی ایک تھیلی لے کر گیا، تو رابعہ بصری نے نہیں لیا پیسہ۔ تو وہ کہنے لگی کہ "میں اللہ سے اللہ سے بھی نہیں مانگتی، تو میں انسان سے کیسے لے لوں گی؟</w:t>
      </w:r>
    </w:p>
    <w:p>
      <w:r>
        <w:rPr>
          <w:b/>
        </w:rPr>
        <w:t xml:space="preserve">[37:39] </w:t>
      </w:r>
      <w:r>
        <w:t>mujhe to sirf Allah ki mohabbat chahiye."</w:t>
      </w:r>
    </w:p>
    <w:p>
      <w:pPr>
        <w:jc w:val="right"/>
      </w:pPr>
      <w:r>
        <w:t>مجھے تو صرف اللہ کی محبت چاہیے۔"</w:t>
      </w:r>
    </w:p>
    <w:p>
      <w:r>
        <w:rPr>
          <w:b/>
        </w:rPr>
        <w:t xml:space="preserve">[37:43] </w:t>
      </w:r>
      <w:r>
        <w:t>to yeh log sirf Allah ki ibaadat karna chahte the, us ki poori spirit ke saath. aur is ke baad dheere dheere agli naslon mein yeh hua ke logon ne jis jin mulkon mein gaye, wahan ke asraat pakde.</w:t>
      </w:r>
    </w:p>
    <w:p>
      <w:pPr>
        <w:jc w:val="right"/>
      </w:pPr>
      <w:r>
        <w:t>تو یہ لوگ صرف اللہ کی عبادت کرنا چاہتے تھے، اس کی پوری سپرٹ کے ساتھ۔ اور اس کے بعد دھیرے دھیرے اگلی نسلوں میں یہ ہوا کہ لوگوں نے جس جن ملکوں میں گئے، وہاں کے اثرات پکڑے۔</w:t>
      </w:r>
    </w:p>
    <w:p>
      <w:r>
        <w:rPr>
          <w:b/>
        </w:rPr>
        <w:t xml:space="preserve">[37:59] </w:t>
      </w:r>
      <w:r>
        <w:t>jaise India mein unhon ne Hindu mazhab ke asraat pakde. to aap dargah mein jaate hain to bohat sari cheezein aap dekhte hain ke Hindu mazhab se</w:t>
      </w:r>
    </w:p>
    <w:p>
      <w:pPr>
        <w:jc w:val="right"/>
      </w:pPr>
      <w:r>
        <w:t>جیسے انڈیا میں انہوں نے ہندو مذہب کے اثرات پکڑے۔ تو آپ درگاہ میں جاتے ہیں تو بہت ساری چیزیں آپ دیکھتے ہیں کہ ہندو مذہب سے</w:t>
      </w:r>
    </w:p>
    <w:p>
      <w:r>
        <w:rPr>
          <w:b/>
        </w:rPr>
        <w:t xml:space="preserve">[38:09] </w:t>
      </w:r>
      <w:r>
        <w:t>mumaaslat rakhti hain, bohat similar hain, hoti hain. lekin pehle aisa nahi tha. pehle sirf ibaadaat par bohat ziyada zor dete the, woh din din raat ibaadat karte rehte the.</w:t>
      </w:r>
    </w:p>
    <w:p>
      <w:pPr>
        <w:jc w:val="right"/>
      </w:pPr>
      <w:r>
        <w:t>مماثلت رکھتی ہیں، بہت سمیلر ہیں، ہوتی ہیں۔ لیکن پہلے ایسا نہیں تھا۔ پہلے صرف عبادات پر بہت زیادہ زور دیتے تھے، وہ دن دن رات عبادت کرتے رہتے تھے۔</w:t>
      </w:r>
    </w:p>
    <w:p>
      <w:r>
        <w:rPr>
          <w:b/>
        </w:rPr>
        <w:t xml:space="preserve">[38:23] </w:t>
      </w:r>
      <w:r>
        <w:t>to yahi yahi origin thi.</w:t>
      </w:r>
    </w:p>
    <w:p>
      <w:pPr>
        <w:jc w:val="right"/>
      </w:pPr>
      <w:r>
        <w:t>تو یہی یہی اوریجن تھی۔</w:t>
      </w:r>
    </w:p>
    <w:p>
      <w:r>
        <w:rPr>
          <w:b/>
        </w:rPr>
        <w:t xml:space="preserve">[38:27] </w:t>
      </w:r>
      <w:r>
        <w:t>bas shuru mein in ko Sufi nahi kaha jata tha. pehle to jo Sahaba ka jo naam tha, wahi sab se bara jo naam tha, Sahaba tha.</w:t>
      </w:r>
    </w:p>
    <w:p>
      <w:pPr>
        <w:jc w:val="right"/>
      </w:pPr>
      <w:r>
        <w:t>بس شروع میں ان کو صوفی نہیں کہا جاتا تھا۔ پہلے تو جو صحابہ کا جو نام تھا، وہی سب سے بڑا جو نام تھا، صحابہ تھا۔</w:t>
      </w:r>
    </w:p>
    <w:p>
      <w:r>
        <w:rPr>
          <w:b/>
        </w:rPr>
        <w:t xml:space="preserve">[38:36] </w:t>
      </w:r>
      <w:r>
        <w:t>phir Tabi'een tha, phir Taba' Tabi'een tha, phir is ke baad Zahid Abid kehne lage. Zahid Abid yani jo log bohat ziyada</w:t>
      </w:r>
    </w:p>
    <w:p>
      <w:pPr>
        <w:jc w:val="right"/>
      </w:pPr>
      <w:r>
        <w:t>پھر تابعین تھا، پھر تبع تابعین تھا، پھر اس کے بعد زاہد عابد کہنے لگے۔ زاہد عابد یعنی جو لوگ بہت زیادہ</w:t>
      </w:r>
    </w:p>
    <w:p>
      <w:r>
        <w:rPr>
          <w:b/>
        </w:rPr>
        <w:t xml:space="preserve">[38:45] </w:t>
      </w:r>
      <w:r>
        <w:t>ibaadat karte hain aur bilkul simple life ikhtiyar karte hain. un ko deen dunya se koi lena, koi dunya se be raghbati, zuhd ke dunya se be raghbati, yeh desire ko control karna, yeh is mein bohat ziyada hai.</w:t>
      </w:r>
    </w:p>
    <w:p>
      <w:pPr>
        <w:jc w:val="right"/>
      </w:pPr>
      <w:r>
        <w:t>عبادت کرتے ہیں اور بالکل سمپل لائف اختیار کرتے ہیں۔ ان کو دین دنیا سے کوئی لینا، کوئی دنیا سے بے رغبتی، زہد کہ دنیا سے بے رغبتی، یہ ڈیزائر کو کنٹرول کرنا، یہ اس میں بہت زیادہ ہے۔</w:t>
      </w:r>
    </w:p>
    <w:p>
      <w:r>
        <w:rPr>
          <w:b/>
        </w:rPr>
        <w:t xml:space="preserve">[39:03] </w:t>
      </w:r>
      <w:r>
        <w:t>Buddhism mein bohat ziyada hai. woh kehte hain: "jab tak ke apne aadmi apne desires ko control nahi karega, tab tak is ka tazkiya-e-nafs nahi hoga." aur jab tak tazkiya-e-nafs nahi hoga, tab tak woh jannat mein jane ke qabil nahi thehrega.</w:t>
      </w:r>
    </w:p>
    <w:p>
      <w:pPr>
        <w:jc w:val="right"/>
      </w:pPr>
      <w:r>
        <w:t>بدھزم میں بہت زیادہ ہے۔ وہ کہتے ہیں: "جب تک کہ اپنے آدمی اپنے ڈیزائرز کو کنٹرول نہیں کرے گا، تب تک اس کا تزکیہ نفس نہیں ہوگا۔" اور جب تک تزکیہ نفس نہیں ہوگا، تب تک وہ جنت میں جانے کے قابل نہیں ٹھہرے گا۔</w:t>
      </w:r>
    </w:p>
    <w:p>
      <w:r>
        <w:rPr>
          <w:b/>
        </w:rPr>
        <w:t xml:space="preserve">[39:19] </w:t>
      </w:r>
      <w:r>
        <w:t>kehte hain: "woh qalb-e-saleem jo Quran mein kaha gaya hai ke woh log jo aayenge</w:t>
      </w:r>
    </w:p>
    <w:p>
      <w:pPr>
        <w:jc w:val="right"/>
      </w:pPr>
      <w:r>
        <w:t>کہتے ہیں: "وہ قلب سلیم جو قرآن میں کہا گیا ہے کہ وہ لوگ جو آئیں گے</w:t>
      </w:r>
    </w:p>
    <w:p>
      <w:r>
        <w:rPr>
          <w:b/>
        </w:rPr>
        <w:t xml:space="preserve">[39:24] </w:t>
      </w:r>
      <w:r>
        <w:t>aakhirat mein qalb-e-saleem ke saath, sound heart ke saath, to wahi log jannat mein jagah payenge." to yeh hai jo sufism ka jo main maqsad hai, woh tazkiya-e-nafs hai.</w:t>
      </w:r>
    </w:p>
    <w:p>
      <w:pPr>
        <w:jc w:val="right"/>
      </w:pPr>
      <w:r>
        <w:t>آخرت میں قلب سلیم کے ساتھ، ساؤنڈ ہارٹ کے ساتھ، تو وہی لوگ جنت میں جگہ پائیں گے۔" تو یہ ہے جو صوفیزم کا جو مین مقصد ہے، وہ تزکیہ نفس ہے۔</w:t>
      </w:r>
    </w:p>
    <w:p>
      <w:r>
        <w:rPr>
          <w:b/>
        </w:rPr>
        <w:t xml:space="preserve">[39:40] </w:t>
      </w:r>
      <w:r>
        <w:t>Muslim Khan, baaz log sufism ko</w:t>
      </w:r>
    </w:p>
    <w:p>
      <w:pPr>
        <w:jc w:val="right"/>
      </w:pPr>
      <w:r>
        <w:t>مسلم خان، بعض لوگ صوفیزم کو</w:t>
      </w:r>
    </w:p>
    <w:p>
      <w:r>
        <w:rPr>
          <w:b/>
        </w:rPr>
        <w:t xml:space="preserve">[39:43] </w:t>
      </w:r>
      <w:r>
        <w:t>ghulo fi deen samajhte hain. aap ka is ke bare mein kya khayal hai? nahi, aisa kuch nahi hai. aap Rasool Allah Salallahu Alaihi Wasallam ki zindagi ko dekhiye, aap raat raat bhar ibaadat karte the,</w:t>
      </w:r>
    </w:p>
    <w:p>
      <w:pPr>
        <w:jc w:val="right"/>
      </w:pPr>
      <w:r>
        <w:t>غلو فی الدین سمجھتے ہیں۔ آپ کا اس کے بارے میں کیا خیال ہے؟ نہیں، ایسا کچھ نہیں ہے۔ آپ رسول اللہ صلی اللہ علیہ وسلم کی زندگی کو دیکھیے، آپ رات رات بھر عبادت کرتے تھے،</w:t>
      </w:r>
    </w:p>
    <w:p>
      <w:r>
        <w:rPr>
          <w:b/>
        </w:rPr>
        <w:t xml:space="preserve">[39:57] </w:t>
      </w:r>
      <w:r>
        <w:t>to aap is ko bhi ghalu fi deen kahengay? aap bohat ziyada roza rakhtay thay, aap is ko bhi ghalu fi deen kahengay?</w:t>
      </w:r>
    </w:p>
    <w:p>
      <w:pPr>
        <w:jc w:val="right"/>
      </w:pPr>
      <w:r>
        <w:t>تو آپ اس کو بھی غلو فی الدین کہیں گے؟ آپ بہت زیادہ روزہ رکھتے تھے، آپ اس کو بھی غلو فی الدین کہیں گے؟</w:t>
      </w:r>
    </w:p>
    <w:p>
      <w:r>
        <w:rPr>
          <w:b/>
        </w:rPr>
        <w:t xml:space="preserve">[40:04] </w:t>
      </w:r>
      <w:r>
        <w:t>to yeh baad mein asal mein aisa hua ke bohat ziyada daulat ki farawani ho gayi. log dunya daarana zindagi ikhtiyar karne lagay, balkay Iran se yeh saaray asraat aaye.</w:t>
      </w:r>
    </w:p>
    <w:p>
      <w:pPr>
        <w:jc w:val="right"/>
      </w:pPr>
      <w:r>
        <w:t>تو یہ بعد میں اصل میں ایسا ہوا کہ بہت زیادہ دولت کی فراوانی ہو گئی۔ لوگ دنیا دارانہ زندگی اختیار کرنے لگے، بلکہ ایران سے یہ سارے اثرات آئے۔</w:t>
      </w:r>
    </w:p>
    <w:p>
      <w:r>
        <w:rPr>
          <w:b/>
        </w:rPr>
        <w:t xml:space="preserve">[40:18] </w:t>
      </w:r>
      <w:r>
        <w:t>Iran mein, Iran mein</w:t>
      </w:r>
    </w:p>
    <w:p>
      <w:pPr>
        <w:jc w:val="right"/>
      </w:pPr>
      <w:r>
        <w:t>ایران میں، ایران میں</w:t>
      </w:r>
    </w:p>
    <w:p>
      <w:r>
        <w:rPr>
          <w:b/>
        </w:rPr>
        <w:t xml:space="preserve">[40:22] </w:t>
      </w:r>
      <w:r>
        <w:t>badshahat thi, Iran aik empire tha, to wahan log bohat aish o ishrat ke sath zindagi guzar detay thay. to wahi aish o ishrat Abbasi daur mein aayi.</w:t>
      </w:r>
    </w:p>
    <w:p>
      <w:pPr>
        <w:jc w:val="right"/>
      </w:pPr>
      <w:r>
        <w:t>بادشاہت تھی، ایران ایک ایمپائر تھا، تو وہاں لوگ بہت عیش و عشرت کے ساتھ زندگی گزارتے تھے۔ تو وہی عیش و عشرت عباسی دور میں آئی۔</w:t>
      </w:r>
    </w:p>
    <w:p>
      <w:r>
        <w:rPr>
          <w:b/>
        </w:rPr>
        <w:t xml:space="preserve">[40:32] </w:t>
      </w:r>
      <w:r>
        <w:t>saara jo hai asraat Iran ke paray wahan par. Abbasi hukoomat, jaisa ke aap log jantay hongay, woh Iran ke hi</w:t>
      </w:r>
    </w:p>
    <w:p>
      <w:pPr>
        <w:jc w:val="right"/>
      </w:pPr>
      <w:r>
        <w:t>سارا جو ہے اثرات ایران کے پڑے وہاں پر۔ عباسی حکومت، جیسا کہ آپ لوگ جانتے ہوں گے، وہ ایران کے ہی</w:t>
      </w:r>
    </w:p>
    <w:p>
      <w:r>
        <w:rPr>
          <w:b/>
        </w:rPr>
        <w:t xml:space="preserve">[40:42] </w:t>
      </w:r>
      <w:r>
        <w:t>support se qaim hui thi. to saaray Iran ke asraat wahan par aa gaye. to log bohat ziyada aish o ishrat ke sath shahi tarz ki zindagi guzarne lagay.</w:t>
      </w:r>
    </w:p>
    <w:p>
      <w:pPr>
        <w:jc w:val="right"/>
      </w:pPr>
      <w:r>
        <w:t>سپورٹ سے قائم ہوئی تھی۔ تو سارے ایران کے اثرات وہاں پر آ گئے۔ تو لوگ بہت زیادہ عیش و عشرت کے ساتھ شاہی طرز کی زندگی گزارنے لگے۔</w:t>
      </w:r>
    </w:p>
    <w:p>
      <w:r>
        <w:rPr>
          <w:b/>
        </w:rPr>
        <w:t xml:space="preserve">[40:53] </w:t>
      </w:r>
      <w:r>
        <w:t>ab in is background mein jab namaz roze par ziyada zor diya jaye,</w:t>
      </w:r>
    </w:p>
    <w:p>
      <w:pPr>
        <w:jc w:val="right"/>
      </w:pPr>
      <w:r>
        <w:t>اب ان اس بیک گراؤنڈ میں جب نماز روزے پر زیادہ زور دیا جائے،</w:t>
      </w:r>
    </w:p>
    <w:p>
      <w:r>
        <w:rPr>
          <w:b/>
        </w:rPr>
        <w:t xml:space="preserve">[40:59] </w:t>
      </w:r>
      <w:r>
        <w:t>is mein in ibadat nafl ibadaton par bohat ziyada zor diya jaye, Khuda ko yaad karne par bohat ziyada zor diya jaye, to in ko ghalu lagta hai.</w:t>
      </w:r>
    </w:p>
    <w:p>
      <w:pPr>
        <w:jc w:val="right"/>
      </w:pPr>
      <w:r>
        <w:t>اس میں ان عبادت نفل عبادات پر بہت زیادہ زور دیا جائے، خدا کو یاد کرنے پر بہت زیادہ زور دیا جائے، تو ان کو غلو لگتا ہے۔</w:t>
      </w:r>
    </w:p>
    <w:p>
      <w:r>
        <w:rPr>
          <w:b/>
        </w:rPr>
        <w:t xml:space="preserve">[41:11] </w:t>
      </w:r>
      <w:r>
        <w:t>aap jaiye Rasool Allah Sal Allahu Alaihi Wasallam ki zindagi, Sahaba ki zindagi,</w:t>
      </w:r>
    </w:p>
    <w:p>
      <w:pPr>
        <w:jc w:val="right"/>
      </w:pPr>
      <w:r>
        <w:t>آپ جائیے رسول اللہ صلی اللہ علیہ وسلم کی زندگی، صحابہ کی زندگی،</w:t>
      </w:r>
    </w:p>
    <w:p>
      <w:r>
        <w:rPr>
          <w:b/>
        </w:rPr>
        <w:t xml:space="preserve">[41:17] </w:t>
      </w:r>
      <w:r>
        <w:t>woh Khuda ki ibadat karne ke ilawa, Khuda ke liye, Khuda ke deen ke liye kaam karne ke ilawa aur kya karte thay?</w:t>
      </w:r>
    </w:p>
    <w:p>
      <w:pPr>
        <w:jc w:val="right"/>
      </w:pPr>
      <w:r>
        <w:t>وہ خدا کی عبادت کرنے کے علاوہ، خدا کے لیے، خدا کے دین کے لیے کام کرنے کے علاوہ اور کیا کرتے تھے؟</w:t>
      </w:r>
    </w:p>
    <w:p>
      <w:r>
        <w:rPr>
          <w:b/>
        </w:rPr>
        <w:t xml:space="preserve">[41:26] </w:t>
      </w:r>
      <w:r>
        <w:t>sirf baqadr zaroorat dunya ke liye kaam karte thay, baqi apna tamam waqt</w:t>
      </w:r>
    </w:p>
    <w:p>
      <w:pPr>
        <w:jc w:val="right"/>
      </w:pPr>
      <w:r>
        <w:t>صرف بقدر ضرورت دنیا کے لیے کام کرتے تھے، باقی اپنا تمام وقت</w:t>
      </w:r>
    </w:p>
    <w:p>
      <w:r>
        <w:rPr>
          <w:b/>
        </w:rPr>
        <w:t xml:space="preserve">[41:33] </w:t>
      </w:r>
      <w:r>
        <w:t>deen ke liye detay thay. to wahi Sufi kar rahay thay, ibadat kar rahay thay, logon ki islaah kar rahay thay, logon ka tazkiya-e-nafs kar rahay thay.</w:t>
      </w:r>
    </w:p>
    <w:p>
      <w:pPr>
        <w:jc w:val="right"/>
      </w:pPr>
      <w:r>
        <w:t>دین کے لیے دیتے تھے۔ تو وہی صوفیاء کر رہے تھے، عبادت کر رہے تھے، لوگوں کی اصلاح کر رہے تھے، لوگوں کا تزکیہ نفس کر رہے تھے۔</w:t>
      </w:r>
    </w:p>
    <w:p>
      <w:r>
        <w:rPr>
          <w:b/>
        </w:rPr>
        <w:t xml:space="preserve">[41:42] </w:t>
      </w:r>
      <w:r>
        <w:t>to is mein koi ghalu nahi hai. lekin baad mein, baad mein ghalu hua hai. baad mein jab dargah culture develop hua aur logon ne bohat ziyada</w:t>
      </w:r>
    </w:p>
    <w:p>
      <w:pPr>
        <w:jc w:val="right"/>
      </w:pPr>
      <w:r>
        <w:t>تو اس میں کوئی غلو نہیں ہے۔ لیکن بعد میں، بعد میں غلو ہوا ہے۔ بعد میں جب درگاہ کلچر ڈیولپ ہوا اور لوگوں نے بہت زیادہ</w:t>
      </w:r>
    </w:p>
    <w:p>
      <w:r>
        <w:rPr>
          <w:b/>
        </w:rPr>
        <w:t xml:space="preserve">[41:54] </w:t>
      </w:r>
      <w:r>
        <w:t>local asraat qabool kar liye, to is ke baad hum keh saktay hain. lekin hum us waqt original Sufism ki baat kar rahay hain.</w:t>
      </w:r>
    </w:p>
    <w:p>
      <w:pPr>
        <w:jc w:val="right"/>
      </w:pPr>
      <w:r>
        <w:t>لوکل اثرات قبول کر لیے، تو اس کے بعد ہم کہہ سکتے ہیں۔ لیکن ہم اس وقت اوریجنل صوفیزم کی بات کر رہے ہیں۔</w:t>
      </w:r>
    </w:p>
    <w:p>
      <w:r>
        <w:rPr>
          <w:b/>
        </w:rPr>
        <w:t xml:space="preserve">[42:04] </w:t>
      </w:r>
      <w:r>
        <w:t>aik sawal hai: "yeh earlier the teachings of Sufis would attract both Hindu and Muslims alike, but today people of other faiths are not interested in Islam.</w:t>
      </w:r>
    </w:p>
    <w:p>
      <w:pPr>
        <w:jc w:val="right"/>
      </w:pPr>
      <w:r>
        <w:t>ایک سوال ہے: "یہ ارلیئر دا ٹیچنگز اف صوفیز وڈ اٹریکٹ بوتھ ہندو اینڈ مسلمز الائک، بٹ ٹوڈے پیپل اف ادر فیتھس ار ناٹ انٹرسٹڈ ان اسلام۔</w:t>
      </w:r>
    </w:p>
    <w:p>
      <w:r>
        <w:rPr>
          <w:b/>
        </w:rPr>
        <w:t xml:space="preserve">[42:19] </w:t>
      </w:r>
      <w:r>
        <w:t>what is the reason for this change?"</w:t>
      </w:r>
    </w:p>
    <w:p>
      <w:pPr>
        <w:jc w:val="right"/>
      </w:pPr>
      <w:r>
        <w:t>واٹ از دا ریزن فار دس چینج؟"</w:t>
      </w:r>
    </w:p>
    <w:p>
      <w:r>
        <w:rPr>
          <w:b/>
        </w:rPr>
        <w:t xml:space="preserve">[42:27] </w:t>
      </w:r>
      <w:r>
        <w:t>ab aaj kal asal mein dunya bohat ziyada attractive ho gayi hai. pehle itna kuch tha nahi, bari gaariyan, khoobsurat ghar,</w:t>
      </w:r>
    </w:p>
    <w:p>
      <w:pPr>
        <w:jc w:val="right"/>
      </w:pPr>
      <w:r>
        <w:t>اب آج کل اصل میں دنیا بہت زیادہ اٹریکٹو ہو گئی ہے۔ پہلے اتنا کچھ تھا نہیں، بڑی گاڑیاں، خوبصورت گھر،</w:t>
      </w:r>
    </w:p>
    <w:p>
      <w:r>
        <w:rPr>
          <w:b/>
        </w:rPr>
        <w:t xml:space="preserve">[42:42] </w:t>
      </w:r>
      <w:r>
        <w:t>bohat hi har cheez ka aala mayar.</w:t>
      </w:r>
    </w:p>
    <w:p>
      <w:pPr>
        <w:jc w:val="right"/>
      </w:pPr>
      <w:r>
        <w:t>بہت ہی ہر چیز کا اعلیٰ معیار۔</w:t>
      </w:r>
    </w:p>
    <w:p>
      <w:r>
        <w:rPr>
          <w:b/>
        </w:rPr>
        <w:t xml:space="preserve">[42:46] </w:t>
      </w:r>
      <w:r>
        <w:t>to is ki wajah se log mazhab ko sirf rasmi ibadat ke taur par unhon ne le liya hai. mazhab par woh ziyada dhyan nahi detay.</w:t>
      </w:r>
    </w:p>
    <w:p>
      <w:pPr>
        <w:jc w:val="right"/>
      </w:pPr>
      <w:r>
        <w:t>تو اس کی وجہ سے لوگ مذہب کو صرف رسمی عبادت کے طور پر انہوں نے لے لیا ہے۔ مذہب پر وہ زیادہ دھیان نہیں دیتے۔</w:t>
      </w:r>
    </w:p>
    <w:p>
      <w:r>
        <w:rPr>
          <w:b/>
        </w:rPr>
        <w:t xml:space="preserve">[42:55] </w:t>
      </w:r>
      <w:r>
        <w:t>woh har mazhab mein yahi hua hai. log dunya kamane, dunya ke naqshay mein apni jagah banane</w:t>
      </w:r>
    </w:p>
    <w:p>
      <w:pPr>
        <w:jc w:val="right"/>
      </w:pPr>
      <w:r>
        <w:t>وہ ہر مذہب میں یہی ہوا ہے۔ لوگ دنیا کمانے، دنیا کے نقشے میں اپنی جگہ بنانے</w:t>
      </w:r>
    </w:p>
    <w:p>
      <w:r>
        <w:rPr>
          <w:b/>
        </w:rPr>
        <w:t xml:space="preserve">[43:03] </w:t>
      </w:r>
      <w:r>
        <w:t>aur apnay bachon ka mustaqbil banane isi mein saara time sirf kar rahay hain. to is wajah se un ka dhyan hat gaya hai.</w:t>
      </w:r>
    </w:p>
    <w:p>
      <w:pPr>
        <w:jc w:val="right"/>
      </w:pPr>
      <w:r>
        <w:t>اور اپنے بچوں کا مستقبل بنانے اسی میں سارا ٹائم صرف کر رہے ہیں۔ تو اس وجہ سے ان کا دھیان ہٹ گیا ہے۔</w:t>
      </w:r>
    </w:p>
    <w:p>
      <w:r>
        <w:rPr>
          <w:b/>
        </w:rPr>
        <w:t xml:space="preserve">[43:12] </w:t>
      </w:r>
      <w:r>
        <w:t>aur pehle aisa tha ke pehle itna masla hi kuch nahi tha. ziyada tar agriculture</w:t>
      </w:r>
    </w:p>
    <w:p>
      <w:pPr>
        <w:jc w:val="right"/>
      </w:pPr>
      <w:r>
        <w:t>اور پہلے ایسا تھا کہ پہلے اتنا مسئلہ ہی کچھ نہیں تھا۔ زیادہ تر ایگریکلچر</w:t>
      </w:r>
    </w:p>
    <w:p>
      <w:r>
        <w:rPr>
          <w:b/>
        </w:rPr>
        <w:t xml:space="preserve">[43:19] </w:t>
      </w:r>
      <w:r>
        <w:t>wala zamana tha. to jo kuch wahan par itna ziyada kuch tha nahi kharch karne ke liye bhi. jis ke paas paisa hota bhi tha, woh kahin gaar gaar deta tha.</w:t>
      </w:r>
    </w:p>
    <w:p>
      <w:pPr>
        <w:jc w:val="right"/>
      </w:pPr>
      <w:r>
        <w:t>والا زمانہ تھا۔ تو جو کچھ وہاں پر اتنا زیادہ کچھ تھا نہیں خرچ کرنے کے لیے بھی۔ جس کے پاس پیسہ ہوتا بھی تھا، وہ کہیں گاڑ گاڑ دیتا تھا۔</w:t>
      </w:r>
    </w:p>
    <w:p>
      <w:r>
        <w:rPr>
          <w:b/>
        </w:rPr>
        <w:t xml:space="preserve">[43:33] </w:t>
      </w:r>
      <w:r>
        <w:t>us ko kharch karne ke liye kuch nahi tha.</w:t>
      </w:r>
    </w:p>
    <w:p>
      <w:pPr>
        <w:jc w:val="right"/>
      </w:pPr>
      <w:r>
        <w:t>اس کو خرچ کرنے کے لیے کچھ نہیں تھا۔</w:t>
      </w:r>
    </w:p>
    <w:p>
      <w:r>
        <w:rPr>
          <w:b/>
        </w:rPr>
        <w:t xml:space="preserve">[43:37] </w:t>
      </w:r>
      <w:r>
        <w:t>aik abhi mujhe qissa yaad aata hai ke aik baar aik sadhu kisi numaaish mein aik jadeed tarz ki car dekh raha tha.</w:t>
      </w:r>
    </w:p>
    <w:p>
      <w:pPr>
        <w:jc w:val="right"/>
      </w:pPr>
      <w:r>
        <w:t>ایک ابھی مجھے قصہ یاد آتا ہے کہ ایک بار ایک سادھو کسی نمائش میں ایک جدید طرز کی کار دیکھ رہا تھا۔</w:t>
      </w:r>
    </w:p>
    <w:p>
      <w:r>
        <w:rPr>
          <w:b/>
        </w:rPr>
        <w:t xml:space="preserve">[43:47] </w:t>
      </w:r>
      <w:r>
        <w:t>ab woh car wahan chala kar dikha rahe thay. to woh sadhu dekhta raha, dekhta raha. us ne shayad pehli baar itni khoobsurat car dekhi hogi.</w:t>
      </w:r>
    </w:p>
    <w:p>
      <w:pPr>
        <w:jc w:val="right"/>
      </w:pPr>
      <w:r>
        <w:t>اب وہ کار وہاں چلا کر دکھا رہے تھے۔ تو وہ سادھو دیکھتا رہا، دیکھتا رہا۔ اس نے شاید پہلی بار اتنی خوبصورت کار دیکھی ہوگی۔</w:t>
      </w:r>
    </w:p>
    <w:p>
      <w:r>
        <w:rPr>
          <w:b/>
        </w:rPr>
        <w:t xml:space="preserve">[43:55] </w:t>
      </w:r>
      <w:r>
        <w:t>to woh dekhte dekhte kehne laga ke "yeh mujhe to jo main apni aik zindagi jo meri hai, sadhu wali zindagi, to mujhe is par shubah ho raha hai ke yeh bhi koi zindagi hai.</w:t>
      </w:r>
    </w:p>
    <w:p>
      <w:pPr>
        <w:jc w:val="right"/>
      </w:pPr>
      <w:r>
        <w:t>تو وہ دیکھتے دیکھتے کہنے لگا کہ "یہ مجھے تو جو میں اپنی ایک زندگی جو میری ہے، سادھو والی زندگی، تو مجھے اس پر شبہ ہو رہا ہے کہ یہ بھی کوئی زندگی ہے۔</w:t>
      </w:r>
    </w:p>
    <w:p>
      <w:r>
        <w:rPr>
          <w:b/>
        </w:rPr>
        <w:t xml:space="preserve">[44:06] </w:t>
      </w:r>
      <w:r>
        <w:t>asal zindagi to yeh hai ke dunya itni attractive pehle kabhi nahi thi.</w:t>
      </w:r>
    </w:p>
    <w:p>
      <w:pPr>
        <w:jc w:val="right"/>
      </w:pPr>
      <w:r>
        <w:t>اصل زندگی تو یہ ہے کہ دنیا اتنی اٹریکٹو پہلے کبھی نہیں تھی۔</w:t>
      </w:r>
    </w:p>
    <w:p>
      <w:r>
        <w:rPr>
          <w:b/>
        </w:rPr>
        <w:t xml:space="preserve">[44:11] </w:t>
      </w:r>
      <w:r>
        <w:t>ab bachon ko behtareen school mein dakhla dilana hai, beemar ho jayen to behtareen hospital mein is ka ilaj karana hai. to har cheez ke liye paisa chahiye.</w:t>
      </w:r>
    </w:p>
    <w:p>
      <w:pPr>
        <w:jc w:val="right"/>
      </w:pPr>
      <w:r>
        <w:t>اب بچوں کو بہترین اسکول میں داخلہ دلانا ہے، بیمار ہو جائیں تو بہترین ہاسپٹل میں اس کا علاج کرانا ہے۔ تو ہر چیز کے لیے پیسہ چاہیے۔</w:t>
      </w:r>
    </w:p>
    <w:p>
      <w:r>
        <w:rPr>
          <w:b/>
        </w:rPr>
        <w:t xml:space="preserve">[44:21] </w:t>
      </w:r>
      <w:r>
        <w:t>to logon ki jo simple life thi, woh khatam ho gayi hai. to in ko tasawwuf se ab zyada dilchaspi nahi rahi. woh mazhab ko sirf</w:t>
      </w:r>
    </w:p>
    <w:p>
      <w:pPr>
        <w:jc w:val="right"/>
      </w:pPr>
      <w:r>
        <w:t>تو لوگوں کی جو سمپل لائف تھی، وہ ختم ہوگئی ہے۔ تو ان کو تصوف سے اب زیادہ دلچسپی نہیں رہی۔ وہ مذہب کو صرف</w:t>
      </w:r>
    </w:p>
    <w:p>
      <w:r>
        <w:rPr>
          <w:b/>
        </w:rPr>
        <w:t xml:space="preserve">[44:31] </w:t>
      </w:r>
      <w:r>
        <w:t>rasm ke taur par anjam dete hain. namaz ke baad namaz parh li, roza rakh liya, baqi auqat unhon ne un ka sab dunya ke soch mein guzarta hai." Fahmeeda Khan likhti hain Faizabad se:</w:t>
      </w:r>
    </w:p>
    <w:p>
      <w:pPr>
        <w:jc w:val="right"/>
      </w:pPr>
      <w:r>
        <w:t>رسم کے طور پر انجام دیتے ہیں۔ نماز کے بعد نماز پڑھ لی، روزہ رکھ لیا، باقی اوقات انہوں نے ان کا سب دنیا کے سوچ میں گزرتا ہے۔" فہمیدہ خان لکھتی ہیں فیض آباد سے:</w:t>
      </w:r>
    </w:p>
    <w:p>
      <w:r>
        <w:rPr>
          <w:b/>
        </w:rPr>
        <w:t xml:space="preserve">[44:50] </w:t>
      </w:r>
      <w:r>
        <w:t>"der is a widespread misconception that sufism means renouncing the world. world renounce karna yeh matlab nahi hota hai ke janglon mein chale jao,</w:t>
      </w:r>
    </w:p>
    <w:p>
      <w:pPr>
        <w:jc w:val="right"/>
      </w:pPr>
      <w:r>
        <w:t>"دیر از ا وائیڈ سپریڈ مس کنسیپشن دیٹ صوفیزم مینز ریناؤنسنگ دا ورلڈ۔ ورلڈ ریناؤنس کرنا یہ مطلب نہیں ہوتا ہے کہ جنگل میں چلے جاؤ،</w:t>
      </w:r>
    </w:p>
    <w:p>
      <w:r>
        <w:rPr>
          <w:b/>
        </w:rPr>
        <w:t xml:space="preserve">[45:04] </w:t>
      </w:r>
      <w:r>
        <w:t>lekin apne aap ko</w:t>
      </w:r>
    </w:p>
    <w:p>
      <w:pPr>
        <w:jc w:val="right"/>
      </w:pPr>
      <w:r>
        <w:t>لیکن اپنے آپ کو</w:t>
      </w:r>
    </w:p>
    <w:p>
      <w:r>
        <w:rPr>
          <w:b/>
        </w:rPr>
        <w:t xml:space="preserve">[45:07] </w:t>
      </w:r>
      <w:r>
        <w:t>dunya ke attraction se bachana, jis ko Islam mein zuhd kaha gaya hai. matlab dunya se be raghbati.</w:t>
      </w:r>
    </w:p>
    <w:p>
      <w:pPr>
        <w:jc w:val="right"/>
      </w:pPr>
      <w:r>
        <w:t>دنیا کے اٹریکشن سے بچانا، جس کو اسلام میں زہد کہا گیا ہے۔ مطلب دنیا سے بے رغبتی۔</w:t>
      </w:r>
    </w:p>
    <w:p>
      <w:r>
        <w:rPr>
          <w:b/>
        </w:rPr>
        <w:t xml:space="preserve">[45:16] </w:t>
      </w:r>
      <w:r>
        <w:t>Hazrat Nizamuddin Auliya ne kaha hai ke is ka matlab yeh nahi hai dunya se be raghbati ka. yeh matlab nahi hai</w:t>
      </w:r>
    </w:p>
    <w:p>
      <w:pPr>
        <w:jc w:val="right"/>
      </w:pPr>
      <w:r>
        <w:t>حضرت نظام الدین اولیاء نے کہا ہے کہ اس کا مطلب یہ نہیں ہے دنیا سے بے رغبتی کا۔ یہ مطلب نہیں ہے</w:t>
      </w:r>
    </w:p>
    <w:p>
      <w:r>
        <w:rPr>
          <w:b/>
        </w:rPr>
        <w:t xml:space="preserve">[45:24] </w:t>
      </w:r>
      <w:r>
        <w:t>ke tum dunya ko chhod do. dunya ka be itidala istemal galat hai. woh kehte hain jaise murghabi hoti hai, woh pani mein jati hai aur phir nikalti hai to us ke us ke paron par kuch nahi pani hota hai.</w:t>
      </w:r>
    </w:p>
    <w:p>
      <w:pPr>
        <w:jc w:val="right"/>
      </w:pPr>
      <w:r>
        <w:t>کہ تم دنیا کو چھوڑ دو۔ دنیا کا بے اعتدال لانا استعمال غلط ہے۔ وہ کہتے ہیں جیسے مرغابی ہوتی ہے، وہ پانی میں جاتی ہے اور پھر نکلتی ہے تو اس کے اس کے پروں پر کچھ نہیں پانی ہوتا ہے۔</w:t>
      </w:r>
    </w:p>
    <w:p>
      <w:r>
        <w:rPr>
          <w:b/>
        </w:rPr>
        <w:t xml:space="preserve">[45:40] </w:t>
      </w:r>
      <w:r>
        <w:t>matlab dunya ka istemal karo, lekin</w:t>
      </w:r>
    </w:p>
    <w:p>
      <w:pPr>
        <w:jc w:val="right"/>
      </w:pPr>
      <w:r>
        <w:t>مطلب دنیا کا استعمال کرو، لیکن</w:t>
      </w:r>
    </w:p>
    <w:p>
      <w:r>
        <w:rPr>
          <w:b/>
        </w:rPr>
        <w:t xml:space="preserve">[45:42] </w:t>
      </w:r>
      <w:r>
        <w:t>tum materialistic na ho jao. dunya ba qadr zarurat hai. aaj aap dekhiye ke dunya ko log zarurat se zyada istemal kiya.</w:t>
      </w:r>
    </w:p>
    <w:p>
      <w:pPr>
        <w:jc w:val="right"/>
      </w:pPr>
      <w:r>
        <w:t>تم مٹیریلسٹ نہ ہو جاؤ۔ دنیا بقدر ضرورت ہے۔ آج آپ دیکھیے کہ دنیا کو لوگ ضرورت سے زیادہ استعمال کیا۔</w:t>
      </w:r>
    </w:p>
    <w:p>
      <w:r>
        <w:rPr>
          <w:b/>
        </w:rPr>
        <w:t xml:space="preserve">[45:52] </w:t>
      </w:r>
      <w:r>
        <w:t>logon ne apne aish o ishrat ke liye istemal kiya. to aaj kitne baray baray masail paida ho gaye. global warming paida ho gayi. global warming isi liye hui ke logon ne dunya ko bohat zyada istemal kiya.</w:t>
      </w:r>
    </w:p>
    <w:p>
      <w:pPr>
        <w:jc w:val="right"/>
      </w:pPr>
      <w:r>
        <w:t>لوگوں نے اپنے عیش و عشرت کے لیے استعمال کیا۔ تو آج کتنے بڑے بڑے مسائل پیدا ہوگئے۔ گلوبل وارمنگ پیدا ہوگئی۔ گلوبل وارمنگ اسی لیے ہوئی کہ لوگوں نے دنیا کو بہت زیادہ استعمال کیا۔</w:t>
      </w:r>
    </w:p>
    <w:p>
      <w:r>
        <w:rPr>
          <w:b/>
        </w:rPr>
        <w:t xml:space="preserve">[46:07] </w:t>
      </w:r>
      <w:r>
        <w:t>to yeh jo hai, dunya ko Allah taala ne ba qadr istemal hi dunya ke resources diye thay. jo hum chahte hain, asal mein hamare dimaghon mein hai yeh sab baat ke hum aik perfect dunya chahte hain, aik ideal dunya chahte hain,</w:t>
      </w:r>
    </w:p>
    <w:p>
      <w:pPr>
        <w:jc w:val="right"/>
      </w:pPr>
      <w:r>
        <w:t>تو یہ جو ہے، دنیا کو اللہ تعالی نے بقدر استعمال ہی دنیا کے ریسورسز دیے تھے۔ جو ہم چاہتے ہیں، اصل میں ہمارے دماغوں میں ہے یہ سب بات کہ ہم ایک پرفیکٹ دنیا چاہتے ہیں، ایک آئیڈیل دنیا چاہتے ہیں،</w:t>
      </w:r>
    </w:p>
    <w:p>
      <w:r>
        <w:rPr>
          <w:b/>
        </w:rPr>
        <w:t xml:space="preserve">[46:25] </w:t>
      </w:r>
      <w:r>
        <w:t>apne desires ki fulfillment hum chahte hain, lekin woh hamein akhirat mein mile gi. to yeh jo sufism mein renouncing the world kaha jata hai, woh hum hum ab hum ko apne mind ko</w:t>
      </w:r>
    </w:p>
    <w:p>
      <w:pPr>
        <w:jc w:val="right"/>
      </w:pPr>
      <w:r>
        <w:t>اپنے ڈیزائرز کی فلفلمنٹ ہم چاہتے ہیں، لیکن وہ ہمیں آخرت میں ملے گی۔ تو یہ جو صوفیزم میں ریناؤنسنگ دا ورلڈ کہا جاتا ہے، وہ ہم ہم اب ہم کو اپنے مائنڈ کو</w:t>
      </w:r>
    </w:p>
    <w:p>
      <w:r>
        <w:rPr>
          <w:b/>
        </w:rPr>
        <w:t xml:space="preserve">[46:43] </w:t>
      </w:r>
      <w:r>
        <w:t>is se hatana hai. zarurat ke mutabiq dunya ka kaam karna hai, baqi auqat mein hamein Khuda ke liye kaam karna hai, Khuda ki ibadat karna hai, Khuda ke deen ke liye kaam karna hai, Khuda ke message ko dunya ke logon tak pahunchana hai.</w:t>
      </w:r>
    </w:p>
    <w:p>
      <w:pPr>
        <w:jc w:val="right"/>
      </w:pPr>
      <w:r>
        <w:t>اس سے ہٹانا ہے۔ ضرورت کے مطابق دنیا کا کام کرنا ہے، باقی اوقات میں ہمیں خدا کے لیے کام کرنا ہے، خدا کی عبادت کرنا ہے، خدا کے دین کے لیے کام کرنا ہے، خدا کے میسج کو دنیا کے لوگوں تک پہنچانا ہے۔</w:t>
      </w:r>
    </w:p>
    <w:p>
      <w:r>
        <w:rPr>
          <w:b/>
        </w:rPr>
        <w:t xml:space="preserve">[46:59] </w:t>
      </w:r>
      <w:r>
        <w:t>aur yeh bilkul wahi hai jo</w:t>
      </w:r>
    </w:p>
    <w:p>
      <w:pPr>
        <w:jc w:val="right"/>
      </w:pPr>
      <w:r>
        <w:t>اور یہ بالکل وہی ہے جو</w:t>
      </w:r>
    </w:p>
    <w:p>
      <w:r>
        <w:rPr>
          <w:b/>
        </w:rPr>
        <w:t xml:space="preserve">[47:01] </w:t>
      </w:r>
      <w:r>
        <w:t>Rasool Allah Sal Allahu Alaihi Wasallam aur aap ke ashaab karte thay. to yeh bilkul koi alag cheez nahi hai. Rasool Allah Sal Allahu Alaihi Wasallam itni ibadat karte thay ke aap ke paaon soojh jatay thay.</w:t>
      </w:r>
    </w:p>
    <w:p>
      <w:pPr>
        <w:jc w:val="right"/>
      </w:pPr>
      <w:r>
        <w:t>رسول اللہ صلی اللہ علیہ وسلم اور آپ کے اصحاب کرتے تھے۔ تو یہ بالکل کوئی الگ چیز نہیں ہے۔ رسول اللہ صلی اللہ علیہ وسلم اتنی عبادت کرتے تھے کہ آپ کے پاؤں سوجھ جاتے تھے۔</w:t>
      </w:r>
    </w:p>
    <w:p>
      <w:r>
        <w:rPr>
          <w:b/>
        </w:rPr>
        <w:t xml:space="preserve">[47:15] </w:t>
      </w:r>
      <w:r>
        <w:t>ab is ko aap kya kahain ge? kya yeh Islam ke khilaf hai? to aap agar Islam ke khilaf hota to aap aisa kyun karte?</w:t>
      </w:r>
    </w:p>
    <w:p>
      <w:pPr>
        <w:jc w:val="right"/>
      </w:pPr>
      <w:r>
        <w:t>اب اس کو آپ کیا کہیں گے؟ کیا یہ اسلام کے خلاف ہے؟ تو آپ اگر اسلام کے خلاف ہوتا تو آپ ایسا کیوں کرتے؟</w:t>
      </w:r>
    </w:p>
    <w:p>
      <w:r>
        <w:rPr>
          <w:b/>
        </w:rPr>
        <w:t xml:space="preserve">[47:23] </w:t>
      </w:r>
      <w:r>
        <w:t>to yeh hum logon ki kami hai. is kami ko justify karne ke liye hum yeh kehte hain ke yeh Islam mein nahi hai.</w:t>
      </w:r>
    </w:p>
    <w:p>
      <w:pPr>
        <w:jc w:val="right"/>
      </w:pPr>
      <w:r>
        <w:t>تو یہ ہم لوگوں کی کمی ہے۔ اس کمی کو جسٹیفائی کرنے کے لیے ہم یہ کہتے ہیں کہ یہ اسلام میں نہیں ہے۔</w:t>
      </w:r>
    </w:p>
    <w:p>
      <w:r>
        <w:rPr>
          <w:b/>
        </w:rPr>
        <w:t xml:space="preserve">[47:47] </w:t>
      </w:r>
      <w:r>
        <w:t>Farhad Umri likhte hain: "aik hadith hai sahi Muslim mein ke Abu Huraira bayan karte hain ke</w:t>
      </w:r>
    </w:p>
    <w:p>
      <w:pPr>
        <w:jc w:val="right"/>
      </w:pPr>
      <w:r>
        <w:t>فرہاد عمری لکھتے ہیں: "ایک حدیث ہے صحیح مسلم میں کہ ابوہریرہ بیان کرتے ہیں کہ</w:t>
      </w:r>
    </w:p>
    <w:p>
      <w:r>
        <w:rPr>
          <w:b/>
        </w:rPr>
        <w:t xml:space="preserve">[48:02] </w:t>
      </w:r>
      <w:r>
        <w:t>unhon ne Khuda ke Rasool se kaha: aey Khuda ke Rasool</w:t>
      </w:r>
    </w:p>
    <w:p>
      <w:pPr>
        <w:jc w:val="right"/>
      </w:pPr>
      <w:r>
        <w:t>انہوں نے خدا کے رسول سے کہا: اے خدا کے رسول</w:t>
      </w:r>
    </w:p>
    <w:p>
      <w:r>
        <w:rPr>
          <w:b/>
        </w:rPr>
        <w:t xml:space="preserve">[48:06] </w:t>
      </w:r>
      <w:r>
        <w:t>! mushrikeen par bad dua kar dijiye. aap ne kaha: main lanat karne wala bana kar nahi bheja gaya hoon, main bilashubah rehmat bana kar bheja gaya hoon.</w:t>
      </w:r>
    </w:p>
    <w:p>
      <w:pPr>
        <w:jc w:val="right"/>
      </w:pPr>
      <w:r>
        <w:t>! مشرکین پر بد دعا کر دیجئے۔ آپ نے کہا: میں لعنت کرنے والا بنا کر نہیں بھیجا گیا ہوں، میں بلاشبہ رحمت بنا کر بھیجا گیا ہوں۔</w:t>
      </w:r>
    </w:p>
    <w:p>
      <w:r>
        <w:rPr>
          <w:b/>
        </w:rPr>
        <w:t xml:space="preserve">[48:17] </w:t>
      </w:r>
      <w:r>
        <w:t>Rasool Allah ka har kaam tazkiya hua karta tha. is aitbar se is ka tazkiya nafs se kya ta'alluq ho sakta hai?</w:t>
      </w:r>
    </w:p>
    <w:p>
      <w:pPr>
        <w:jc w:val="right"/>
      </w:pPr>
      <w:r>
        <w:t>رسول اللہ کا ہر کام تزکیہ ہوا کرتا تھا۔ اس اعتبار سے اس کا تزکیہ نفس سے کیا تعلق ہو سکتا ہے؟</w:t>
      </w:r>
    </w:p>
    <w:p>
      <w:r>
        <w:rPr>
          <w:b/>
        </w:rPr>
        <w:t xml:space="preserve">[48:29] </w:t>
      </w:r>
      <w:r>
        <w:t>yeh bilkul tazkiya-e-nafs ke mutabiq hai, kyunke tazkiya ka matlab hota hai hamare dil mein jo bhi ghalat kh</w:t>
      </w:r>
    </w:p>
    <w:p>
      <w:pPr>
        <w:jc w:val="right"/>
      </w:pPr>
      <w:r>
        <w:t>یہ بالکل تزکیہ نفس کے مطابق ہے، کیونکہ تزکیہ کا مطلب ہوتا ہے ہمارے دل میں جو بھی غلط 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