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My Experience July 19, 2020 Maulana Wahiduddin Khan</w:t>
      </w:r>
    </w:p>
    <w:p>
      <w:r>
        <w:t>https://www.youtube.com/watch?v=p48Xhw0m5pk</w:t>
      </w:r>
    </w:p>
    <w:p>
      <w:r>
        <w:rPr>
          <w:b/>
        </w:rPr>
        <w:t xml:space="preserve">[00:14] </w:t>
      </w:r>
      <w:r>
        <w:t>bismillah-al-rahman-al-rahim, wa salla Allahu ala nabiyyi al-kareem.</w:t>
      </w:r>
    </w:p>
    <w:p>
      <w:pPr>
        <w:jc w:val="right"/>
      </w:pPr>
      <w:r>
        <w:t>بسم اللہ الرحمن الرحیم، وصلی اللہ علی نبی الکریم۔</w:t>
      </w:r>
    </w:p>
    <w:p>
      <w:r>
        <w:rPr>
          <w:b/>
        </w:rPr>
        <w:t xml:space="preserve">[00:23] </w:t>
      </w:r>
      <w:r>
        <w:t>Aaj main apna ek tajruba bayan karna chahta hoon.</w:t>
      </w:r>
    </w:p>
    <w:p>
      <w:pPr>
        <w:jc w:val="right"/>
      </w:pPr>
      <w:r>
        <w:t>آج میں اپنا ایک تجربہ بیان کرنا چاہتا ہوں۔</w:t>
      </w:r>
    </w:p>
    <w:p>
      <w:r>
        <w:rPr>
          <w:b/>
        </w:rPr>
        <w:t xml:space="preserve">[00:31] </w:t>
      </w:r>
      <w:r>
        <w:t>Main jab padhta tha madrasse mein to us zamane mein ek kitab hoti thi, woh kitab to thi grammar ki, us mein ek sentence hota tha:</w:t>
      </w:r>
    </w:p>
    <w:p>
      <w:pPr>
        <w:jc w:val="right"/>
      </w:pPr>
      <w:r>
        <w:t>میں جب پڑھتا تھا مدرسے میں تو اس زمانے میں ایک کتاب ہوتی تھی، وہ کتاب تو تھی گریبر کی، اس میں ایک سینٹنس ہوتا تھا:</w:t>
      </w:r>
    </w:p>
    <w:p>
      <w:r>
        <w:rPr>
          <w:b/>
        </w:rPr>
        <w:t xml:space="preserve">[00:48] </w:t>
      </w:r>
      <w:r>
        <w:t>"man huwa naso ka kharl ka man man huwa baad ka" .</w:t>
      </w:r>
    </w:p>
    <w:p>
      <w:pPr>
        <w:jc w:val="right"/>
      </w:pPr>
      <w:r>
        <w:t>"من ہوا ناسو کا خرل کا من من ہوا بعد کا" ۔</w:t>
      </w:r>
    </w:p>
    <w:p>
      <w:r>
        <w:rPr>
          <w:b/>
        </w:rPr>
        <w:t xml:space="preserve">[00:57] </w:t>
      </w:r>
      <w:r>
        <w:t>Yaani is ka tarjuma yeh hai ke jo tumhari tareef karta hai, us se behtar hai woh aadmi jo aadmi tumhari criticize karta hai.</w:t>
      </w:r>
    </w:p>
    <w:p>
      <w:pPr>
        <w:jc w:val="right"/>
      </w:pPr>
      <w:r>
        <w:t>یعنی اس کا ترجمہ یہ ہے کہ جو تمہاری تعریف کرتا ہے، اس سے بہتر ہے وہ آدمی جو آدمی تمہاری کریٹیسائز کرتا ہے۔</w:t>
      </w:r>
    </w:p>
    <w:p>
      <w:r>
        <w:rPr>
          <w:b/>
        </w:rPr>
        <w:t xml:space="preserve">[01:14] </w:t>
      </w:r>
      <w:r>
        <w:t>To jab maine padha tha, woh bahut pehle ki baat hai,</w:t>
      </w:r>
    </w:p>
    <w:p>
      <w:pPr>
        <w:jc w:val="right"/>
      </w:pPr>
      <w:r>
        <w:t>تو جب میں نے پڑھا تھا، وہ بہت پہلے کی بات ہے،</w:t>
      </w:r>
    </w:p>
    <w:p>
      <w:r>
        <w:rPr>
          <w:b/>
        </w:rPr>
        <w:t xml:space="preserve">[01:23] </w:t>
      </w:r>
      <w:r>
        <w:t>kyunke madrasse mein dakhil hua tha main 1938 mein.</w:t>
      </w:r>
    </w:p>
    <w:p>
      <w:pPr>
        <w:jc w:val="right"/>
      </w:pPr>
      <w:r>
        <w:t>کیونکہ مدرسے میں داخل ہوا تھا میں 1938 میں۔</w:t>
      </w:r>
    </w:p>
    <w:p>
      <w:r>
        <w:rPr>
          <w:b/>
        </w:rPr>
        <w:t xml:space="preserve">[01:32] </w:t>
      </w:r>
      <w:r>
        <w:t>Is ke baad jo mera tajruba hua, woh waqai mein yahi tha ke jo tareef tanqeed kare, woh zyada achha khair khwah tumhara jo tumhari tareef kare.</w:t>
      </w:r>
    </w:p>
    <w:p>
      <w:pPr>
        <w:jc w:val="right"/>
      </w:pPr>
      <w:r>
        <w:t>اس کے بعد جو میرا تجربہ ہوا، وہ واقعتاً یہی تھا کہ جو تاریخ تنقید کرے، وہ زیادہ اچھا خیر خواہ تمہارا جو تمہاری تعریف کرے۔</w:t>
      </w:r>
    </w:p>
    <w:p>
      <w:r>
        <w:rPr>
          <w:b/>
        </w:rPr>
        <w:t xml:space="preserve">[01:51] </w:t>
      </w:r>
      <w:r>
        <w:t>Maine khud apne bare mein bas is ka ke</w:t>
      </w:r>
    </w:p>
    <w:p>
      <w:pPr>
        <w:jc w:val="right"/>
      </w:pPr>
      <w:r>
        <w:t>میں نے خود اپنے بارے میں بس اس کا کہ</w:t>
      </w:r>
    </w:p>
    <w:p>
      <w:r>
        <w:rPr>
          <w:b/>
        </w:rPr>
        <w:t xml:space="preserve">[01:56] </w:t>
      </w:r>
      <w:r>
        <w:t>tanqeed se zyada faida hua is ko apni zindagi mein.</w:t>
      </w:r>
    </w:p>
    <w:p>
      <w:pPr>
        <w:jc w:val="right"/>
      </w:pPr>
      <w:r>
        <w:t>تنقید سے زیادہ فائدہ ہوا اس کو اپنی زندگی میں۔</w:t>
      </w:r>
    </w:p>
    <w:p>
      <w:r>
        <w:rPr>
          <w:b/>
        </w:rPr>
        <w:t xml:space="preserve">[02:04] </w:t>
      </w:r>
      <w:r>
        <w:t>To maine ek sahib ko, chunke mera kaam tha likhna padhna, ek sahib ko baqayda muqarrar kiya maine, un ko mushaira de kar</w:t>
      </w:r>
    </w:p>
    <w:p>
      <w:pPr>
        <w:jc w:val="right"/>
      </w:pPr>
      <w:r>
        <w:t>تو میں نے ایک صاحب کو، چونکہ میرا کام تھا لکھنا پڑھنا، ایک صاحب کو باقاعدہ مقرر کیا میں نے، ان کو مشاعرہ دے کر</w:t>
      </w:r>
    </w:p>
    <w:p>
      <w:r>
        <w:rPr>
          <w:b/>
        </w:rPr>
        <w:t xml:space="preserve">[02:19] </w:t>
      </w:r>
      <w:r>
        <w:t>ke woh meri tanqeed karein. Isi liye as a cut cut kathhi kathhi. To yeh baat hai 1990.</w:t>
      </w:r>
    </w:p>
    <w:p>
      <w:pPr>
        <w:jc w:val="right"/>
      </w:pPr>
      <w:r>
        <w:t>کہ وہ میری تنقید کریں۔ اسی لیے ایز اے کٹ کٹ کٹھی کٹھی۔ تو یہ بات ہے 1990۔</w:t>
      </w:r>
    </w:p>
    <w:p>
      <w:r>
        <w:rPr>
          <w:b/>
        </w:rPr>
        <w:t xml:space="preserve">[02:35] </w:t>
      </w:r>
      <w:r>
        <w:t>To ek latifa main arz karunga ke woh us zamane mein Arab gaye ek bar,</w:t>
      </w:r>
    </w:p>
    <w:p>
      <w:pPr>
        <w:jc w:val="right"/>
      </w:pPr>
      <w:r>
        <w:t>تو ایک لطیفہ میں عرض کروں گا کہ وہ اس زمانے میں عرب گئے ایک بار،</w:t>
      </w:r>
    </w:p>
    <w:p>
      <w:r>
        <w:rPr>
          <w:b/>
        </w:rPr>
        <w:t xml:space="preserve">[02:41] </w:t>
      </w:r>
      <w:r>
        <w:t>to Arab sheikh ne poocha ke tum India mein kya karte ho? To unhone kaha ke "ana naqid akbar naqid fil hind" .</w:t>
      </w:r>
    </w:p>
    <w:p>
      <w:pPr>
        <w:jc w:val="right"/>
      </w:pPr>
      <w:r>
        <w:t>تو عرب شیخ نے پوچھا کہ تم انڈیا میں کیا کرتے ہو؟ تو انہوں نے کہا کہ "أنا ناقد اکبر ناقد فی الہند" ۔</w:t>
      </w:r>
    </w:p>
    <w:p>
      <w:r>
        <w:rPr>
          <w:b/>
        </w:rPr>
        <w:t xml:space="preserve">[02:55] </w:t>
      </w:r>
      <w:r>
        <w:t>"ana naqid akbar naqid fil hind" . Yaani India ke sab se sab se bade critic ka main critic hoon.</w:t>
      </w:r>
    </w:p>
    <w:p>
      <w:pPr>
        <w:jc w:val="right"/>
      </w:pPr>
      <w:r>
        <w:t>"أنا ناقد اکبر ناقد فی الہند" ۔ یعنی انڈیا کے سب سے سب سے بڑے کریٹیک کا میں کریٹیک ہوں۔</w:t>
      </w:r>
    </w:p>
    <w:p>
      <w:r>
        <w:rPr>
          <w:b/>
        </w:rPr>
        <w:t xml:space="preserve">[03:04] </w:t>
      </w:r>
      <w:r>
        <w:t>Main bare mein mashhoor ho gaya tha ke main har ek ki tanqeed karta hoon.</w:t>
      </w:r>
    </w:p>
    <w:p>
      <w:pPr>
        <w:jc w:val="right"/>
      </w:pPr>
      <w:r>
        <w:t>میں بارے میں مشہور ہو گیا تھا کہ میں ہر ایک کی تنقید کرتا ہوں۔</w:t>
      </w:r>
    </w:p>
    <w:p>
      <w:r>
        <w:rPr>
          <w:b/>
        </w:rPr>
        <w:t xml:space="preserve">[03:11] </w:t>
      </w:r>
      <w:r>
        <w:t>To yeh is liye is ko le kar unhone kaha tha "ana naqid akbar naqid fil hind" . To is par maine bahut socha ke yeh tareef kya cheez hai aur tanqeed kya cheez hai.</w:t>
      </w:r>
    </w:p>
    <w:p>
      <w:pPr>
        <w:jc w:val="right"/>
      </w:pPr>
      <w:r>
        <w:t>تو یہ اس لیے اس کو لے کر انہوں نے کہا تھا "أنا ناقد اکبر ناقد فی الہند" ۔ تو اس پر میں نے بہت سوچا کہ یہ تعریف کیا چیز ہے اور تنقید کیا چیز ہے۔</w:t>
      </w:r>
    </w:p>
    <w:p>
      <w:r>
        <w:rPr>
          <w:b/>
        </w:rPr>
        <w:t xml:space="preserve">[03:29] </w:t>
      </w:r>
      <w:r>
        <w:t>To maine apne tajrube mein paya ke agar kisi ki tareef ki jaye to us ko woh bilkul real samajhne lagta hai.</w:t>
      </w:r>
    </w:p>
    <w:p>
      <w:pPr>
        <w:jc w:val="right"/>
      </w:pPr>
      <w:r>
        <w:t>تو میں نے اپنے تجربے میں پایا کہ اگر کسی کی تعریف کی جائے تو اس کو وہ بالکل ریل سمجھنے لگتا ہے۔</w:t>
      </w:r>
    </w:p>
    <w:p>
      <w:r>
        <w:rPr>
          <w:b/>
        </w:rPr>
        <w:t xml:space="preserve">[03:42] </w:t>
      </w:r>
      <w:r>
        <w:t>Hatta ke agar aap ghar mein koi safai karne wala hai, jawab dene wala, us ki tareef kar dein aap to samajhein ke waqai mein bahut achha achha jawab dene wala hoon.</w:t>
      </w:r>
    </w:p>
    <w:p>
      <w:pPr>
        <w:jc w:val="right"/>
      </w:pPr>
      <w:r>
        <w:t>حتیٰ کہ اگر آپ گھر میں کوئی صفائی کرنے والا ہے، جواب دینے والا، اس کی تعریف کر دیں آپ تو سمجھیں کہ واقعی میں بہت اچھا اچھا جواب دینے والا ہوں۔</w:t>
      </w:r>
    </w:p>
    <w:p>
      <w:r>
        <w:rPr>
          <w:b/>
        </w:rPr>
        <w:t xml:space="preserve">[03:56] </w:t>
      </w:r>
      <w:r>
        <w:t>Yaani tareef ko woh aam aam taur par aadmi tareef karta hai to thoda achha alfaaz bol deta hai, to woh us ko samajh leta hai ke yeh bilkul aisi be sach aisi hoon.</w:t>
      </w:r>
    </w:p>
    <w:p>
      <w:pPr>
        <w:jc w:val="right"/>
      </w:pPr>
      <w:r>
        <w:t>یعنی تعریف کو وہ عام عام طور پر آدمی تعریف کرتا ہے تو تھوڑا اچھا الفاظ بول دیتا ہے، تو وہ اس کو سمجھ لیتا ہے کہ یہ بالکل ایسی بے سچ ایسی ہوں۔</w:t>
      </w:r>
    </w:p>
    <w:p>
      <w:r>
        <w:rPr>
          <w:b/>
        </w:rPr>
        <w:t xml:space="preserve">[04:08] </w:t>
      </w:r>
      <w:r>
        <w:t>lekin jab tanqeed kare to ulta hota hai, yaani criticize kare to ulta hota hai.</w:t>
      </w:r>
    </w:p>
    <w:p>
      <w:pPr>
        <w:jc w:val="right"/>
      </w:pPr>
      <w:r>
        <w:t>لیکن جب تنقید کرے تو الٹا ہوتا ہے، یعنی کریٹیسائز کرے تو الٹا ہوتا ہے۔</w:t>
      </w:r>
    </w:p>
    <w:p>
      <w:r>
        <w:rPr>
          <w:b/>
        </w:rPr>
        <w:t xml:space="preserve">[04:16] </w:t>
      </w:r>
      <w:r>
        <w:t>wo wo samajhta hai ke yeh meri jo criticize kar ki ja rahi hai, wo galat hai. is ko galat samajh leta hai, tareef ko barha ke samajhta hai aur tanqeed ko</w:t>
      </w:r>
    </w:p>
    <w:p>
      <w:pPr>
        <w:jc w:val="right"/>
      </w:pPr>
      <w:r>
        <w:t>وہ وہ سمجھتا ہے کہ یہ میری جو کریٹیسائز کر کی جا رہی ہے، وہ غلط ہے۔ اس کو غلط سمجھ لیتا ہے، تعریف کو بڑھا کے سمجھتا ہے اور تنقید کو</w:t>
      </w:r>
    </w:p>
    <w:p>
      <w:r>
        <w:rPr>
          <w:b/>
        </w:rPr>
        <w:t xml:space="preserve">[04:33] </w:t>
      </w:r>
      <w:r>
        <w:t>ulta samajh leta hai.</w:t>
      </w:r>
    </w:p>
    <w:p>
      <w:pPr>
        <w:jc w:val="right"/>
      </w:pPr>
      <w:r>
        <w:t>الٹا سمجھ لیتا ہے۔</w:t>
      </w:r>
    </w:p>
    <w:p>
      <w:r>
        <w:rPr>
          <w:b/>
        </w:rPr>
        <w:t xml:space="preserve">[04:38] </w:t>
      </w:r>
      <w:r>
        <w:t>to mujhe sab se acha is mamle mein jo mila, misaal misaal, wo ek sahabi ki misaal thi.</w:t>
      </w:r>
    </w:p>
    <w:p>
      <w:pPr>
        <w:jc w:val="right"/>
      </w:pPr>
      <w:r>
        <w:t>تو مجھے سب سے اچھا اس معاملے میں جو ملا، مثال مثال، وہ ایک صحابی کی مثال تھی۔</w:t>
      </w:r>
    </w:p>
    <w:p>
      <w:r>
        <w:rPr>
          <w:b/>
        </w:rPr>
        <w:t xml:space="preserve">[04:48] </w:t>
      </w:r>
      <w:r>
        <w:t>ek sahabi jis ka naam hai abu darda, yeh top ke sahabi thay,</w:t>
      </w:r>
    </w:p>
    <w:p>
      <w:pPr>
        <w:jc w:val="right"/>
      </w:pPr>
      <w:r>
        <w:t>ایک صحابی جس کا نام ہے ابو دردہ، یہ ٹاپ کے صحابی تھے،</w:t>
      </w:r>
    </w:p>
    <w:p>
      <w:r>
        <w:rPr>
          <w:b/>
        </w:rPr>
        <w:t xml:space="preserve">[04:56] </w:t>
      </w:r>
      <w:r>
        <w:t>abu darda. to abu darda ne kaha ke</w:t>
      </w:r>
    </w:p>
    <w:p>
      <w:pPr>
        <w:jc w:val="right"/>
      </w:pPr>
      <w:r>
        <w:t>ابو دردہ۔ تو ابو دردہ نے کہا کہ</w:t>
      </w:r>
    </w:p>
    <w:p>
      <w:r>
        <w:rPr>
          <w:b/>
        </w:rPr>
        <w:t xml:space="preserve">[05:07] </w:t>
      </w:r>
      <w:r>
        <w:t>jo jo shakhs doosron par tanqeed karega, yaani doosron ki hembri kare, wo isi ke liye jaiz hai jo jab bahar to doosron ki hembri kare,</w:t>
      </w:r>
    </w:p>
    <w:p>
      <w:pPr>
        <w:jc w:val="right"/>
      </w:pPr>
      <w:r>
        <w:t>جو جو شخص دوسروں پر تنقید کرے گا، یعنی دوسروں کی ہیمبری کرے، وہ اسی کے لیے جائز ہے جو جب باہر تو دوسروں کی ہیمبری کرے،</w:t>
      </w:r>
    </w:p>
    <w:p>
      <w:r>
        <w:rPr>
          <w:b/>
        </w:rPr>
        <w:t xml:space="preserve">[05:24] </w:t>
      </w:r>
      <w:r>
        <w:t>jab ghar andar aaye to apni us se bhi zyada hembri kare. yaani bahar doosron ki hembri, lekin jab andar aaye to us se bhi zyada apni hembri kare.</w:t>
      </w:r>
    </w:p>
    <w:p>
      <w:pPr>
        <w:jc w:val="right"/>
      </w:pPr>
      <w:r>
        <w:t>جب گھر اندر آئے تو اپنی اس سے بھی زیادہ ہیمبری کرے۔ یعنی باہر دوسروں کی ہیمبری، لیکن جب اندر آئے تو اس سے بھی زیادہ اپنی ہیمبری کرے۔</w:t>
      </w:r>
    </w:p>
    <w:p>
      <w:r>
        <w:rPr>
          <w:b/>
        </w:rPr>
        <w:t xml:space="preserve">[05:39] </w:t>
      </w:r>
      <w:r>
        <w:t>abu darda ne kaha tha,</w:t>
      </w:r>
    </w:p>
    <w:p>
      <w:pPr>
        <w:jc w:val="right"/>
      </w:pPr>
      <w:r>
        <w:t>ابو دردہ نے کہا تھا،</w:t>
      </w:r>
    </w:p>
    <w:p>
      <w:r>
        <w:rPr>
          <w:b/>
        </w:rPr>
        <w:t xml:space="preserve">[05:41] </w:t>
      </w:r>
      <w:r>
        <w:t>yeh top ke sahabi hain.</w:t>
      </w:r>
    </w:p>
    <w:p>
      <w:pPr>
        <w:jc w:val="right"/>
      </w:pPr>
      <w:r>
        <w:t>یہ ٹاپ کے صحابی ہیں۔</w:t>
      </w:r>
    </w:p>
    <w:p>
      <w:r>
        <w:rPr>
          <w:b/>
        </w:rPr>
        <w:t xml:space="preserve">[05:45] </w:t>
      </w:r>
      <w:r>
        <w:t>to is se mein ne samajh liya ke aadmi ki pehchan ki sab se achi</w:t>
      </w:r>
    </w:p>
    <w:p>
      <w:pPr>
        <w:jc w:val="right"/>
      </w:pPr>
      <w:r>
        <w:t>تو اس سے میں نے سمجھ لیا کہ آدمی کی پہچان کی سب سے اچھی</w:t>
      </w:r>
    </w:p>
    <w:p>
      <w:r>
        <w:rPr>
          <w:b/>
        </w:rPr>
        <w:t xml:space="preserve">[05:56] </w:t>
      </w:r>
      <w:r>
        <w:t>baat yahi hai ke is ko dekha jaye ke jab is par is par criticize kiya jata hai to wo kaisa rehta hai, aur jab is ki press ki jati hai to wo kaisa rehta hai.</w:t>
      </w:r>
    </w:p>
    <w:p>
      <w:pPr>
        <w:jc w:val="right"/>
      </w:pPr>
      <w:r>
        <w:t>بات یہی ہے کہ اس کو دیکھا جائے کہ جب اس پر اس پر کریٹیسائز کیا جاتا ہے تو وہ کیسا رہتا ہے، اور جب اس کی پریس کی جاتی ہے تو وہ کیسا رہتا ہے۔</w:t>
      </w:r>
    </w:p>
    <w:p>
      <w:r>
        <w:rPr>
          <w:b/>
        </w:rPr>
        <w:t xml:space="preserve">[06:07] </w:t>
      </w:r>
      <w:r>
        <w:t>sab se acha criteria mere khayal se yahi hai,</w:t>
      </w:r>
    </w:p>
    <w:p>
      <w:pPr>
        <w:jc w:val="right"/>
      </w:pPr>
      <w:r>
        <w:t>سب سے اچھا کرائٹیریا میرے خیال سے یہی ہے،</w:t>
      </w:r>
    </w:p>
    <w:p>
      <w:r>
        <w:rPr>
          <w:b/>
        </w:rPr>
        <w:t xml:space="preserve">[06:14] </w:t>
      </w:r>
      <w:r>
        <w:t>sab se acha. to mein ne apni zindagi mein isi ko usool bana liya. to jin ko mein ne bulaya tha yahan, is ke apne apne critique ke tor par, un ka naam tha</w:t>
      </w:r>
    </w:p>
    <w:p>
      <w:pPr>
        <w:jc w:val="right"/>
      </w:pPr>
      <w:r>
        <w:t>سب سے اچھا۔ تو میں نے اپنی زندگی میں اسی کو اصول بنا لیا۔ تو جن کو میں نے بلایا تھا یہاں، اس کے اپنے اپنے کریٹیک کے طور پر، ان کا نام تھا</w:t>
      </w:r>
    </w:p>
    <w:p>
      <w:r>
        <w:rPr>
          <w:b/>
        </w:rPr>
        <w:t xml:space="preserve">[06:32] </w:t>
      </w:r>
      <w:r>
        <w:t>wo anees luqman nadvi. anees luqman nadvi, wo arabi bhi jante thay aur english bhi jante thay,</w:t>
      </w:r>
    </w:p>
    <w:p>
      <w:pPr>
        <w:jc w:val="right"/>
      </w:pPr>
      <w:r>
        <w:t>وہ انیس لقمان ندوی۔ انیس لقمان ندوی، وہ عربی بھی جانتے تھے اور انگلش بھی جانتے تھے،</w:t>
      </w:r>
    </w:p>
    <w:p>
      <w:r>
        <w:rPr>
          <w:b/>
        </w:rPr>
        <w:t xml:space="preserve">[06:47] </w:t>
      </w:r>
      <w:r>
        <w:t>aur bohat achay acha un ki study thi.</w:t>
      </w:r>
    </w:p>
    <w:p>
      <w:pPr>
        <w:jc w:val="right"/>
      </w:pPr>
      <w:r>
        <w:t>اور بہت اچھے اچھا ان کی اسٹڈی تھی۔</w:t>
      </w:r>
    </w:p>
    <w:p>
      <w:r>
        <w:rPr>
          <w:b/>
        </w:rPr>
        <w:t xml:space="preserve">[06:52] </w:t>
      </w:r>
      <w:r>
        <w:t>to un ki tanqeedon se mein ne faida, bohat faida hua is ko, kyunke meri adat yeh ban gayi ke tanqeed ko koi kare ya koi tareef kare,</w:t>
      </w:r>
    </w:p>
    <w:p>
      <w:pPr>
        <w:jc w:val="right"/>
      </w:pPr>
      <w:r>
        <w:t>تو ان کی تنقیدوں سے میں نے فائدہ، بہت فائدہ ہوا اس کو، کیونکہ میری عادت یہ بن گئی کہ تنقید کو کوئی کرے یا کوئی تعریف کرے،</w:t>
      </w:r>
    </w:p>
    <w:p>
      <w:r>
        <w:rPr>
          <w:b/>
        </w:rPr>
        <w:t xml:space="preserve">[07:05] </w:t>
      </w:r>
      <w:r>
        <w:t>donon ko mein apne sath</w:t>
      </w:r>
    </w:p>
    <w:p>
      <w:pPr>
        <w:jc w:val="right"/>
      </w:pPr>
      <w:r>
        <w:t>دونوں کو میں اپنے ساتھ</w:t>
      </w:r>
    </w:p>
    <w:p>
      <w:r>
        <w:rPr>
          <w:b/>
        </w:rPr>
        <w:t xml:space="preserve">[07:09] </w:t>
      </w:r>
      <w:r>
        <w:t>leta tha. yaani sochta tha mein ke yeh jo keh raha hai yeh aadmi, wo kaisi hai? jo keh raha hai, wo kaisi hai?</w:t>
      </w:r>
    </w:p>
    <w:p>
      <w:pPr>
        <w:jc w:val="right"/>
      </w:pPr>
      <w:r>
        <w:t>لیتا تھا۔ یعنی سوچتا تھا میں کہ یہ جو کہہ رہا ہے یہ آدمی، وہ کیسی ہے؟ جو کہہ رہا ہے، وہ کیسی ہے؟</w:t>
      </w:r>
    </w:p>
    <w:p>
      <w:r>
        <w:rPr>
          <w:b/>
        </w:rPr>
        <w:t xml:space="preserve">[07:20] </w:t>
      </w:r>
      <w:r>
        <w:t>misalan mujhe ek waqia yaad hai, nadwa ke logon ka jalsa tha,</w:t>
      </w:r>
    </w:p>
    <w:p>
      <w:pPr>
        <w:jc w:val="right"/>
      </w:pPr>
      <w:r>
        <w:t>مثلاً مجھے ایک واقعہ یاد ہے، ندوہ کے لوگوں کا جلسہ تھا،</w:t>
      </w:r>
    </w:p>
    <w:p>
      <w:r>
        <w:rPr>
          <w:b/>
        </w:rPr>
        <w:t xml:space="preserve">[07:26] </w:t>
      </w:r>
      <w:r>
        <w:t>is mein ek thay ishaq jaleel nadvi. ishaq jaleel nadvi tha, is mein dale mein nahi tha, wo kahin aur tha, wo nadvi logon ka group tha.</w:t>
      </w:r>
    </w:p>
    <w:p>
      <w:pPr>
        <w:jc w:val="right"/>
      </w:pPr>
      <w:r>
        <w:t>اس میں ایک تھے اسحاق جلیل ندوی۔ اسحاق جلیل ندوی تھا، اس میں دلے میں نہیں تھا، وہ کہیں اور تھا، وہ ندوی لوگوں کا گروپ تھا۔</w:t>
      </w:r>
    </w:p>
    <w:p>
      <w:r>
        <w:rPr>
          <w:b/>
        </w:rPr>
        <w:t xml:space="preserve">[07:39] </w:t>
      </w:r>
      <w:r>
        <w:t>to stage pe ek sahab aaye,</w:t>
      </w:r>
    </w:p>
    <w:p>
      <w:pPr>
        <w:jc w:val="right"/>
      </w:pPr>
      <w:r>
        <w:t>تو اسٹیج پہ ایک صاحب آئے،</w:t>
      </w:r>
    </w:p>
    <w:p>
      <w:r>
        <w:rPr>
          <w:b/>
        </w:rPr>
        <w:t xml:space="preserve">[07:44] </w:t>
      </w:r>
      <w:r>
        <w:t>wo lagay meri tareef karne,</w:t>
      </w:r>
    </w:p>
    <w:p>
      <w:pPr>
        <w:jc w:val="right"/>
      </w:pPr>
      <w:r>
        <w:t>وہ لگے میری تعریف کرنے،</w:t>
      </w:r>
    </w:p>
    <w:p>
      <w:r>
        <w:rPr>
          <w:b/>
        </w:rPr>
        <w:t xml:space="preserve">[07:48] </w:t>
      </w:r>
      <w:r>
        <w:t>aansoo bahane lagay meri aankhon se.</w:t>
      </w:r>
    </w:p>
    <w:p>
      <w:pPr>
        <w:jc w:val="right"/>
      </w:pPr>
      <w:r>
        <w:t>آنسو بہانے لگے میری آنکھوں سے۔</w:t>
      </w:r>
    </w:p>
    <w:p>
      <w:r>
        <w:rPr>
          <w:b/>
        </w:rPr>
        <w:t xml:space="preserve">[07:53] </w:t>
      </w:r>
      <w:r>
        <w:t>to ishaq ali nadvi ne un se kaha ke dekho in ka kya haal hai, tum tareef kar rahe ho aur ro rahe hain, aansoo bhi baha rahay thay meri aankhon se.</w:t>
      </w:r>
    </w:p>
    <w:p>
      <w:pPr>
        <w:jc w:val="right"/>
      </w:pPr>
      <w:r>
        <w:t>تو اسحاق علی ندوی نے ان سے کہا کہ دیکھو ان کا کیا حال ہے، تم تعریف کر رہے ہو اور رو رہے ہیں، آنسو بھی بہا رہے تھے میری آنکھوں سے۔</w:t>
      </w:r>
    </w:p>
    <w:p>
      <w:r>
        <w:rPr>
          <w:b/>
        </w:rPr>
        <w:t xml:space="preserve">[08:08] </w:t>
      </w:r>
      <w:r>
        <w:t>to unhon ne un ko yeh baat kahi.</w:t>
      </w:r>
    </w:p>
    <w:p>
      <w:pPr>
        <w:jc w:val="right"/>
      </w:pPr>
      <w:r>
        <w:t>تو انہوں نے ان کو یہ بات کہی۔</w:t>
      </w:r>
    </w:p>
    <w:p>
      <w:r>
        <w:rPr>
          <w:b/>
        </w:rPr>
        <w:t xml:space="preserve">[08:13] </w:t>
      </w:r>
      <w:r>
        <w:t>to is se aap andaza kar sakte hain ke maine kya apna mizaj banaya. mujhe kabhi tareekh se kabhi khushi nahi hui, kabhi tareekh ko maine liya hi nahi,</w:t>
      </w:r>
    </w:p>
    <w:p>
      <w:pPr>
        <w:jc w:val="right"/>
      </w:pPr>
      <w:r>
        <w:t>تو اس سے آپ اندازہ کر سکتے ہیں کہ میں نے کیا اپنا مزاج بنایا۔ مجھے کبھی تاریخ سے کبھی خوشی نہیں ہوئی، کبھی تاریخ کو میں نے لیا ہی نہیں،</w:t>
      </w:r>
    </w:p>
    <w:p>
      <w:r>
        <w:rPr>
          <w:b/>
        </w:rPr>
        <w:t xml:space="preserve">[08:29] </w:t>
      </w:r>
      <w:r>
        <w:t>zyada zyada serious liya.</w:t>
      </w:r>
    </w:p>
    <w:p>
      <w:pPr>
        <w:jc w:val="right"/>
      </w:pPr>
      <w:r>
        <w:t>زیادہ زیادہ سیریس لیا۔</w:t>
      </w:r>
    </w:p>
    <w:p>
      <w:r>
        <w:rPr>
          <w:b/>
        </w:rPr>
        <w:t xml:space="preserve">[08:32] </w:t>
      </w:r>
      <w:r>
        <w:t>lekin jo koi tanqeed karta tha, to us ko main bohat ghor se sunta tha. yeh mera tareeqa ban gaya hai.</w:t>
      </w:r>
    </w:p>
    <w:p>
      <w:pPr>
        <w:jc w:val="right"/>
      </w:pPr>
      <w:r>
        <w:t>لیکن جو کوئی تنقید کرتا تھا، تو اس کو میں بہت غور سے سنتا تھا۔ یہ میرا طریقہ بن گیا ہے۔</w:t>
      </w:r>
    </w:p>
    <w:p>
      <w:r>
        <w:rPr>
          <w:b/>
        </w:rPr>
        <w:t xml:space="preserve">[08:43] </w:t>
      </w:r>
      <w:r>
        <w:t>to logon mein mashhoor hua ke main bohat zyada apne ko bara samajhta hoon, halanke woh bilkul ulta tha.</w:t>
      </w:r>
    </w:p>
    <w:p>
      <w:pPr>
        <w:jc w:val="right"/>
      </w:pPr>
      <w:r>
        <w:t>تو لوگوں میں مشہور ہوا کہ میں بہت زیادہ اپنے کو بڑا سمجھتا ہوں، حالانکہ وہ بالکل الٹا تھا۔</w:t>
      </w:r>
    </w:p>
    <w:p>
      <w:r>
        <w:rPr>
          <w:b/>
        </w:rPr>
        <w:t xml:space="preserve">[08:53] </w:t>
      </w:r>
      <w:r>
        <w:t>maine kabhi bhi apne ko bara nahi samjha, apne ko hamesha</w:t>
      </w:r>
    </w:p>
    <w:p>
      <w:pPr>
        <w:jc w:val="right"/>
      </w:pPr>
      <w:r>
        <w:t>میں نے کبھی بھی اپنے کو بڑا نہیں سمجھا، اپنے کو ہمیشہ</w:t>
      </w:r>
    </w:p>
    <w:p>
      <w:r>
        <w:rPr>
          <w:b/>
        </w:rPr>
        <w:t xml:space="preserve">[09:01] </w:t>
      </w:r>
      <w:r>
        <w:t>khatta ke samjha. mera mizaj wahi bana jo Hazrat Abu Darda ka tha ke bahar to main tanqeed karta tha logon ki, andar aata tha.</w:t>
      </w:r>
    </w:p>
    <w:p>
      <w:pPr>
        <w:jc w:val="right"/>
      </w:pPr>
      <w:r>
        <w:t>کھٹا کے سمجھا۔ میرا مزاج وہی بنا جو حضرت ابو دردہ کا تھا کہ باہر تو میں تنقید کرتا تھا لوگوں کی، اندر آتا تھا۔</w:t>
      </w:r>
    </w:p>
    <w:p>
      <w:r>
        <w:rPr>
          <w:b/>
        </w:rPr>
        <w:t xml:space="preserve">[09:13] </w:t>
      </w:r>
      <w:r>
        <w:t>andar ke mani ke jab apne bare mein khud sochta tha to</w:t>
      </w:r>
    </w:p>
    <w:p>
      <w:pPr>
        <w:jc w:val="right"/>
      </w:pPr>
      <w:r>
        <w:t>اندر کے معنی کہ جب اپنے بارے میں خود سوچتا تھا تو</w:t>
      </w:r>
    </w:p>
    <w:p>
      <w:r>
        <w:rPr>
          <w:b/>
        </w:rPr>
        <w:t xml:space="preserve">[09:17] </w:t>
      </w:r>
      <w:r>
        <w:t>main apne is se zyada barh kar criticize karta apne upar, khud apne upar. to unhon ne jo lafz istemal kiya tha, naqd, qaf toain nuqta,</w:t>
      </w:r>
    </w:p>
    <w:p>
      <w:pPr>
        <w:jc w:val="right"/>
      </w:pPr>
      <w:r>
        <w:t>میں اپنے اس سے زیادہ بڑھ کر کریٹیسائز کرتا اپنے اوپر، خود اپنے اوپر۔ تو انہوں نے جو لفظ استعمال کیا تھا، نقد، قاف توینقط،</w:t>
      </w:r>
    </w:p>
    <w:p>
      <w:r>
        <w:rPr>
          <w:b/>
        </w:rPr>
        <w:t xml:space="preserve">[09:34] </w:t>
      </w:r>
      <w:r>
        <w:t>us ke mani wahi hain jo main kehta hoon, jis ko hembry ke bahar to hembry kare doosre ki, andar aaye to us se bhi zyada hembry kare khud apne upar.</w:t>
      </w:r>
    </w:p>
    <w:p>
      <w:pPr>
        <w:jc w:val="right"/>
      </w:pPr>
      <w:r>
        <w:t>اس کے معنی وہی ہیں جو میں کہتا ہوں، جس کو ہیمبری کہ باہر تو ہیمبری کرے دوسرے کی، اندر آئے تو اس سے بھی زیادہ ہیمبری کرے خود اپنے اوپر۔</w:t>
      </w:r>
    </w:p>
    <w:p>
      <w:r>
        <w:rPr>
          <w:b/>
        </w:rPr>
        <w:t xml:space="preserve">[09:48] </w:t>
      </w:r>
      <w:r>
        <w:t>to main samajhta hoon ke apne is tajrube se bani</w:t>
      </w:r>
    </w:p>
    <w:p>
      <w:pPr>
        <w:jc w:val="right"/>
      </w:pPr>
      <w:r>
        <w:t>تو میں سمجھتا ہوں کہ اپنے اس تجربے سے بنی</w:t>
      </w:r>
    </w:p>
    <w:p>
      <w:r>
        <w:rPr>
          <w:b/>
        </w:rPr>
        <w:t xml:space="preserve">[09:53] </w:t>
      </w:r>
      <w:r>
        <w:t>yeh banai yeh nazariya banaya ke agar koi aadmi apne ko samajhna chahe ke main kya hoon, apne iman ko, apne Islam ko samajhna chahe ke main kis darje pe hoon,</w:t>
      </w:r>
    </w:p>
    <w:p>
      <w:pPr>
        <w:jc w:val="right"/>
      </w:pPr>
      <w:r>
        <w:t>یہ بنائی یہ نظریہ بنایا کہ اگر کوئی آدمی اپنے کو سمجھنا چاہے کہ میں کیا ہوں، اپنے ایمان کو، اپنے اسلام کو سمجھنا چاہے کہ میں کس درجے پہ ہوں،</w:t>
      </w:r>
    </w:p>
    <w:p>
      <w:r>
        <w:rPr>
          <w:b/>
        </w:rPr>
        <w:t xml:space="preserve">[10:10] </w:t>
      </w:r>
      <w:r>
        <w:t>mera kya haal hai, to sab se acha jo criteria hai, woh yeh hai ke woh dekhe ke jab meri tareef ki jati hai to mera kya haal hota hai,</w:t>
      </w:r>
    </w:p>
    <w:p>
      <w:pPr>
        <w:jc w:val="right"/>
      </w:pPr>
      <w:r>
        <w:t>میرا کیا حال ہے، تو سب سے اچھا جو کرائٹیریا ہے، وہ یہ ہے کہ وہ دیکھے کہ جب میری تعریف کی جاتی ہے تو میرا کیا حال ہوتا ہے،</w:t>
      </w:r>
    </w:p>
    <w:p>
      <w:r>
        <w:rPr>
          <w:b/>
        </w:rPr>
        <w:t xml:space="preserve">[10:26] </w:t>
      </w:r>
      <w:r>
        <w:t>aur jab</w:t>
      </w:r>
    </w:p>
    <w:p>
      <w:pPr>
        <w:jc w:val="right"/>
      </w:pPr>
      <w:r>
        <w:t>اور جب</w:t>
      </w:r>
    </w:p>
    <w:p>
      <w:r>
        <w:rPr>
          <w:b/>
        </w:rPr>
        <w:t xml:space="preserve">[10:27] </w:t>
      </w:r>
      <w:r>
        <w:t>criticize kiya jata hai to mera kya haal hota hai. agar criticize par karne par mujhe ghussa aata ho to mujh se zyada bura aadmi koi nahi.</w:t>
      </w:r>
    </w:p>
    <w:p>
      <w:pPr>
        <w:jc w:val="right"/>
      </w:pPr>
      <w:r>
        <w:t>کریٹیسائز کیا جاتا ہے تو میرا کیا حال ہوتا ہے۔ اگر کریٹیسائز پر کرنے پر مجھے غصہ آتا ہو تو مجھ سے زیادہ برا آدمی کوئی نہیں۔</w:t>
      </w:r>
    </w:p>
    <w:p>
      <w:r>
        <w:rPr>
          <w:b/>
        </w:rPr>
        <w:t xml:space="preserve">[10:39] </w:t>
      </w:r>
      <w:r>
        <w:t>agar criticize par mujhe self cr, woh yani</w:t>
      </w:r>
    </w:p>
    <w:p>
      <w:pPr>
        <w:jc w:val="right"/>
      </w:pPr>
      <w:r>
        <w:t>اگر کریٹیسائز پر مجھے سیلف کر، وہ یعنی</w:t>
      </w:r>
    </w:p>
    <w:p>
      <w:r>
        <w:rPr>
          <w:b/>
        </w:rPr>
        <w:t xml:space="preserve">[10:48] </w:t>
      </w:r>
      <w:r>
        <w:t>self,</w:t>
      </w:r>
    </w:p>
    <w:p>
      <w:pPr>
        <w:jc w:val="right"/>
      </w:pPr>
      <w:r>
        <w:t>سیلف،</w:t>
      </w:r>
    </w:p>
    <w:p>
      <w:r>
        <w:rPr>
          <w:b/>
        </w:rPr>
        <w:t xml:space="preserve">[10:53] </w:t>
      </w:r>
      <w:r>
        <w:t>aap khud apne ko muhasba karne ke bajaye, bajaye apne ko socho, main kya hoon. to woh sahi hai.</w:t>
      </w:r>
    </w:p>
    <w:p>
      <w:pPr>
        <w:jc w:val="right"/>
      </w:pPr>
      <w:r>
        <w:t>آپ خود اپنے کو محاسبہ کرنے کے بجائے، بجائے اپنے کو سوچو، میں کیا ہوں۔ تو وہ صحیح ہے۔</w:t>
      </w:r>
    </w:p>
    <w:p>
      <w:r>
        <w:rPr>
          <w:b/>
        </w:rPr>
        <w:t xml:space="preserve">[11:08] </w:t>
      </w:r>
      <w:r>
        <w:t>to main aap dekhte hain ke main boorha ho chuka hoon.</w:t>
      </w:r>
    </w:p>
    <w:p>
      <w:pPr>
        <w:jc w:val="right"/>
      </w:pPr>
      <w:r>
        <w:t>تو میں آپ دیکھتے ہیں کہ میں بوڑھا ہو چکا ہوں۔</w:t>
      </w:r>
    </w:p>
    <w:p>
      <w:r>
        <w:rPr>
          <w:b/>
        </w:rPr>
        <w:t xml:space="preserve">[11:17] </w:t>
      </w:r>
      <w:r>
        <w:t>ab jin meri meri paidaish hui thi 1925 mein, aap ghor kar sakte hain ke 1925 mein bhi paidaish hui hui thi ke mera kya haal hoga.</w:t>
      </w:r>
    </w:p>
    <w:p>
      <w:pPr>
        <w:jc w:val="right"/>
      </w:pPr>
      <w:r>
        <w:t>اب جن میری میری پیدائش ہوئی تھی 1925 میں، آپ غور کر سکتے ہیں کہ 1925 میں بھی پیدائش ہوئی ہوئی تھی کہ میرا کیا حال ہوگا۔</w:t>
      </w:r>
    </w:p>
    <w:p>
      <w:r>
        <w:rPr>
          <w:b/>
        </w:rPr>
        <w:t xml:space="preserve">[11:33] </w:t>
      </w:r>
      <w:r>
        <w:t>to ab meri koi umang nahi, koi shauq nahi,</w:t>
      </w:r>
    </w:p>
    <w:p>
      <w:pPr>
        <w:jc w:val="right"/>
      </w:pPr>
      <w:r>
        <w:t>تو اب میری کوئی امنگ نہیں، کوئی شوق نہیں،</w:t>
      </w:r>
    </w:p>
    <w:p>
      <w:r>
        <w:rPr>
          <w:b/>
        </w:rPr>
        <w:t xml:space="preserve">[11:38] </w:t>
      </w:r>
      <w:r>
        <w:t>sirf mera subah shaam yahi pe karta rehta hoon ke apne bare mein sochta hoon ke main kya hoon, mera anjam kya hoga, apna ab mera anjam kya hoga, bas yeh sochta hoon.</w:t>
      </w:r>
    </w:p>
    <w:p>
      <w:pPr>
        <w:jc w:val="right"/>
      </w:pPr>
      <w:r>
        <w:t>صرف میرا صبح شام یہی پہ کرتا رہتا ہوں کہ اپنے بارے میں سوچتا ہوں کہ میں کیا ہوں، میرا انجام کیا ہوگا، اپنا اب میرا انجام کیا ہوگا، بس یہ سوچتا ہوں۔</w:t>
      </w:r>
    </w:p>
    <w:p>
      <w:r>
        <w:rPr>
          <w:b/>
        </w:rPr>
        <w:t xml:space="preserve">[11:55] </w:t>
      </w:r>
      <w:r>
        <w:t>to main aap logon ko yeh naseehat karunga</w:t>
      </w:r>
    </w:p>
    <w:p>
      <w:pPr>
        <w:jc w:val="right"/>
      </w:pPr>
      <w:r>
        <w:t>تو میں آپ لوگوں کو یہ نصیحت کروں گا</w:t>
      </w:r>
    </w:p>
    <w:p>
      <w:r>
        <w:rPr>
          <w:b/>
        </w:rPr>
        <w:t xml:space="preserve">[12:00] </w:t>
      </w:r>
      <w:r>
        <w:t>ke aap log</w:t>
      </w:r>
    </w:p>
    <w:p>
      <w:pPr>
        <w:jc w:val="right"/>
      </w:pPr>
      <w:r>
        <w:t>کہ آپ لوگ</w:t>
      </w:r>
    </w:p>
    <w:p>
      <w:r>
        <w:rPr>
          <w:b/>
        </w:rPr>
        <w:t xml:space="preserve">[12:04] </w:t>
      </w:r>
      <w:r>
        <w:t>zindagi mein, chahe mission mein, jahan bhi hon, zindagi mein hon ya mission mein hon, self critique baniye, self critique, yani apni</w:t>
      </w:r>
    </w:p>
    <w:p>
      <w:pPr>
        <w:jc w:val="right"/>
      </w:pPr>
      <w:r>
        <w:t>زندگی میں، چاہے مشن میں، جہاں بھی ہوں، زندگی میں ہوں یا مشن میں ہوں، سیلف کریٹیک بنیے، سیلف کریٹیک، یعنی اپنی</w:t>
      </w:r>
    </w:p>
    <w:p>
      <w:r>
        <w:rPr>
          <w:b/>
        </w:rPr>
        <w:t xml:space="preserve">[12:22] </w:t>
      </w:r>
      <w:r>
        <w:t>apni tanqeed khud karne wala, apne ko khud janchnay wala, apna khud ehitsab karne wala.</w:t>
      </w:r>
    </w:p>
    <w:p>
      <w:pPr>
        <w:jc w:val="right"/>
      </w:pPr>
      <w:r>
        <w:t>اپنی تنقید خود کرنے والا، اپنے کو خود جانچنے والا، اپنا خود احتساب کرنے والا۔</w:t>
      </w:r>
    </w:p>
    <w:p>
      <w:r>
        <w:rPr>
          <w:b/>
        </w:rPr>
        <w:t xml:space="preserve">[12:33] </w:t>
      </w:r>
      <w:r>
        <w:t>log aam tor par kya karte hain ke doosre ko to khoob tareef karenge, tanqeed karenge, lekin un ke upar tanqeed kiya to foran woh</w:t>
      </w:r>
    </w:p>
    <w:p>
      <w:pPr>
        <w:jc w:val="right"/>
      </w:pPr>
      <w:r>
        <w:t>لوگ عام طور پر کیا کرتے ہیں کہ دوسرے کو تو خوب تعریف کریں گے، تنقید کریں گے، لیکن ان کے اوپر تنقید کیا تو فوراً وہ</w:t>
      </w:r>
    </w:p>
    <w:p>
      <w:r>
        <w:rPr>
          <w:b/>
        </w:rPr>
        <w:t xml:space="preserve">[12:42] </w:t>
      </w:r>
      <w:r>
        <w:t>bhaṛak jayegi, ghusa ho jayega. to sab se zyada aadmi ko yeh janchna chahiye ke main kar raha hoon kitna zyada behtar yeh hai maada ke main apne khilaf kisi cheez ko sunta hoon</w:t>
      </w:r>
    </w:p>
    <w:p>
      <w:pPr>
        <w:jc w:val="right"/>
      </w:pPr>
      <w:r>
        <w:t>بھڑک جائے گی، غصہ ہو جائے گا۔ تو سب سے زیادہ آدمی کو یہ جانچنا چاہیے کہ میں کر رہا ہوں کتنا زیادہ بہتر یہ ہے مادہ کہ میں اپنے خلاف کسی چیز کو سنتا ہوں</w:t>
      </w:r>
    </w:p>
    <w:p>
      <w:r>
        <w:rPr>
          <w:b/>
        </w:rPr>
        <w:t xml:space="preserve">[12:59] </w:t>
      </w:r>
      <w:r>
        <w:t>ya nahi sunta. isi ka sab se zyada mujhe dhyan hona chahiye.</w:t>
      </w:r>
    </w:p>
    <w:p>
      <w:pPr>
        <w:jc w:val="right"/>
      </w:pPr>
      <w:r>
        <w:t>یا نہیں سنتا۔ اسی کا سب سے زیادہ مجھے دھیان ہونا چاہیے۔</w:t>
      </w:r>
    </w:p>
    <w:p>
      <w:r>
        <w:rPr>
          <w:b/>
        </w:rPr>
        <w:t xml:space="preserve">[13:10] </w:t>
      </w:r>
      <w:r>
        <w:t>to main sochta tha ke aaj main kya naseehat karoon aap logon ko. to sab se bari naseehat mujhe yeh nazar aayi ke apna muhasba karna,</w:t>
      </w:r>
    </w:p>
    <w:p>
      <w:pPr>
        <w:jc w:val="right"/>
      </w:pPr>
      <w:r>
        <w:t>تو میں سوچتا تھا کہ آج میں کیا نصیحت کروں آپ لوگوں کو۔ تو سب سے بڑی نصیحت مجھے یہ نظر آئی کہ اپنا محاسبہ کرنا،</w:t>
      </w:r>
    </w:p>
    <w:p>
      <w:r>
        <w:rPr>
          <w:b/>
        </w:rPr>
        <w:t xml:space="preserve">[13:26] </w:t>
      </w:r>
      <w:r>
        <w:t>isko kehte hain arabi mein muhasba,</w:t>
      </w:r>
    </w:p>
    <w:p>
      <w:pPr>
        <w:jc w:val="right"/>
      </w:pPr>
      <w:r>
        <w:t>اس کو کہتے ہیں عربی میں محاسبہ،</w:t>
      </w:r>
    </w:p>
    <w:p>
      <w:r>
        <w:rPr>
          <w:b/>
        </w:rPr>
        <w:t xml:space="preserve">[13:31] </w:t>
      </w:r>
      <w:r>
        <w:t>urdu mein kehte hain ehitsab. ehitsab ke mani muhasba ke nahi hain, kyunke urdu mein raaj ho gaya hai. to urdu ke lehaz se apna ehitsab, arabi ke lehaz se apna muhtasib,</w:t>
      </w:r>
    </w:p>
    <w:p>
      <w:pPr>
        <w:jc w:val="right"/>
      </w:pPr>
      <w:r>
        <w:t>اردو میں کہتے ہیں احتساب۔ احتساب کے معنی محاسبہ کے نہیں ہیں، کیونکہ اردو میں راج ہو گیا ہے۔ تو اردو کے لحاظ سے اپنا احتساب، عربی کے لحاظ سے اپنا محتسب،</w:t>
      </w:r>
    </w:p>
    <w:p>
      <w:r>
        <w:rPr>
          <w:b/>
        </w:rPr>
        <w:t xml:space="preserve">[13:45] </w:t>
      </w:r>
      <w:r>
        <w:t>angrezi ke lehaz se self criticism.</w:t>
      </w:r>
    </w:p>
    <w:p>
      <w:pPr>
        <w:jc w:val="right"/>
      </w:pPr>
      <w:r>
        <w:t>انگریزی کے لحاظ سے سیلف کریٹیسزم۔</w:t>
      </w:r>
    </w:p>
    <w:p>
      <w:r>
        <w:rPr>
          <w:b/>
        </w:rPr>
        <w:t xml:space="preserve">[13:50] </w:t>
      </w:r>
      <w:r>
        <w:t>kyunke dekhiye, insaan jab paida hua hai, woh aakhir mein marega. koi bhi aisa nahi hai jo na mare.</w:t>
      </w:r>
    </w:p>
    <w:p>
      <w:pPr>
        <w:jc w:val="right"/>
      </w:pPr>
      <w:r>
        <w:t>کیونکہ دیکھیے، انسان جب پیدا ہوا ہے، وہ آخر میں مرے گا۔ کوئی بھی ایسا نہیں ہے جو نہ مرے۔</w:t>
      </w:r>
    </w:p>
    <w:p>
      <w:r>
        <w:rPr>
          <w:b/>
        </w:rPr>
        <w:t xml:space="preserve">[14:05] </w:t>
      </w:r>
      <w:r>
        <w:t>mere baap ka kehte the ke mere baap jo boorha ho ke bare the aur bohat hi naik aadmi the,</w:t>
      </w:r>
    </w:p>
    <w:p>
      <w:pPr>
        <w:jc w:val="right"/>
      </w:pPr>
      <w:r>
        <w:t>میرے باپ کا کہتے تھے کہ میرے باپ جو بوڑھا ہو کے بڑے تھے اور بہت ہی نیک آدمی تھے،</w:t>
      </w:r>
    </w:p>
    <w:p>
      <w:r>
        <w:rPr>
          <w:b/>
        </w:rPr>
        <w:t xml:space="preserve">[14:19] </w:t>
      </w:r>
      <w:r>
        <w:t>bohat naik aadmi the.</w:t>
      </w:r>
    </w:p>
    <w:p>
      <w:pPr>
        <w:jc w:val="right"/>
      </w:pPr>
      <w:r>
        <w:t>بہت نیک آدمی تھے۔</w:t>
      </w:r>
    </w:p>
    <w:p>
      <w:r>
        <w:rPr>
          <w:b/>
        </w:rPr>
        <w:t xml:space="preserve">[14:25] </w:t>
      </w:r>
      <w:r>
        <w:t>to woh kaha karte the, zyada parhe likhe bhi nahi the, zamindar the woh. to woh kaha karte the ke Khuda ka munh dikhana hai har baat mein, woh Khuda ka munh dikhana hai.</w:t>
      </w:r>
    </w:p>
    <w:p>
      <w:pPr>
        <w:jc w:val="right"/>
      </w:pPr>
      <w:r>
        <w:t>تو وہ کہا کرتے تھے، زیادہ پڑھے لکھے بھی نہیں تھے، زمیندار تھے وہ۔ تو وہ کہا کرتے تھے کہ خدا کا منہ دکھانا ہے ہر بات میں، وہ خدا کا منہ دکھانا ہے۔</w:t>
      </w:r>
    </w:p>
    <w:p>
      <w:r>
        <w:rPr>
          <w:b/>
        </w:rPr>
        <w:t xml:space="preserve">[14:44] </w:t>
      </w:r>
      <w:r>
        <w:t>yani aap apna ehitsab karo aur yaad rakho, woh jo kehte the, woh isi isi ki waise hi ek ayat hai: yom yaqoomun naasu li rabbil aalameen</w:t>
      </w:r>
    </w:p>
    <w:p>
      <w:pPr>
        <w:jc w:val="right"/>
      </w:pPr>
      <w:r>
        <w:t>یعنی آپ اپنا احتساب کرو اور یاد رکھو، وہ جو کہتے تھے، وہ اسی اسی کی ویسے ہی ایک آیت ہے: یوم یقوم الناس لرب العالمین</w:t>
      </w:r>
    </w:p>
    <w:p>
      <w:r>
        <w:rPr>
          <w:b/>
        </w:rPr>
        <w:t xml:space="preserve">[15:02] </w:t>
      </w:r>
      <w:r>
        <w:t>yom yaqoomun naasu li rabbil aalameen. jis din tamam insaan paida kiye, us din jis din tamam insaan khara kiya jayenge apne rab ke samne, is tasawwur se, yani badar mein rongte khare hote hain</w:t>
      </w:r>
    </w:p>
    <w:p>
      <w:pPr>
        <w:jc w:val="right"/>
      </w:pPr>
      <w:r>
        <w:t>یوم یقوم الناس لرب العالمین۔ جس دن تمام انسان پیدا کیے، اس دن جس دن تمام انسان کھڑا کیا جائیں گے اپنے رب کے سامنے، اس تصور سے، یعنی بدر میں رونگٹے کھڑے ہوتے ہیں</w:t>
      </w:r>
    </w:p>
    <w:p>
      <w:r>
        <w:rPr>
          <w:b/>
        </w:rPr>
        <w:t xml:space="preserve">[15:21] </w:t>
      </w:r>
      <w:r>
        <w:t>ke jis kainat ka jo khaliq hai, jis ne itni bari kainat ko paida kiya hai, yani is ke samne khara hona, yeh soch kar aadmi ek dam badhawas hota hai.</w:t>
      </w:r>
    </w:p>
    <w:p>
      <w:pPr>
        <w:jc w:val="right"/>
      </w:pPr>
      <w:r>
        <w:t>کہ جس کائنات کا جو خالق ہے، جس نے اتنی بڑی کائنات کو پیدا کیا ہے، یعنی اس کے سامنے کھڑا ہونا، یہ سوچ کر آدمی ایک دم بدحواس ہوتا ہے۔</w:t>
      </w:r>
    </w:p>
    <w:p>
      <w:r>
        <w:rPr>
          <w:b/>
        </w:rPr>
        <w:t xml:space="preserve">[15:39] </w:t>
      </w:r>
      <w:r>
        <w:t>to hamare baap kehte the ke Khuda ka munh dikhana hai aur main kahunga ke yom yaqoomun naasu li rabbil aalameen woh din aanay wala hai jab ke tamam insaan Allah Rabbul Aalameen ke samne khare kiye jayenge.</w:t>
      </w:r>
    </w:p>
    <w:p>
      <w:pPr>
        <w:jc w:val="right"/>
      </w:pPr>
      <w:r>
        <w:t>تو ہمارے باپ کہتے تھے کہ خدا کا منہ دکھانا ہے اور میں کہوں گا کہ یوم یقوم الناس لرب العالمین وہ دن آنے والا ہے جب کہ تمام انسان اللہ رب العالمین کے سامنے کھڑے کیے جائیں گے۔</w:t>
      </w:r>
    </w:p>
    <w:p>
      <w:r>
        <w:rPr>
          <w:b/>
        </w:rPr>
        <w:t xml:space="preserve">[15:59] </w:t>
      </w:r>
      <w:r>
        <w:t>to bas yahi sochna chahiye aadmi ko.</w:t>
      </w:r>
    </w:p>
    <w:p>
      <w:pPr>
        <w:jc w:val="right"/>
      </w:pPr>
      <w:r>
        <w:t>تو بس یہی سوچنا چاہیے آدمی کو۔</w:t>
      </w:r>
    </w:p>
    <w:p>
      <w:r>
        <w:rPr>
          <w:b/>
        </w:rPr>
        <w:t xml:space="preserve">[16:04] </w:t>
      </w:r>
      <w:r>
        <w:t>aur Hazrat Umar ne kaha ke haasib qabl tahasub</w:t>
      </w:r>
    </w:p>
    <w:p>
      <w:pPr>
        <w:jc w:val="right"/>
      </w:pPr>
      <w:r>
        <w:t>اور حضرت عمر نے کہا کہ حاسب قبل تحاسب</w:t>
      </w:r>
    </w:p>
    <w:p>
      <w:r>
        <w:rPr>
          <w:b/>
        </w:rPr>
        <w:t xml:space="preserve">[16:14] </w:t>
      </w:r>
      <w:r>
        <w:t>haasib qabl tahasub yani Allah ke samne khara hone se pehle apne aap ko khud apne apne samne khara ho kar khara kar lo,</w:t>
      </w:r>
    </w:p>
    <w:p>
      <w:pPr>
        <w:jc w:val="right"/>
      </w:pPr>
      <w:r>
        <w:t>حاسب قبل تحاسب یعنی اللہ کے سامنے کھڑا ہونے سے پہلے اپنے آپ کو خود اپنے اپنے سامنے کھڑا ہو کر کھڑا کر لو،</w:t>
      </w:r>
    </w:p>
    <w:p>
      <w:r>
        <w:rPr>
          <w:b/>
        </w:rPr>
        <w:t xml:space="preserve">[16:29] </w:t>
      </w:r>
      <w:r>
        <w:t>apne ko khud jancho</w:t>
      </w:r>
    </w:p>
    <w:p>
      <w:pPr>
        <w:jc w:val="right"/>
      </w:pPr>
      <w:r>
        <w:t>اپنے کو خود جانچ لو</w:t>
      </w:r>
    </w:p>
    <w:p>
      <w:r>
        <w:rPr>
          <w:b/>
        </w:rPr>
        <w:t xml:space="preserve">[16:32] </w:t>
      </w:r>
      <w:r>
        <w:t>is se pehle ke Khuda tum ko janche. apna muhasba kar lo is se pehle ke Khuda ke samne tumhara muhasba kiya jaye.</w:t>
      </w:r>
    </w:p>
    <w:p>
      <w:pPr>
        <w:jc w:val="right"/>
      </w:pPr>
      <w:r>
        <w:t>اس سے پہلے کہ خدا تم کو جانچے۔ اپنا محاسبہ کر لو اس سے پہلے کہ خدا کے سامنے تمہارا محاسبہ کیا جائے۔</w:t>
      </w:r>
    </w:p>
    <w:p>
      <w:r>
        <w:rPr>
          <w:b/>
        </w:rPr>
        <w:t xml:space="preserve">[16:42] </w:t>
      </w:r>
      <w:r>
        <w:t>to yahi naseehat aakhri tor par meri hai sab ke liye</w:t>
      </w:r>
    </w:p>
    <w:p>
      <w:pPr>
        <w:jc w:val="right"/>
      </w:pPr>
      <w:r>
        <w:t>تو یہی نصیحت آخری طور پر میری ہے سب کے لیے</w:t>
      </w:r>
    </w:p>
    <w:p>
      <w:r>
        <w:rPr>
          <w:b/>
        </w:rPr>
        <w:t xml:space="preserve">[16:50] </w:t>
      </w:r>
      <w:r>
        <w:t>ke har ek, har ek, har ek be-don, yani without any exception, har ek ko yeh karna chahiye ke woh apna muhasba kare, apna hisab kare,</w:t>
      </w:r>
    </w:p>
    <w:p>
      <w:pPr>
        <w:jc w:val="right"/>
      </w:pPr>
      <w:r>
        <w:t>کہ ہر ایک، ہر ایک، ہر ایک بدون، یعنی ودا آؤٹ اینی ایکسیپشن، ہر ایک کو یہ کرنا چاہیے کہ وہ اپنا محاسبہ کرے، اپنا حساب کرے،</w:t>
      </w:r>
    </w:p>
    <w:p>
      <w:r>
        <w:rPr>
          <w:b/>
        </w:rPr>
        <w:t xml:space="preserve">[17:06] </w:t>
      </w:r>
      <w:r>
        <w:t>aap apni apna criticism kare</w:t>
      </w:r>
    </w:p>
    <w:p>
      <w:pPr>
        <w:jc w:val="right"/>
      </w:pPr>
      <w:r>
        <w:t>آپ اپنی اپنا کریٹیسزم کرے</w:t>
      </w:r>
    </w:p>
    <w:p>
      <w:r>
        <w:rPr>
          <w:b/>
        </w:rPr>
        <w:t xml:space="preserve">[17:09] </w:t>
      </w:r>
      <w:r>
        <w:t>aur dekhe ke main kya hoon, Allah ke samne kaisa hua, Allah ke samne mera kya haal hoga, Allah ke samne mera kya haal hoga.</w:t>
      </w:r>
    </w:p>
    <w:p>
      <w:pPr>
        <w:jc w:val="right"/>
      </w:pPr>
      <w:r>
        <w:t>اور دیکھے کہ میں کیا ہوں، اللہ کے سامنے کیسا ہوا، اللہ کے سامنے میرا کیا حال ہوگا، اللہ کے سامنے میرا کیا حال ہوگا۔</w:t>
      </w:r>
    </w:p>
    <w:p>
      <w:r>
        <w:rPr>
          <w:b/>
        </w:rPr>
        <w:t xml:space="preserve">[17:21] </w:t>
      </w:r>
      <w:r>
        <w:t>tu hasib qabl tu hasib</w:t>
      </w:r>
    </w:p>
    <w:p>
      <w:pPr>
        <w:jc w:val="right"/>
      </w:pPr>
      <w:r>
        <w:t>تو حاسب قبل تحاسب</w:t>
      </w:r>
    </w:p>
    <w:p>
      <w:r>
        <w:rPr>
          <w:b/>
        </w:rPr>
        <w:t xml:space="preserve">[17:31] </w:t>
      </w:r>
      <w:r>
        <w:t>wa donu qabl tu donu apne ko tol lo is se pehle ke tumhein tola jaye, wa donu qabl tu donu aur apna apne ko tol lo is se pehle ke tum ko tola jaye.</w:t>
      </w:r>
    </w:p>
    <w:p>
      <w:pPr>
        <w:jc w:val="right"/>
      </w:pPr>
      <w:r>
        <w:t>وذنو قبل تو ذنو اپنے کو تول لو اس سے پہلے کہ تمہیں تولا جائے، وذنو قبل تو ذنو اور اپنا اپنے کو تول لو اس سے پہلے کہ تم کو تولا جائے۔</w:t>
      </w:r>
    </w:p>
    <w:p>
      <w:r>
        <w:rPr>
          <w:b/>
        </w:rPr>
        <w:t xml:space="preserve">[17:48] </w:t>
      </w:r>
      <w:r>
        <w:t>yeh ghaleban Hazrat Umar ka qaul hai.</w:t>
      </w:r>
    </w:p>
    <w:p>
      <w:pPr>
        <w:jc w:val="right"/>
      </w:pPr>
      <w:r>
        <w:t>یہ غالباً حضرت عمر کا قول ہے۔</w:t>
      </w:r>
    </w:p>
    <w:p>
      <w:r>
        <w:rPr>
          <w:b/>
        </w:rPr>
        <w:t xml:space="preserve">[17:56] </w:t>
      </w:r>
      <w:r>
        <w:t>tu aaj 19 July hai 2020.</w:t>
      </w:r>
    </w:p>
    <w:p>
      <w:pPr>
        <w:jc w:val="right"/>
      </w:pPr>
      <w:r>
        <w:t>تو آج 19 جولائی ہے 2020۔</w:t>
      </w:r>
    </w:p>
    <w:p>
      <w:r>
        <w:rPr>
          <w:b/>
        </w:rPr>
        <w:t xml:space="preserve">[18:08] </w:t>
      </w:r>
      <w:r>
        <w:t>mujhe nahi maloom ke meri aap se abhi</w:t>
      </w:r>
    </w:p>
    <w:p>
      <w:pPr>
        <w:jc w:val="right"/>
      </w:pPr>
      <w:r>
        <w:t>مجھے نہیں معلوم کہ میری آپ سے ابھی</w:t>
      </w:r>
    </w:p>
    <w:p>
      <w:r>
        <w:rPr>
          <w:b/>
        </w:rPr>
        <w:t xml:space="preserve">[18:12] </w:t>
      </w:r>
      <w:r>
        <w:t>kitni mulaqat muqaddar hai,</w:t>
      </w:r>
    </w:p>
    <w:p>
      <w:pPr>
        <w:jc w:val="right"/>
      </w:pPr>
      <w:r>
        <w:t>کتنی ملاقات مقدر ہے،</w:t>
      </w:r>
    </w:p>
    <w:p>
      <w:r>
        <w:rPr>
          <w:b/>
        </w:rPr>
        <w:t xml:space="preserve">[18:21] </w:t>
      </w:r>
      <w:r>
        <w:t>mujhe nahi maloom ke aap se meri aur kitni mulaqatein muqaddar hain. lekin main</w:t>
      </w:r>
    </w:p>
    <w:p>
      <w:pPr>
        <w:jc w:val="right"/>
      </w:pPr>
      <w:r>
        <w:t>مجھے نہیں معلوم کہ آپ سے میری اور کتنی ملاقاتیں مقدر ہیں۔ لیکن میں</w:t>
      </w:r>
    </w:p>
    <w:p>
      <w:r>
        <w:rPr>
          <w:b/>
        </w:rPr>
        <w:t xml:space="preserve">[18:32] </w:t>
      </w:r>
      <w:r>
        <w:t>Allah se apne liye aur aap ke liye dua karta hoon. jin logon ne mera saath diya is mission mein, woh</w:t>
      </w:r>
    </w:p>
    <w:p>
      <w:pPr>
        <w:jc w:val="right"/>
      </w:pPr>
      <w:r>
        <w:t>اللہ سے اپنے لیے اور آپ کے لیے دعا کرتا ہوں۔ جن لوگوں نے میرا ساتھ دیا اس مشن میں، وہ</w:t>
      </w:r>
    </w:p>
    <w:p>
      <w:r>
        <w:rPr>
          <w:b/>
        </w:rPr>
        <w:t xml:space="preserve">[18:46] </w:t>
      </w:r>
      <w:r>
        <w:t>jin logon ne is mission mein mera saath diya, woh mere bohat zyada ehsanmand hain. kyunke agar mujhe saathi nahi milte to main koi mission chala nahi sakta tha.</w:t>
      </w:r>
    </w:p>
    <w:p>
      <w:pPr>
        <w:jc w:val="right"/>
      </w:pPr>
      <w:r>
        <w:t>جن لوگوں نے اس مشن میں میرا ساتھ دیا، وہ میرے بہت زیادہ محسن ہیں۔ کیونکہ اگر مجھے ساتھی نہیں ملتے تو میں کوئی مشن چلا نہیں سکتا تھا۔</w:t>
      </w:r>
    </w:p>
    <w:p>
      <w:r>
        <w:rPr>
          <w:b/>
        </w:rPr>
        <w:t xml:space="preserve">[18:59] </w:t>
      </w:r>
      <w:r>
        <w:t>saathiyon ki wajah se mumkin hua ke main ek mission</w:t>
      </w:r>
    </w:p>
    <w:p>
      <w:pPr>
        <w:jc w:val="right"/>
      </w:pPr>
      <w:r>
        <w:t>ساتھیوں کی وجہ سے ممکن ہوا کہ میں ایک مشن</w:t>
      </w:r>
    </w:p>
    <w:p>
      <w:r>
        <w:rPr>
          <w:b/>
        </w:rPr>
        <w:t xml:space="preserve">[19:03] </w:t>
      </w:r>
      <w:r>
        <w:t>chala paya, yahan tak ke main boorha ho gaya.</w:t>
      </w:r>
    </w:p>
    <w:p>
      <w:pPr>
        <w:jc w:val="right"/>
      </w:pPr>
      <w:r>
        <w:t>چلا پایا، یہاں تک کہ میں بوڑھا ہو گیا۔</w:t>
      </w:r>
    </w:p>
    <w:p>
      <w:r>
        <w:rPr>
          <w:b/>
        </w:rPr>
        <w:t xml:space="preserve">[19:12] </w:t>
      </w:r>
      <w:r>
        <w:t>yani main jab gaya tha</w:t>
      </w:r>
    </w:p>
    <w:p>
      <w:pPr>
        <w:jc w:val="right"/>
      </w:pPr>
      <w:r>
        <w:t>یعنی میں جب گیا تھا</w:t>
      </w:r>
    </w:p>
    <w:p>
      <w:r>
        <w:rPr>
          <w:b/>
        </w:rPr>
        <w:t xml:space="preserve">[19:18] </w:t>
      </w:r>
      <w:r>
        <w:t>Adab Garh se,</w:t>
      </w:r>
    </w:p>
    <w:p>
      <w:pPr>
        <w:jc w:val="right"/>
      </w:pPr>
      <w:r>
        <w:t>آدب گڑھ سے،</w:t>
      </w:r>
    </w:p>
    <w:p>
      <w:r>
        <w:rPr>
          <w:b/>
        </w:rPr>
        <w:t xml:space="preserve">[19:22] </w:t>
      </w:r>
      <w:r>
        <w:t>ya Adab Garh se Lahore,</w:t>
      </w:r>
    </w:p>
    <w:p>
      <w:pPr>
        <w:jc w:val="right"/>
      </w:pPr>
      <w:r>
        <w:t>یا آدب گڑھ سے لاہور،</w:t>
      </w:r>
    </w:p>
    <w:p>
      <w:r>
        <w:rPr>
          <w:b/>
        </w:rPr>
        <w:t xml:space="preserve">[19:29] </w:t>
      </w:r>
      <w:r>
        <w:t>to mujhe aksar yaad yaad aata hai ke main jab gaya tha</w:t>
      </w:r>
    </w:p>
    <w:p>
      <w:pPr>
        <w:jc w:val="right"/>
      </w:pPr>
      <w:r>
        <w:t>تو مجھے اکثر یاد یاد آتا ہے کہ میں جب گیا تھا</w:t>
      </w:r>
    </w:p>
    <w:p>
      <w:r>
        <w:rPr>
          <w:b/>
        </w:rPr>
        <w:t xml:space="preserve">[19:38] </w:t>
      </w:r>
      <w:r>
        <w:t>Adab Garh, dosto, woh woh koi 1940 ka lag bhag ka daura tha. woh exact tareekh to mujhe yaad nahi, lekin 1940 ke lag bhag ke dauran gaya tha.</w:t>
      </w:r>
    </w:p>
    <w:p>
      <w:pPr>
        <w:jc w:val="right"/>
      </w:pPr>
      <w:r>
        <w:t>آدب گڑھ، دوستو، وہ وہ کوئی 1940 کا لگ بھگ کا دورہ تھا۔ وہ ایگزیکٹ تاریخ تو مجھے یاد نہیں، لیکن 1940 کے لگ بھگ کے دوران گیا تھا۔</w:t>
      </w:r>
    </w:p>
    <w:p>
      <w:r>
        <w:rPr>
          <w:b/>
        </w:rPr>
        <w:t xml:space="preserve">[19:51] </w:t>
      </w:r>
      <w:r>
        <w:t>main is waqt</w:t>
      </w:r>
    </w:p>
    <w:p>
      <w:pPr>
        <w:jc w:val="right"/>
      </w:pPr>
      <w:r>
        <w:t>میں اس وقت</w:t>
      </w:r>
    </w:p>
    <w:p>
      <w:r>
        <w:rPr>
          <w:b/>
        </w:rPr>
        <w:t xml:space="preserve">[19:55] </w:t>
      </w:r>
      <w:r>
        <w:t>Ali Ali Adab Garh mein apne bhai ke saath rehta tha. to train ke zareeye safar kiya tha, maine Fareeha se Lahore tak train se gaya tha.</w:t>
      </w:r>
    </w:p>
    <w:p>
      <w:pPr>
        <w:jc w:val="right"/>
      </w:pPr>
      <w:r>
        <w:t>علی علی آدب گڑھ میں اپنے بھائی کے ساتھ رہتا تھا۔ تو ٹرین کے ذریعے سفر کیا تھا، میں نے فریحہ سے لاہور تک ٹرین سے گیا تھا۔</w:t>
      </w:r>
    </w:p>
    <w:p>
      <w:r>
        <w:rPr>
          <w:b/>
        </w:rPr>
        <w:t xml:space="preserve">[20:10] </w:t>
      </w:r>
      <w:r>
        <w:t>main</w:t>
      </w:r>
    </w:p>
    <w:p>
      <w:pPr>
        <w:jc w:val="right"/>
      </w:pPr>
      <w:r>
        <w:t>میں</w:t>
      </w:r>
    </w:p>
    <w:p>
      <w:r>
        <w:rPr>
          <w:b/>
        </w:rPr>
        <w:t xml:space="preserve">[20:11] </w:t>
      </w:r>
      <w:r>
        <w:t>to mujhe yaad hai ke kai station mein paidal chala tha, aur jahan kahin pooch gach hoti thi to wahan kutta pota jata tha.</w:t>
      </w:r>
    </w:p>
    <w:p>
      <w:pPr>
        <w:jc w:val="right"/>
      </w:pPr>
      <w:r>
        <w:t>تو مجھے یاد ہے کہ کئی اسٹیشن میں پیدل چلا تھا، اور جہاں کہیں پوچھ گچھ ہوتی تھی تو وہاں کتا پوتا جاتا تھا۔</w:t>
      </w:r>
    </w:p>
    <w:p>
      <w:r>
        <w:rPr>
          <w:b/>
        </w:rPr>
        <w:t xml:space="preserve">[20:28] </w:t>
      </w:r>
      <w:r>
        <w:t>yani kutta pota maine safar kiya tha,</w:t>
      </w:r>
    </w:p>
    <w:p>
      <w:pPr>
        <w:jc w:val="right"/>
      </w:pPr>
      <w:r>
        <w:t>یعنی کتا پوتا میں نے سفر کیا تھا،</w:t>
      </w:r>
    </w:p>
    <w:p>
      <w:r>
        <w:rPr>
          <w:b/>
        </w:rPr>
        <w:t xml:space="preserve">[20:31] </w:t>
      </w:r>
      <w:r>
        <w:t>yahan tak ke main Lahore pahunch gaya. to woh zamana tha aur aaj ka zamana.</w:t>
      </w:r>
    </w:p>
    <w:p>
      <w:pPr>
        <w:jc w:val="right"/>
      </w:pPr>
      <w:r>
        <w:t>یہاں تک کہ میں لاہور پہنچ گیا۔ تو وہ زمانہ تھا اور آج کا زمانہ۔</w:t>
      </w:r>
    </w:p>
    <w:p>
      <w:r>
        <w:rPr>
          <w:b/>
        </w:rPr>
        <w:t xml:space="preserve">[20:41] </w:t>
      </w:r>
      <w:r>
        <w:t>subah mujhe yaad aata hai, ek dum saaf saaf yaad aata hai ke maine kaise safar kiya tha.</w:t>
      </w:r>
    </w:p>
    <w:p>
      <w:pPr>
        <w:jc w:val="right"/>
      </w:pPr>
      <w:r>
        <w:t>صبح مجھے یاد آتا ہے، ایک دم صاف صاف یاد آتا ہے کہ میں نے کیسے سفر کیا تھا۔</w:t>
      </w:r>
    </w:p>
    <w:p>
      <w:r>
        <w:rPr>
          <w:b/>
        </w:rPr>
        <w:t xml:space="preserve">[20:51] </w:t>
      </w:r>
      <w:r>
        <w:t>to aise hi yeh haal har ek ko hone wala hai. jo mara hua barhapa ki shakal, wahi sab ko hone wala hai.</w:t>
      </w:r>
    </w:p>
    <w:p>
      <w:pPr>
        <w:jc w:val="right"/>
      </w:pPr>
      <w:r>
        <w:t>تو ایسے ہی یہ حال ہر ایک کو ہونے والا ہے۔ جو مرا ہوا بڑھاپے کی شکل، وہی سب کو ہونے والا ہے۔</w:t>
      </w:r>
    </w:p>
    <w:p>
      <w:r>
        <w:rPr>
          <w:b/>
        </w:rPr>
        <w:t xml:space="preserve">[21:01] </w:t>
      </w:r>
      <w:r>
        <w:t>yaad rakhiye, kisi ka is mamle mein koi exemption nahi hai.</w:t>
      </w:r>
    </w:p>
    <w:p>
      <w:pPr>
        <w:jc w:val="right"/>
      </w:pPr>
      <w:r>
        <w:t>یاد رکھیے، کسی کا اس معاملے میں کوئی ایگزیمپشن نہیں ہے۔</w:t>
      </w:r>
    </w:p>
    <w:p>
      <w:r>
        <w:rPr>
          <w:b/>
        </w:rPr>
        <w:t xml:space="preserve">[21:08] </w:t>
      </w:r>
      <w:r>
        <w:t>har aadmi jo paida hua, woh jawan hoga. jo jawan hua, woh boodha hoga. hoga. jo boodha tak pahuncha, woh woh marega.</w:t>
      </w:r>
    </w:p>
    <w:p>
      <w:pPr>
        <w:jc w:val="right"/>
      </w:pPr>
      <w:r>
        <w:t>ہر آدمی جو پیدا ہوا، وہ جوان ہوگا۔ جو جوان ہوا، وہ بوڑھا ہوگا۔ ہوگا۔ جو بوڑھا تک پہنچا، وہ وہ مرے گا۔</w:t>
      </w:r>
    </w:p>
    <w:p>
      <w:r>
        <w:rPr>
          <w:b/>
        </w:rPr>
        <w:t xml:space="preserve">[21:20] </w:t>
      </w:r>
      <w:r>
        <w:t>yeh sab har ek ke saath hone wala hai. is mein kisi ka exemption nahi hai.</w:t>
      </w:r>
    </w:p>
    <w:p>
      <w:pPr>
        <w:jc w:val="right"/>
      </w:pPr>
      <w:r>
        <w:t>یہ سب ہر ایک کے ساتھ ہونے والا ہے۔ اس میں کسی کا ایگزیمپشن نہیں ہے۔</w:t>
      </w:r>
    </w:p>
    <w:p>
      <w:r>
        <w:rPr>
          <w:b/>
        </w:rPr>
        <w:t xml:space="preserve">[21:29] </w:t>
      </w:r>
      <w:r>
        <w:t>toh main kahunga ke hum mein se har ek ko yeh karna hai ke woh apna is aitbaar se jaanche, apne aap ko ke kya woh</w:t>
      </w:r>
    </w:p>
    <w:p>
      <w:pPr>
        <w:jc w:val="right"/>
      </w:pPr>
      <w:r>
        <w:t>تو میں کہوں گا کہ ہم میں سے ہر ایک کو یہ کرنا ہے کہ وہ اپنا اس اعتبار سے جانچے، اپنے آپ کو کہ کیا وہ</w:t>
      </w:r>
    </w:p>
    <w:p>
      <w:r>
        <w:rPr>
          <w:b/>
        </w:rPr>
        <w:t xml:space="preserve">[21:45] </w:t>
      </w:r>
      <w:r>
        <w:t>parhez se khush hota hai.</w:t>
      </w:r>
    </w:p>
    <w:p>
      <w:pPr>
        <w:jc w:val="right"/>
      </w:pPr>
      <w:r>
        <w:t>پرہیز سے خوش ہوتا ہے۔</w:t>
      </w:r>
    </w:p>
    <w:p>
      <w:r>
        <w:rPr>
          <w:b/>
        </w:rPr>
        <w:t xml:space="preserve">[21:50] </w:t>
      </w:r>
      <w:r>
        <w:t>parhez se khush hona sab se buri aadat hai.</w:t>
      </w:r>
    </w:p>
    <w:p>
      <w:pPr>
        <w:jc w:val="right"/>
      </w:pPr>
      <w:r>
        <w:t>پرہیز سے خوش ہونا سب سے بری عادت ہے۔</w:t>
      </w:r>
    </w:p>
    <w:p>
      <w:r>
        <w:rPr>
          <w:b/>
        </w:rPr>
        <w:t xml:space="preserve">[21:56] </w:t>
      </w:r>
      <w:r>
        <w:t>criticism ko lijiye, kyunke hadees mein aata hai ke al momin mirat al momin ma al momin mirat al momin momin</w:t>
      </w:r>
    </w:p>
    <w:p>
      <w:pPr>
        <w:jc w:val="right"/>
      </w:pPr>
      <w:r>
        <w:t>کریٹیسز کو لیجئے، کیونکہ حدیث میں آتا ہے کہ المومن مرات المومن ما المومن مرات المومن مومن</w:t>
      </w:r>
    </w:p>
    <w:p>
      <w:r>
        <w:rPr>
          <w:b/>
        </w:rPr>
        <w:t xml:space="preserve">[22:14] </w:t>
      </w:r>
      <w:r>
        <w:t>doosre momin ke liye aaina hai. yeh bohat achhi tashbeeh hai ke ek momin doosre momin ke liye aaina hai.</w:t>
      </w:r>
    </w:p>
    <w:p>
      <w:pPr>
        <w:jc w:val="right"/>
      </w:pPr>
      <w:r>
        <w:t>دوسرے مومن کے لیے آئینہ ہے۔ یہ بہت اچھی تشبیہ ہے کہ ایک مومن دوسرے مومن کے لیے آئینہ ہے۔</w:t>
      </w:r>
    </w:p>
    <w:p>
      <w:r>
        <w:rPr>
          <w:b/>
        </w:rPr>
        <w:t xml:space="preserve">[22:26] </w:t>
      </w:r>
      <w:r>
        <w:t>aap aaine ke saath bhi khade hon toh aaina aap ko as it is bata dega.</w:t>
      </w:r>
    </w:p>
    <w:p>
      <w:pPr>
        <w:jc w:val="right"/>
      </w:pPr>
      <w:r>
        <w:t>آپ آئینے کے ساتھ بھی کھڑے ہوں تو آئینہ آپ کو ایز اٹ از بتا دے گا۔</w:t>
      </w:r>
    </w:p>
    <w:p>
      <w:r>
        <w:rPr>
          <w:b/>
        </w:rPr>
        <w:t xml:space="preserve">[22:32] </w:t>
      </w:r>
      <w:r>
        <w:t>yahan aap ke is part ko jo hai toh batayega. is part hai toh is se aaina bilkul aise jo batata hai aap ko, aise ek momin doosre momin ko dekhta hai.</w:t>
      </w:r>
    </w:p>
    <w:p>
      <w:pPr>
        <w:jc w:val="right"/>
      </w:pPr>
      <w:r>
        <w:t>یہاں آپ کے اس پارٹ کو جو ہے تو بتائے گا۔ اس پارٹ ہے تو اس سے آئینہ بالکل ایسے جو بتاتا ہے آپ کو، ایسے ایک مومن دوسرے مومن کو دیکھتا ہے۔</w:t>
      </w:r>
    </w:p>
    <w:p>
      <w:r>
        <w:rPr>
          <w:b/>
        </w:rPr>
        <w:t xml:space="preserve">[22:49] </w:t>
      </w:r>
      <w:r>
        <w:t>toh main aap sab ko yeh kehta hoon ke criticisms ko kabhi bura na maaniye, effort mat huiye. criticisms ko bura na maaniye, kabhi effort mat huiye.</w:t>
      </w:r>
    </w:p>
    <w:p>
      <w:pPr>
        <w:jc w:val="right"/>
      </w:pPr>
      <w:r>
        <w:t>تو میں آپ سب کو یہ کہتا ہوں کہ کرسچنز کو کبھی برا نہ مانیے، ایفرٹ مت ہوئیے۔ کرسچنز کو برا نہ مانیے، کبھی ایفرٹ مت ہوئیے۔</w:t>
      </w:r>
    </w:p>
    <w:p>
      <w:r>
        <w:rPr>
          <w:b/>
        </w:rPr>
        <w:t xml:space="preserve">[23:03] </w:t>
      </w:r>
      <w:r>
        <w:t>balkeh bohat hi sanjeedgi ke saath sochiye ke kya yeh mera yeh baat hai.</w:t>
      </w:r>
    </w:p>
    <w:p>
      <w:pPr>
        <w:jc w:val="right"/>
      </w:pPr>
      <w:r>
        <w:t>بلکہ بہت ہی سنجیدگی کے ساتھ سوچیے کہ کیا یہ میرا یہ بات ہے۔</w:t>
      </w:r>
    </w:p>
    <w:p>
      <w:r>
        <w:rPr>
          <w:b/>
        </w:rPr>
        <w:t xml:space="preserve">[23:12] </w:t>
      </w:r>
      <w:r>
        <w:t>misalan, main apne bare mein kehta hoon ke mere bare mein kaha pehle kehte the log, main bohat jald ghussa hota hoon. toh maine socha, soch soch kar maine pakad pakad paaya ke waqatan main bohat jald ghussa ho jata hoon.</w:t>
      </w:r>
    </w:p>
    <w:p>
      <w:pPr>
        <w:jc w:val="right"/>
      </w:pPr>
      <w:r>
        <w:t>مثلاً، میں اپنے بارے میں کہتا ہوں کہ میرے بارے میں کہا پہلے کہتے تھے لوگ، میں بہت جلد غصہ ہوتا ہوں۔ تو میں نے سوچا، سوچ سوچ کر میں نے پکڑ پکڑ پایا کہ واقعتاً میں بہت جلد غصہ ہو جاتا ہوں۔</w:t>
      </w:r>
    </w:p>
    <w:p>
      <w:r>
        <w:rPr>
          <w:b/>
        </w:rPr>
        <w:t xml:space="preserve">[23:32] </w:t>
      </w:r>
      <w:r>
        <w:t>toh maine apne aap ko adhed dala apne ghusse ko khatam karne ke liye. apne ko maine bohat hi zyada apni humiliate ki.</w:t>
      </w:r>
    </w:p>
    <w:p>
      <w:pPr>
        <w:jc w:val="right"/>
      </w:pPr>
      <w:r>
        <w:t>تو میں نے اپنے آپ کو ادھیڑ ڈالا اپنے غصے کو ختم کرنے کے لیے۔ اپنے کو میں نے بہت ہی زیادہ اپنی ہیمبری کی۔</w:t>
      </w:r>
    </w:p>
    <w:p>
      <w:r>
        <w:rPr>
          <w:b/>
        </w:rPr>
        <w:t xml:space="preserve">[23:45] </w:t>
      </w:r>
      <w:r>
        <w:t>main humiliate karta toh rahoongi, lekin jab yeh samajh mein aaya</w:t>
      </w:r>
    </w:p>
    <w:p>
      <w:pPr>
        <w:jc w:val="right"/>
      </w:pPr>
      <w:r>
        <w:t>میں ہیمبری کرتا تو رہوں گی، لیکن جب یہ سمجھ میں آیا</w:t>
      </w:r>
    </w:p>
    <w:p>
      <w:r>
        <w:rPr>
          <w:b/>
        </w:rPr>
        <w:t xml:space="preserve">[23:49] </w:t>
      </w:r>
      <w:r>
        <w:t>toh main self-humiliate mera tareeqa ban gaya. self-humiliate, apne aap ko adhedna, apna muhasba karna.</w:t>
      </w:r>
    </w:p>
    <w:p>
      <w:pPr>
        <w:jc w:val="right"/>
      </w:pPr>
      <w:r>
        <w:t>تو میں سیلف ہیمبری میرا طریقہ بن گیا۔ سیلف ہیمبری، اپنے آپ کو ادھیڑنا، اپنا محاسبہ کرنا۔</w:t>
      </w:r>
    </w:p>
    <w:p>
      <w:r>
        <w:rPr>
          <w:b/>
        </w:rPr>
        <w:t xml:space="preserve">[24:02] </w:t>
      </w:r>
      <w:r>
        <w:t>toh aap sab logon ko main yeh</w:t>
      </w:r>
    </w:p>
    <w:p>
      <w:pPr>
        <w:jc w:val="right"/>
      </w:pPr>
      <w:r>
        <w:t>تو آپ سب لوگوں کو میں یہ</w:t>
      </w:r>
    </w:p>
    <w:p>
      <w:r>
        <w:rPr>
          <w:b/>
        </w:rPr>
        <w:t xml:space="preserve">[24:06] </w:t>
      </w:r>
      <w:r>
        <w:t>kehta hoon ke aap sab log self-humiliate ka tareeqa ikhtiyar kijiye. aur aap log chuki ek mission mein hain, mission toh aap logon ko bohat zyada hi mein yeh naseehat karta hoon</w:t>
      </w:r>
    </w:p>
    <w:p>
      <w:pPr>
        <w:jc w:val="right"/>
      </w:pPr>
      <w:r>
        <w:t>کہتا ہوں کہ آپ سب لوگ سیلف ہیمبری کا طریقہ اختیار کیجئے۔ اور آپ لوگ چونکہ ایک مشن میں ہیں، مشن تو آپ لوگوں کو بہت زیادہ ہی میں یہ نصیحت کرتا ہوں</w:t>
      </w:r>
    </w:p>
    <w:p>
      <w:r>
        <w:rPr>
          <w:b/>
        </w:rPr>
        <w:t xml:space="preserve">[24:24] </w:t>
      </w:r>
      <w:r>
        <w:t>ke ikhtilaf ko hargiz excuse mat banaiye.</w:t>
      </w:r>
    </w:p>
    <w:p>
      <w:pPr>
        <w:jc w:val="right"/>
      </w:pPr>
      <w:r>
        <w:t>کہ اختلاف کو ہرگز ایکسکیوز مت بنائیے۔</w:t>
      </w:r>
    </w:p>
    <w:p>
      <w:r>
        <w:rPr>
          <w:b/>
        </w:rPr>
        <w:t xml:space="preserve">[24:31] </w:t>
      </w:r>
      <w:r>
        <w:t>excuse ko ikhtilaf ko hargiz excuse mat banaiye. ikhtilaf ko aap ka tareeqa hona chahiye ke ikhtilaf ko nazar andaaz karna.</w:t>
      </w:r>
    </w:p>
    <w:p>
      <w:pPr>
        <w:jc w:val="right"/>
      </w:pPr>
      <w:r>
        <w:t>ایکسکیوز کو اختلاف کو ہرگز ایکسکیوز مت بنائیے۔ اختلاف کو آپ کا طریقہ ہونا چاہیے کہ اختلاف کو نظر انداز کرنا۔</w:t>
      </w:r>
    </w:p>
    <w:p>
      <w:r>
        <w:rPr>
          <w:b/>
        </w:rPr>
        <w:t xml:space="preserve">[24:46] </w:t>
      </w:r>
      <w:r>
        <w:t>ikhtilaf ko kabhi bhi excuse mat banaiye. ikhtilaf ko nazar andaaz kijiye. aur sirf yeh sochiye ke main mission ke liye kya kar sakta hoon.</w:t>
      </w:r>
    </w:p>
    <w:p>
      <w:pPr>
        <w:jc w:val="right"/>
      </w:pPr>
      <w:r>
        <w:t>اختلاف کو کبھی بھی ایکسکیوز مت بنائیے۔ اختلاف کو نظر انداز کیجئے۔ اور صرف یہ سوچیے کہ میں مشن کے لیے کیا کر سکتا ہوں۔</w:t>
      </w:r>
    </w:p>
    <w:p>
      <w:r>
        <w:rPr>
          <w:b/>
        </w:rPr>
        <w:t xml:space="preserve">[25:01] </w:t>
      </w:r>
      <w:r>
        <w:t>main contribution is ke liye kya ho sakta hai.</w:t>
      </w:r>
    </w:p>
    <w:p>
      <w:pPr>
        <w:jc w:val="right"/>
      </w:pPr>
      <w:r>
        <w:t>میں کنٹریبیوشن اس کے لیے کیا ہو سکتا ہے۔</w:t>
      </w:r>
    </w:p>
    <w:p>
      <w:r>
        <w:rPr>
          <w:b/>
        </w:rPr>
        <w:t xml:space="preserve">[25:06] </w:t>
      </w:r>
      <w:r>
        <w:t>bas kyunke dekhiye, aakhir mein toh hum sab ko wahi hona hai jo Allah Rabb ul Alameen yom yaqoom un naas Rabb ul Alameen yani har ek ko Allah ke saamne khada hona hai.</w:t>
      </w:r>
    </w:p>
    <w:p>
      <w:pPr>
        <w:jc w:val="right"/>
      </w:pPr>
      <w:r>
        <w:t>بس کیونکہ دیکھیے، آخر میں تو ہم سب کو وہی ہونا ہے جو اللہ رب العالمین یوم یقوم الناس رب العالمین یعنی ہر ایک کو اللہ کے سامنے کھڑا ہونا ہے۔</w:t>
      </w:r>
    </w:p>
    <w:p>
      <w:r>
        <w:rPr>
          <w:b/>
        </w:rPr>
        <w:t xml:space="preserve">[25:24] </w:t>
      </w:r>
      <w:r>
        <w:t>Allah jo hai, ek zinda hai, ek taqat hai.</w:t>
      </w:r>
    </w:p>
    <w:p>
      <w:pPr>
        <w:jc w:val="right"/>
      </w:pPr>
      <w:r>
        <w:t>اللہ جو ہے، ایک زندہ ہے، ایک طاقت ہے۔</w:t>
      </w:r>
    </w:p>
    <w:p>
      <w:r>
        <w:rPr>
          <w:b/>
        </w:rPr>
        <w:t xml:space="preserve">[25:31] </w:t>
      </w:r>
      <w:r>
        <w:t>jaise hum aap ek zinda taqat hain, usi ki larger satah par sochiye. bohat zyada larger. jaise hum aap ek taqat hain, aise Allah ek bohat hi badi taqat hai.</w:t>
      </w:r>
    </w:p>
    <w:p>
      <w:pPr>
        <w:jc w:val="right"/>
      </w:pPr>
      <w:r>
        <w:t>جیسے ہم آپ ایک زندہ طاقت ہیں، اسی کی لارجر سطح پر سوچیے۔ بہت زیادہ لارجر۔ جیسے ہم آپ ایک طاقت ہیں، ایسے اللہ ایک بہت ہی بڑی طاقت ہے۔</w:t>
      </w:r>
    </w:p>
    <w:p>
      <w:r>
        <w:rPr>
          <w:b/>
        </w:rPr>
        <w:t xml:space="preserve">[25:48] </w:t>
      </w:r>
      <w:r>
        <w:t>woh hamara mohsin hai, hamara khaliq hai, hamara sab kuch hai. toh yahi sab sochiye. kabhi bhi ghussa mat huiye.</w:t>
      </w:r>
    </w:p>
    <w:p>
      <w:pPr>
        <w:jc w:val="right"/>
      </w:pPr>
      <w:r>
        <w:t>وہ ہمارا محسن ہے، ہمارا خالق ہے، ہمارا سب کچھ ہے۔ تو یہی سب سوچیے۔ کبھی بھی غصہ مت ہوئیے۔</w:t>
      </w:r>
    </w:p>
    <w:p>
      <w:r>
        <w:rPr>
          <w:b/>
        </w:rPr>
        <w:t xml:space="preserve">[26:02] </w:t>
      </w:r>
      <w:r>
        <w:t>ek sahabi ne rasoolullah se poocha</w:t>
      </w:r>
    </w:p>
    <w:p>
      <w:pPr>
        <w:jc w:val="right"/>
      </w:pPr>
      <w:r>
        <w:t>ایک صحابی نے رسول اللہ سے پوچھا</w:t>
      </w:r>
    </w:p>
    <w:p>
      <w:r>
        <w:rPr>
          <w:b/>
        </w:rPr>
        <w:t xml:space="preserve">[26:05] </w:t>
      </w:r>
      <w:r>
        <w:t>ke mujhe koi naseehat ki jiye.</w:t>
      </w:r>
    </w:p>
    <w:p>
      <w:pPr>
        <w:jc w:val="right"/>
      </w:pPr>
      <w:r>
        <w:t>کہ مجھے کوئی نصیحت کیجئے۔</w:t>
      </w:r>
    </w:p>
    <w:p>
      <w:r>
        <w:rPr>
          <w:b/>
        </w:rPr>
        <w:t xml:space="preserve">[26:11] </w:t>
      </w:r>
      <w:r>
        <w:t>to rasoolullah ne aur kuch nahi kaha, sirf yeh kaha ke la taghzab la taghzab dont be angry.</w:t>
      </w:r>
    </w:p>
    <w:p>
      <w:pPr>
        <w:jc w:val="right"/>
      </w:pPr>
      <w:r>
        <w:t>تو رسول اللہ نے اور کچھ نہیں کہا، صرف یہ کہا کہ لا تغضب لا تغضب ڈونٹ بی اینگری۔</w:t>
      </w:r>
    </w:p>
    <w:p>
      <w:r>
        <w:rPr>
          <w:b/>
        </w:rPr>
        <w:t xml:space="preserve">[26:22] </w:t>
      </w:r>
      <w:r>
        <w:t>kaisi ajeeb baat hai ke sahabi ek kehte hain ke</w:t>
      </w:r>
    </w:p>
    <w:p>
      <w:pPr>
        <w:jc w:val="right"/>
      </w:pPr>
      <w:r>
        <w:t>کیسی عجیب بات ہے کہ صحابی ایک کہتے ہیں کہ</w:t>
      </w:r>
    </w:p>
    <w:p>
      <w:r>
        <w:rPr>
          <w:b/>
        </w:rPr>
        <w:t xml:space="preserve">[26:28] </w:t>
      </w:r>
      <w:r>
        <w:t>ya rasoolullah allimni kalimat aish bayna wa la tafsir ali fann kaisi ajeeb sawal tha.</w:t>
      </w:r>
    </w:p>
    <w:p>
      <w:pPr>
        <w:jc w:val="right"/>
      </w:pPr>
      <w:r>
        <w:t>یا رسول اللہ علمنی کلمات عیش بینا ولا تفسیر علی فان کیسی عجیب سوال تھا۔</w:t>
      </w:r>
    </w:p>
    <w:p>
      <w:r>
        <w:rPr>
          <w:b/>
        </w:rPr>
        <w:t xml:space="preserve">[26:37] </w:t>
      </w:r>
      <w:r>
        <w:t>ya rasoolullah allimni kalimat aish bayna wa la tafsir ali fann</w:t>
      </w:r>
    </w:p>
    <w:p>
      <w:pPr>
        <w:jc w:val="right"/>
      </w:pPr>
      <w:r>
        <w:t>یا رسول اللہ علمنی کلمات عیش بینا ولا تفسیر علی فان</w:t>
      </w:r>
    </w:p>
    <w:p>
      <w:r>
        <w:rPr>
          <w:b/>
        </w:rPr>
        <w:t xml:space="preserve">[26:46] </w:t>
      </w:r>
      <w:r>
        <w:t>ek hi kalma poocha tha unhone. Aap ne farmaya ke la taghzab la taghzab ghussa na karo.</w:t>
      </w:r>
    </w:p>
    <w:p>
      <w:pPr>
        <w:jc w:val="right"/>
      </w:pPr>
      <w:r>
        <w:t>ایک ہی کلمہ پوچھا تھا انہوں نے۔ آپ نے فرمایا کہ لا تغضب لا تغضب غصہ نہ کرو۔</w:t>
      </w:r>
    </w:p>
    <w:p>
      <w:r>
        <w:rPr>
          <w:b/>
        </w:rPr>
        <w:t xml:space="preserve">[26:55] </w:t>
      </w:r>
      <w:r>
        <w:t>kaha ghussa na karna yeh qaleed hai, qaleed zindagi ke liye.</w:t>
      </w:r>
    </w:p>
    <w:p>
      <w:pPr>
        <w:jc w:val="right"/>
      </w:pPr>
      <w:r>
        <w:t>کہا غصہ نہ کرنا یہ کلید ہے، کلید زندگی کے لیے۔</w:t>
      </w:r>
    </w:p>
    <w:p>
      <w:r>
        <w:rPr>
          <w:b/>
        </w:rPr>
        <w:t xml:space="preserve">[27:02] </w:t>
      </w:r>
      <w:r>
        <w:t>zindagi ke liye qaleed hai ke aadmi ghussa na kare. Ghussa na kare ka matlab kya hai? Jo baat kahi hai, us ko yani dispassiontly woh samjhe, ghor kare.</w:t>
      </w:r>
    </w:p>
    <w:p>
      <w:pPr>
        <w:jc w:val="right"/>
      </w:pPr>
      <w:r>
        <w:t>زندگی کے لیے کلید ہے کہ آدمی غصہ نہ کرے۔ غصہ نہ کرے کا معنی کیا ہے؟ جو بات کہی ہے، اس کو یعنی ڈسپیشنٹلی وہ سمجھے، غور کرے۔</w:t>
      </w:r>
    </w:p>
    <w:p>
      <w:r>
        <w:rPr>
          <w:b/>
        </w:rPr>
        <w:t xml:space="preserve">[27:15] </w:t>
      </w:r>
      <w:r>
        <w:t>dispassiontly ghussa na karne ka matlab yeh hai</w:t>
      </w:r>
    </w:p>
    <w:p>
      <w:pPr>
        <w:jc w:val="right"/>
      </w:pPr>
      <w:r>
        <w:t>ڈسپیشنٹلی غصہ نہ کرنے کا معنی یہ ہے</w:t>
      </w:r>
    </w:p>
    <w:p>
      <w:r>
        <w:rPr>
          <w:b/>
        </w:rPr>
        <w:t xml:space="preserve">[27:20] </w:t>
      </w:r>
      <w:r>
        <w:t>ke jo baat kahi gayi hai, us ko woh dispassiontly le aur bilkul bina kisi ghusse ke us par soche.</w:t>
      </w:r>
    </w:p>
    <w:p>
      <w:pPr>
        <w:jc w:val="right"/>
      </w:pPr>
      <w:r>
        <w:t>کہ جو بات کہی گئی ہے، اس کو وہ ڈسپیشنٹلی لے اور بالکل بلا کسی غصے کے اس پر سوچے۔</w:t>
      </w:r>
    </w:p>
    <w:p>
      <w:r>
        <w:rPr>
          <w:b/>
        </w:rPr>
        <w:t xml:space="preserve">[27:35] </w:t>
      </w:r>
      <w:r>
        <w:t>to mein samajhta hoon ke ek bade se ek boodhe aadmi ke liye aap se kehne ke liye sab se badi yahi baat hai. Mera tajurba, mera experience mujhe batata hai ke sab se zyada mujhe</w:t>
      </w:r>
    </w:p>
    <w:p>
      <w:pPr>
        <w:jc w:val="right"/>
      </w:pPr>
      <w:r>
        <w:t>تو میں سمجھتا ہوں کہ ایک بڑے سے ایک بوڑھے آدمی کے لیے آپ سے کہنے کے لیے سب سے بڑی یہی بات ہے۔ میرا تجربہ، میرا ایکسپیرینس مجھے بتاتا ہے کہ سب سے زیادہ مجھے</w:t>
      </w:r>
    </w:p>
    <w:p>
      <w:r>
        <w:rPr>
          <w:b/>
        </w:rPr>
        <w:t xml:space="preserve">[27:52] </w:t>
      </w:r>
      <w:r>
        <w:t>yeh kahoon aap ko yeh dala rasoolullah ki yeh hadees ke ek rasoolullah ke paas ek aata hai aur</w:t>
      </w:r>
    </w:p>
    <w:p>
      <w:pPr>
        <w:jc w:val="right"/>
      </w:pPr>
      <w:r>
        <w:t>یہ کہوں آپ کو یہ دلا رسول اللہ کی یہ حدیث کہ ایک رسول اللہ کے پاس ایک آتا ہے اور</w:t>
      </w:r>
    </w:p>
    <w:p>
      <w:r>
        <w:rPr>
          <w:b/>
        </w:rPr>
        <w:t xml:space="preserve">[28:01] </w:t>
      </w:r>
      <w:r>
        <w:t>kehta hai: "rasoolullah! mujhe ek jamia naseehat kijiye." Jamia naseehat aap ne farmaya ke la taghzab ghussa na karo.</w:t>
      </w:r>
    </w:p>
    <w:p>
      <w:pPr>
        <w:jc w:val="right"/>
      </w:pPr>
      <w:r>
        <w:t>کہتا ہے: "رسول اللہ! مجھے ایک جامع نصیحت کیجئے۔" جامع نصیحت آپ نے فرمایا کہ لا تغضب غصہ نہ کرو۔</w:t>
      </w:r>
    </w:p>
    <w:p>
      <w:r>
        <w:rPr>
          <w:b/>
        </w:rPr>
        <w:t xml:space="preserve">[28:13] </w:t>
      </w:r>
      <w:r>
        <w:t>kaha ghussa na karna yeh jamia naseehat hai. Isi mein sab kuch aa gaya.</w:t>
      </w:r>
    </w:p>
    <w:p>
      <w:pPr>
        <w:jc w:val="right"/>
      </w:pPr>
      <w:r>
        <w:t>کہا غصہ نہ کرنا یہ جامع نصیحت ہے۔ اسی میں سب کچھ آگیا۔</w:t>
      </w:r>
    </w:p>
    <w:p>
      <w:r>
        <w:rPr>
          <w:b/>
        </w:rPr>
        <w:t xml:space="preserve">[28:19] </w:t>
      </w:r>
      <w:r>
        <w:t>isi mein sab kuch aa gaya. Isi mein sab kuch aa gaya. La taghzab aap ghor kijiye to la taghzab mein is ke manfi pehlu mein jo cheezein hain, us ko le ke sochiye aur us ko musbat pehlu mein jo cheezein sochiye to sab baatein samajh aa gayi.</w:t>
      </w:r>
    </w:p>
    <w:p>
      <w:pPr>
        <w:jc w:val="right"/>
      </w:pPr>
      <w:r>
        <w:t>اسی میں سب کچھ آگیا۔ اسی میں سب کچھ آگیا۔ لا تغضب آپ غور کیجئے تو لا تغضب میں اس کے منفی پہلو میں جو چیزیں ہیں، اس کو لے کے سوچیے اور اس کو مثبت پہلو میں جو چیزیں سوچیے تو سب باتیں سمجھ آ گئی۔</w:t>
      </w:r>
    </w:p>
    <w:p>
      <w:r>
        <w:rPr>
          <w:b/>
        </w:rPr>
        <w:t xml:space="preserve">[28:39] </w:t>
      </w:r>
      <w:r>
        <w:t>saari baatein samajh aa gayi.</w:t>
      </w:r>
    </w:p>
    <w:p>
      <w:pPr>
        <w:jc w:val="right"/>
      </w:pPr>
      <w:r>
        <w:t>ساری باتیں سمجھ آ گئی۔</w:t>
      </w:r>
    </w:p>
    <w:p>
      <w:r>
        <w:rPr>
          <w:b/>
        </w:rPr>
        <w:t xml:space="preserve">[28:43] </w:t>
      </w:r>
      <w:r>
        <w:t>to ek ek sahabi kehte hain ke rasoolullah ne ne mujhe kaha ke ek hi naseehat ki. Kaha ke isi par socho. To jab woh le kar gaya kar to yeh naseehat thi: la taghzab to</w:t>
      </w:r>
    </w:p>
    <w:p>
      <w:pPr>
        <w:jc w:val="right"/>
      </w:pPr>
      <w:r>
        <w:t>تو ایک ایک صحابی کہتے ہیں کہ رسول اللہ نے نے مجھے کہا کہ ایک ہی نصیحت کی۔ کہا کہ اسی پر سوچو۔ تو جب وہ لے کر گیا کر تو یہ نصیحت تھی: لا تغضب تو</w:t>
      </w:r>
    </w:p>
    <w:p>
      <w:r>
        <w:rPr>
          <w:b/>
        </w:rPr>
        <w:t xml:space="preserve">[29:01] </w:t>
      </w:r>
      <w:r>
        <w:t>to is mein laga ke yeh to bohat hi jamia naseehat hai.</w:t>
      </w:r>
    </w:p>
    <w:p>
      <w:pPr>
        <w:jc w:val="right"/>
      </w:pPr>
      <w:r>
        <w:t>تو اس میں لگا کہ یہ تو بہت ہی جامع نصیحت ہے۔</w:t>
      </w:r>
    </w:p>
    <w:p>
      <w:r>
        <w:rPr>
          <w:b/>
        </w:rPr>
        <w:t xml:space="preserve">[29:07] </w:t>
      </w:r>
      <w:r>
        <w:t>to yeh dekhiye, yeh jo mission hai, woh mission</w:t>
      </w:r>
    </w:p>
    <w:p>
      <w:pPr>
        <w:jc w:val="right"/>
      </w:pPr>
      <w:r>
        <w:t>تو یہ دیکھیے، یہ جو مشن ہے، وہ مشن</w:t>
      </w:r>
    </w:p>
    <w:p>
      <w:r>
        <w:rPr>
          <w:b/>
        </w:rPr>
        <w:t xml:space="preserve">[29:13] </w:t>
      </w:r>
      <w:r>
        <w:t>mein aap ko ek imarat ke taur par de raha hoon. Jis mission ko le kar mein utha tha, woh mein aap ko imarat ke taur par de raha hoon.</w:t>
      </w:r>
    </w:p>
    <w:p>
      <w:pPr>
        <w:jc w:val="right"/>
      </w:pPr>
      <w:r>
        <w:t>میں آپ کو ایک عمارت کے طور پر دے رہا ہوں۔ جس مشن کو لے کر میں اٹھا تھا، وہ میں آپ کو عمارت کے طور پر دے رہا ہوں۔</w:t>
      </w:r>
    </w:p>
    <w:p>
      <w:r>
        <w:rPr>
          <w:b/>
        </w:rPr>
        <w:t xml:space="preserve">[29:24] </w:t>
      </w:r>
      <w:r>
        <w:t>is imarat ko aap ko sambhalna hai. Yeh mission jo imarat hai,</w:t>
      </w:r>
    </w:p>
    <w:p>
      <w:pPr>
        <w:jc w:val="right"/>
      </w:pPr>
      <w:r>
        <w:t>اس عمارت کو آپ کو سنبھالنا ہے۔ یہ مشن جو عمارت ہے،</w:t>
      </w:r>
    </w:p>
    <w:p>
      <w:r>
        <w:rPr>
          <w:b/>
        </w:rPr>
        <w:t xml:space="preserve">[29:30] </w:t>
      </w:r>
      <w:r>
        <w:t>woh aap ko sambhalna hai. Aur</w:t>
      </w:r>
    </w:p>
    <w:p>
      <w:pPr>
        <w:jc w:val="right"/>
      </w:pPr>
      <w:r>
        <w:t>وہ آپ کو سنبھالنا ہے۔ اور</w:t>
      </w:r>
    </w:p>
    <w:p>
      <w:r>
        <w:rPr>
          <w:b/>
        </w:rPr>
        <w:t xml:space="preserve">[29:35] </w:t>
      </w:r>
      <w:r>
        <w:t>wohi baat jo kahi thi mere baap ne: "Khuda ko munh dikhana hai." Mein samajhta hoon ke yeh bohat badi naseehat yeh hai.</w:t>
      </w:r>
    </w:p>
    <w:p>
      <w:pPr>
        <w:jc w:val="right"/>
      </w:pPr>
      <w:r>
        <w:t>وہی بات جو کہی تھی میرے باپ نے: "خدا کو منہ دکھانا ہے۔" میں سمجھتا ہوں کہ یہ بہت بڑی نصیحت یہ ہے۔</w:t>
      </w:r>
    </w:p>
    <w:p>
      <w:r>
        <w:rPr>
          <w:b/>
        </w:rPr>
        <w:t xml:space="preserve">[29:47] </w:t>
      </w:r>
      <w:r>
        <w:t>agarche saada zabaan mein hai: "Khuda ko munh dikhana hai."</w:t>
      </w:r>
    </w:p>
    <w:p>
      <w:pPr>
        <w:jc w:val="right"/>
      </w:pPr>
      <w:r>
        <w:t>اگرچہ سادہ زبان میں ہے: "خدا کو منہ دکھانا ہے۔"</w:t>
      </w:r>
    </w:p>
    <w:p>
      <w:r>
        <w:rPr>
          <w:b/>
        </w:rPr>
        <w:t xml:space="preserve">[29:55] </w:t>
      </w:r>
      <w:r>
        <w:t>aur dekhiye, khuda ko munh dikhane ka matlab kya hai? apne jannat ka istihqaaq haq saabit karna hai. yaani yeh khuda yeh kehna hai ke</w:t>
      </w:r>
    </w:p>
    <w:p>
      <w:pPr>
        <w:jc w:val="right"/>
      </w:pPr>
      <w:r>
        <w:t>اور دیکھیے، خدا کو منہ دکھانے کا مطلب کیا ہے؟ اپنے جنت کا استحقاق حق ثابت کرنا ہے۔ یعنی یہ خدا یہ کہنا ہے کہ</w:t>
      </w:r>
    </w:p>
    <w:p>
      <w:r>
        <w:rPr>
          <w:b/>
        </w:rPr>
        <w:t xml:space="preserve">[30:07] </w:t>
      </w:r>
      <w:r>
        <w:t>: "khuda! mujhe jannat mein jagah de." yeh jo hai ke la taghzab ya jitne bhi is tarah ki hadees mein quran mein naseehaten hain,</w:t>
      </w:r>
    </w:p>
    <w:p>
      <w:pPr>
        <w:jc w:val="right"/>
      </w:pPr>
      <w:r>
        <w:t>: "خدا! مجھے جنت میں جگہ دے۔" یہ جو ہے کہ لا تغضب یا جتنے بھی اس طرح کی حدیث میں قرآن میں نصیحتیں ہیں،</w:t>
      </w:r>
    </w:p>
    <w:p>
      <w:r>
        <w:rPr>
          <w:b/>
        </w:rPr>
        <w:t xml:space="preserve">[30:22] </w:t>
      </w:r>
      <w:r>
        <w:t>un sab ka jism yahi hai: "ae rab al aalameen! mere ae rab</w:t>
      </w:r>
    </w:p>
    <w:p>
      <w:pPr>
        <w:jc w:val="right"/>
      </w:pPr>
      <w:r>
        <w:t>ان سب کا جسم یہی ہے: "اے رب العالمین! میرے اے رب</w:t>
      </w:r>
    </w:p>
    <w:p>
      <w:r>
        <w:rPr>
          <w:b/>
        </w:rPr>
        <w:t xml:space="preserve">[30:31] </w:t>
      </w:r>
      <w:r>
        <w:t>al aalameen! mujhe jannat mein jagah de." yaani jannat ke baray mein hadees mein aata hai, bohat hi ajeeb hadees hai: "la ain raat bila izn samt wala khatar ala qalb bashar" kaisi ajeeb baat hai!</w:t>
      </w:r>
    </w:p>
    <w:p>
      <w:pPr>
        <w:jc w:val="right"/>
      </w:pPr>
      <w:r>
        <w:t>العالمین! مجھے جنت میں جگہ دے۔" یعنی جنت کے بارے میں حدیث میں آتا ہے، بہت ہی عجیب حدیث ہے: "لا عین رات بلا اذن سمت ولا خطر علی قلب بشر" کیسی عجیب بات ہے!</w:t>
      </w:r>
    </w:p>
    <w:p>
      <w:r>
        <w:rPr>
          <w:b/>
        </w:rPr>
        <w:t xml:space="preserve">[30:53] </w:t>
      </w:r>
      <w:r>
        <w:t>la jannat kya hai? "la ain raat wala izn samt wala khatar ala qalb bashar" jannat hai kisi se, us ko na kisi ne dekha, na kisi ne suna,</w:t>
      </w:r>
    </w:p>
    <w:p>
      <w:pPr>
        <w:jc w:val="right"/>
      </w:pPr>
      <w:r>
        <w:t>لا جنت کیا ہے؟ "لا عین رات ولا اذن سمت ولا خطر علی قلب بشر" جنت ہے کسی سے، اس کو نہ کسی نے دیکھا، نہ کسی نے سنا،</w:t>
      </w:r>
    </w:p>
    <w:p>
      <w:r>
        <w:rPr>
          <w:b/>
        </w:rPr>
        <w:t xml:space="preserve">[31:09] </w:t>
      </w:r>
      <w:r>
        <w:t>na kisi ke dhiyan mein aaya.</w:t>
      </w:r>
    </w:p>
    <w:p>
      <w:pPr>
        <w:jc w:val="right"/>
      </w:pPr>
      <w:r>
        <w:t>نہ کسی کے دھیان میں آیا۔</w:t>
      </w:r>
    </w:p>
    <w:p>
      <w:r>
        <w:rPr>
          <w:b/>
        </w:rPr>
        <w:t xml:space="preserve">[31:12] </w:t>
      </w:r>
      <w:r>
        <w:t>aisi anokhi cheez hai. to jannat ko khona sab se bari barbadi hai aur jannat ko paana sab se bari kamyabi hai.</w:t>
      </w:r>
    </w:p>
    <w:p>
      <w:pPr>
        <w:jc w:val="right"/>
      </w:pPr>
      <w:r>
        <w:t>ایسی انوکھی چیز ہے۔ تو جنت کو کھونا سب سے بڑی بربادی ہے اور جنت کو پانا سب سے بڑی کامیابی ہے۔</w:t>
      </w:r>
    </w:p>
    <w:p>
      <w:r>
        <w:rPr>
          <w:b/>
        </w:rPr>
        <w:t xml:space="preserve">[31:25] </w:t>
      </w:r>
      <w:r>
        <w:t>mein inhi alfaaz ke sath aap se rukhsat hota hoon</w:t>
      </w:r>
    </w:p>
    <w:p>
      <w:pPr>
        <w:jc w:val="right"/>
      </w:pPr>
      <w:r>
        <w:t>میں انہی الفاظ کے ساتھ آپ سے رخصت ہوتا ہوں</w:t>
      </w:r>
    </w:p>
    <w:p>
      <w:r>
        <w:rPr>
          <w:b/>
        </w:rPr>
        <w:t xml:space="preserve">[31:31] </w:t>
      </w:r>
      <w:r>
        <w:t>aur mein aap ko darkhwast karta hoon ke mein in alfaaz ko pakad lijiye hamesha ke liye, hamesha ke liye.</w:t>
      </w:r>
    </w:p>
    <w:p>
      <w:pPr>
        <w:jc w:val="right"/>
      </w:pPr>
      <w:r>
        <w:t>اور میں آپ کو درخواست کرتا ہوں کہ میں ان الفاظ کو پکڑ لیجئے ہمیشہ کے لیے، ہمیشہ کے لیے۔</w:t>
      </w:r>
    </w:p>
    <w:p>
      <w:r>
        <w:rPr>
          <w:b/>
        </w:rPr>
        <w:t xml:space="preserve">[31:43] </w:t>
      </w:r>
      <w:r>
        <w:t>assalam o alaikum wa rehmatullah .</w:t>
      </w:r>
    </w:p>
    <w:p>
      <w:pPr>
        <w:jc w:val="right"/>
      </w:pPr>
      <w:r>
        <w:t>السلام علیکم ورحمۃ اللہ ۔</w:t>
      </w:r>
    </w:p>
    <w:p>
      <w:r>
        <w:rPr>
          <w:b/>
        </w:rPr>
        <w:t xml:space="preserve">[31:58] </w:t>
      </w:r>
      <w:r>
        <w:t>maulana sahib, aap ne jo baat batai, tanqeed ki, to bohat hi aham hai. aur kyunke hum log khud apne oopar tanqeed nahi kar paate hain, to is ka ek hi tareeqa hai ke doosra jab tanqeed kare</w:t>
      </w:r>
    </w:p>
    <w:p>
      <w:pPr>
        <w:jc w:val="right"/>
      </w:pPr>
      <w:r>
        <w:t>مولانا صاحب، آپ نے جو بات بتائی، تنقید کی، تو بہت ہی اہم ہے۔ اور کیونکہ ہم لوگ خود اپنے اوپر تنقید نہیں کر پاتے ہیں، تو اس کا ایک ہی طریقہ ہے کہ دوسرا جب تنقید کرے</w:t>
      </w:r>
    </w:p>
    <w:p>
      <w:r>
        <w:rPr>
          <w:b/>
        </w:rPr>
        <w:t xml:space="preserve">[32:14] </w:t>
      </w:r>
      <w:r>
        <w:t>to hum us ko bohat hi sanjeedgi se samjhen aur us par ghussa na hon. lekin mera sawal yeh hai ke hamein ghussa aa jata hai, is ka kya kya hal hai?</w:t>
      </w:r>
    </w:p>
    <w:p>
      <w:pPr>
        <w:jc w:val="right"/>
      </w:pPr>
      <w:r>
        <w:t>تو ہم اس کو بہت ہی سنجیدگی سے سمجھیں اور اس پر غصہ نہ ہوں۔ لیکن میرا سوال یہ ہے کہ ہمیں غصہ آ جاتا ہے، اس کا کیا کیا حل ہے؟</w:t>
      </w:r>
    </w:p>
    <w:p>
      <w:r>
        <w:rPr>
          <w:b/>
        </w:rPr>
        <w:t xml:space="preserve">[32:28] </w:t>
      </w:r>
      <w:r>
        <w:t>bas ek hi baat hai:</w:t>
      </w:r>
    </w:p>
    <w:p>
      <w:pPr>
        <w:jc w:val="right"/>
      </w:pPr>
      <w:r>
        <w:t>بس ایک ہی بات ہے:</w:t>
      </w:r>
    </w:p>
    <w:p>
      <w:r>
        <w:rPr>
          <w:b/>
        </w:rPr>
        <w:t xml:space="preserve">[32:30] </w:t>
      </w:r>
      <w:r>
        <w:t>hum logon ko dua karna seekhne dijiye. dua karna, dua karna, dua karna. sab se acha tareeqa dua hai.</w:t>
      </w:r>
    </w:p>
    <w:p>
      <w:pPr>
        <w:jc w:val="right"/>
      </w:pPr>
      <w:r>
        <w:t>ہم لوگوں کو دعا کرنا سیکھنے دیجئے۔ دعا کرنا، دعا کرنا، دعا کرنا۔ سب سے اچھا طریقہ دعا ہے۔</w:t>
      </w:r>
    </w:p>
    <w:p>
      <w:r>
        <w:rPr>
          <w:b/>
        </w:rPr>
        <w:t xml:space="preserve">[32:43] </w:t>
      </w:r>
      <w:r>
        <w:t>hadees mein bohat zyada aaya hai dua ke liye. yahan tak ke ayat hai ke "ad dua al ibadah" ke dua hi to ibadah hai.</w:t>
      </w:r>
    </w:p>
    <w:p>
      <w:pPr>
        <w:jc w:val="right"/>
      </w:pPr>
      <w:r>
        <w:t>حدیث میں بہت زیادہ آیا ہے دعا کے لیے۔ یہاں تک کہ آیت ہے کہ "الدعاء العبادہ" کہ دعا ہی تو عبادت ہے۔</w:t>
      </w:r>
    </w:p>
    <w:p>
      <w:r>
        <w:rPr>
          <w:b/>
        </w:rPr>
        <w:t xml:space="preserve">[32:56] </w:t>
      </w:r>
      <w:r>
        <w:t>dua hi to ibadah hai. khoob dua karo, khoob dua karo.</w:t>
      </w:r>
    </w:p>
    <w:p>
      <w:pPr>
        <w:jc w:val="right"/>
      </w:pPr>
      <w:r>
        <w:t>دعا ہی تو عبادت ہے۔ خوب دعا کرو، خوب دعا کرو۔</w:t>
      </w:r>
    </w:p>
    <w:p>
      <w:r>
        <w:rPr>
          <w:b/>
        </w:rPr>
        <w:t xml:space="preserve">[33:03] </w:t>
      </w:r>
      <w:r>
        <w:t>kaha khoob ibadah karo, khoob ibadah karo.</w:t>
      </w:r>
    </w:p>
    <w:p>
      <w:pPr>
        <w:jc w:val="right"/>
      </w:pPr>
      <w:r>
        <w:t>کہا خوب عبادت کرو، خوب عبادت کرو۔</w:t>
      </w:r>
    </w:p>
    <w:p>
      <w:r>
        <w:rPr>
          <w:b/>
        </w:rPr>
        <w:t xml:space="preserve">[33:09] </w:t>
      </w:r>
      <w:r>
        <w:t>maulana sahib, ek sawal hai aap ke liye. sajiha fiyaz to in ka sawal hai: quran mein sabr aur namaz se madad lene ke liye kaha gaya hai.</w:t>
      </w:r>
    </w:p>
    <w:p>
      <w:pPr>
        <w:jc w:val="right"/>
      </w:pPr>
      <w:r>
        <w:t>مولانا صاحب، ایک سوال ہے آپ کے لیے۔ سجیحہ فیاض تو ان کا سوال ہے: قرآن میں صبر اور نماز سے مدد لینے کے لیے کہا گیا ہے۔</w:t>
      </w:r>
    </w:p>
    <w:p>
      <w:r>
        <w:rPr>
          <w:b/>
        </w:rPr>
        <w:t xml:space="preserve">[33:23] </w:t>
      </w:r>
      <w:r>
        <w:t>to sabr se madad lene ka kya matlab hai?</w:t>
      </w:r>
    </w:p>
    <w:p>
      <w:pPr>
        <w:jc w:val="right"/>
      </w:pPr>
      <w:r>
        <w:t>تو صبر سے مدد لینے کا کیا مطلب ہے؟</w:t>
      </w:r>
    </w:p>
    <w:p>
      <w:r>
        <w:rPr>
          <w:b/>
        </w:rPr>
        <w:t xml:space="preserve">[33:27] </w:t>
      </w:r>
      <w:r>
        <w:t>sabr ki madad karne ka ek hadees mein bataya gaya hai ke intezar karna.</w:t>
      </w:r>
    </w:p>
    <w:p>
      <w:pPr>
        <w:jc w:val="right"/>
      </w:pPr>
      <w:r>
        <w:t>صبر کی مدد کرنے کا ایک حدیث میں بتایا گیا ہے کہ انتظار کرنا۔</w:t>
      </w:r>
    </w:p>
    <w:p>
      <w:r>
        <w:rPr>
          <w:b/>
        </w:rPr>
        <w:t xml:space="preserve">[33:37] </w:t>
      </w:r>
      <w:r>
        <w:t>intezar koi baat pesh aaye to dua kijiye, intezar karo. dua kijiye, intezar karo.</w:t>
      </w:r>
    </w:p>
    <w:p>
      <w:pPr>
        <w:jc w:val="right"/>
      </w:pPr>
      <w:r>
        <w:t>انتظار کوئی بات پیش آئے تو دعا کیجئے، انتظار کرو۔ دعا کیجئے، انتظار کرو۔</w:t>
      </w:r>
    </w:p>
    <w:p>
      <w:r>
        <w:rPr>
          <w:b/>
        </w:rPr>
        <w:t xml:space="preserve">[33:47] </w:t>
      </w:r>
      <w:r>
        <w:t>yaani agar dua karne ke baad woh intezar na kare to bohat bari ghalti hai. kyunke ek waqt chahiye fitrat ke nizam ko aap ke muwafiq banane ke liye.</w:t>
      </w:r>
    </w:p>
    <w:p>
      <w:pPr>
        <w:jc w:val="right"/>
      </w:pPr>
      <w:r>
        <w:t>یعنی اگر دعا کرنے کے بعد وہ انتظار نہ کرے تو بہت بڑی غلطی ہے۔ کیونکہ ایک وقت چاہیے فطرت کے نظام کو آپ کے موافق بنانے کے لیے۔</w:t>
      </w:r>
    </w:p>
    <w:p>
      <w:r>
        <w:rPr>
          <w:b/>
        </w:rPr>
        <w:t xml:space="preserve">[34:13] </w:t>
      </w:r>
      <w:r>
        <w:t>ek comment hai shabana malik, woh kehti hain: "maulana ji!</w:t>
      </w:r>
    </w:p>
    <w:p>
      <w:pPr>
        <w:jc w:val="right"/>
      </w:pPr>
      <w:r>
        <w:t>ایک کمنٹ ہے شبانہ ملک، وہ کہتی ہیں: "مولانا جی!</w:t>
      </w:r>
    </w:p>
    <w:p>
      <w:r>
        <w:rPr>
          <w:b/>
        </w:rPr>
        <w:t xml:space="preserve">[34:18] </w:t>
      </w:r>
      <w:r>
        <w:t>after listening your bianz, i got answers to many questions which were floating in my heart and mind.</w:t>
      </w:r>
    </w:p>
    <w:p>
      <w:pPr>
        <w:jc w:val="right"/>
      </w:pPr>
      <w:r>
        <w:t>افٹر لسننگ یور بیانز، ائی گاٹ انسرز ٹو مینی کوئسچنز وچ ویر فلوٹنگ ان مائی ہارٹ اینڈ مائنڈ۔</w:t>
      </w:r>
    </w:p>
    <w:p>
      <w:r>
        <w:rPr>
          <w:b/>
        </w:rPr>
        <w:t xml:space="preserve">[34:28] </w:t>
      </w:r>
      <w:r>
        <w:t>thanks for your guidance in the simplest way and made making our thinking more logical."</w:t>
      </w:r>
    </w:p>
    <w:p>
      <w:pPr>
        <w:jc w:val="right"/>
      </w:pPr>
      <w:r>
        <w:t>تھینکس فار یور گائیڈنس ان دی سمپلسٹ وے اینڈ میڈ میکنگ اور تھنکنگ مور لاجیکل۔"</w:t>
      </w:r>
    </w:p>
    <w:p>
      <w:r>
        <w:rPr>
          <w:b/>
        </w:rPr>
        <w:t xml:space="preserve">[34:40] </w:t>
      </w:r>
      <w:r>
        <w:t>rana muhammad likhte hain: "allah aap se razi ho.</w:t>
      </w:r>
    </w:p>
    <w:p>
      <w:pPr>
        <w:jc w:val="right"/>
      </w:pPr>
      <w:r>
        <w:t>رانا محمد لکھتے ہیں: "اللہ آپ سے راضی ہو۔</w:t>
      </w:r>
    </w:p>
    <w:p>
      <w:r>
        <w:rPr>
          <w:b/>
        </w:rPr>
        <w:t xml:space="preserve">[34:44] </w:t>
      </w:r>
      <w:r>
        <w:t>aap ki umar india pakistan se zyada hai. allah ne aap ki umar mein barkat di aur deeni islami nazariyat par pari dhool mitti aap ne saaf karwa di." jazakum allah.</w:t>
      </w:r>
    </w:p>
    <w:p>
      <w:pPr>
        <w:jc w:val="right"/>
      </w:pPr>
      <w:r>
        <w:t>آپ کی عمر انڈیا پاکستان سے زیادہ ہے۔ اللہ نے آپ کی عمر میں برکت دی اور دینی اسلامی نظریات پر پڑی دھول مٹی آپ نے صاف کروا دی۔" جزاکم اللہ۔</w:t>
      </w:r>
    </w:p>
    <w:p>
      <w:r>
        <w:rPr>
          <w:b/>
        </w:rPr>
        <w:t xml:space="preserve">[35:08] </w:t>
      </w:r>
      <w:r>
        <w:t>shabina ali ka ek comment hai: "da best criterion to grow wise is to become a self critic person and constantly introspect one self.</w:t>
      </w:r>
    </w:p>
    <w:p>
      <w:pPr>
        <w:jc w:val="right"/>
      </w:pPr>
      <w:r>
        <w:t>شبینہ علی کا ایک کمنٹ ہے: "دا بیسٹ کرائٹیرین ٹو گرو وائز از ٹو بیکم ا سیلف کریٹک پرسن اینڈ کانسٹنٹلی انٹروسپیکٹ ون سیلف۔</w:t>
      </w:r>
    </w:p>
    <w:p>
      <w:r>
        <w:rPr>
          <w:b/>
        </w:rPr>
        <w:t xml:space="preserve">[35:20] </w:t>
      </w:r>
      <w:r>
        <w:t>once finger should be pointed at one self rather than pointing at other. thank you molana for</w:t>
      </w:r>
    </w:p>
    <w:p>
      <w:pPr>
        <w:jc w:val="right"/>
      </w:pPr>
      <w:r>
        <w:t>ونس فنگر شوڈ بی پوائنٹڈ ایٹ ون سیلف رادر دین پوائنٹنگ ایٹ ادر۔ تھینک یو مولانا فار</w:t>
      </w:r>
    </w:p>
    <w:p>
      <w:r>
        <w:rPr>
          <w:b/>
        </w:rPr>
        <w:t xml:space="preserve">[35:28] </w:t>
      </w:r>
      <w:r>
        <w:t>the great lesson." mashallah.</w:t>
      </w:r>
    </w:p>
    <w:p>
      <w:pPr>
        <w:jc w:val="right"/>
      </w:pPr>
      <w:r>
        <w:t>دی گریٹ لیسن۔" ماشاءاللہ۔</w:t>
      </w:r>
    </w:p>
    <w:p>
      <w:r>
        <w:rPr>
          <w:b/>
        </w:rPr>
        <w:t xml:space="preserve">[35:36] </w:t>
      </w:r>
      <w:r>
        <w:t>doctor junaid sheikh likhte hain: "today i learned very important thing to think about. main kya hoon aur mera kya anjam hoga?</w:t>
      </w:r>
    </w:p>
    <w:p>
      <w:pPr>
        <w:jc w:val="right"/>
      </w:pPr>
      <w:r>
        <w:t>ڈاکٹر جنید شیخ لکھتے ہیں: "ٹوڈے ائی لرنڈ ویری امپورٹنٹ تھنگ ٹو تھنک اباؤٹ۔ میں کیا ہوں اور میرا کیا انجام ہوگا؟</w:t>
      </w:r>
    </w:p>
    <w:p>
      <w:r>
        <w:rPr>
          <w:b/>
        </w:rPr>
        <w:t xml:space="preserve">[35:48] </w:t>
      </w:r>
      <w:r>
        <w:t>yeh sochna. jazak allah molana sahib.</w:t>
      </w:r>
    </w:p>
    <w:p>
      <w:pPr>
        <w:jc w:val="right"/>
      </w:pPr>
      <w:r>
        <w:t>یہ سوچنا۔ جزاک اللہ مولانا صاحب۔</w:t>
      </w:r>
    </w:p>
    <w:p>
      <w:r>
        <w:rPr>
          <w:b/>
        </w:rPr>
        <w:t xml:space="preserve">[35:52] </w:t>
      </w:r>
      <w:r>
        <w:t>may allah reward you abundantly and give you good health and long life." thank you.</w:t>
      </w:r>
    </w:p>
    <w:p>
      <w:pPr>
        <w:jc w:val="right"/>
      </w:pPr>
      <w:r>
        <w:t>میں اللہ ریوارڈ یو ابنڈنٹلی اینڈ گیو یو گڈ ہیلتھ اینڈ لانگ لائف۔" تھینک یو۔</w:t>
      </w:r>
    </w:p>
    <w:p>
      <w:r>
        <w:rPr>
          <w:b/>
        </w:rPr>
        <w:t xml:space="preserve">[36:03] </w:t>
      </w:r>
      <w:r>
        <w:t>jazakum allah. doctor rajat malhotra likhte hain: "molana sahib</w:t>
      </w:r>
    </w:p>
    <w:p>
      <w:pPr>
        <w:jc w:val="right"/>
      </w:pPr>
      <w:r>
        <w:t>جزاکم اللہ۔ ڈاکٹر رجت ملحوترہ لکھتے ہیں: "مولانا صاحب</w:t>
      </w:r>
    </w:p>
    <w:p>
      <w:r>
        <w:rPr>
          <w:b/>
        </w:rPr>
        <w:t xml:space="preserve">[36:08] </w:t>
      </w:r>
      <w:r>
        <w:t>! self criticism criterion you gave today is very precious and full of wisdom.</w:t>
      </w:r>
    </w:p>
    <w:p>
      <w:pPr>
        <w:jc w:val="right"/>
      </w:pPr>
      <w:r>
        <w:t>! سیلف کریٹیسزم کرائٹیرین یو گیو ٹوڈے از ویری پریشیس اینڈ فل اف وزڈم۔</w:t>
      </w:r>
    </w:p>
    <w:p>
      <w:r>
        <w:rPr>
          <w:b/>
        </w:rPr>
        <w:t xml:space="preserve">[36:17] </w:t>
      </w:r>
      <w:r>
        <w:t>i inshallah keep checking myself in this. thank you molana." mashallah.</w:t>
      </w:r>
    </w:p>
    <w:p>
      <w:pPr>
        <w:jc w:val="right"/>
      </w:pPr>
      <w:r>
        <w:t>ائی انشاءاللہ کیپ چیکنگ مائی سیلف ان دس۔ تھینک یو مولانا۔" ماشاءاللہ۔</w:t>
      </w:r>
    </w:p>
    <w:p>
      <w:r>
        <w:rPr>
          <w:b/>
        </w:rPr>
        <w:t xml:space="preserve">[36:31] </w:t>
      </w:r>
      <w:r>
        <w:t>zyada tar logon ne yahi kaha hai ke is se bohat faida hua aaj ke lecture se aur hum criticism ko positively len ge.</w:t>
      </w:r>
    </w:p>
    <w:p>
      <w:pPr>
        <w:jc w:val="right"/>
      </w:pPr>
      <w:r>
        <w:t>زیادہ تر لوگوں نے یہی کہا ہے کہ اس سے بہت فائدہ ہوا آج کے لیکچر سے اور ہم کریٹیسزم کو پازیٹیولی لیں گے۔</w:t>
      </w:r>
    </w:p>
    <w:p>
      <w:r>
        <w:rPr>
          <w:b/>
        </w:rPr>
        <w:t xml:space="preserve">[36:42] </w:t>
      </w:r>
      <w:r>
        <w:t>doctor naghma siddiqui ne bhi yahi baat kahi hai: "i all always check myself at every moment. i think nothing of praise and take criticism positively and introspect in it and improve myself with god's help."</w:t>
      </w:r>
    </w:p>
    <w:p>
      <w:pPr>
        <w:jc w:val="right"/>
      </w:pPr>
      <w:r>
        <w:t>ڈاکٹر نغمہ صدیقی نے بھی یہی بات کہی ہے: "ائی لالویز چیک مائی سیلف ایٹ ایوری مومنٹ۔ ائی تھنک نتھنگ اف پریز اینڈ ٹیک کریٹیسزم پازیٹیولی اینڈ انٹروسپیکٹ ان اٹ اینڈ امپروو مائی سیلف ود گاڈز ہیلپ۔"</w:t>
      </w:r>
    </w:p>
    <w:p>
      <w:r>
        <w:rPr>
          <w:b/>
        </w:rPr>
        <w:t xml:space="preserve">[37:01] </w:t>
      </w:r>
      <w:r>
        <w:t>mashallah. sajid anwar sahib likhte hain: "the formula of self criticism and acceptance of criticism by other without getting offended is the true master formula for self improvement</w:t>
      </w:r>
    </w:p>
    <w:p>
      <w:pPr>
        <w:jc w:val="right"/>
      </w:pPr>
      <w:r>
        <w:t>ماشاءاللہ۔ ساجد انور صاحب لکھتے ہیں: "دی فارمولا اف سیلف کریٹیسزم اینڈ ایکسیپٹنس اف کریٹیسزم بائی ادر وداؤٹ گیٹنگ افینڈڈ از دا ٹرو ماسٹر فارمولا فار سیلف امپروومنٹ</w:t>
      </w:r>
    </w:p>
    <w:p>
      <w:r>
        <w:rPr>
          <w:b/>
        </w:rPr>
        <w:t xml:space="preserve">[37:18] </w:t>
      </w:r>
      <w:r>
        <w:t>without any interruption. jazak allah molana for this great guidance." muhammad irfan rashidi: "self criticism is the best way for self improvement.</w:t>
      </w:r>
    </w:p>
    <w:p>
      <w:pPr>
        <w:jc w:val="right"/>
      </w:pPr>
      <w:r>
        <w:t>وداؤٹ اینی انٹرپشن۔ جزاک اللہ مولانا فار دس گریٹ گائیڈنس۔" محمد عرفان رشیدی: "سیلف کریٹیسزم از دا بیسٹ وے فار سیلف امپروومنٹ۔</w:t>
      </w:r>
    </w:p>
    <w:p>
      <w:r>
        <w:rPr>
          <w:b/>
        </w:rPr>
        <w:t xml:space="preserve">[37:33] </w:t>
      </w:r>
      <w:r>
        <w:t>may allah help me to follow your great advice."</w:t>
      </w:r>
    </w:p>
    <w:p>
      <w:pPr>
        <w:jc w:val="right"/>
      </w:pPr>
      <w:r>
        <w:t>می اللہ ہیلپ می ٹو فالو یور گریٹ ایڈوائس۔"</w:t>
      </w:r>
    </w:p>
    <w:p>
      <w:r>
        <w:rPr>
          <w:b/>
        </w:rPr>
        <w:t xml:space="preserve">[37:39] </w:t>
      </w:r>
      <w:r>
        <w:t>shahab ahmed: "you are an asset for muslim ummah and india." tariq badar sahib likhte hain lahore se: "khuda ko munh dikhana hai aur is mission ko</w:t>
      </w:r>
    </w:p>
    <w:p>
      <w:pPr>
        <w:jc w:val="right"/>
      </w:pPr>
      <w:r>
        <w:t>شہاب احمد: "یو آر این اسسٹ فار مسلم امہ اینڈ انڈیا۔" طارق بدر صاحب لکھتے ہیں لاہور سے: "خدا کو منہ دکھانا ہے اور اس مشن کو</w:t>
      </w:r>
    </w:p>
    <w:p>
      <w:r>
        <w:rPr>
          <w:b/>
        </w:rPr>
        <w:t xml:space="preserve">[37:57] </w:t>
      </w:r>
      <w:r>
        <w:t>sambhalna hai inshallah." jazakum allah. naghma siddiqui likhti hain:</w:t>
      </w:r>
    </w:p>
    <w:p>
      <w:pPr>
        <w:jc w:val="right"/>
      </w:pPr>
      <w:r>
        <w:t>سنبھالنا ہے انشاءاللہ۔" جزاکم اللہ۔ نغمہ صدیقی لکھتی ہیں:</w:t>
      </w:r>
    </w:p>
    <w:p>
      <w:r>
        <w:rPr>
          <w:b/>
        </w:rPr>
        <w:t xml:space="preserve">[38:06] </w:t>
      </w:r>
      <w:r>
        <w:t>"molana! i take the mission as an amanat. i will always remember that i have to stand in front of god at every moment and then speak and act." doctor junaid sheikh likhte hain: "</w:t>
      </w:r>
    </w:p>
    <w:p>
      <w:pPr>
        <w:jc w:val="right"/>
      </w:pPr>
      <w:r>
        <w:t>"مولانا! ائی ٹیک دا مشن ایز این امانت۔ ائی ول الویز ریممبر دیٹ ائی ہیو ٹو سٹینڈ ان فرنٹ اف گاڈ ایٹ ایوری مومنٹ اینڈ دین سپیک اینڈ ایکٹ۔" ڈاکٹر جنید شیخ لکھتے ہیں: "</w:t>
      </w:r>
    </w:p>
    <w:p>
      <w:r>
        <w:rPr>
          <w:b/>
        </w:rPr>
        <w:t xml:space="preserve">[38:23] </w:t>
      </w:r>
      <w:r>
        <w:t>molana! i take pledge. i take pledge that i will useful potential to support this mission. may god help me.</w:t>
      </w:r>
    </w:p>
    <w:p>
      <w:pPr>
        <w:jc w:val="right"/>
      </w:pPr>
      <w:r>
        <w:t>مولانا! ائی ٹیک پلیج۔ ائی ٹیک پلیج دیٹ ائی ول یوز فل پوٹینشل ٹو سپورٹ دس مشن۔ می گاڈ ہیلپ می۔</w:t>
      </w:r>
    </w:p>
    <w:p>
      <w:r>
        <w:rPr>
          <w:b/>
        </w:rPr>
        <w:t xml:space="preserve">[38:33] </w:t>
      </w:r>
      <w:r>
        <w:t>ameen." jazakum allah. sajid ahmed khan nakoor se likhte hain: "khuda ko munh dikhana hai.</w:t>
      </w:r>
    </w:p>
    <w:p>
      <w:pPr>
        <w:jc w:val="right"/>
      </w:pPr>
      <w:r>
        <w:t>آمین۔" جزاکم اللہ۔ ساجد احمد خان ناکپور سے لکھتے ہیں: "خدا کو منہ دکھانا ہے۔</w:t>
      </w:r>
    </w:p>
    <w:p>
      <w:r>
        <w:rPr>
          <w:b/>
        </w:rPr>
        <w:t xml:space="preserve">[38:44] </w:t>
      </w:r>
      <w:r>
        <w:t>yeh kuch alfaaz accountability ko samajhne ke liye sab se zyada جامع hain." tariq badar likhte hain: "mol</w:t>
      </w:r>
    </w:p>
    <w:p>
      <w:pPr>
        <w:jc w:val="right"/>
      </w:pPr>
      <w:r>
        <w:t>یہ کچھ الفاظ اکاؤنٹیبلٹی کو سمجھنے کے لیے سب سے زیادہ جامع ہیں۔" طارق بدر لکھتے ہیں: "مول</w:t>
      </w:r>
    </w:p>
    <w:p>
      <w:r>
        <w:rPr>
          <w:b/>
        </w:rPr>
        <w:t xml:space="preserve">[38:55] </w:t>
      </w:r>
      <w:r>
        <w:t>ana sahib! we will remember your advice and take this mission to the world and spread this message of connecting allah and making jannah our priority."</w:t>
      </w:r>
    </w:p>
    <w:p>
      <w:pPr>
        <w:jc w:val="right"/>
      </w:pPr>
      <w:r>
        <w:t>انا صاحب! وی ول ریممبر یور ایڈوائس اینڈ ٹیک دس مشن ٹو دا ورلڈ اینڈ سپریڈ دس میسج اف کنیکٹنگ اللہ اینڈ میکنگ جنہ اور پرائرٹی۔"</w:t>
      </w:r>
    </w:p>
    <w:p>
      <w:r>
        <w:rPr>
          <w:b/>
        </w:rPr>
        <w:t xml:space="preserve">[39:13] </w:t>
      </w:r>
      <w:r>
        <w:t>shahab ahmed ka ek question hai aap se: "what are the ways to achieve tazkiya nafs?" muhasba nafs yani self criticism.</w:t>
      </w:r>
    </w:p>
    <w:p>
      <w:pPr>
        <w:jc w:val="right"/>
      </w:pPr>
      <w:r>
        <w:t>شہاب احمد کا ایک کوئسچن ہے آپ سے: "واٹ ار دا وےز ٹو اچیو تزکیہ نفس؟" محاسبہ نفس یعنی سیلف کریٹیسزم۔</w:t>
      </w:r>
    </w:p>
    <w:p>
      <w:r>
        <w:rPr>
          <w:b/>
        </w:rPr>
        <w:t xml:space="preserve">[39:28] </w:t>
      </w:r>
      <w:r>
        <w:t>self criticism</w:t>
      </w:r>
    </w:p>
    <w:p>
      <w:pPr>
        <w:jc w:val="right"/>
      </w:pPr>
      <w:r>
        <w:t>سیلف کریٹیسزم</w:t>
      </w:r>
    </w:p>
    <w:p>
      <w:r>
        <w:rPr>
          <w:b/>
        </w:rPr>
        <w:t xml:space="preserve">[39:31] </w:t>
      </w:r>
      <w:r>
        <w:t>ke baghair tazkiya-e-nafs ho nahin sakta.</w:t>
      </w:r>
    </w:p>
    <w:p>
      <w:pPr>
        <w:jc w:val="right"/>
      </w:pPr>
      <w:r>
        <w:t>کے بغیر تزکیہ نفس ہو نہیں سکتا۔</w:t>
      </w:r>
    </w:p>
    <w:p>
      <w:r>
        <w:rPr>
          <w:b/>
        </w:rPr>
        <w:t xml:space="preserve">[39:40] </w:t>
      </w:r>
      <w:r>
        <w:t>isi ko sahib ne likha tha ke momin woh hai ke bahar jitni humri kare doosron ki, us se zyada humri kare apni.</w:t>
      </w:r>
    </w:p>
    <w:p>
      <w:pPr>
        <w:jc w:val="right"/>
      </w:pPr>
      <w:r>
        <w:t>اسی کو صاحب نے لکھا تھا کہ مومن وہ ہے کہ باہر جتنی ہمری کرے دوسروں کی، اس سے زیادہ ہمری کرے اپنی۔</w:t>
      </w:r>
    </w:p>
    <w:p>
      <w:r>
        <w:rPr>
          <w:b/>
        </w:rPr>
        <w:t xml:space="preserve">[39:52] </w:t>
      </w:r>
      <w:r>
        <w:t>jo jo jo andar aaye.</w:t>
      </w:r>
    </w:p>
    <w:p>
      <w:pPr>
        <w:jc w:val="right"/>
      </w:pPr>
      <w:r>
        <w:t>جو جو جو اندر آئے۔</w:t>
      </w:r>
    </w:p>
    <w:p>
      <w:r>
        <w:rPr>
          <w:b/>
        </w:rPr>
        <w:t xml:space="preserve">[40:01] </w:t>
      </w:r>
      <w:r>
        <w:t>Riyaz Bhatt sahib likhte hain: "Maulana sahib!</w:t>
      </w:r>
    </w:p>
    <w:p>
      <w:pPr>
        <w:jc w:val="right"/>
      </w:pPr>
      <w:r>
        <w:t>ریاض بھٹ صاحب لکھتے ہیں: "مولانا صاحب!</w:t>
      </w:r>
    </w:p>
    <w:p>
      <w:r>
        <w:rPr>
          <w:b/>
        </w:rPr>
        <w:t xml:space="preserve">[40:04] </w:t>
      </w:r>
      <w:r>
        <w:t>Assalam-o-alaikum. To respond to criticism by justifying one's actions is human nature. How can we safeguard ourselves from it?" mein har cheez ka ilaaj hai self-criticism.</w:t>
      </w:r>
    </w:p>
    <w:p>
      <w:pPr>
        <w:jc w:val="right"/>
      </w:pPr>
      <w:r>
        <w:t>السلام علیکم۔ ٹو ریسپانڈ ٹو کریٹیسزم بائی جسٹیفائنگ ونز ایکشن از ہیومن نیچر۔ ہاؤ کین وی سیف گاڈ اور سیلف فرام اٹ؟" میں ہر چیز کا علاج ہے سیلف کریٹیسزم۔</w:t>
      </w:r>
    </w:p>
    <w:p>
      <w:r>
        <w:rPr>
          <w:b/>
        </w:rPr>
        <w:t xml:space="preserve">[40:23] </w:t>
      </w:r>
      <w:r>
        <w:t>apna muhasiba karna. Pakistan se Aisha Faraz likhti hain: "Allah aap se raazi</w:t>
      </w:r>
    </w:p>
    <w:p>
      <w:pPr>
        <w:jc w:val="right"/>
      </w:pPr>
      <w:r>
        <w:t>اپنا محاسبہ کرنا۔ پاکستان سے عائشہ فراز لکھتی ہیں: "اللہ آپ سے راضی</w:t>
      </w:r>
    </w:p>
    <w:p>
      <w:r>
        <w:rPr>
          <w:b/>
        </w:rPr>
        <w:t xml:space="preserve">[40:32] </w:t>
      </w:r>
      <w:r>
        <w:t>ho. I haven't seen such a great and intelligent mind. You have changed mindsets." Thank you.</w:t>
      </w:r>
    </w:p>
    <w:p>
      <w:pPr>
        <w:jc w:val="right"/>
      </w:pPr>
      <w:r>
        <w:t>ہو۔ ائی ہیونٹ سین سچ ا گریٹ اینڈ انٹیلیجنٹ مائنڈ۔ یو ہیو چینجڈ مائنڈ سیٹس۔" تھینک یو۔</w:t>
      </w:r>
    </w:p>
    <w:p>
      <w:r>
        <w:rPr>
          <w:b/>
        </w:rPr>
        <w:t xml:space="preserve">[40:48] </w:t>
      </w:r>
      <w:r>
        <w:t>Shahid Khan Afghanistan se likhte hain: "I pray for me to do the work all my life." Inshallah.</w:t>
      </w:r>
    </w:p>
    <w:p>
      <w:pPr>
        <w:jc w:val="right"/>
      </w:pPr>
      <w:r>
        <w:t>شاہد خان افغانستان سے لکھتے ہیں: "ائی پلیز پری فار می ٹو ڈو دا ورک ال مائی لائف۔" انشاءاللہ۔</w:t>
      </w:r>
    </w:p>
    <w:p>
      <w:r>
        <w:rPr>
          <w:b/>
        </w:rPr>
        <w:t xml:space="preserve">[41:01] </w:t>
      </w:r>
      <w:r>
        <w:t>Shamsuddin Nadvi sahib Bhopal se likhte hain:</w:t>
      </w:r>
    </w:p>
    <w:p>
      <w:pPr>
        <w:jc w:val="right"/>
      </w:pPr>
      <w:r>
        <w:t>شمس الدین ندوی صاحب بھوپال سے لکھتے ہیں:</w:t>
      </w:r>
    </w:p>
    <w:p>
      <w:r>
        <w:rPr>
          <w:b/>
        </w:rPr>
        <w:t xml:space="preserve">[41:06] </w:t>
      </w:r>
      <w:r>
        <w:t>"tabqa-e-ulama to tanqeed-e-khish to jante hi nahin, bas tanqeed-e-ghair hi jante hain."</w:t>
      </w:r>
    </w:p>
    <w:p>
      <w:pPr>
        <w:jc w:val="right"/>
      </w:pPr>
      <w:r>
        <w:t>"طبقہ علماء تو تنقید خیش تو جانتے ہی نہیں، بس تنقید غیر ہی جانتے ہیں۔"</w:t>
      </w:r>
    </w:p>
    <w:p>
      <w:r>
        <w:rPr>
          <w:b/>
        </w:rPr>
        <w:t xml:space="preserve">[41:17] </w:t>
      </w:r>
      <w:r>
        <w:t>Jazakumullah.</w:t>
      </w:r>
    </w:p>
    <w:p>
      <w:pPr>
        <w:jc w:val="right"/>
      </w:pPr>
      <w:r>
        <w:t>جزاکم اللہ۔</w:t>
      </w:r>
    </w:p>
    <w:p>
      <w:r>
        <w:rPr>
          <w:b/>
        </w:rPr>
        <w:t xml:space="preserve">[41:23] </w:t>
      </w:r>
      <w:r>
        <w:t>wo keh rahe hain ke ulama jo hain bas doosron par tanqeed jante hain, apne upar tanqeed nahin jante. Yeh to waqea hai. Un par kya kiya jaye.</w:t>
      </w:r>
    </w:p>
    <w:p>
      <w:pPr>
        <w:jc w:val="right"/>
      </w:pPr>
      <w:r>
        <w:t>وہ کہہ رہے ہیں کہ علماء جو ہیں بس دوسروں پر تنقید جانتے ہیں، اپنے اوپر تنقید نہیں جانتے۔ یہ تو واقعہ ہے۔ ان پر کیا جائے۔</w:t>
      </w:r>
    </w:p>
    <w:p>
      <w:r>
        <w:rPr>
          <w:b/>
        </w:rPr>
        <w:t xml:space="preserve">[41:36] </w:t>
      </w:r>
      <w:r>
        <w:t>ek sahib the ke woh jab khat likhte the to neeche apne naam ke saath likhte the: "Haj-e-madah" yaani mein kuch nahin hoon.</w:t>
      </w:r>
    </w:p>
    <w:p>
      <w:pPr>
        <w:jc w:val="right"/>
      </w:pPr>
      <w:r>
        <w:t>ایک صاحب تھے کہ وہ جب خط لکھتے تھے تو نیچے اپنے نام کے ساتھ لکھتے تھے: "ہیج مدح" یعنی میں کچھ نہیں جاتا۔</w:t>
      </w:r>
    </w:p>
    <w:p>
      <w:r>
        <w:rPr>
          <w:b/>
        </w:rPr>
        <w:t xml:space="preserve">[41:49] </w:t>
      </w:r>
      <w:r>
        <w:t>to ek shakhs un se mila to dekha: "Hazrat</w:t>
      </w:r>
    </w:p>
    <w:p>
      <w:pPr>
        <w:jc w:val="right"/>
      </w:pPr>
      <w:r>
        <w:t>تو ایک شخص ان سے ملا تو دیکھا: "حضرت</w:t>
      </w:r>
    </w:p>
    <w:p>
      <w:r>
        <w:rPr>
          <w:b/>
        </w:rPr>
        <w:t xml:space="preserve">[41:53] </w:t>
      </w:r>
      <w:r>
        <w:t>! Aap jo likhte ho bilkul sahi hai, sach much aap haj-e-madah hain." Bas woh ghussa ho gaye.</w:t>
      </w:r>
    </w:p>
    <w:p>
      <w:pPr>
        <w:jc w:val="right"/>
      </w:pPr>
      <w:r>
        <w:t>! آپ جو لکھتے ہو بالکل صحیح ہے، سچ مچ آپ ہیج مدح ہیں۔" بس وہ غصہ ہو گئے۔</w:t>
      </w:r>
    </w:p>
    <w:p>
      <w:r>
        <w:rPr>
          <w:b/>
        </w:rPr>
        <w:t xml:space="preserve">[42:06] </w:t>
      </w:r>
      <w:r>
        <w:t>Self-criticism yeh jaan hai imaan ki aur jannat ki kunji hai. Aakhri baat mein aap se kahunga ke self-criticism yeh jannati kunji hai.</w:t>
      </w:r>
    </w:p>
    <w:p>
      <w:pPr>
        <w:jc w:val="right"/>
      </w:pPr>
      <w:r>
        <w:t>سیلف کریٹیسزم یہ جان ہے ایمان کی اور جنت کی کنجی ہے۔ آخری بات میں آپ سے کہوں گا کہ سیلف کریٹیسزم یہ جنتی کنجی ہے۔</w:t>
      </w:r>
    </w:p>
    <w:p>
      <w:r>
        <w:rPr>
          <w:b/>
        </w:rPr>
        <w:t xml:space="preserve">[42:21] </w:t>
      </w:r>
      <w:r>
        <w:t>Allah se mulaqat ka raaz yahi hai.</w:t>
      </w:r>
    </w:p>
    <w:p>
      <w:pPr>
        <w:jc w:val="right"/>
      </w:pPr>
      <w:r>
        <w:t>اللہ سے ملاقات کا راز یہی ہے۔</w:t>
      </w:r>
    </w:p>
    <w:p>
      <w:r>
        <w:rPr>
          <w:b/>
        </w:rPr>
        <w:t xml:space="preserve">[42:28] </w:t>
      </w:r>
      <w:r>
        <w:t>Mahboob Ahmed sahib likhte hain: "Maulana!</w:t>
      </w:r>
    </w:p>
    <w:p>
      <w:pPr>
        <w:jc w:val="right"/>
      </w:pPr>
      <w:r>
        <w:t>محبوب احمد صاحب لکھتے ہیں: "مولانا!</w:t>
      </w:r>
    </w:p>
    <w:p>
      <w:r>
        <w:rPr>
          <w:b/>
        </w:rPr>
        <w:t xml:space="preserve">[42:31] </w:t>
      </w:r>
      <w:r>
        <w:t>I assure Inshallah. I take this mission as top priority. Maulana! You give great hope to humanity.</w:t>
      </w:r>
    </w:p>
    <w:p>
      <w:pPr>
        <w:jc w:val="right"/>
      </w:pPr>
      <w:r>
        <w:t>ائی اشیور انشاءاللہ۔ ائی ٹیک دس مشن ایز ٹاپ پرائرٹی۔ مولانا! یو گیو گریٹ ہوپ ٹو ہیومینٹی۔</w:t>
      </w:r>
    </w:p>
    <w:p>
      <w:r>
        <w:rPr>
          <w:b/>
        </w:rPr>
        <w:t xml:space="preserve">[42:42] </w:t>
      </w:r>
      <w:r>
        <w:t>Jazak Allah." Inshallah. Tariq Badr sahib ka hum lete hain, is ke baad khatam karenge. Tariq Badr sahib likhte hain: "Maulana sahib!</w:t>
      </w:r>
    </w:p>
    <w:p>
      <w:pPr>
        <w:jc w:val="right"/>
      </w:pPr>
      <w:r>
        <w:t>جزاک اللہ۔" انشاءاللہ۔ طارق بدر صاحب کا ہم لیتے ہیں، اس کے بعد ختم کریں گے۔ طارق بدر صاحب لکھتے ہیں: "مولانا صاحب!</w:t>
      </w:r>
    </w:p>
    <w:p>
      <w:r>
        <w:rPr>
          <w:b/>
        </w:rPr>
        <w:t xml:space="preserve">[42:52] </w:t>
      </w:r>
      <w:r>
        <w:t>You are the unique scholar in the current times, who has studied a lot great wisdom and most importantly, you covered the hundred years of the world.</w:t>
      </w:r>
    </w:p>
    <w:p>
      <w:pPr>
        <w:jc w:val="right"/>
      </w:pPr>
      <w:r>
        <w:t>یو آر دا یونیک سکالر ان دا کرنٹ ٹائمز، ہو ہیز سٹڈی ا لاٹ گریٹ وزڈم اینڈ موسٹ امپورٹنٹلی، یو کورڈ دا ہنڈرڈ ایئرز اف دا ورلڈ۔</w:t>
      </w:r>
    </w:p>
    <w:p>
      <w:r>
        <w:rPr>
          <w:b/>
        </w:rPr>
        <w:t xml:space="preserve">[43:05] </w:t>
      </w:r>
      <w:r>
        <w:t>You have experience in life. Your advice is the most important advice for us. Every word you say is full of wisdom.</w:t>
      </w:r>
    </w:p>
    <w:p>
      <w:pPr>
        <w:jc w:val="right"/>
      </w:pPr>
      <w:r>
        <w:t>یو ہیو ایکسپیرینس ان لائف۔ یور ایڈوائس از دی موسٹ امپورٹنٹ ایڈوائس فار اس۔ ایوری ورڈ یو سے از فل اف وزڈم۔</w:t>
      </w:r>
    </w:p>
    <w:p>
      <w:r>
        <w:rPr>
          <w:b/>
        </w:rPr>
        <w:t xml:space="preserve">[43:16] </w:t>
      </w:r>
      <w:r>
        <w:t>You are blessing in my life." Mol</w:t>
      </w:r>
    </w:p>
    <w:p>
      <w:pPr>
        <w:jc w:val="right"/>
      </w:pPr>
      <w:r>
        <w:t>یو آر بلیسنگ ان مائی لائف۔" مول</w:t>
      </w:r>
    </w:p>
    <w:p>
      <w:r>
        <w:rPr>
          <w:b/>
        </w:rPr>
        <w:t xml:space="preserve">[43:20] </w:t>
      </w:r>
      <w:r>
        <w:t>ana sahib! Ab khatam karenge program. Jazakumullah. Rasool Allah ne aakhri jo baat kahi thi Madina mein woh yeh thi ke ke tum log sabr karo,</w:t>
      </w:r>
    </w:p>
    <w:p>
      <w:pPr>
        <w:jc w:val="right"/>
      </w:pPr>
      <w:r>
        <w:t>انا صاحب! اب ختم کریں گے پروگرام۔ جزاکم اللہ۔ رسول اللہ نے آخری جو بات کہی تھی مدینہ میں وہ یہ تھی کہ کہ تم لوگ صبر کرو،</w:t>
      </w:r>
    </w:p>
    <w:p>
      <w:r>
        <w:rPr>
          <w:b/>
        </w:rPr>
        <w:t xml:space="preserve">[43:37] </w:t>
      </w:r>
      <w:r>
        <w:t>sabr karo, sabr karo. Yahan tak ke house par ek wali se mulaqat ho to mein mein bhi yahi kahunga ke tamam saathi, saathi'on se: "Ae mere saathi'on!"</w:t>
      </w:r>
    </w:p>
    <w:p>
      <w:pPr>
        <w:jc w:val="right"/>
      </w:pPr>
      <w:r>
        <w:t>صبر کرو، صبر کرو۔ یہاں تک کہ ہاؤس پر ایک والی سے ملاقات ہو تو میں میں بھی یہی کہوں گا کہ تمام ساتھیوں، ساتھیوں سے: "اے میرے ساتھیوں!</w:t>
      </w:r>
    </w:p>
    <w:p>
      <w:r>
        <w:rPr>
          <w:b/>
        </w:rPr>
        <w:t xml:space="preserve">[43:56] </w:t>
      </w:r>
      <w:r>
        <w:t>aap sabr ki jiye, dunya sabr ki jiye ga. dunya mein sabr hi karna parta hai. yahan tak ke hamari aap ki mulaqat ho jannat mein.</w:t>
      </w:r>
    </w:p>
    <w:p>
      <w:pPr>
        <w:jc w:val="right"/>
      </w:pPr>
      <w:r>
        <w:t>آپ صبر کیجئے، دنیا صبر کیجئے گا۔ دنیا میں صبر ہی کرنا پڑتا ہے۔ یہاں تک کہ ہماری آپ کی ملاقات ہو جنت میں۔</w:t>
      </w:r>
    </w:p>
    <w:p>
      <w:r>
        <w:rPr>
          <w:b/>
        </w:rPr>
        <w:t xml:space="preserve">[44:13] </w:t>
      </w:r>
      <w:r>
        <w:t>yahi meri aap se darkhwast hai, yahi meri aap se guzarish hai. Allah hum sab ko apne ghar ke liye qabool farmaye.</w:t>
      </w:r>
    </w:p>
    <w:p>
      <w:pPr>
        <w:jc w:val="right"/>
      </w:pPr>
      <w:r>
        <w:t>یہی میری آپ سے درخواست ہے، یہی میری آپ سے گزارش ہے۔ اللہ ہم سب کو اپنے گھر کے لیے قبول فرمائے۔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