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for God July 21, 2020 Prof. Farida Khanam</w:t>
      </w:r>
    </w:p>
    <w:p>
      <w:r>
        <w:t>https://www.youtube.com/watch?v=BNjJjQ_SFuM</w:t>
      </w:r>
    </w:p>
    <w:p>
      <w:r>
        <w:rPr>
          <w:b/>
        </w:rPr>
        <w:t xml:space="preserve">[00:10] </w:t>
      </w:r>
      <w:r>
        <w:t>assalam o alaikum. aaj main aap logon ke samne kuch baatein pesh karoon gi hub e ilahi par. quran mein aya hai, surah al baqarah mein, ayat 165: "jo log Khuda par iman rakhte hain woh sab se zyada</w:t>
      </w:r>
    </w:p>
    <w:p>
      <w:pPr>
        <w:jc w:val="right"/>
      </w:pPr>
      <w:r>
        <w:t>السلام علیکم۔ آج میں آپ لوگوں کے سامنے کچھ باتیں پیش کروں گی حب الہی پر۔ قرآن میں آیا ہے، سورہ البقرہ میں، آیت 165: "جو لوگ خدا پر ایمان رکھتے ہیں وہ سب سے زیادہ</w:t>
      </w:r>
    </w:p>
    <w:p>
      <w:r>
        <w:rPr>
          <w:b/>
        </w:rPr>
        <w:t xml:space="preserve">[00:26] </w:t>
      </w:r>
      <w:r>
        <w:t>Khuda se mohabbat karte hain." to yeh Khuda se mohabbat kiya hai, jis ko hum angrezi mein keh sakte hain strong affection?</w:t>
      </w:r>
    </w:p>
    <w:p>
      <w:pPr>
        <w:jc w:val="right"/>
      </w:pPr>
      <w:r>
        <w:t>خدا سے محبت کرتے ہیں۔" تو یہ خدا سے محبت کیا ہے، جس کو ہم انگریزی میں کہہ سکتے ہیں اسٹرانگ افیکشن؟</w:t>
      </w:r>
    </w:p>
    <w:p>
      <w:r>
        <w:rPr>
          <w:b/>
        </w:rPr>
        <w:t xml:space="preserve">[00:37] </w:t>
      </w:r>
      <w:r>
        <w:t>ab baat yeh hai ke yeh strong affection ya hub e ilahi jo hai, paida kaise hoti hai?</w:t>
      </w:r>
    </w:p>
    <w:p>
      <w:pPr>
        <w:jc w:val="right"/>
      </w:pPr>
      <w:r>
        <w:t>اب بات یہ ہے کہ یہ اسٹرانگ افیکشن یا حب الہی جو ہے، پیدا کیسے ہوتی ہے؟</w:t>
      </w:r>
    </w:p>
    <w:p>
      <w:r>
        <w:rPr>
          <w:b/>
        </w:rPr>
        <w:t xml:space="preserve">[00:44] </w:t>
      </w:r>
      <w:r>
        <w:t>kyun ke Allah taala ghayb mein hain, Allah taala dikhai nahi dete, to yeh baat logon ke samne ati hai.</w:t>
      </w:r>
    </w:p>
    <w:p>
      <w:pPr>
        <w:jc w:val="right"/>
      </w:pPr>
      <w:r>
        <w:t>کیونکہ اللہ تعالیٰ غیب میں ہیں، اللہ تعالیٰ دکھائی نہیں دیتے، تو یہ بات لوگوں کے سامنے آتی ہے۔</w:t>
      </w:r>
    </w:p>
    <w:p>
      <w:r>
        <w:rPr>
          <w:b/>
        </w:rPr>
        <w:t xml:space="preserve">[00:54] </w:t>
      </w:r>
      <w:r>
        <w:t>to is ke liye yeh hai ke Allah ki jo creation hai, Allah ki, woh to hamein dikhai deti hai. Allah ki tamam nematein jo hain, woh hum istemal kar rahe hain.</w:t>
      </w:r>
    </w:p>
    <w:p>
      <w:pPr>
        <w:jc w:val="right"/>
      </w:pPr>
      <w:r>
        <w:t>تو اس کے لیے یہ ہے کہ اللہ کی جو کریشن ہے، اللہ کی، وہ تو ہمیں دکھائی دیتی ہے۔ اللہ کی تمام نعمتیں جو ہیں، وہ ہم استعمال کر رہے ہیں۔</w:t>
      </w:r>
    </w:p>
    <w:p>
      <w:r>
        <w:rPr>
          <w:b/>
        </w:rPr>
        <w:t xml:space="preserve">[01:05] </w:t>
      </w:r>
      <w:r>
        <w:t>Khuda jo hai, greatest benefactor hai, aur hum us ko sirf istemal karne wale hain. to yeh hamein dikhai deta hai.</w:t>
      </w:r>
    </w:p>
    <w:p>
      <w:pPr>
        <w:jc w:val="right"/>
      </w:pPr>
      <w:r>
        <w:t>خدا جو ہے، گریٹسٹ بینیفیکٹر ہے، اور ہم اس کو صرف استعمال کرنے والے ہیں۔ تو یہ ہمیں دکھائی دیتا ہے۔</w:t>
      </w:r>
    </w:p>
    <w:p>
      <w:r>
        <w:rPr>
          <w:b/>
        </w:rPr>
        <w:t xml:space="preserve">[01:14] </w:t>
      </w:r>
      <w:r>
        <w:t>to Allah se mohabbat to tabhi ho sakti hai jab hum un un</w:t>
      </w:r>
    </w:p>
    <w:p>
      <w:pPr>
        <w:jc w:val="right"/>
      </w:pPr>
      <w:r>
        <w:t>تو اللہ سے محبت تو تبھی ہو سکتی ہے جب ہم ان ان</w:t>
      </w:r>
    </w:p>
    <w:p>
      <w:r>
        <w:rPr>
          <w:b/>
        </w:rPr>
        <w:t xml:space="preserve">[01:22] </w:t>
      </w:r>
      <w:r>
        <w:t>is ki marifat hasil karein ke Khuda ki nematein jo hain, jo hamare liye bilkul free of cost available hain, is ki hum marifat hasil karein, is par ghore o fikr karein, is par zyada sochein.</w:t>
      </w:r>
    </w:p>
    <w:p>
      <w:pPr>
        <w:jc w:val="right"/>
      </w:pPr>
      <w:r>
        <w:t>اس کی معرفت حاصل کریں کہ خدا کی نعمتیں جو ہیں، جو ہمارے لیے بالکل فری آف کاسٹ اویلیبل ہیں، اس کی ہم معرفت حاصل کریں، اس پر غور و فکر کریں، اس پر زیادہ سوچیں۔</w:t>
      </w:r>
    </w:p>
    <w:p>
      <w:r>
        <w:rPr>
          <w:b/>
        </w:rPr>
        <w:t xml:space="preserve">[01:36] </w:t>
      </w:r>
      <w:r>
        <w:t>kyun ke we take everything for granted.</w:t>
      </w:r>
    </w:p>
    <w:p>
      <w:pPr>
        <w:jc w:val="right"/>
      </w:pPr>
      <w:r>
        <w:t>کیونکہ وی ٹیک ایوری تھنگ فار گرانٹڈ۔</w:t>
      </w:r>
    </w:p>
    <w:p>
      <w:r>
        <w:rPr>
          <w:b/>
        </w:rPr>
        <w:t xml:space="preserve">[01:39] </w:t>
      </w:r>
      <w:r>
        <w:t>jab hamari aankh khulti hai, bachcha paida hota hai, us ko sari tamam cheezein us ko mil jati hain. maa baap us ko har cheez faraham kar dete hain.</w:t>
      </w:r>
    </w:p>
    <w:p>
      <w:pPr>
        <w:jc w:val="right"/>
      </w:pPr>
      <w:r>
        <w:t>جب ہماری آنکھ کھلتی ہے، بچہ پیدا ہوتا ہے، اس کو ساری تمام چیزیں اس کو مل جاتی ہیں۔ ماں باپ اس کو ہر چیز فراہم کر دیتے ہیں۔</w:t>
      </w:r>
    </w:p>
    <w:p>
      <w:r>
        <w:rPr>
          <w:b/>
        </w:rPr>
        <w:t xml:space="preserve">[01:48] </w:t>
      </w:r>
      <w:r>
        <w:t>to us ko lagta hai ke yeh sab cheezein to hamein hamesha se mili hui hain. ab is mein aisi kaun si khaas baat hai? to isi liye Allah ki nematon ko hamein discover karna hai.</w:t>
      </w:r>
    </w:p>
    <w:p>
      <w:pPr>
        <w:jc w:val="right"/>
      </w:pPr>
      <w:r>
        <w:t>تو اس کو لگتا ہے کہ یہ سب چیزیں تو ہمیں ہمیشہ سے ملی ہوئی ہیں۔ اب اس میں ایسی کون سی خاص بات ہے؟ تو اسی لیے اللہ کی نعمتوں کو ہمیں ڈسکور کرنا ہے۔</w:t>
      </w:r>
    </w:p>
    <w:p>
      <w:r>
        <w:rPr>
          <w:b/>
        </w:rPr>
        <w:t xml:space="preserve">[01:59] </w:t>
      </w:r>
      <w:r>
        <w:t>jaisa ke ek hadith mein hai: "Allah se mohabbat karo jaisa ke us ne tum ko apni nemmat di hai." doosri yeh hai ke nemmat hamein har waqt, har aan mil rahi hai.</w:t>
      </w:r>
    </w:p>
    <w:p>
      <w:pPr>
        <w:jc w:val="right"/>
      </w:pPr>
      <w:r>
        <w:t>جیسا کہ ایک حدیث میں ہے: "اللہ سے محبت کرو جیسا کہ اس نے تم کو اپنی نعمت دی ہے۔" دوسری یہ ہے کہ نعمت ہمیں ہر وقت، ہر آن مل رہی ہے۔</w:t>
      </w:r>
    </w:p>
    <w:p>
      <w:r>
        <w:rPr>
          <w:b/>
        </w:rPr>
        <w:t xml:space="preserve">[02:12] </w:t>
      </w:r>
      <w:r>
        <w:t>to is liye bhi hamein kuch strike nahi hota ke koi nayi cheez hai yeh, hum us ke aadi ho jate hain.</w:t>
      </w:r>
    </w:p>
    <w:p>
      <w:pPr>
        <w:jc w:val="right"/>
      </w:pPr>
      <w:r>
        <w:t>تو اس لیے بھی ہمیں کچھ سٹرائیک نہیں ہوتا کہ کوئی نئی چیز ہے یہ، ہم اس کے عادی ہو جاتے ہیں۔</w:t>
      </w:r>
    </w:p>
    <w:p>
      <w:r>
        <w:rPr>
          <w:b/>
        </w:rPr>
        <w:t xml:space="preserve">[02:18] </w:t>
      </w:r>
      <w:r>
        <w:t>to yeh jo hum take for granted lete hain, yahi nahi karna hai. har nemmat hum ko aisa lage ke hum ko abhi abhi mili hai, aur Allah taala ne sirf hamare liye yeh nemmat bheji hai.</w:t>
      </w:r>
    </w:p>
    <w:p>
      <w:pPr>
        <w:jc w:val="right"/>
      </w:pPr>
      <w:r>
        <w:t>تو یہ جو ہم ٹیک فار گرانٹڈ لیتے ہیں، یہی نہیں کرنا ہے۔ ہر نعمت ہم کو ایسا لگے کہ ہم کو ابھی ابھی ملی ہے، اور اللہ تعالیٰ نے صرف ہمارے لیے یہ نعمت بھیجی ہے۔</w:t>
      </w:r>
    </w:p>
    <w:p>
      <w:r>
        <w:rPr>
          <w:b/>
        </w:rPr>
        <w:t xml:space="preserve">[02:30] </w:t>
      </w:r>
      <w:r>
        <w:t>to Allah taala, dekhiye, sab se pehli baat to ke Allah taala ne hamein</w:t>
      </w:r>
    </w:p>
    <w:p>
      <w:pPr>
        <w:jc w:val="right"/>
      </w:pPr>
      <w:r>
        <w:t>تو اللہ تعالیٰ، دیکھیے، سب سے پہلی بات تو کہ اللہ تعالیٰ نے ہمیں</w:t>
      </w:r>
    </w:p>
    <w:p>
      <w:r>
        <w:rPr>
          <w:b/>
        </w:rPr>
        <w:t xml:space="preserve">[02:35] </w:t>
      </w:r>
      <w:r>
        <w:t>takhleeq kiya, hamein zindagi di, hamein hamare liye ek poori ek kainat banai, jis ko science mein custom made universe kaha gaya hai.</w:t>
      </w:r>
    </w:p>
    <w:p>
      <w:pPr>
        <w:jc w:val="right"/>
      </w:pPr>
      <w:r>
        <w:t>تخلیق کیا، ہمیں زندگی دی، ہمیں ہمارے لیے ایک پوری ایک کائنات بنائی، جس کو سائنس میں کسٹم میڈ یونیورس کہا گیا ہے۔</w:t>
      </w:r>
    </w:p>
    <w:p>
      <w:r>
        <w:rPr>
          <w:b/>
        </w:rPr>
        <w:t xml:space="preserve">[02:46] </w:t>
      </w:r>
      <w:r>
        <w:t>phir ek exceptional sense mein planet earth banaya, is mein</w:t>
      </w:r>
    </w:p>
    <w:p>
      <w:pPr>
        <w:jc w:val="right"/>
      </w:pPr>
      <w:r>
        <w:t>پھر ایک ایکسیپشنل سینس میں پلینٹ ارتھ بنایا، اس میں</w:t>
      </w:r>
    </w:p>
    <w:p>
      <w:r>
        <w:rPr>
          <w:b/>
        </w:rPr>
        <w:t xml:space="preserve">[02:52] </w:t>
      </w:r>
      <w:r>
        <w:t>life support system banaya, aur sari cheezein hum ko freely available hain. jis misaal ke taur par oxygen hai, agar hum ko har waqt oxygen ek tanki mein bhar ke apne sath le ke chalna parta to hum kaise karte?</w:t>
      </w:r>
    </w:p>
    <w:p>
      <w:pPr>
        <w:jc w:val="right"/>
      </w:pPr>
      <w:r>
        <w:t>لائف سپورٹ سسٹم بنایا، اور ساری چیزیں ہم کو فریلی اویلیبل ہیں۔ جس مثال کے طور پر اکسیجن ہے، اگر ہم کو ہر وقت اکسیجن ایک ٹنکی میں بھر کے اپنے ساتھ لے کے چلنا پڑتا تو ہم کیسے کرتے؟</w:t>
      </w:r>
    </w:p>
    <w:p>
      <w:r>
        <w:rPr>
          <w:b/>
        </w:rPr>
        <w:t xml:space="preserve">[03:08] </w:t>
      </w:r>
      <w:r>
        <w:t>har jagah, aap kisi bhi hisse mein jayein dunya ke, aap ko</w:t>
      </w:r>
    </w:p>
    <w:p>
      <w:pPr>
        <w:jc w:val="right"/>
      </w:pPr>
      <w:r>
        <w:t>ہر جگہ، آپ کسی بھی حصے میں جائیں دنیا کے، آپ کو</w:t>
      </w:r>
    </w:p>
    <w:p>
      <w:r>
        <w:rPr>
          <w:b/>
        </w:rPr>
        <w:t xml:space="preserve">[03:12] </w:t>
      </w:r>
      <w:r>
        <w:t>oxygen wahan faraham hogi. to aap yeh sab baatein aap sochein, ghore o fikr karein ke Allah taala hum se kitni zyada mohabbat karta hai ke us ne hum ko har cheez freely available kar di hai.</w:t>
      </w:r>
    </w:p>
    <w:p>
      <w:pPr>
        <w:jc w:val="right"/>
      </w:pPr>
      <w:r>
        <w:t>اکسیجن وہاں فراہم ہوگی۔ تو آپ یہ سب باتیں آپ سوچیں، غور و فکر کریں کہ اللہ تعالیٰ ہم سے کتنی زیادہ محبت کرتا ہے کہ اس نے ہم کو ہر چیز فریلی اویلیبل کر دی ہے۔</w:t>
      </w:r>
    </w:p>
    <w:p>
      <w:r>
        <w:rPr>
          <w:b/>
        </w:rPr>
        <w:t xml:space="preserve">[03:27] </w:t>
      </w:r>
      <w:r>
        <w:t>aur hum ko is baat ka ek dam shaoori ehsas hona chahiye.</w:t>
      </w:r>
    </w:p>
    <w:p>
      <w:pPr>
        <w:jc w:val="right"/>
      </w:pPr>
      <w:r>
        <w:t>اور ہم کو اس بات کا ایک دم شعوری احساس ہونا چاہیے۔</w:t>
      </w:r>
    </w:p>
    <w:p>
      <w:r>
        <w:rPr>
          <w:b/>
        </w:rPr>
        <w:t xml:space="preserve">[03:32] </w:t>
      </w:r>
      <w:r>
        <w:t>jab hum ko shaoori ehsas hoga, tabhi hum Khuda ki rehmaton ka poore tareeqe se tajurba karein ge, aur poore tareeqe se Khuda se hum mohabbat karein ge.</w:t>
      </w:r>
    </w:p>
    <w:p>
      <w:pPr>
        <w:jc w:val="right"/>
      </w:pPr>
      <w:r>
        <w:t>جب ہم کو شعوری احساس ہوگا، تبھی ہم خدا کی رحمتوں کا پورے طریقے سے تجربہ کریں گے، اور پورے طریقے سے خدا سے ہم محبت کریں گے۔</w:t>
      </w:r>
    </w:p>
    <w:p>
      <w:r>
        <w:rPr>
          <w:b/>
        </w:rPr>
        <w:t xml:space="preserve">[03:42] </w:t>
      </w:r>
      <w:r>
        <w:t>aur isi wajah se hum ko chahiye ke hum bohat zyada Khuda ki yaad karein, aur Khuda ki yaad jo hai, aur aur inhi nematon ke reference se hum ko Khuda ki yaad karni hai.</w:t>
      </w:r>
    </w:p>
    <w:p>
      <w:pPr>
        <w:jc w:val="right"/>
      </w:pPr>
      <w:r>
        <w:t>اور اسی وجہ سے ہم کو چاہیے کہ ہم بہت زیادہ خدا کی یاد کریں، اور خدا کی یاد جو ہے، اور اور انہی نعمتوں کے ریفرنس سے ہم کو خدا کی یاد کرنی ہے۔</w:t>
      </w:r>
    </w:p>
    <w:p>
      <w:r>
        <w:rPr>
          <w:b/>
        </w:rPr>
        <w:t xml:space="preserve">[03:56] </w:t>
      </w:r>
      <w:r>
        <w:t>aur sab se bari nemat jo Allah taala ne hamein di hai, woh jannat ki shakal mein hai. jaisa ke aap ko maloom hai, is dunya mein insan kuch saalon ke liye aaya hai yahan par apna test dene ke liye ke is dunya mein insan ko Allah taala ne azadi di hai.</w:t>
      </w:r>
    </w:p>
    <w:p>
      <w:pPr>
        <w:jc w:val="right"/>
      </w:pPr>
      <w:r>
        <w:t>اور سب سے بڑی نعمت جو اللہ تعالیٰ نے ہمیں دی ہے، وہ جنت کی شکل میں ہے۔ جیسا کہ آپ کو معلوم ہے، اس دنیا میں انسان کچھ سالوں کے لیے آیا ہے یہاں پر اپنا ٹیسٹ دینے کے لیے کہ اس دنیا میں انسان کو اللہ تعالیٰ نے آزادی دی ہے۔</w:t>
      </w:r>
    </w:p>
    <w:p>
      <w:r>
        <w:rPr>
          <w:b/>
        </w:rPr>
        <w:t xml:space="preserve">[04:13] </w:t>
      </w:r>
      <w:r>
        <w:t>is azadi ko hum use karte hain ya misuse karte hain, aur isi ke mutabiq hamara akhirat mein faisla hoga. to akhirat mein jo log achhe amal karenge, un ke liye jannat hai.</w:t>
      </w:r>
    </w:p>
    <w:p>
      <w:pPr>
        <w:jc w:val="right"/>
      </w:pPr>
      <w:r>
        <w:t>اس آزادی کو ہم یوز کرتے ہیں یا مس یوز کرتے ہیں، اور اسی کے مطابق ہمارا آخرت میں فیصلہ ہوگا۔ تو آخرت میں جو لوگ اچھے عمل کریں گے، ان کے لیے جنت ہے۔</w:t>
      </w:r>
    </w:p>
    <w:p>
      <w:r>
        <w:rPr>
          <w:b/>
        </w:rPr>
        <w:t xml:space="preserve">[04:26] </w:t>
      </w:r>
      <w:r>
        <w:t>aur jannat,</w:t>
      </w:r>
    </w:p>
    <w:p>
      <w:pPr>
        <w:jc w:val="right"/>
      </w:pPr>
      <w:r>
        <w:t>اور جنت،</w:t>
      </w:r>
    </w:p>
    <w:p>
      <w:r>
        <w:rPr>
          <w:b/>
        </w:rPr>
        <w:t xml:space="preserve">[04:27] </w:t>
      </w:r>
      <w:r>
        <w:t>aap log jante hain ke jannat Khuda ka paros hai. ab dekhiye ke kitni qeemti cheez hai jannat, Khuda ka paros hai, aur Allah taala ne ke yeh be payan rehmat hai ke dunya mein bhi Allah taala ne tamam cheezein hamein dein, aur akhirat mein bhi jannat jannat de di.</w:t>
      </w:r>
    </w:p>
    <w:p>
      <w:pPr>
        <w:jc w:val="right"/>
      </w:pPr>
      <w:r>
        <w:t>آپ لوگ جانتے ہیں کہ جنت خدا کا پڑوس ہے۔ اب دیکھیے کہ کتنی قیمتی چیز ہے جنت، خدا کا پڑوس ہے، اور اللہ تعالیٰ نے کہ یہ بے پایاں رحمت ہے کہ دنیا میں بھی اللہ تعالیٰ نے تمام چیزیں ہمیں دیں، اور آخرت میں بھی جنت جنت دے دی۔</w:t>
      </w:r>
    </w:p>
    <w:p>
      <w:r>
        <w:rPr>
          <w:b/>
        </w:rPr>
        <w:t xml:space="preserve">[04:46] </w:t>
      </w:r>
      <w:r>
        <w:t>ab sirf hamein itna karna hai ke hum is dunya mein Allah taala ke</w:t>
      </w:r>
    </w:p>
    <w:p>
      <w:pPr>
        <w:jc w:val="right"/>
      </w:pPr>
      <w:r>
        <w:t>اب صرف ہمیں اتنا کرنا ہے کہ ہم اس دنیا میں اللہ تعالیٰ کے</w:t>
      </w:r>
    </w:p>
    <w:p>
      <w:r>
        <w:rPr>
          <w:b/>
        </w:rPr>
        <w:t xml:space="preserve">[04:51] </w:t>
      </w:r>
      <w:r>
        <w:t>mutabiq, Allah taala ki marzi ke mutabiq zindagi guzarein, naik amal karein, aur Khuda ki marifat hasil karein.</w:t>
      </w:r>
    </w:p>
    <w:p>
      <w:pPr>
        <w:jc w:val="right"/>
      </w:pPr>
      <w:r>
        <w:t>مطابق، اللہ تعالیٰ کی مرضی کے مطابق زندگی گزاریں، نیک عمل کریں، اور خدا کی معرفت حاصل کریں۔</w:t>
      </w:r>
    </w:p>
    <w:p>
      <w:r>
        <w:rPr>
          <w:b/>
        </w:rPr>
        <w:t xml:space="preserve">[05:00] </w:t>
      </w:r>
      <w:r>
        <w:t>aur Khuda ki marifat hamein isi tarah milegi ke hum Khuda ki nematon ka hum ko gehra shaoori ehsas ho ke kitni bari cheez hai.</w:t>
      </w:r>
    </w:p>
    <w:p>
      <w:pPr>
        <w:jc w:val="right"/>
      </w:pPr>
      <w:r>
        <w:t>اور خدا کی معرفت ہمیں اسی طرح ملے گی کہ ہم خدا کی نعمتوں کا ہم کو گہرا شعوری احساس ہو کہ کتنی بڑی چیز ہے۔</w:t>
      </w:r>
    </w:p>
    <w:p>
      <w:r>
        <w:rPr>
          <w:b/>
        </w:rPr>
        <w:t xml:space="preserve">[05:10] </w:t>
      </w:r>
      <w:r>
        <w:t>aur isi ke liye hum dekhte hain ke kuch logon ko kuch cheezein nahi mili hui hain, ya hamein koi cheez aaj hai, kal nahi hai.</w:t>
      </w:r>
    </w:p>
    <w:p>
      <w:pPr>
        <w:jc w:val="right"/>
      </w:pPr>
      <w:r>
        <w:t>اور اسی کے لیے ہم دیکھتے ہیں کہ کچھ لوگوں کو کچھ چیزیں نہیں ملی ہوئی ہیں، یا ہمیں کوئی چیز آج ہے، کل نہیں ہے۔</w:t>
      </w:r>
    </w:p>
    <w:p>
      <w:r>
        <w:rPr>
          <w:b/>
        </w:rPr>
        <w:t xml:space="preserve">[05:19] </w:t>
      </w:r>
      <w:r>
        <w:t>to is se hamein compare karein</w:t>
      </w:r>
    </w:p>
    <w:p>
      <w:pPr>
        <w:jc w:val="right"/>
      </w:pPr>
      <w:r>
        <w:t>تو اس سے ہمیں کمپیئر کریں</w:t>
      </w:r>
    </w:p>
    <w:p>
      <w:r>
        <w:rPr>
          <w:b/>
        </w:rPr>
        <w:t xml:space="preserve">[05:21] </w:t>
      </w:r>
      <w:r>
        <w:t>ke jab yeh cheez hamare paas thi to hum kitna khush qismat the, aaj hamare paas nahi hai. woh compare karenge to hum ko is ki value mehsoos hogi.</w:t>
      </w:r>
    </w:p>
    <w:p>
      <w:pPr>
        <w:jc w:val="right"/>
      </w:pPr>
      <w:r>
        <w:t>کہ جب یہ چیز ہمارے پاس تھی تو ہم کتنا خوش قسمت تھے، آج ہمارے پاس نہیں ہے۔ وہ کمپیئر کریں گے تو ہم کو اس کی ویلیو محسوس ہوگی۔</w:t>
      </w:r>
    </w:p>
    <w:p>
      <w:r>
        <w:rPr>
          <w:b/>
        </w:rPr>
        <w:t xml:space="preserve">[05:31] </w:t>
      </w:r>
      <w:r>
        <w:t>to is ka nematon ka adrak, nematon ka ehsas, shaoori ehsas hamare andar be hisab</w:t>
      </w:r>
    </w:p>
    <w:p>
      <w:pPr>
        <w:jc w:val="right"/>
      </w:pPr>
      <w:r>
        <w:t>تو اس کا نعمتوں کا ادراک، نعمتوں کا احساس، شعوری احساس ہمارے اندر بے حساب</w:t>
      </w:r>
    </w:p>
    <w:p>
      <w:r>
        <w:rPr>
          <w:b/>
        </w:rPr>
        <w:t xml:space="preserve">[05:40] </w:t>
      </w:r>
      <w:r>
        <w:t>hub e ilahi paida karega, Allah se mohabbat paida karega. to yeh jo hai, yahi is ka wahid tareeqa hai. kyunke Khuda hamein dikhai nahi deta.</w:t>
      </w:r>
    </w:p>
    <w:p>
      <w:pPr>
        <w:jc w:val="right"/>
      </w:pPr>
      <w:r>
        <w:t>حب الہی پیدا کرے گا، اللہ سے محبت پیدا کرے گا۔ تو یہ جو ہے، یہی اس کا واحد طریقہ ہے۔ کیونکہ خدا ہمیں دکھائی نہیں دیتا۔</w:t>
      </w:r>
    </w:p>
    <w:p>
      <w:r>
        <w:rPr>
          <w:b/>
        </w:rPr>
        <w:t xml:space="preserve">[05:50] </w:t>
      </w:r>
      <w:r>
        <w:t>sufiya ne bhi hub e ilahi par bohat zyada zor diya hai. woh to kehte hain ke hamari zindagi ka maqsad hi yahi hai ke hum hum Khuda se mohabbat karein, Khuda ko discover karein, Khuda ko paane ki poori zindagi isi mein laga dein ke hum ko Khuda milay.</w:t>
      </w:r>
    </w:p>
    <w:p>
      <w:pPr>
        <w:jc w:val="right"/>
      </w:pPr>
      <w:r>
        <w:t>صوفیاء نے بھی حب الہی پر بہت زیادہ زور دیا ہے۔ وہ تو کہتے ہیں کہ ہماری زندگی کا مقصد ہی یہی ہے کہ ہم ہم خدا سے محبت کریں، خدا کو ڈسکور کریں، خدا کو پانے کی پوری زندگی اسی میں لگا دیں کہ ہم کو خدا ملے۔</w:t>
      </w:r>
    </w:p>
    <w:p>
      <w:r>
        <w:rPr>
          <w:b/>
        </w:rPr>
        <w:t xml:space="preserve">[06:08] </w:t>
      </w:r>
      <w:r>
        <w:t>aur hum Khuda jab hum ko milay</w:t>
      </w:r>
    </w:p>
    <w:p>
      <w:pPr>
        <w:jc w:val="right"/>
      </w:pPr>
      <w:r>
        <w:t>اور ہم خدا جب ہم کو ملے</w:t>
      </w:r>
    </w:p>
    <w:p>
      <w:r>
        <w:rPr>
          <w:b/>
        </w:rPr>
        <w:t xml:space="preserve">[06:10] </w:t>
      </w:r>
      <w:r>
        <w:t>ga, hum Khuda se taalluq qaim kar payenge, to hum ko Khuda ka inspiration milega. aur jab Khuda ka inspiration milega to hamari soch, hamare jazbat, hamari activities sab Khuda rukhi ban jayengi.</w:t>
      </w:r>
    </w:p>
    <w:p>
      <w:pPr>
        <w:jc w:val="right"/>
      </w:pPr>
      <w:r>
        <w:t>گا، ہم خدا سے تعلق قائم کر پائیں گے، تو ہم کو خدا کا انسپیریشن ملے گا۔ اور جب خدا کا انسپیریشن ملے گا تو ہماری سوچ، ہمارے جذبات، ہماری ایکٹیویٹیز سب خدا رخی بن جائیں گے۔</w:t>
      </w:r>
    </w:p>
    <w:p>
      <w:r>
        <w:rPr>
          <w:b/>
        </w:rPr>
        <w:t xml:space="preserve">[06:24] </w:t>
      </w:r>
      <w:r>
        <w:t>to hum poori tareeqe se hum yahi chahenge ke aap log</w:t>
      </w:r>
    </w:p>
    <w:p>
      <w:pPr>
        <w:jc w:val="right"/>
      </w:pPr>
      <w:r>
        <w:t>تو ہم پوری طریقے سے ہم یہی چاہیں گے کہ آپ لوگ</w:t>
      </w:r>
    </w:p>
    <w:p>
      <w:r>
        <w:rPr>
          <w:b/>
        </w:rPr>
        <w:t xml:space="preserve">[06:29] </w:t>
      </w:r>
      <w:r>
        <w:t>is par sochein, ghor karein, Khuda ki nematon ka adrak karein, ehsas karein. aur is ke liye ek bohat Maulana sahib ki, Maulana Wahiduddin Khan sahib ki kitab hai, kitab marifat.</w:t>
      </w:r>
    </w:p>
    <w:p>
      <w:pPr>
        <w:jc w:val="right"/>
      </w:pPr>
      <w:r>
        <w:t>اس پر سوچیں، غور کریں، خدا کی نعمتوں کا ادراک کریں، احساس کریں۔ اور اس کے لیے ایک بہت مولانا صاحب کی، مولانا وحید الدین خان صاحب کی کتاب ہے، کتاب معرفت۔</w:t>
      </w:r>
    </w:p>
    <w:p>
      <w:r>
        <w:rPr>
          <w:b/>
        </w:rPr>
        <w:t xml:space="preserve">[06:43] </w:t>
      </w:r>
      <w:r>
        <w:t>iska aap log jo hain, agar mazeed chahte hain to is mozu par</w:t>
      </w:r>
    </w:p>
    <w:p>
      <w:pPr>
        <w:jc w:val="right"/>
      </w:pPr>
      <w:r>
        <w:t>اس کا آپ لوگ جو ہیں، اگر مزید چاہتے ہیں تو اس موضوع پر</w:t>
      </w:r>
    </w:p>
    <w:p>
      <w:r>
        <w:rPr>
          <w:b/>
        </w:rPr>
        <w:t xml:space="preserve">[06:48] </w:t>
      </w:r>
      <w:r>
        <w:t>aap Maulana Wahiduddin Khan sahib ki kitab marifat ka mutala zaroor karein. yeh bohat hi achhi kitab hai, is ka angrezi mein bhi tarjuma ho gaya hai, aur discovery of God ke naam se shaya hua hai.</w:t>
      </w:r>
    </w:p>
    <w:p>
      <w:pPr>
        <w:jc w:val="right"/>
      </w:pPr>
      <w:r>
        <w:t>آپ مولانا وحید الدین خان صاحب کی کتاب معرفت کا مطالعہ ضرور کریں۔ یہ بہت ہی اچھی کتاب ہے، اس کا انگریزی میں بھی ترجمہ ہو گیا ہے، اور ڈسکوری آف گاڈ کے نام سے شائع ہوا ہے۔</w:t>
      </w:r>
    </w:p>
    <w:p>
      <w:r>
        <w:rPr>
          <w:b/>
        </w:rPr>
        <w:t xml:space="preserve">[07:00] </w:t>
      </w:r>
      <w:r>
        <w:t>to mein ab yahan par khatam karungi. agar kuch sawalat honge to woh mein is ko</w:t>
      </w:r>
    </w:p>
    <w:p>
      <w:pPr>
        <w:jc w:val="right"/>
      </w:pPr>
      <w:r>
        <w:t>تو میں اب یہاں پر ختم کروں گی۔ اگر کچھ سوالات ہوں گے تو وہ میں اس کو</w:t>
      </w:r>
    </w:p>
    <w:p>
      <w:r>
        <w:rPr>
          <w:b/>
        </w:rPr>
        <w:t xml:space="preserve">[07:05] </w:t>
      </w:r>
      <w:r>
        <w:t>koshish karungi jawab dene ki.</w:t>
      </w:r>
    </w:p>
    <w:p>
      <w:pPr>
        <w:jc w:val="right"/>
      </w:pPr>
      <w:r>
        <w:t>کوشش کروں گی جواب دینے کی۔</w:t>
      </w:r>
    </w:p>
    <w:p>
      <w:r>
        <w:rPr>
          <w:b/>
        </w:rPr>
        <w:t xml:space="preserve">[07:16] </w:t>
      </w:r>
      <w:r>
        <w:t>Farhad Ahmed sahib poochte hain: "aam taur par insan har cheez yaad rakhta hai, magar Khuda ki mohabbat use yaad nahi rehti.</w:t>
      </w:r>
    </w:p>
    <w:p>
      <w:pPr>
        <w:jc w:val="right"/>
      </w:pPr>
      <w:r>
        <w:t>فرہاد احمد صاحب پوچھتے ہیں: "عام طور پر انسان ہر چیز یاد رکھتا ہے، مگر خدا کی محبت اسے یاد نہیں رہتی۔</w:t>
      </w:r>
    </w:p>
    <w:p>
      <w:r>
        <w:rPr>
          <w:b/>
        </w:rPr>
        <w:t xml:space="preserve">[07:26] </w:t>
      </w:r>
      <w:r>
        <w:t>iska hal kya hai?" to Khuda ki mohabbat, chunke Khuda dikhai nahi deta,</w:t>
      </w:r>
    </w:p>
    <w:p>
      <w:pPr>
        <w:jc w:val="right"/>
      </w:pPr>
      <w:r>
        <w:t>اس کا حل کیا ہے؟" تو خدا کی محبت، چونکہ خدا دکھائی نہیں دیتا،</w:t>
      </w:r>
    </w:p>
    <w:p>
      <w:r>
        <w:rPr>
          <w:b/>
        </w:rPr>
        <w:t xml:space="preserve">[07:34] </w:t>
      </w:r>
      <w:r>
        <w:t>yahi sab se bara masla hai. to Khuda ko se mohabbat karne ke liye hamein Khuda ki nematon ka bohat hi gehra ehsas karna hoga.</w:t>
      </w:r>
    </w:p>
    <w:p>
      <w:pPr>
        <w:jc w:val="right"/>
      </w:pPr>
      <w:r>
        <w:t>یہی سب سے بڑا مسئلہ ہے۔ تو خدا کو سے محبت کرنے کے لیے ہمیں خدا کی نعمتوں کا بہت ہی گہرا احساس کرنا ہوگا۔</w:t>
      </w:r>
    </w:p>
    <w:p>
      <w:r>
        <w:rPr>
          <w:b/>
        </w:rPr>
        <w:t xml:space="preserve">[07:44] </w:t>
      </w:r>
      <w:r>
        <w:t>aur hum jo hain, hum ko adat ho jati hai har cheez hamare paas. ab ek light, aap light le lijiye, ek switch daba diya, light aa gayi.</w:t>
      </w:r>
    </w:p>
    <w:p>
      <w:pPr>
        <w:jc w:val="right"/>
      </w:pPr>
      <w:r>
        <w:t>اور ہم جو ہیں، ہم کو عادت ہو جاتی ہے ہر چیز ہمارے پاس۔ اب ایک لائٹ، آپ لائٹ لے لیجئے، ایک سوئچ دبا دیا، لائٹ آ گئی۔</w:t>
      </w:r>
    </w:p>
    <w:p>
      <w:r>
        <w:rPr>
          <w:b/>
        </w:rPr>
        <w:t xml:space="preserve">[07:54] </w:t>
      </w:r>
      <w:r>
        <w:t>hum sochte hi nahi ke Allah taala ne kitna zyada</w:t>
      </w:r>
    </w:p>
    <w:p>
      <w:pPr>
        <w:jc w:val="right"/>
      </w:pPr>
      <w:r>
        <w:t>ہم سوچتے ہی نہیں کہ اللہ تعالیٰ نے کتنا زیادہ</w:t>
      </w:r>
    </w:p>
    <w:p>
      <w:r>
        <w:rPr>
          <w:b/>
        </w:rPr>
        <w:t xml:space="preserve">[07:57] </w:t>
      </w:r>
      <w:r>
        <w:t>intezam kiya hua hai is ka. kyun ke har cheez jo scientist invent karta hai ya discover karta hai, to wo jo hai scientist sirf Khuda ki di hui cheezein jo nature mein hain, usi ko discover karta hai.</w:t>
      </w:r>
    </w:p>
    <w:p>
      <w:pPr>
        <w:jc w:val="right"/>
      </w:pPr>
      <w:r>
        <w:t>انتظام کیا ہوا ہے اس کا۔ کیونکہ ہر چیز جو سائنٹسٹ انوینٹ کرتا ہے یا ڈسکور کرتا ہے، تو وہ جو ہے سائنسدان صرف خدا کی دی ہوئی چیزیں جو نیچر میں ہیں، اسی کو ڈسکور کرتا ہے۔</w:t>
      </w:r>
    </w:p>
    <w:p>
      <w:r>
        <w:rPr>
          <w:b/>
        </w:rPr>
        <w:t xml:space="preserve">[08:14] </w:t>
      </w:r>
      <w:r>
        <w:t>wo kaha jata hai wo inventor hai, lekin wo inventor nahi hota, balke wo discoverer hota hai. to har cheez hum ko Allah taala ne de di hai.</w:t>
      </w:r>
    </w:p>
    <w:p>
      <w:pPr>
        <w:jc w:val="right"/>
      </w:pPr>
      <w:r>
        <w:t>وہ کہا جاتا ہے وہ انوینٹر ہے، لیکن وہ انوینٹر نہیں ہوتا، بلکہ وہ ڈسکورر ہوتا ہے۔ تو ہر چیز ہم کو اللہ تعالیٰ نے دے دی ہے۔</w:t>
      </w:r>
    </w:p>
    <w:p>
      <w:r>
        <w:rPr>
          <w:b/>
        </w:rPr>
        <w:t xml:space="preserve">[08:25] </w:t>
      </w:r>
      <w:r>
        <w:t>Allah taala ne kaha hai ke jo kuch tum ne manga, wo hum ne tum ko diya. aur akhirat mein hum ko Khuda ki</w:t>
      </w:r>
    </w:p>
    <w:p>
      <w:pPr>
        <w:jc w:val="right"/>
      </w:pPr>
      <w:r>
        <w:t>اللہ تعالیٰ نے کہا ہے کہ جو کچھ تم نے مانگا، وہ ہم نے تم کو دیا۔ اور آخرت میں ہم کو خدا کی</w:t>
      </w:r>
    </w:p>
    <w:p>
      <w:r>
        <w:rPr>
          <w:b/>
        </w:rPr>
        <w:t xml:space="preserve">[08:33] </w:t>
      </w:r>
      <w:r>
        <w:t>itni zyada nemmat hum ko milegi ke hum jo chahenge, wo humein milega. to yahi sab ghor o fikr karna. chuna ke hum log is qadar duniya mein lage hue hote hain ke hum Khuda ki baaton par ghor o fikr nahi karte, Khuda ki nemmaton par ghor o fikr nahi karte, isi liye hum Khuda ki yaad bhi sahi maano mein nahi kar sakte.</w:t>
      </w:r>
    </w:p>
    <w:p>
      <w:pPr>
        <w:jc w:val="right"/>
      </w:pPr>
      <w:r>
        <w:t>اتنی زیادہ نعمت ہم کو ملے گی کہ ہم جو چاہیں گے، وہ ہمیں ملے گی۔ تو یہی سب غور و فکر کرنا۔ چونکہ ہم لوگ اس قدر دنیا میں لگے ہوئے ہوتے ہیں کہ ہم خدا کی باتوں پر غور و فکر نہیں کرتے، خدا کی نعمتوں پر غور و فکر نہیں کرتے، اسی لیے ہم خدا کی یاد بھی صحیح معنوں میں نہیں کر سکتے۔</w:t>
      </w:r>
    </w:p>
    <w:p>
      <w:r>
        <w:rPr>
          <w:b/>
        </w:rPr>
        <w:t xml:space="preserve">[08:54] </w:t>
      </w:r>
      <w:r>
        <w:t>jab tak ke hum Khuda ki nemmaton par ghor o fikr nahi karenge, hum Khuda ki yaad ka haq nahi ada kar payenge. doctor rajat malhotra poochte hain ke "if people are deprived of material things, then it is because of God's pleasure." aisa log sochte hain: "how to address such</w:t>
      </w:r>
    </w:p>
    <w:p>
      <w:pPr>
        <w:jc w:val="right"/>
      </w:pPr>
      <w:r>
        <w:t>جب تک کہ ہم خدا کی نعمتوں پر غور و فکر نہیں کریں گے، ہم خدا کی یاد کا حق نہیں ادا کر پائیں گے۔ ڈاکٹر رجت ملہوترہ پوچھتے ہیں کہ "اف پیپل آر ڈیپرائیوڈ آف مٹیریل تھنگز، دین اٹ از بیکاز آف گاڈز پلیژر۔" ایسا لوگ سوچتے ہیں: "ہاؤ ٹو ایڈریس سچ</w:t>
      </w:r>
    </w:p>
    <w:p>
      <w:r>
        <w:rPr>
          <w:b/>
        </w:rPr>
        <w:t xml:space="preserve">[09:15] </w:t>
      </w:r>
      <w:r>
        <w:t>people?" mere khayal mein aisa God insaan ko bohat zyada insaan se mohabbat karta hai.</w:t>
      </w:r>
    </w:p>
    <w:p>
      <w:pPr>
        <w:jc w:val="right"/>
      </w:pPr>
      <w:r>
        <w:t>پیپل؟" میرے خیال میں ایسا گاڈ انسان کو بہت زیادہ انسان سے محبت کرتا ہے۔</w:t>
      </w:r>
    </w:p>
    <w:p>
      <w:r>
        <w:rPr>
          <w:b/>
        </w:rPr>
        <w:t xml:space="preserve">[09:24] </w:t>
      </w:r>
      <w:r>
        <w:t>kaha jata hai ke 70 maon se zyada mohabbat karta hai. to aisa nahi ho sakta ke Khuda hum ko jaan boojh kar museebat mein daal de. balke kuch aisi cheezein hoti hain, jaise kuch challenges hote hain jo hamare liye zaroori hote hain.</w:t>
      </w:r>
    </w:p>
    <w:p>
      <w:pPr>
        <w:jc w:val="right"/>
      </w:pPr>
      <w:r>
        <w:t>کہا جاتا ہے کہ 70 ماؤں سے زیادہ محبت کرتا ہے۔ تو ایسا نہیں ہو سکتا کہ خدا ہم کو جان بوجھ کر مصیبت میں ڈال دے۔ بلکہ کچھ ایسی چیزیں ہوتی ہیں، جیسے کچھ چیلنجز ہوتے ہیں جو ہمارے لیے ضروری ہوتے ہیں۔</w:t>
      </w:r>
    </w:p>
    <w:p>
      <w:r>
        <w:rPr>
          <w:b/>
        </w:rPr>
        <w:t xml:space="preserve">[09:39] </w:t>
      </w:r>
      <w:r>
        <w:t>to wo hum, wo hum ko is ko as a challenge lena chahiye. misaal ke taur par, hum ne koi exam diya aur hum fail ho gaye, to wo hamare liye challenge hota hai ke hum aur zyada mehnat karein, aur zyada mehnat karein.</w:t>
      </w:r>
    </w:p>
    <w:p>
      <w:pPr>
        <w:jc w:val="right"/>
      </w:pPr>
      <w:r>
        <w:t>تو وہ ہم، وہ ہم کو اس کو ایز اے چیلنج لینا چاہیے۔ مثال کے طور پر، ہم نے کوئی ایگزام دیا اور ہم فیل ہو گئے، تو وہ ہمارے لیے چیلنج ہوتا ہے کہ ہم اور زیادہ محنت کریں، اور زیادہ محنت کریں۔</w:t>
      </w:r>
    </w:p>
    <w:p>
      <w:r>
        <w:rPr>
          <w:b/>
        </w:rPr>
        <w:t xml:space="preserve">[09:53] </w:t>
      </w:r>
      <w:r>
        <w:t>to ek mere ko ek yaad aata hai ke ek bacha tha jo dasvi mein fail ho gaya.</w:t>
      </w:r>
    </w:p>
    <w:p>
      <w:pPr>
        <w:jc w:val="right"/>
      </w:pPr>
      <w:r>
        <w:t>تو ایک میرے کو ایک یاد آتا ہے کہ ایک بچہ تھا جو دسویں میں فیل ہو گیا۔</w:t>
      </w:r>
    </w:p>
    <w:p>
      <w:r>
        <w:rPr>
          <w:b/>
        </w:rPr>
        <w:t xml:space="preserve">[09:58] </w:t>
      </w:r>
      <w:r>
        <w:t>to us ko itna zyada us ne is ko challenge ke roop mein dekha ke us ne bohat zyada mehnat kar ke poora board mein wo top kiya.</w:t>
      </w:r>
    </w:p>
    <w:p>
      <w:pPr>
        <w:jc w:val="right"/>
      </w:pPr>
      <w:r>
        <w:t>تو اس کو اتنا زیادہ اس نے اس کو چیلنج کے روپ میں دیکھا کہ اس نے بہت زیادہ محنت کر کے پورا بورڈ میں وہ ٹاپ کیا۔</w:t>
      </w:r>
    </w:p>
    <w:p>
      <w:r>
        <w:rPr>
          <w:b/>
        </w:rPr>
        <w:t xml:space="preserve">[10:06] </w:t>
      </w:r>
      <w:r>
        <w:t>us ne to yeh challenge hota hai. aur is challenge ko hum ko yeh bilkul yeh nahi sochna chahiye ke Khuda ki displeasure hai.</w:t>
      </w:r>
    </w:p>
    <w:p>
      <w:pPr>
        <w:jc w:val="right"/>
      </w:pPr>
      <w:r>
        <w:t>اس نے تو یہ چیلنج ہوتا ہے۔ اور اس چیلنج کو ہم کو یہ بالکل یہ نہیں سوچنا چاہیے کہ خدا کی ڈسپلیژر ہے۔</w:t>
      </w:r>
    </w:p>
    <w:p>
      <w:r>
        <w:rPr>
          <w:b/>
        </w:rPr>
        <w:t xml:space="preserve">[10:15] </w:t>
      </w:r>
      <w:r>
        <w:t>agar koi aisi baat bhi hai to Khuda</w:t>
      </w:r>
    </w:p>
    <w:p>
      <w:pPr>
        <w:jc w:val="right"/>
      </w:pPr>
      <w:r>
        <w:t>اگر کوئی ایسی بات بھی ہے تو خدا</w:t>
      </w:r>
    </w:p>
    <w:p>
      <w:r>
        <w:rPr>
          <w:b/>
        </w:rPr>
        <w:t xml:space="preserve">[10:19] </w:t>
      </w:r>
      <w:r>
        <w:t>hum ko ehsaas dilana chahta hai ke hum Khuda rukhi zindagi nahi ikhtiyar kar rahe hain. to hum ko Khuda ko yaad kar ke is duniya mein zindagi guzarni hai.</w:t>
      </w:r>
    </w:p>
    <w:p>
      <w:pPr>
        <w:jc w:val="right"/>
      </w:pPr>
      <w:r>
        <w:t>ہم کو احساس دلانا چاہتا ہے کہ ہم خدا رخی زندگی نہیں اختیار کر رہے ہیں۔ تو ہم کو خدا کو یاد کر کے اس دنیا میں زندگی گزارنی ہے۔</w:t>
      </w:r>
    </w:p>
    <w:p>
      <w:r>
        <w:rPr>
          <w:b/>
        </w:rPr>
        <w:t xml:space="preserve">[10:29] </w:t>
      </w:r>
      <w:r>
        <w:t>kyun ke akhirat mein agar hum Khuda se connection qaim nahi kar paye, Khuda se mohabbat ka taluq qaim nahi kar paye, to Khuda hum ko akhirat mein</w:t>
      </w:r>
    </w:p>
    <w:p>
      <w:pPr>
        <w:jc w:val="right"/>
      </w:pPr>
      <w:r>
        <w:t>کیونکہ آخرت میں اگر ہم خدا سے کنیکشن قائم نہیں کر پائے، خدا سے محبت کا تعلق قائم نہیں کر پائے، تو خدا ہم کو آخرت میں</w:t>
      </w:r>
    </w:p>
    <w:p>
      <w:r>
        <w:rPr>
          <w:b/>
        </w:rPr>
        <w:t xml:space="preserve">[10:39] </w:t>
      </w:r>
      <w:r>
        <w:t>jannat mein jagah nahi dega. aur ab aap, ab aap sochiye ke kitni bari mehroomi hogi insaan ke liye ke jannat, jo ke Khuda ka paros hai, us se mehroom reh jaye.</w:t>
      </w:r>
    </w:p>
    <w:p>
      <w:pPr>
        <w:jc w:val="right"/>
      </w:pPr>
      <w:r>
        <w:t>جنت میں جگہ نہیں دے گا۔ اور اب آپ، اب آپ سوچیے کہ کتنی بڑی محرومی ہوگی انسان کے لیے کہ جنت، جو کہ خدا کا پڑوس ہے، اس سے محروم رہ جائے۔</w:t>
      </w:r>
    </w:p>
    <w:p>
      <w:r>
        <w:rPr>
          <w:b/>
        </w:rPr>
        <w:t xml:space="preserve">[10:49] </w:t>
      </w:r>
      <w:r>
        <w:t>to yeh sab Khuda ki tareeqe hain insaan ko. insaan ke liye yeh sab shock treatment hain. yeh Khuda ka displeasure nahi hai.</w:t>
      </w:r>
    </w:p>
    <w:p>
      <w:pPr>
        <w:jc w:val="right"/>
      </w:pPr>
      <w:r>
        <w:t>تو یہ سب خدا کی طریقے ہیں انسان کو۔ انسان کے لیے یہ سب شاک ٹریٹمنٹ ہیں۔ یہ خدا کا ڈسپلیژر نہیں ہے۔</w:t>
      </w:r>
    </w:p>
    <w:p>
      <w:r>
        <w:rPr>
          <w:b/>
        </w:rPr>
        <w:t xml:space="preserve">[10:58] </w:t>
      </w:r>
      <w:r>
        <w:t>ab agar displeasure hota to</w:t>
      </w:r>
    </w:p>
    <w:p>
      <w:pPr>
        <w:jc w:val="right"/>
      </w:pPr>
      <w:r>
        <w:t>اب اگر ڈسپلیژر ہوتا تو</w:t>
      </w:r>
    </w:p>
    <w:p>
      <w:r>
        <w:rPr>
          <w:b/>
        </w:rPr>
        <w:t xml:space="preserve">[11:00] </w:t>
      </w:r>
      <w:r>
        <w:t>paighambaron ko kyun itni zyada takleefein, itni zyada museebatein aur itni zyada pareshaniyan pari hotin? yeh pareshaniyan insaan ko, insaan ke liye mehmez ka kaam karti hain ke aur zyada mehnat karo, aur zyada Khuda se taluq qaim karo, aur zyada Khuda se rujoo karo.</w:t>
      </w:r>
    </w:p>
    <w:p>
      <w:pPr>
        <w:jc w:val="right"/>
      </w:pPr>
      <w:r>
        <w:t>پیغمبروں کو کیوں اتنی زیادہ تکلیفیں، اتنی زیادہ مصیبتیں اور اتنی زیادہ پریشانیاں پڑی ہوتیں؟ یہ پریشانیاں انسان کو، انسان کے لیے مہمیز کا کام کرتی ہیں کہ اور زیادہ محنت کرو، اور زیادہ خدا سے تعلق قائم کرو، اور زیادہ خدا سے رجوع کرو۔</w:t>
      </w:r>
    </w:p>
    <w:p>
      <w:r>
        <w:rPr>
          <w:b/>
        </w:rPr>
        <w:t xml:space="preserve">[11:17] </w:t>
      </w:r>
      <w:r>
        <w:t>stuti malhotra poochti hain: "please advise, how can we be in communion with God?" always</w:t>
      </w:r>
    </w:p>
    <w:p>
      <w:pPr>
        <w:jc w:val="right"/>
      </w:pPr>
      <w:r>
        <w:t>استوتی ملہوترہ پوچھتی ہیں: "پلیز ایڈوائس، ہاؤ کین وی بی ان کمیونین ود گاڈ؟" الویز</w:t>
      </w:r>
    </w:p>
    <w:p>
      <w:r>
        <w:rPr>
          <w:b/>
        </w:rPr>
        <w:t xml:space="preserve">[11:24] </w:t>
      </w:r>
      <w:r>
        <w:t>Khuda se communion, always to shayad mumkin na ho, lekin zyada tar waqt hum ko Khuda se communion mein rehna chahiye. har baat, jo kuch bhi hum kar rahe hain, jo kuch bhi humein mila hua hai,</w:t>
      </w:r>
    </w:p>
    <w:p>
      <w:pPr>
        <w:jc w:val="right"/>
      </w:pPr>
      <w:r>
        <w:t>خدا سے کمیونین، الویز تو شاید ممکن نہ ہو، لیکن زیادہ تر وقت ہم کو خدا سے کمیونین میں رہنا چاہیے۔ ہر بات، جو کچھ بھی ہم کر رہے ہیں، جو کچھ بھی ہمیں ملا ہوا ہے،</w:t>
      </w:r>
    </w:p>
    <w:p>
      <w:r>
        <w:rPr>
          <w:b/>
        </w:rPr>
        <w:t xml:space="preserve">[11:37] </w:t>
      </w:r>
      <w:r>
        <w:t>jo kuch bhi humein awqaat mile hue hain, wo is sab mein hum Khuda ke reference sochein ke Khuda ki wajah se humein yeh hua hai, Khuda ki wajah se humein yeh hua hai.</w:t>
      </w:r>
    </w:p>
    <w:p>
      <w:pPr>
        <w:jc w:val="right"/>
      </w:pPr>
      <w:r>
        <w:t>جو کچھ بھی ہمیں مواقع ملے ہوئے ہیں، وہ اس سب میں ہم خدا کے ریفرنس سوچیں کہ خدا کی وجہ سے ہمیں یہ ہوا ہے، خدا کی وجہ سے ہمیں یہ ہوا ہے۔</w:t>
      </w:r>
    </w:p>
    <w:p>
      <w:r>
        <w:rPr>
          <w:b/>
        </w:rPr>
        <w:t xml:space="preserve">[11:48] </w:t>
      </w:r>
      <w:r>
        <w:t>Khuda agar hamare, hamari Khuda ki rehmaten agar hamare upar na hotin to hum barbaad ho</w:t>
      </w:r>
    </w:p>
    <w:p>
      <w:pPr>
        <w:jc w:val="right"/>
      </w:pPr>
      <w:r>
        <w:t>خدا اگر ہمارے، ہماری خدا کی رحمتیں اگر ہمارے اوپر نہ ہوتیں تو ہم برباد ہو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