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Expression of Faith (Izhar e Deen) September 1, 2013</w:t>
      </w:r>
    </w:p>
    <w:p>
      <w:r>
        <w:t>https://youtu.be/muBDJ8a_8-0</w:t>
      </w:r>
    </w:p>
    <w:p>
      <w:r>
        <w:rPr>
          <w:b/>
        </w:rPr>
        <w:t xml:space="preserve">[00:14] </w:t>
      </w:r>
      <w:r>
        <w:t>bismillah ir rehman ir rahim.</w:t>
      </w:r>
    </w:p>
    <w:p>
      <w:pPr>
        <w:jc w:val="right"/>
      </w:pPr>
      <w:r>
        <w:t>بسم اللہ الرحمن الرحیم۔</w:t>
      </w:r>
    </w:p>
    <w:p>
      <w:r>
        <w:rPr>
          <w:b/>
        </w:rPr>
        <w:t xml:space="preserve">[00:19] </w:t>
      </w:r>
      <w:r>
        <w:t>rab ishrah li sadri, wa yassir li amri, wah lul uqdata min lisani, yafqahu qawli.</w:t>
      </w:r>
    </w:p>
    <w:p>
      <w:pPr>
        <w:jc w:val="right"/>
      </w:pPr>
      <w:r>
        <w:t>رب اشرح لی صدری، ویسر لی امری، واحل العقدۃ من لسانی، یفقہ قولی۔</w:t>
      </w:r>
    </w:p>
    <w:p>
      <w:r>
        <w:rPr>
          <w:b/>
        </w:rPr>
        <w:t xml:space="preserve">[00:33] </w:t>
      </w:r>
      <w:r>
        <w:t>aaj september 2013 ki pehli tareekh hai.</w:t>
      </w:r>
    </w:p>
    <w:p>
      <w:pPr>
        <w:jc w:val="right"/>
      </w:pPr>
      <w:r>
        <w:t>آج ستمبر 2013 کی پہلی تاریخ ہے۔</w:t>
      </w:r>
    </w:p>
    <w:p>
      <w:r>
        <w:rPr>
          <w:b/>
        </w:rPr>
        <w:t xml:space="preserve">[00:41] </w:t>
      </w:r>
      <w:r>
        <w:t>aaj ka topic hai izhar-e-deen. quran mein aik ayat hai jo teen baar aai hai, teen suraton mein.</w:t>
      </w:r>
    </w:p>
    <w:p>
      <w:pPr>
        <w:jc w:val="right"/>
      </w:pPr>
      <w:r>
        <w:t>آج کا ٹاپک ہے اظہار دین۔ قرآن میں ایک آیت ہے جو تین بار آئی ہے، تین سورتوں میں۔</w:t>
      </w:r>
    </w:p>
    <w:p>
      <w:r>
        <w:rPr>
          <w:b/>
        </w:rPr>
        <w:t xml:space="preserve">[00:59] </w:t>
      </w:r>
      <w:r>
        <w:t>to isi ko le kar aaj kuch baatein arz karna hain. woh ayat yeh hai: huwallazi arsala rasulahu bil huda wa deen il haq</w:t>
      </w:r>
    </w:p>
    <w:p>
      <w:pPr>
        <w:jc w:val="right"/>
      </w:pPr>
      <w:r>
        <w:t>تو اسی کو لے کر آج کچھ باتیں عرض کرنا ہیں۔ وہ آیت یہ ہے: هو الذي أرسل رسوله بالهدى ودين الحق</w:t>
      </w:r>
    </w:p>
    <w:p>
      <w:r>
        <w:rPr>
          <w:b/>
        </w:rPr>
        <w:t xml:space="preserve">[01:13] </w:t>
      </w:r>
      <w:r>
        <w:t>li yuzhirahu alal deeni kullihi,</w:t>
      </w:r>
    </w:p>
    <w:p>
      <w:pPr>
        <w:jc w:val="right"/>
      </w:pPr>
      <w:r>
        <w:t>ليظهره على الدين كله،</w:t>
      </w:r>
    </w:p>
    <w:p>
      <w:r>
        <w:rPr>
          <w:b/>
        </w:rPr>
        <w:t xml:space="preserve">[01:19] </w:t>
      </w:r>
      <w:r>
        <w:t>wa kafa billahi shaheeda.</w:t>
      </w:r>
    </w:p>
    <w:p>
      <w:pPr>
        <w:jc w:val="right"/>
      </w:pPr>
      <w:r>
        <w:t>وكفى بالله شهيدًا.</w:t>
      </w:r>
    </w:p>
    <w:p>
      <w:r>
        <w:rPr>
          <w:b/>
        </w:rPr>
        <w:t xml:space="preserve">[01:26] </w:t>
      </w:r>
      <w:r>
        <w:t>allah ne apne rasool ko bheja hai is liye,</w:t>
      </w:r>
    </w:p>
    <w:p>
      <w:pPr>
        <w:jc w:val="right"/>
      </w:pPr>
      <w:r>
        <w:t>اللہ نے اپنے رسول کو بھیجا ہے اس لیے،</w:t>
      </w:r>
    </w:p>
    <w:p>
      <w:r>
        <w:rPr>
          <w:b/>
        </w:rPr>
        <w:t xml:space="preserve">[01:35] </w:t>
      </w:r>
      <w:r>
        <w:t>allah ne apne rasool ko bheja hai hidayat aur deen-e-haq ke sath,</w:t>
      </w:r>
    </w:p>
    <w:p>
      <w:pPr>
        <w:jc w:val="right"/>
      </w:pPr>
      <w:r>
        <w:t>اللہ نے اپنے رسول کو بھیجا ہے ہدایت اور دین حق کے ساتھ،</w:t>
      </w:r>
    </w:p>
    <w:p>
      <w:r>
        <w:rPr>
          <w:b/>
        </w:rPr>
        <w:t xml:space="preserve">[01:45] </w:t>
      </w:r>
      <w:r>
        <w:t>taake woh is ko tamam deenon par ghalib kar de.</w:t>
      </w:r>
    </w:p>
    <w:p>
      <w:pPr>
        <w:jc w:val="right"/>
      </w:pPr>
      <w:r>
        <w:t>تاکہ وہ اس کو تمام دینوں پر غالب کر دے۔</w:t>
      </w:r>
    </w:p>
    <w:p>
      <w:r>
        <w:rPr>
          <w:b/>
        </w:rPr>
        <w:t xml:space="preserve">[01:53] </w:t>
      </w:r>
      <w:r>
        <w:t>yeh ayat bohat hi ahem hai, lekin tafseeron mein is ka matlab wazeh nahin.</w:t>
      </w:r>
    </w:p>
    <w:p>
      <w:pPr>
        <w:jc w:val="right"/>
      </w:pPr>
      <w:r>
        <w:t>یہ آیت بہت ہی اہم ہے، لیکن تفسیروں میں اس کا مطلب واضح نہیں۔</w:t>
      </w:r>
    </w:p>
    <w:p>
      <w:r>
        <w:rPr>
          <w:b/>
        </w:rPr>
        <w:t xml:space="preserve">[02:04] </w:t>
      </w:r>
      <w:r>
        <w:t>yeh jo farmaya ke so that</w:t>
      </w:r>
    </w:p>
    <w:p>
      <w:pPr>
        <w:jc w:val="right"/>
      </w:pPr>
      <w:r>
        <w:t>یہ جو فرمایا کہ so that</w:t>
      </w:r>
    </w:p>
    <w:p>
      <w:r>
        <w:rPr>
          <w:b/>
        </w:rPr>
        <w:t xml:space="preserve">[02:11] </w:t>
      </w:r>
      <w:r>
        <w:t>true religion of God may prevail over all other religions. To is ko logon ne politicize kar liya.</w:t>
      </w:r>
    </w:p>
    <w:p>
      <w:pPr>
        <w:jc w:val="right"/>
      </w:pPr>
      <w:r>
        <w:t>true religion of God may prevail over all other religions تو اس کو لوگوں نے پولیٹیسائز کر لیا۔</w:t>
      </w:r>
    </w:p>
    <w:p>
      <w:r>
        <w:rPr>
          <w:b/>
        </w:rPr>
        <w:t xml:space="preserve">[02:22] </w:t>
      </w:r>
      <w:r>
        <w:t>is ka matlab yeh samajh liya ke hukoomat qaim karna is se murad hai.</w:t>
      </w:r>
    </w:p>
    <w:p>
      <w:pPr>
        <w:jc w:val="right"/>
      </w:pPr>
      <w:r>
        <w:t>اس کا مطلب یہ سمجھ لیا کہ حکومت قائم کرنا اس سے مراد ہے۔</w:t>
      </w:r>
    </w:p>
    <w:p>
      <w:r>
        <w:rPr>
          <w:b/>
        </w:rPr>
        <w:t xml:space="preserve">[02:29] </w:t>
      </w:r>
      <w:r>
        <w:t>is liye is ka sara mafhoom logon ki nazar se ojhal reh gaya. hukoomat kya hai? hukoomat to bohat hi choti si cheez hai.</w:t>
      </w:r>
    </w:p>
    <w:p>
      <w:pPr>
        <w:jc w:val="right"/>
      </w:pPr>
      <w:r>
        <w:t>اس لیے اس کا سارا مفہوم لوگوں کی نظر سے اوجھل رہ گیا۔ حکومت کیا ہے؟ حکومت تو بہت ہی چھوٹی سی چیز ہے۔</w:t>
      </w:r>
    </w:p>
    <w:p>
      <w:r>
        <w:rPr>
          <w:b/>
        </w:rPr>
        <w:t xml:space="preserve">[02:40] </w:t>
      </w:r>
      <w:r>
        <w:t>main yeh kahunga ke islami hukoomat koi cheez nahin. Islamic government is nothing. is ka saboot yeh hai ke sare quran mein aur sari hadith mein islami hukoomat ka lafz kahin nahin maujood hai.</w:t>
      </w:r>
    </w:p>
    <w:p>
      <w:pPr>
        <w:jc w:val="right"/>
      </w:pPr>
      <w:r>
        <w:t>میں یہ کہوں گا کہ اسلامی حکومت کوئی چیز نہیں۔ Islamic government is nothing. اس کا ثبوت یہ ہے کہ سارے قرآن میں اور ساری حدیث میں اسلامی حکومت کا لفظ کہیں نہیں موجود ہے۔</w:t>
      </w:r>
    </w:p>
    <w:p>
      <w:r>
        <w:rPr>
          <w:b/>
        </w:rPr>
        <w:t xml:space="preserve">[02:57] </w:t>
      </w:r>
      <w:r>
        <w:t>kahin aap nahin bata sakte koi ayat ya hadith jis mein al hukumatul islamia ka lafz istemal hua ho. yeh lafz hi quran mein alien hai.</w:t>
      </w:r>
    </w:p>
    <w:p>
      <w:pPr>
        <w:jc w:val="right"/>
      </w:pPr>
      <w:r>
        <w:t>کہیں آپ نہیں بتا سکتے کوئی آیت یا حدیث جس میں الحکومت الاسلامیہ کا لفظ استعمال ہوا ہو۔ یہ لفظ ہی قرآن میں alien ہے۔</w:t>
      </w:r>
    </w:p>
    <w:p>
      <w:r>
        <w:rPr>
          <w:b/>
        </w:rPr>
        <w:t xml:space="preserve">[03:09] </w:t>
      </w:r>
      <w:r>
        <w:t>kyun? hukoomat afraad ko, insan ko hoti hai, islam ko nahin hoti. is liye dekhiye quran mein zikr hai jahan mislan Hazrat Dawood ka zikr</w:t>
      </w:r>
    </w:p>
    <w:p>
      <w:pPr>
        <w:jc w:val="right"/>
      </w:pPr>
      <w:r>
        <w:t>کیوں؟ حکومت افراد کو، انسان کو ہوتی ہے، اسلام کو نہیں ہوتی۔ اس لیے دیکھیں قرآن میں ذکر ہے جہاں مثلاً حضرت داؤد کا ذکر</w:t>
      </w:r>
    </w:p>
    <w:p>
      <w:r>
        <w:rPr>
          <w:b/>
        </w:rPr>
        <w:t xml:space="preserve">[03:22] </w:t>
      </w:r>
      <w:r>
        <w:t>hai to wahan yeh hai ke Dawood ko hum ne diya hukoomat. Hazrat Yusuf ka zikr hai to wahan bhi yeh hai ke hum ne Yusuf ko diya hukoomat.</w:t>
      </w:r>
    </w:p>
    <w:p>
      <w:pPr>
        <w:jc w:val="right"/>
      </w:pPr>
      <w:r>
        <w:t>ہے تو وہاں یہ ہے کہ داؤد کو ہم نے دیا حکومت۔ حضرت یوسف کا ذکر ہے تو وہاں بھی یہ ہے کہ ہم نے یوسف کو دیا حکومت۔</w:t>
      </w:r>
    </w:p>
    <w:p>
      <w:r>
        <w:rPr>
          <w:b/>
        </w:rPr>
        <w:t xml:space="preserve">[03:31] </w:t>
      </w:r>
      <w:r>
        <w:t>yeh nahin hai kahin ke islam ki hukoomat qaim ki.</w:t>
      </w:r>
    </w:p>
    <w:p>
      <w:pPr>
        <w:jc w:val="right"/>
      </w:pPr>
      <w:r>
        <w:t>یہ نہیں ہے کہیں کہ اسلام کی حکومت قائم کی۔</w:t>
      </w:r>
    </w:p>
    <w:p>
      <w:r>
        <w:rPr>
          <w:b/>
        </w:rPr>
        <w:t xml:space="preserve">[03:38] </w:t>
      </w:r>
      <w:r>
        <w:t>aise hi ahl-e-iman ke bare mein dekhiye allazina makkannahu fil arz</w:t>
      </w:r>
    </w:p>
    <w:p>
      <w:pPr>
        <w:jc w:val="right"/>
      </w:pPr>
      <w:r>
        <w:t>ایسے ہی اہل ایمان کے بارے میں دیکھیے الذین مکنہ فی اللرز</w:t>
      </w:r>
    </w:p>
    <w:p>
      <w:r>
        <w:rPr>
          <w:b/>
        </w:rPr>
        <w:t xml:space="preserve">[03:47] </w:t>
      </w:r>
      <w:r>
        <w:t>wa adallahu allazina amanu wa amilussalihati la yashkurun. to har jagah hukoomat ko joda hai insan se, islam se nahin.</w:t>
      </w:r>
    </w:p>
    <w:p>
      <w:pPr>
        <w:jc w:val="right"/>
      </w:pPr>
      <w:r>
        <w:t>وعد اللہ الذین آمنوا وامرستہ فی اللرز تو ہر جگہ حکومت کو جوڑا ہے انسان سے، اسلام سے نہیں۔</w:t>
      </w:r>
    </w:p>
    <w:p>
      <w:r>
        <w:rPr>
          <w:b/>
        </w:rPr>
        <w:t xml:space="preserve">[03:59] </w:t>
      </w:r>
      <w:r>
        <w:t>to islam mein hukoomat ka tasawwur bilkul be buniyad hai. yeh yeh mubtadiyana concept hai.</w:t>
      </w:r>
    </w:p>
    <w:p>
      <w:pPr>
        <w:jc w:val="right"/>
      </w:pPr>
      <w:r>
        <w:t>تو اسلام میں حکومت کا تصور بالکل بے بنیاد ہے۔ یہ یہ مبتدیانہ کانسیپٹ ہے۔</w:t>
      </w:r>
    </w:p>
    <w:p>
      <w:r>
        <w:rPr>
          <w:b/>
        </w:rPr>
        <w:t xml:space="preserve">[04:09] </w:t>
      </w:r>
      <w:r>
        <w:t>dekhiye jitni bhi hukoomaten qaim hui hain, sab haqeeqat mein dynasty theen. dynasty</w:t>
      </w:r>
    </w:p>
    <w:p>
      <w:pPr>
        <w:jc w:val="right"/>
      </w:pPr>
      <w:r>
        <w:t>دیکھیں جتنی بھی حکومتیں قائم ہوئی ہیں، سب حقیقت میں ڈائنسٹی تھیں۔ ڈائنسٹی</w:t>
      </w:r>
    </w:p>
    <w:p>
      <w:r>
        <w:rPr>
          <w:b/>
        </w:rPr>
        <w:t xml:space="preserve">[04:15] </w:t>
      </w:r>
      <w:r>
        <w:t>yani kisi khandan, koi khandan rule karta raha. islam to aik ideology hai. woh hukoomat kaise karega?</w:t>
      </w:r>
    </w:p>
    <w:p>
      <w:pPr>
        <w:jc w:val="right"/>
      </w:pPr>
      <w:r>
        <w:t>یعنی کسی خاندان، کوئی خاندان رول کرتا رہا۔ اسلام تو ایک آئیڈیالوجی ہے۔ وہ حکومت کیسے کرے گا؟</w:t>
      </w:r>
    </w:p>
    <w:p>
      <w:r>
        <w:rPr>
          <w:b/>
        </w:rPr>
        <w:t xml:space="preserve">[04:23] </w:t>
      </w:r>
      <w:r>
        <w:t>kya takht par ja ke baithe ga? takht par jo baithta hai, woh insaan hota hai. to hukoomaten jitni bhi hain, woh sab insaan ki hoti hain.</w:t>
      </w:r>
    </w:p>
    <w:p>
      <w:pPr>
        <w:jc w:val="right"/>
      </w:pPr>
      <w:r>
        <w:t>کیا تخت پر جا کے بیٹھے گا؟ تخت پر جو بیٹھتا ہے، وہ انسان ہوتا ہے۔ تو حکومتیں جتنی بھی ہیں، وہ سب انسان کی ہوتی ہیں۔</w:t>
      </w:r>
    </w:p>
    <w:p>
      <w:r>
        <w:rPr>
          <w:b/>
        </w:rPr>
        <w:t xml:space="preserve">[04:36] </w:t>
      </w:r>
      <w:r>
        <w:t>aur islam ki poori tareekh mein dynasty rule karti rahi hai.</w:t>
      </w:r>
    </w:p>
    <w:p>
      <w:pPr>
        <w:jc w:val="right"/>
      </w:pPr>
      <w:r>
        <w:t>اور اسلام کی پوری تاریخ میں ڈائنسٹی رول کرتی رہی ہے۔</w:t>
      </w:r>
    </w:p>
    <w:p>
      <w:r>
        <w:rPr>
          <w:b/>
        </w:rPr>
        <w:t xml:space="preserve">[04:44] </w:t>
      </w:r>
      <w:r>
        <w:t>umaiya dynasty, abbasi dynasty, mughal dynasty, turkish dynasty, yeh sab insani hukoomaten theen.</w:t>
      </w:r>
    </w:p>
    <w:p>
      <w:pPr>
        <w:jc w:val="right"/>
      </w:pPr>
      <w:r>
        <w:t>امیہ ڈائنسٹی، عباسی ڈائنسٹی، مغل ڈائنسٹی، ٹرکش ڈائنسٹی، یہ سب انسانی حکومتیں تھیں۔</w:t>
      </w:r>
    </w:p>
    <w:p>
      <w:r>
        <w:rPr>
          <w:b/>
        </w:rPr>
        <w:t xml:space="preserve">[04:54] </w:t>
      </w:r>
      <w:r>
        <w:t>to islam mein hukoomat koi cheez nahi hai. to is aayat mein yeh nikalna ke islam mein hukoomat qaim karo, yeh bilkul hi baseless baat hai.</w:t>
      </w:r>
    </w:p>
    <w:p>
      <w:pPr>
        <w:jc w:val="right"/>
      </w:pPr>
      <w:r>
        <w:t>تو اسلام میں حکومت کوئی چیز نہیں ہے۔ تو اس آیت میں یہ نکالنا کہ اسلام میں حکومت قائم کرو، یہ بالکل ہی بیسلیس بات ہے۔</w:t>
      </w:r>
    </w:p>
    <w:p>
      <w:r>
        <w:rPr>
          <w:b/>
        </w:rPr>
        <w:t xml:space="preserve">[05:08] </w:t>
      </w:r>
      <w:r>
        <w:t>dekhen is ka bohat bara nuqsan hua hai.</w:t>
      </w:r>
    </w:p>
    <w:p>
      <w:pPr>
        <w:jc w:val="right"/>
      </w:pPr>
      <w:r>
        <w:t>دیکھیں اس کا بہت بڑا نقصان ہوا ہے۔</w:t>
      </w:r>
    </w:p>
    <w:p>
      <w:r>
        <w:rPr>
          <w:b/>
        </w:rPr>
        <w:t xml:space="preserve">[05:11] </w:t>
      </w:r>
      <w:r>
        <w:t>woh yeh ke logon ki nazar mein sab se bari cheez ban gayi hukoomat, jo insaan ke hath mein hoti hai. to insaan bari cheez ban gaye.</w:t>
      </w:r>
    </w:p>
    <w:p>
      <w:pPr>
        <w:jc w:val="right"/>
      </w:pPr>
      <w:r>
        <w:t>وہ یہ کہ لوگوں کی نظر میں سب سے بڑی چیز بن گئی حکومت، جو انسان کے ہاتھ میں ہوتی ہے۔ تو انسان بڑی چیز بن گئے۔</w:t>
      </w:r>
    </w:p>
    <w:p>
      <w:r>
        <w:rPr>
          <w:b/>
        </w:rPr>
        <w:t xml:space="preserve">[05:22] </w:t>
      </w:r>
      <w:r>
        <w:t>insani tareekh bari cheez ban gayi. aur Allah ki glory, Allah ki azmat ojhal ho gayi. poori tareekh mein aap dekhiye, insaan ki azmat ki dastaan'en khoob bayan ki gayi hain.</w:t>
      </w:r>
    </w:p>
    <w:p>
      <w:pPr>
        <w:jc w:val="right"/>
      </w:pPr>
      <w:r>
        <w:t>انسانی تاریخ بڑی چیز بن گئی۔ اور اللہ کی گلوری، اللہ کی عظمت اوجھل ہو گئی۔ پوری تاریخ میں آپ دیکھیے، انسان کی عظمت کی داستانیں خوب بیان کی گئی ہیں۔</w:t>
      </w:r>
    </w:p>
    <w:p>
      <w:r>
        <w:rPr>
          <w:b/>
        </w:rPr>
        <w:t xml:space="preserve">[05:35] </w:t>
      </w:r>
      <w:r>
        <w:t>bohat ziyada. natiya qaseeda khwani bohat taraqqi hui is ki. madkhwani bohat taraqqi hui is ki.</w:t>
      </w:r>
    </w:p>
    <w:p>
      <w:pPr>
        <w:jc w:val="right"/>
      </w:pPr>
      <w:r>
        <w:t>بہت زیادہ۔ ناطیہ قصیدہ خوانی بہت ترقی ہوئی اس کی۔ مدخوانی بہت ترقی ہوئی اس کی۔</w:t>
      </w:r>
    </w:p>
    <w:p>
      <w:r>
        <w:rPr>
          <w:b/>
        </w:rPr>
        <w:t xml:space="preserve">[05:44] </w:t>
      </w:r>
      <w:r>
        <w:t>badshahon ki qaseede bohat taraqqi hui is ki. to insaan ko le kar, insaan ko le kar logon mein glory ka jo concept hai, woh insaan ko le kar aaya.</w:t>
      </w:r>
    </w:p>
    <w:p>
      <w:pPr>
        <w:jc w:val="right"/>
      </w:pPr>
      <w:r>
        <w:t>بادشاہوں کی قصیدے بہت ترقی ہوئی اس کی۔ تو انسان کو لے کر، انسان کو لے کر لوگوں میں گلوری کا جو کانسیپٹ ہے، وہ انسان کو لے کر آیا۔</w:t>
      </w:r>
    </w:p>
    <w:p>
      <w:r>
        <w:rPr>
          <w:b/>
        </w:rPr>
        <w:t xml:space="preserve">[05:59] </w:t>
      </w:r>
      <w:r>
        <w:t>Allah ko le kar nahi aaya.</w:t>
      </w:r>
    </w:p>
    <w:p>
      <w:pPr>
        <w:jc w:val="right"/>
      </w:pPr>
      <w:r>
        <w:t>اللہ کو لے کر نہیں آیا۔</w:t>
      </w:r>
    </w:p>
    <w:p>
      <w:r>
        <w:rPr>
          <w:b/>
        </w:rPr>
        <w:t xml:space="preserve">[06:01] </w:t>
      </w:r>
      <w:r>
        <w:t>is liye poori tareekh mein aap dekhiye, Allah ki glory par koi khaas qabil zikr kitaab hi nahi. to dekhen is aayat mein is ka koi talluq politics se nahi hai, hukoomat se nahi hai.</w:t>
      </w:r>
    </w:p>
    <w:p>
      <w:pPr>
        <w:jc w:val="right"/>
      </w:pPr>
      <w:r>
        <w:t>اس لیے پوری تاریخ میں آپ دیکھیے، اللہ کی گلوری پر کوئی خاص قابل ذکر کتاب ہی نہیں۔ تو دیکھیں اس آیت میں اس کا کوئی تعلق پولیٹکس سے نہیں ہے، حکومت سے نہیں ہے۔</w:t>
      </w:r>
    </w:p>
    <w:p>
      <w:r>
        <w:rPr>
          <w:b/>
        </w:rPr>
        <w:t xml:space="preserve">[06:16] </w:t>
      </w:r>
      <w:r>
        <w:t>yeh purely ideology ki baat hai. yaani jo izhaar deen ki baat hai, woh in terms of ideology hai. yaani jo ideology hai Khuda ki, us ko ghalib kar de,</w:t>
      </w:r>
    </w:p>
    <w:p>
      <w:pPr>
        <w:jc w:val="right"/>
      </w:pPr>
      <w:r>
        <w:t>یہ پیورلی آئیڈیالوجی کی بات ہے۔ یعنی جو اظہار دین کی بات ہے، وہ ان ٹرمز آف آئیڈیالوجی ہے۔ یعنی جو آئیڈیالوجی ہے خدا کی، اس کو غالب کر دے،</w:t>
      </w:r>
    </w:p>
    <w:p>
      <w:r>
        <w:rPr>
          <w:b/>
        </w:rPr>
        <w:t xml:space="preserve">[06:31] </w:t>
      </w:r>
      <w:r>
        <w:t>na ke koi hukoomat.</w:t>
      </w:r>
    </w:p>
    <w:p>
      <w:pPr>
        <w:jc w:val="right"/>
      </w:pPr>
      <w:r>
        <w:t>نہ کہ کوئی حکومت۔</w:t>
      </w:r>
    </w:p>
    <w:p>
      <w:r>
        <w:rPr>
          <w:b/>
        </w:rPr>
        <w:t xml:space="preserve">[06:37] </w:t>
      </w:r>
      <w:r>
        <w:t>na ke koi hukoomat. hukoomat, hukoomat ke ma'ne mein lene ka ma'ne aap ko is ko reduce kar rahe hain, is ke is ko kamtar ma'ne mein le rahe hain, is ko ghata rahe hain.</w:t>
      </w:r>
    </w:p>
    <w:p>
      <w:pPr>
        <w:jc w:val="right"/>
      </w:pPr>
      <w:r>
        <w:t>نہ کہ کوئی حکومت۔ حکومت، حکومت کے معنی میں لینے کا معنی آپ کو اس کو ریڈیوس کر رہے ہیں، اس کے اس کو کمتر معنی میں لے رہے ہیں، اس کو گھٹا رہے ہیں۔</w:t>
      </w:r>
    </w:p>
    <w:p>
      <w:r>
        <w:rPr>
          <w:b/>
        </w:rPr>
        <w:t xml:space="preserve">[06:49] </w:t>
      </w:r>
      <w:r>
        <w:t>is ko sochte hue mujhe ek ajeeb si baat mere zehen mein aayi ke Quran mein hai ke jannat ke bare mein sabiqu ila maghfiratin mir rabbikum wa jannatin al-samawati wal ard yani daudo jannat ki taraf, jis ke jis ka campus poora zameen o aasman hai.</w:t>
      </w:r>
    </w:p>
    <w:p>
      <w:pPr>
        <w:jc w:val="right"/>
      </w:pPr>
      <w:r>
        <w:t>اس کو سوچتے ہوئے مجھے ایک عجیب سی بات میرے ذہن میں آئی کہ قرآن میں ہے کہ جنت کے بارے میں سابقوا الی مغفرۃ من ربکم وجنت السماوات والارض یعنی دوڑو جنت کی طرف، جس کے جس کا کیمپس پورا زمین و آسمان ہے۔</w:t>
      </w:r>
    </w:p>
    <w:p>
      <w:r>
        <w:rPr>
          <w:b/>
        </w:rPr>
        <w:t xml:space="preserve">[07:17] </w:t>
      </w:r>
      <w:r>
        <w:t>yaani universal campus hai is ka. kaisi ajeeb baat hai ke jannat ek aisi cheez hai, jis ka campus poori universe hai. to farmaya ke lamas li hadha fal ya'mal al-a'milun yeh hai woh cheez jis ke liye daudne wale daudein, amal karne wale amal karein.</w:t>
      </w:r>
    </w:p>
    <w:p>
      <w:pPr>
        <w:jc w:val="right"/>
      </w:pPr>
      <w:r>
        <w:t>یعنی یونیورسل کیمپس ہے اس کا۔ کیسی عجیب بات ہے کہ جنت ایک ایسی چیز ہے، جس کا کیمپس پوری یونیورس ہے۔ تو فرمایا کہ لمس لہذا فلیعمل العاملون یہ ہے وہ چیز جس کے لیے دوڑنے والے دوڑیں، عمل کرنے والے عمل کریں۔</w:t>
      </w:r>
    </w:p>
    <w:p>
      <w:r>
        <w:rPr>
          <w:b/>
        </w:rPr>
        <w:t xml:space="preserve">[07:37] </w:t>
      </w:r>
      <w:r>
        <w:t>to maine socha ke jis jannat ka tasawwur abhi mujhe ma'ne mein hai, bas hoorein hain aur meway hain aur chidiyon ke</w:t>
      </w:r>
    </w:p>
    <w:p>
      <w:pPr>
        <w:jc w:val="right"/>
      </w:pPr>
      <w:r>
        <w:t>تو میں نے سوچا کہ جس جنت کا تصور ابھی مجھے معنی میں ہے، بس حوریں ہیں اور میوے ہیں اور چڑیوں کے</w:t>
      </w:r>
    </w:p>
    <w:p>
      <w:r>
        <w:rPr>
          <w:b/>
        </w:rPr>
        <w:t xml:space="preserve">[07:45] </w:t>
      </w:r>
      <w:r>
        <w:t>gosht hain. tayyib, is ke liye itne alfaaz aayenge. yeh jo alfaaz itne zabardast hain, woh isi jannat ke liye ho sakte hain.</w:t>
      </w:r>
    </w:p>
    <w:p>
      <w:pPr>
        <w:jc w:val="right"/>
      </w:pPr>
      <w:r>
        <w:t>گوشت ہیں۔ طیب، اس کے لیے اتنے الفاظ آئیں گے۔ یہ جو الفاظ اتنے زبردست ہیں، وہ اسی جنت کے لیے ہو سکتے ہیں۔</w:t>
      </w:r>
    </w:p>
    <w:p>
      <w:r>
        <w:rPr>
          <w:b/>
        </w:rPr>
        <w:t xml:space="preserve">[07:55] </w:t>
      </w:r>
      <w:r>
        <w:t>to maine socha ke jannat is se bohat ziyada azeem hai, jo logon ne samajh samajh rakha hai. jannat dekhiye kya hai?</w:t>
      </w:r>
    </w:p>
    <w:p>
      <w:pPr>
        <w:jc w:val="right"/>
      </w:pPr>
      <w:r>
        <w:t>تو میں نے سوچا کہ جنت اس سے بہت زیادہ عظیم ہے، جو لوگوں نے سمجھ سمجھ رکھا ہے۔ جنت دیکھیے کیا ہے؟</w:t>
      </w:r>
    </w:p>
    <w:p>
      <w:r>
        <w:rPr>
          <w:b/>
        </w:rPr>
        <w:t xml:space="preserve">[08:06] </w:t>
      </w:r>
      <w:r>
        <w:t>jannat ghayb ka parda hatne ka naam hai.</w:t>
      </w:r>
    </w:p>
    <w:p>
      <w:pPr>
        <w:jc w:val="right"/>
      </w:pPr>
      <w:r>
        <w:t>جنت غیب کا پردہ ہٹنے کا نام ہے۔</w:t>
      </w:r>
    </w:p>
    <w:p>
      <w:r>
        <w:rPr>
          <w:b/>
        </w:rPr>
        <w:t xml:space="preserve">[08:12] </w:t>
      </w:r>
      <w:r>
        <w:t>abhi hum jo dunya mein hain, to hamare upar ghayb ka parda hai. jo haqeeqat a'la hai, hum se bartar jo haqeeqat hai, beyond space and time jo haqeeqat hai, us se hum bekhabar hain.</w:t>
      </w:r>
    </w:p>
    <w:p>
      <w:pPr>
        <w:jc w:val="right"/>
      </w:pPr>
      <w:r>
        <w:t>ابھی ہم جو دنیا میں ہیں، تو ہمارے اوپر غیب کا پردہ ہے۔ جو حقیقت اعلیٰ ہے، ہم سے برتر جو حقیقت ہے، بیان اسٹیپ سپیس اینڈ ٹائم جو حقیقت ہے، اس سے ہم بے خبر ہیں۔</w:t>
      </w:r>
    </w:p>
    <w:p>
      <w:r>
        <w:rPr>
          <w:b/>
        </w:rPr>
        <w:t xml:space="preserve">[08:27] </w:t>
      </w:r>
      <w:r>
        <w:t>to qayamat ke baad kya hoga? yawma yukshafu 'an saq yani parda hata diya jayega.</w:t>
      </w:r>
    </w:p>
    <w:p>
      <w:pPr>
        <w:jc w:val="right"/>
      </w:pPr>
      <w:r>
        <w:t>تو قیامت کے بعد کیا ہوگا؟ یوم یکشف انساق یعنی پردہ ہٹا دیا جائے گا۔</w:t>
      </w:r>
    </w:p>
    <w:p>
      <w:r>
        <w:rPr>
          <w:b/>
        </w:rPr>
        <w:t xml:space="preserve">[08:36] </w:t>
      </w:r>
      <w:r>
        <w:t>saari haqeeqaten saamne hongi.</w:t>
      </w:r>
    </w:p>
    <w:p>
      <w:pPr>
        <w:jc w:val="right"/>
      </w:pPr>
      <w:r>
        <w:t>ساری حقیقتیں سامنے ہوں گی۔</w:t>
      </w:r>
    </w:p>
    <w:p>
      <w:r>
        <w:rPr>
          <w:b/>
        </w:rPr>
        <w:t xml:space="preserve">[08:41] </w:t>
      </w:r>
      <w:r>
        <w:t>to maine socha ke woh woh kya hoga? to ajeeb baatein zehen mein aayin. woh ek aisi dunya hogi, jis mein aap poori human history ko dekh sakenge.</w:t>
      </w:r>
    </w:p>
    <w:p>
      <w:pPr>
        <w:jc w:val="right"/>
      </w:pPr>
      <w:r>
        <w:t>تو میں نے سوچا کہ وہ وہ کیا ہوگا؟ تو عجیب باتیں ذہن میں آئیں۔ وہ ایک ایسی دنیا ہوگی، جس میں آپ پوری ہیومن ہسٹری کو دیکھ سکیں گے۔</w:t>
      </w:r>
    </w:p>
    <w:p>
      <w:r>
        <w:rPr>
          <w:b/>
        </w:rPr>
        <w:t xml:space="preserve">[08:56] </w:t>
      </w:r>
      <w:r>
        <w:t>poori poori human history se aap waqif ho sakenge. woh aisi dunya hogi, jahan aap 13 billion saal ke andar jo development hua hai kainaat ka, us se aap ba-khabar ho sakenge.</w:t>
      </w:r>
    </w:p>
    <w:p>
      <w:pPr>
        <w:jc w:val="right"/>
      </w:pPr>
      <w:r>
        <w:t>پوری پوری ہیومن ہسٹری سے آپ واقف ہو سکیں گے۔ وہ ایسی دنیا ہوگی، جہاں آپ 13 بلین سال کے اندر جو ڈیولپمنٹ ہوا ہے کائنات کا، اس سے آپ باخبر ہو سکیں گے۔</w:t>
      </w:r>
    </w:p>
    <w:p>
      <w:r>
        <w:rPr>
          <w:b/>
        </w:rPr>
        <w:t xml:space="preserve">[09:12] </w:t>
      </w:r>
      <w:r>
        <w:t>woh aisi dunya hai, jahan aap peghambaron ki tareekh ko dekhenge. kaisay kaisay peghambar aaye aur kya kya hua. wahan woh cheez, jis ko kaha gaya hai Quran majeed mein ke aaya ali Allah o kalmat Allah woh khul jaye ga wahan par.</w:t>
      </w:r>
    </w:p>
    <w:p>
      <w:pPr>
        <w:jc w:val="right"/>
      </w:pPr>
      <w:r>
        <w:t>وہ ایسی دنیا ہے، جہاں آپ پیغمبروں کی تاریخ کو دیکھیں گے۔ کیسے کیسے پیغمبر آئے اور کیا کیا ہوا۔ وہاں وہ چیز، جس کو کہا گیا ہے قرآن مجید میں کہ آیا علی اللہ و کلمات اللہ وہ کھل جائے گا وہاں پر۔</w:t>
      </w:r>
    </w:p>
    <w:p>
      <w:r>
        <w:rPr>
          <w:b/>
        </w:rPr>
        <w:t xml:space="preserve">[09:29] </w:t>
      </w:r>
      <w:r>
        <w:t>unfold hoga.</w:t>
      </w:r>
    </w:p>
    <w:p>
      <w:pPr>
        <w:jc w:val="right"/>
      </w:pPr>
      <w:r>
        <w:t>ان فولڈ ہوگا۔</w:t>
      </w:r>
    </w:p>
    <w:p>
      <w:r>
        <w:rPr>
          <w:b/>
        </w:rPr>
        <w:t xml:space="preserve">[09:33] </w:t>
      </w:r>
      <w:r>
        <w:t>kesi ajeeb baat hai. woh dunya hogi, jahan woh woh hasti aap ki aankhon ke samnay aa jaye gi, jis ne tarraqi kainat ko banaya hai.</w:t>
      </w:r>
    </w:p>
    <w:p>
      <w:pPr>
        <w:jc w:val="right"/>
      </w:pPr>
      <w:r>
        <w:t>کیسی عجیب بات ہے۔ وہ دنیا ہوگی، جہاں وہ وہ ہستی آپ کی آنکھوں کے سامنے آ جائے گی، جس نے ترقی کائنات کو بنایا ہے۔</w:t>
      </w:r>
    </w:p>
    <w:p>
      <w:r>
        <w:rPr>
          <w:b/>
        </w:rPr>
        <w:t xml:space="preserve">[09:44] </w:t>
      </w:r>
      <w:r>
        <w:t>ghor kijiye, kainat itni bari hai ke koi bari se bari telescope bhi abhi tak daryaft nahi kar saki, kitni bari hai woh.</w:t>
      </w:r>
    </w:p>
    <w:p>
      <w:pPr>
        <w:jc w:val="right"/>
      </w:pPr>
      <w:r>
        <w:t>غور کیجیے، کائنات اتنی بڑی ہے کہ کوئی بڑی سے بڑی ٹیلیسکوپ بھی ابھی تک دریافت نہیں کر سکی، کتنی بڑی ہے وہ۔</w:t>
      </w:r>
    </w:p>
    <w:p>
      <w:r>
        <w:rPr>
          <w:b/>
        </w:rPr>
        <w:t xml:space="preserve">[09:57] </w:t>
      </w:r>
      <w:r>
        <w:t>jis hasti ne is kainat ko banaya hai, woh woh samnay aa jaye ga. farishtay samnay aa jayenge, jo sari kainat mein phailay hue hain.</w:t>
      </w:r>
    </w:p>
    <w:p>
      <w:pPr>
        <w:jc w:val="right"/>
      </w:pPr>
      <w:r>
        <w:t>جس ہستی نے اس کائنات کو بنایا ہے، وہ وہ سامنے آ جائے گا۔ فرشتے سامنے آ جائیں گے، جو ساری کائنات میں پھیلے ہوئے ہیں۔</w:t>
      </w:r>
    </w:p>
    <w:p>
      <w:r>
        <w:rPr>
          <w:b/>
        </w:rPr>
        <w:t xml:space="preserve">[10:07] </w:t>
      </w:r>
      <w:r>
        <w:t>yeh sari haqiqaten samnay aa jayengi.</w:t>
      </w:r>
    </w:p>
    <w:p>
      <w:pPr>
        <w:jc w:val="right"/>
      </w:pPr>
      <w:r>
        <w:t>یہ ساری حقیقتیں سامنے آ جائیں گی۔</w:t>
      </w:r>
    </w:p>
    <w:p>
      <w:r>
        <w:rPr>
          <w:b/>
        </w:rPr>
        <w:t xml:space="preserve">[10:12] </w:t>
      </w:r>
      <w:r>
        <w:t>to woh hai jannat. woh hai akhirat.</w:t>
      </w:r>
    </w:p>
    <w:p>
      <w:pPr>
        <w:jc w:val="right"/>
      </w:pPr>
      <w:r>
        <w:t>تو وہ ہے جنت۔ وہ ہے آخرت۔</w:t>
      </w:r>
    </w:p>
    <w:p>
      <w:r>
        <w:rPr>
          <w:b/>
        </w:rPr>
        <w:t xml:space="preserve">[10:19] </w:t>
      </w:r>
      <w:r>
        <w:t>phir dekhiye, yeh hai Quran mein man kan fi huzi aama fa huwa fi akhirat aama</w:t>
      </w:r>
    </w:p>
    <w:p>
      <w:pPr>
        <w:jc w:val="right"/>
      </w:pPr>
      <w:r>
        <w:t>پھر دیکھیے، یہ ہے قرآن میں من کان فیھذی عامہ فھو فی الاخرت عامہ</w:t>
      </w:r>
    </w:p>
    <w:p>
      <w:r>
        <w:rPr>
          <w:b/>
        </w:rPr>
        <w:t xml:space="preserve">[10:27] </w:t>
      </w:r>
      <w:r>
        <w:t>jo is dunya mein andha raha, woh wahan bhi andha rahe ga. is ka matlab kya hai?</w:t>
      </w:r>
    </w:p>
    <w:p>
      <w:pPr>
        <w:jc w:val="right"/>
      </w:pPr>
      <w:r>
        <w:t>جو اس دنیا میں اندھا رہا، وہ وہاں بھی اندھا رہے گا۔ اس کا مطلب کیا ہے؟</w:t>
      </w:r>
    </w:p>
    <w:p>
      <w:r>
        <w:rPr>
          <w:b/>
        </w:rPr>
        <w:t xml:space="preserve">[10:34] </w:t>
      </w:r>
      <w:r>
        <w:t>is dunya mein aap ko develop karna ho, woh vision, woh baseerat, woh aankh, woh dimagh, jo</w:t>
      </w:r>
    </w:p>
    <w:p>
      <w:pPr>
        <w:jc w:val="right"/>
      </w:pPr>
      <w:r>
        <w:t>اس دنیا میں آپ کو ڈیولپ کرنا ہو، وہ ویژن، وہ بصیرت، وہ آنکھ، وہ دماغ، جو</w:t>
      </w:r>
    </w:p>
    <w:p>
      <w:r>
        <w:rPr>
          <w:b/>
        </w:rPr>
        <w:t xml:space="preserve">[10:48] </w:t>
      </w:r>
      <w:r>
        <w:t>is woh dunya jo banne wali hai, us ko dekh sake. hum is aankh se nahi dekh sakte. hamein ek aur aankh develop karna hai. ek aur mind develop karna hai.</w:t>
      </w:r>
    </w:p>
    <w:p>
      <w:pPr>
        <w:jc w:val="right"/>
      </w:pPr>
      <w:r>
        <w:t>اس وہ دنیا جو بننے والی ہے، اس کو دیکھ سکے۔ ہم اس آنکھ سے نہیں دیکھ سکتے۔ ہمیں ایک اور آنکھ ڈیولپ کرنا ہے۔ ایک اور مائنڈ ڈیولپ کرنا ہے۔</w:t>
      </w:r>
    </w:p>
    <w:p>
      <w:r>
        <w:rPr>
          <w:b/>
        </w:rPr>
        <w:t xml:space="preserve">[10:58] </w:t>
      </w:r>
      <w:r>
        <w:t>ek aur character develop karna hai. ek aur personality develop karna hai.</w:t>
      </w:r>
    </w:p>
    <w:p>
      <w:pPr>
        <w:jc w:val="right"/>
      </w:pPr>
      <w:r>
        <w:t>ایک اور کریکٹر ڈیولپ کرنا ہے۔ ایک اور پرسنیلٹی ڈیولپ کرنا ہے۔</w:t>
      </w:r>
    </w:p>
    <w:p>
      <w:r>
        <w:rPr>
          <w:b/>
        </w:rPr>
        <w:t xml:space="preserve">[11:03] </w:t>
      </w:r>
      <w:r>
        <w:t>is ke liye hum is dunya mein hain. man kan fi huzi aama fa huwa fi akhirat aama ka matlab yahi hai. jo is dunya mein is vision ko develop nahi kar saka.</w:t>
      </w:r>
    </w:p>
    <w:p>
      <w:pPr>
        <w:jc w:val="right"/>
      </w:pPr>
      <w:r>
        <w:t>اس کے لیے ہم اس دنیا میں ہیں۔ من کان فیھذی عامہ فھو فی الاخرت عامہ کا مطلب یہی ہے۔ جو اس دنیا میں اس ویژن کو ڈیولپ نہیں کر سکا۔</w:t>
      </w:r>
    </w:p>
    <w:p>
      <w:r>
        <w:rPr>
          <w:b/>
        </w:rPr>
        <w:t xml:space="preserve">[11:17] </w:t>
      </w:r>
      <w:r>
        <w:t>is baseerat ko develop nahi kar saka. jo is azeem tar haqeeqat ko dekhne ke qabil ho. to woh yahan bhi andha tha, wahan bhi andha rahe ga.</w:t>
      </w:r>
    </w:p>
    <w:p>
      <w:pPr>
        <w:jc w:val="right"/>
      </w:pPr>
      <w:r>
        <w:t>اس بصیرت کو ڈیولپ نہیں کر سکا۔ جو اس عظیم تر حقیقت کو دیکھنے کے قابل ہو۔ تو وہ یہاں بھی اندھا تھا، وہاں بھی اندھا رہے گا۔</w:t>
      </w:r>
    </w:p>
    <w:p>
      <w:r>
        <w:rPr>
          <w:b/>
        </w:rPr>
        <w:t xml:space="preserve">[11:30] </w:t>
      </w:r>
      <w:r>
        <w:t>to yeh hai asal masla.</w:t>
      </w:r>
    </w:p>
    <w:p>
      <w:pPr>
        <w:jc w:val="right"/>
      </w:pPr>
      <w:r>
        <w:t>تو یہ ہے اصل مسئلہ۔</w:t>
      </w:r>
    </w:p>
    <w:p>
      <w:r>
        <w:rPr>
          <w:b/>
        </w:rPr>
        <w:t xml:space="preserve">[11:34] </w:t>
      </w:r>
      <w:r>
        <w:t>yeh hai asal masla. to is ayat mein, jo Quran ki ayat maine parhi,</w:t>
      </w:r>
    </w:p>
    <w:p>
      <w:pPr>
        <w:jc w:val="right"/>
      </w:pPr>
      <w:r>
        <w:t>یہ ہے اصل مسئلہ۔ تو اس آیت میں، جو قرآن کی آیت میں نے پڑھی،</w:t>
      </w:r>
    </w:p>
    <w:p>
      <w:r>
        <w:rPr>
          <w:b/>
        </w:rPr>
        <w:t xml:space="preserve">[11:40] </w:t>
      </w:r>
      <w:r>
        <w:t>us ko zyada gehrai ke sath ghor kijiye aap. ke is ka maani kya hai.</w:t>
      </w:r>
    </w:p>
    <w:p>
      <w:pPr>
        <w:jc w:val="right"/>
      </w:pPr>
      <w:r>
        <w:t>اس کو زیادہ گہرائی کے ساتھ غور کیجیے آپ۔ کہ اس کا معنی کیا ہے۔</w:t>
      </w:r>
    </w:p>
    <w:p>
      <w:r>
        <w:rPr>
          <w:b/>
        </w:rPr>
        <w:t xml:space="preserve">[11:48] </w:t>
      </w:r>
      <w:r>
        <w:t>dekhiye, is ayat mein, is waqt mein samajh paya is ayat ko, jab is ko is se maine jora, woh is se, Surah Fatah se.</w:t>
      </w:r>
    </w:p>
    <w:p>
      <w:pPr>
        <w:jc w:val="right"/>
      </w:pPr>
      <w:r>
        <w:t>دیکھیے، اس آیت میں، اس وقت میں سمجھ پایا اس آیت کو، جب اس کو اس سے میں نے جوڑا، وہ اس سے، سورہ فتح سے۔</w:t>
      </w:r>
    </w:p>
    <w:p>
      <w:r>
        <w:rPr>
          <w:b/>
        </w:rPr>
        <w:t xml:space="preserve">[12:01] </w:t>
      </w:r>
      <w:r>
        <w:t>Surah Fatah mein aaya hai ke inna fatahna laka fathan mubeena yani Hudaybiyah mein Rasool Allah Sal Allah o Alih e Wasallam ne jo muahida kiya tha,</w:t>
      </w:r>
    </w:p>
    <w:p>
      <w:pPr>
        <w:jc w:val="right"/>
      </w:pPr>
      <w:r>
        <w:t>سورہ فتح میں آیا ہے کہ إنا فتحنا لک فتحا مبینا یعنی حدیبیہ میں رسول اللہ صلی اللہ علیہ وسلم نے جو معاہدہ کیا تھا،</w:t>
      </w:r>
    </w:p>
    <w:p>
      <w:r>
        <w:rPr>
          <w:b/>
        </w:rPr>
        <w:t xml:space="preserve">[12:14] </w:t>
      </w:r>
      <w:r>
        <w:t>jo Hazrat Umar jaisay insaan ki nazar mein ek humiliating muahida tha. Hazrat Umar jaisay insaan ki nazar mein woh ek humiliating muahida tha.</w:t>
      </w:r>
    </w:p>
    <w:p>
      <w:pPr>
        <w:jc w:val="right"/>
      </w:pPr>
      <w:r>
        <w:t>جو حضرت عمر جیسے انسان کی نظر میں ایک ہیومیلیٹنگ معاہدہ تھا۔ حضرت عمر جیسے انسان کی نظر میں وہ ایک ہیومیلیٹنگ معاہدہ تھا۔</w:t>
      </w:r>
    </w:p>
    <w:p>
      <w:r>
        <w:rPr>
          <w:b/>
        </w:rPr>
        <w:t xml:space="preserve">[12:24] </w:t>
      </w:r>
      <w:r>
        <w:t>us par utri hai yeh ayat ke hum ne tum ko fatah de di.</w:t>
      </w:r>
    </w:p>
    <w:p>
      <w:pPr>
        <w:jc w:val="right"/>
      </w:pPr>
      <w:r>
        <w:t>اس پر اتری ہے یہ آیت کہ ہم نے تم کو فتح دے دی۔</w:t>
      </w:r>
    </w:p>
    <w:p>
      <w:r>
        <w:rPr>
          <w:b/>
        </w:rPr>
        <w:t xml:space="preserve">[12:31] </w:t>
      </w:r>
      <w:r>
        <w:t>to yeh muahida hua tha san chhay hijri mein. aur jo fatah Makkah hua, woh san aath hijri mein hua. to abhi to koi fatah nahi hui thi.</w:t>
      </w:r>
    </w:p>
    <w:p>
      <w:pPr>
        <w:jc w:val="right"/>
      </w:pPr>
      <w:r>
        <w:t>تو یہ معاہدہ ہوا تھا سن چھ ہجری میں۔ اور جو فتح مکہ ہوا، وہ سن آٹھ ہجری میں ہوا۔ تو ابھی تو کوئی فتح نہیں ہوئی تھی۔</w:t>
      </w:r>
    </w:p>
    <w:p>
      <w:r>
        <w:rPr>
          <w:b/>
        </w:rPr>
        <w:t xml:space="preserve">[12:40] </w:t>
      </w:r>
      <w:r>
        <w:t>abhi to sirf ek aisa muahida hua tha, jo Umar jaisa insaan ko is se bhi lagta tha ke yeh to yeh to humiliating muahida hai. to woh kya cheez thi, jis ko Allah taala ne fatah keh diya yahan par?</w:t>
      </w:r>
    </w:p>
    <w:p>
      <w:pPr>
        <w:jc w:val="right"/>
      </w:pPr>
      <w:r>
        <w:t>ابھی تو صرف ایک ایسا معاہدہ ہوا تھا، جو عمر جیسا انسان کو اس سے بھی لگتا تھا کہ یہ تو یہ تو ہیومیلیٹنگ معاہدہ ہے۔ تو وہ کیا چیز تھی، جس کو اللہ تعالیٰ نے فتح کہہ دیا یہاں پر؟</w:t>
      </w:r>
    </w:p>
    <w:p>
      <w:r>
        <w:rPr>
          <w:b/>
        </w:rPr>
        <w:t xml:space="preserve">[12:54] </w:t>
      </w:r>
      <w:r>
        <w:t>woh kya cheez thi? woh tha woh advantage jo khula tha is fatah ke baad.</w:t>
      </w:r>
    </w:p>
    <w:p>
      <w:pPr>
        <w:jc w:val="right"/>
      </w:pPr>
      <w:r>
        <w:t>وہ کیا چیز تھی؟ وہ تھا وہ ایڈوانٹیج جو کھلا تھا اس فتح کے بعد۔</w:t>
      </w:r>
    </w:p>
    <w:p>
      <w:r>
        <w:rPr>
          <w:b/>
        </w:rPr>
        <w:t xml:space="preserve">[13:01] </w:t>
      </w:r>
      <w:r>
        <w:t>woh advantage yeh tha ke conflict khatam. ult kar takrao khatam. larai khatam. Hudaybiyah ke muahiday mein jo baat hui thi, woh yahi thi ke yeh tay hua tha ke das saal tak hum koi iqdami nahi karenge.</w:t>
      </w:r>
    </w:p>
    <w:p>
      <w:pPr>
        <w:jc w:val="right"/>
      </w:pPr>
      <w:r>
        <w:t>وہ ایڈوانٹیج یہ تھا کہ کانفلکٹ ختم۔ الٹ کر ٹکراؤ ختم۔ لڑائی ختم۔ حدیبیہ کے معاہدے میں جو بات ہوئی تھی، وہ یہی تھی کہ یہ طے ہوا تھا کہ دس سال تک ہم کوئی اقدام نہیں کریں گے۔</w:t>
      </w:r>
    </w:p>
    <w:p>
      <w:r>
        <w:rPr>
          <w:b/>
        </w:rPr>
        <w:t xml:space="preserve">[13:21] </w:t>
      </w:r>
      <w:r>
        <w:t>larai ka kaam koi kaam nahi hoga. to</w:t>
      </w:r>
    </w:p>
    <w:p>
      <w:pPr>
        <w:jc w:val="right"/>
      </w:pPr>
      <w:r>
        <w:t>لڑائی کا کام کوئی کام نہیں ہوگا۔ تو</w:t>
      </w:r>
    </w:p>
    <w:p>
      <w:r>
        <w:rPr>
          <w:b/>
        </w:rPr>
        <w:t xml:space="preserve">[13:24] </w:t>
      </w:r>
      <w:r>
        <w:t>it was</w:t>
      </w:r>
    </w:p>
    <w:p>
      <w:pPr>
        <w:jc w:val="right"/>
      </w:pPr>
      <w:r>
        <w:t>it was</w:t>
      </w:r>
    </w:p>
    <w:p>
      <w:r>
        <w:rPr>
          <w:b/>
        </w:rPr>
        <w:t xml:space="preserve">[13:27] </w:t>
      </w:r>
      <w:r>
        <w:t>yani ten years no war pact das saal ka nazuk muahida. to jang bandi ko, yani takrao ke, conflict ki halat ke khatam hone ko fateh kaha gaya yahan par.</w:t>
      </w:r>
    </w:p>
    <w:p>
      <w:pPr>
        <w:jc w:val="right"/>
      </w:pPr>
      <w:r>
        <w:t>یعنی ten years no war pact دس سال کا نازک معاہدہ۔ تو جنگ بندی کو، یعنی ٹکراؤ کے، کانفلکٹ کی حالت کے ختم ہونے کو فتح کہا گیا یہاں پر۔</w:t>
      </w:r>
    </w:p>
    <w:p>
      <w:r>
        <w:rPr>
          <w:b/>
        </w:rPr>
        <w:t xml:space="preserve">[13:41] </w:t>
      </w:r>
      <w:r>
        <w:t>is ko ghor kijiye. jo cheez mili thi, woh sirf yeh mili thi ke jangy mahol khatam ho gaya. takrao ka mahol khatam ho gaya.</w:t>
      </w:r>
    </w:p>
    <w:p>
      <w:pPr>
        <w:jc w:val="right"/>
      </w:pPr>
      <w:r>
        <w:t>اس کو غور کیجیے۔ جو چیز ملی تھی، وہ صرف یہ ملی تھی کہ جنگی ماحول ختم ہو گیا۔ ٹکراؤ کا ماحول ختم ہو گیا۔</w:t>
      </w:r>
    </w:p>
    <w:p>
      <w:r>
        <w:rPr>
          <w:b/>
        </w:rPr>
        <w:t xml:space="preserve">[13:52] </w:t>
      </w:r>
      <w:r>
        <w:t>yeh mili thi. hukumat nahi mili thi. fateh nahi mili thi. koi political victory nahi mili thi. sirf yeh mila tha ke jangy mahol khatam ho gaya.</w:t>
      </w:r>
    </w:p>
    <w:p>
      <w:pPr>
        <w:jc w:val="right"/>
      </w:pPr>
      <w:r>
        <w:t>یہ ملی تھی۔ حکومت نہیں ملی تھی۔ فتح نہیں ملی تھی۔ کوئی پولیٹیکل وکٹری نہیں ملی تھی۔ صرف یہ ملا تھا کہ جنگی ماحول ختم ہو گیا۔</w:t>
      </w:r>
    </w:p>
    <w:p>
      <w:r>
        <w:rPr>
          <w:b/>
        </w:rPr>
        <w:t xml:space="preserve">[14:04] </w:t>
      </w:r>
      <w:r>
        <w:t>is mani ke Allah ki nazar mein yeh cheez bohat ziyada aham hai ke dunya mein jangy mahol na rahe. conflict na rahe. political takrao na reh</w:t>
      </w:r>
    </w:p>
    <w:p>
      <w:pPr>
        <w:jc w:val="right"/>
      </w:pPr>
      <w:r>
        <w:t>اس معنی کہ اللہ کی نظر میں یہ چیز بہت زیادہ اہم ہے کہ دنیا میں جنگی ماحول نہ رہے۔ کانفلکٹ نہ رہے۔ پولیٹیکل ٹکراؤ نہ رہ</w:t>
      </w:r>
    </w:p>
    <w:p>
      <w:r>
        <w:rPr>
          <w:b/>
        </w:rPr>
        <w:t xml:space="preserve">[14:13] </w:t>
      </w:r>
      <w:r>
        <w:t>e. kyun? jab aisa nahi rahega to ek bohat bara imkan khulta hai insan ke liye. bohat bara imkan. yani is is personality ko develop karna.</w:t>
      </w:r>
    </w:p>
    <w:p>
      <w:pPr>
        <w:jc w:val="right"/>
      </w:pPr>
      <w:r>
        <w:t>ے۔ کیوں؟ جب ایسا نہیں رہے گا تو ایک بہت بڑا امکان کھلتا ہے انسان کے لیے۔ بہت بڑا امکان۔ یعنی اس اس پرسنیلٹی کو ڈیولپ کرنا۔</w:t>
      </w:r>
    </w:p>
    <w:p>
      <w:r>
        <w:rPr>
          <w:b/>
        </w:rPr>
        <w:t xml:space="preserve">[14:25] </w:t>
      </w:r>
      <w:r>
        <w:t>yeh imkan khulta hai. dekhiye, jab jang hoti hai to nafratein hoti hain. tashaddud hota hai. saare mamlaat jeopardise ho jate hain.</w:t>
      </w:r>
    </w:p>
    <w:p>
      <w:pPr>
        <w:jc w:val="right"/>
      </w:pPr>
      <w:r>
        <w:t>یہ امکان کھلتا ہے۔ دیکھیے، جب جنگ ہوتی ہے تو نفرتیں ہوتی ہیں۔ تشدد ہوتا ہے۔ سارے معاملات جبرائز ہو جاتے ہیں۔</w:t>
      </w:r>
    </w:p>
    <w:p>
      <w:r>
        <w:rPr>
          <w:b/>
        </w:rPr>
        <w:t xml:space="preserve">[14:36] </w:t>
      </w:r>
      <w:r>
        <w:t>jahan violence hoga aur jang hoga, wahan koi spiritual kaam, koi peaceful kaam, koi rabbani kaam nahi ho sakta.</w:t>
      </w:r>
    </w:p>
    <w:p>
      <w:pPr>
        <w:jc w:val="right"/>
      </w:pPr>
      <w:r>
        <w:t>جہاں وائیلنس ہوگا اور جنگ ہوگا، وہاں کوئی اسپریچول کام، کوئی پیس فل کام، کوئی ربانی کام نہیں ہو سکتا۔</w:t>
      </w:r>
    </w:p>
    <w:p>
      <w:r>
        <w:rPr>
          <w:b/>
        </w:rPr>
        <w:t xml:space="preserve">[14:48] </w:t>
      </w:r>
      <w:r>
        <w:t>to jang jo hai, super evil hai. violence jo hai, woh super evil hai. to is muahide ke zariye jo hua tha, woh yeh tha ke ke fareeqe saani, jo jangain chheerta tha,</w:t>
      </w:r>
    </w:p>
    <w:p>
      <w:pPr>
        <w:jc w:val="right"/>
      </w:pPr>
      <w:r>
        <w:t>تو جنگ جو ہے، سپر ایول ہے۔ وائیلنس جو ہے، وہ سپر ایول ہے۔ تو اس معاہدے کے ذریعے جو ہوا تھا، وہ یہ تھا کہ کہ فریق ثانی، جو جنگیں چھیڑتا تھا،</w:t>
      </w:r>
    </w:p>
    <w:p>
      <w:r>
        <w:rPr>
          <w:b/>
        </w:rPr>
        <w:t xml:space="preserve">[15:00] </w:t>
      </w:r>
      <w:r>
        <w:t>us ne is muahide par dastakhat kar diye ke hamare aur tumhare darmiyan das saal tak koi bhi jang nahi hogi. koi violence ka waqea nahi hoga.</w:t>
      </w:r>
    </w:p>
    <w:p>
      <w:pPr>
        <w:jc w:val="right"/>
      </w:pPr>
      <w:r>
        <w:t>اس نے اس معاہدے پر دستخط کر دیے کہ ہمارے اور تمہارے درمیان دس سال تک کوئی بھی جنگ نہیں ہوگی۔ کوئی وائیلنس کا واقعہ نہیں ہوگا۔</w:t>
      </w:r>
    </w:p>
    <w:p>
      <w:r>
        <w:rPr>
          <w:b/>
        </w:rPr>
        <w:t xml:space="preserve">[15:11] </w:t>
      </w:r>
      <w:r>
        <w:t>to yeh jo peace qaim hua, peace, is ko fateh kaha Allah taala ne. yani when there is peace, there is victory yeh matlab nikla is se.</w:t>
      </w:r>
    </w:p>
    <w:p>
      <w:pPr>
        <w:jc w:val="right"/>
      </w:pPr>
      <w:r>
        <w:t>تو یہ جو پیس قائم ہوا، پیس، اس کو فتح کہا اللہ تعالیٰ نے۔ یعنی when there is peace, there is victory یہ مطلب نکلا اس سے۔</w:t>
      </w:r>
    </w:p>
    <w:p>
      <w:r>
        <w:rPr>
          <w:b/>
        </w:rPr>
        <w:t xml:space="preserve">[15:23] </w:t>
      </w:r>
      <w:r>
        <w:t>kaisa anokha formula yeh hai</w:t>
      </w:r>
    </w:p>
    <w:p>
      <w:pPr>
        <w:jc w:val="right"/>
      </w:pPr>
      <w:r>
        <w:t>کیسا انوکھا فارمولا یہ ہے</w:t>
      </w:r>
    </w:p>
    <w:p>
      <w:r>
        <w:rPr>
          <w:b/>
        </w:rPr>
        <w:t xml:space="preserve">[15:28] </w:t>
      </w:r>
      <w:r>
        <w:t>ke jab peace hoga to woh fateh hogi. fateh kis kis mani mein? is mani mein ke aap ko apni apne andar is is personality ko develop karne ke liye saare mawaqe khul jayenge.</w:t>
      </w:r>
    </w:p>
    <w:p>
      <w:pPr>
        <w:jc w:val="right"/>
      </w:pPr>
      <w:r>
        <w:t>کہ جب پیس ہوگا تو وہ فتح ہوگی۔ فتح کس کس معنی میں؟ اس معنی میں کہ آپ کو اپنی اپنے اندر اس اس پرسنیلٹی کو ڈیولپ کرنے کے لیے سارے مواقع کھل جائیں گے۔</w:t>
      </w:r>
    </w:p>
    <w:p>
      <w:r>
        <w:rPr>
          <w:b/>
        </w:rPr>
        <w:t xml:space="preserve">[15:46] </w:t>
      </w:r>
      <w:r>
        <w:t>woh personality develop karna, jis ke andar woh aala vision ho, woh aala baseerat ho, woh top ki thinking ho.</w:t>
      </w:r>
    </w:p>
    <w:p>
      <w:pPr>
        <w:jc w:val="right"/>
      </w:pPr>
      <w:r>
        <w:t>وہ پرسنیلٹی ڈیولپ کرنا، جس کے اندر وہ اعلیٰ ویژن ہو، وہ اعلیٰ بصیرت ہو، وہ ٹاپ کی تھنکنگ ہو۔</w:t>
      </w:r>
    </w:p>
    <w:p>
      <w:r>
        <w:rPr>
          <w:b/>
        </w:rPr>
        <w:t xml:space="preserve">[15:58] </w:t>
      </w:r>
      <w:r>
        <w:t>yani woh apne aap ko andhe pan se nikalna aur apne aap ko beena banana. yani woh insan jo aakhirat mein is wasee tar dunya ko dekh sake, is mein reh sake, is mein rehne ke qabil ho.</w:t>
      </w:r>
    </w:p>
    <w:p>
      <w:pPr>
        <w:jc w:val="right"/>
      </w:pPr>
      <w:r>
        <w:t>یعنی وہ اپنے آپ کو اندھے پن سے نکالنا اور اپنے آپ کو بینا بنانا۔ یعنی وہ انسان جو آخرت میں اس وسیع تر دنیا کو دیکھ سکے، اس میں رہ سکے، اس میں رہنے کے قابل ہو۔</w:t>
      </w:r>
    </w:p>
    <w:p>
      <w:r>
        <w:rPr>
          <w:b/>
        </w:rPr>
        <w:t xml:space="preserve">[16:12] </w:t>
      </w:r>
      <w:r>
        <w:t>jo main ne arz kiya ke woh dunya hogi aakhirat, jahan Rabbus samawati wal arz aap ki aankhon ke samne aa jayega.</w:t>
      </w:r>
    </w:p>
    <w:p>
      <w:pPr>
        <w:jc w:val="right"/>
      </w:pPr>
      <w:r>
        <w:t>جو میں نے عرض کیا کہ وہ دنیا ہوگی آخرت، جہاں رب السماوات والارض آپ کی آنکھوں کے سامنے آ جائے گا۔</w:t>
      </w:r>
    </w:p>
    <w:p>
      <w:r>
        <w:rPr>
          <w:b/>
        </w:rPr>
        <w:t xml:space="preserve">[16:22] </w:t>
      </w:r>
      <w:r>
        <w:t>jahan farishton ko dekhne lagen ge. jahan poori tareekh insani jo hai, us se aap waqif ho jayenge. jahan Kalimatullah aur aala aala Allah unfold hone lagen ge.</w:t>
      </w:r>
    </w:p>
    <w:p>
      <w:pPr>
        <w:jc w:val="right"/>
      </w:pPr>
      <w:r>
        <w:t>جہاں فرشتوں کو دیکھنے لگیں گے۔ جہاں پوری تاریخ انسانی جو ہے، اس سے آپ واقف ہو جائیں گے۔ جہاں کلمۃ اللہ اور اعلیٰ اعلیٰ اللہ ان فولڈ ہونے لگیں گے۔</w:t>
      </w:r>
    </w:p>
    <w:p>
      <w:r>
        <w:rPr>
          <w:b/>
        </w:rPr>
        <w:t xml:space="preserve">[16:35] </w:t>
      </w:r>
      <w:r>
        <w:t>yeh saare haqaiq khul jayenge.</w:t>
      </w:r>
    </w:p>
    <w:p>
      <w:pPr>
        <w:jc w:val="right"/>
      </w:pPr>
      <w:r>
        <w:t>یہ سارے حقائق کھل جائیں گے۔</w:t>
      </w:r>
    </w:p>
    <w:p>
      <w:r>
        <w:rPr>
          <w:b/>
        </w:rPr>
        <w:t xml:space="preserve">[16:39] </w:t>
      </w:r>
      <w:r>
        <w:t>woh woh jannat aap, woh jannat mein aap pahunch jayenge, jis jannat ke campus universal campus hai. sari kainat is ka campus hai.</w:t>
      </w:r>
    </w:p>
    <w:p>
      <w:pPr>
        <w:jc w:val="right"/>
      </w:pPr>
      <w:r>
        <w:t>وہ وہ جنت آپ، وہ جنت میں آپ پہنچ جائیں گے، جس جنت کے کیمپس یونیورسل کیمپس ہے۔ ساری کائنات اس کا کیمپس ہے۔</w:t>
      </w:r>
    </w:p>
    <w:p>
      <w:r>
        <w:rPr>
          <w:b/>
        </w:rPr>
        <w:t xml:space="preserve">[16:51] </w:t>
      </w:r>
      <w:r>
        <w:t>is dunya, is dunya mein ke ke liye apne aap ko, is is dunya ke liye apne aap ko prepare banana yeh hai asal kaam.</w:t>
      </w:r>
    </w:p>
    <w:p>
      <w:pPr>
        <w:jc w:val="right"/>
      </w:pPr>
      <w:r>
        <w:t>اس دنیا، اس دنیا میں کے کے لیے اپنے آپ کو، اس اس دنیا کے لیے اپنے آپ کو پریپیئر بنانا یہ ہے اصل کام۔</w:t>
      </w:r>
    </w:p>
    <w:p>
      <w:r>
        <w:rPr>
          <w:b/>
        </w:rPr>
        <w:t xml:space="preserve">[17:01] </w:t>
      </w:r>
      <w:r>
        <w:t>apne aap ko woh prepared insan banana. woh tayyar shuda insan banana. jo jannat mein basaye jaane ke qabil ho.</w:t>
      </w:r>
    </w:p>
    <w:p>
      <w:pPr>
        <w:jc w:val="right"/>
      </w:pPr>
      <w:r>
        <w:t>اپنے آپ کو وہ پریپیئرڈ انسان بنانا۔ وہ تیار شدہ انسان بنانا۔ جو جنت میں بسائے جانے کے قابل ہو۔</w:t>
      </w:r>
    </w:p>
    <w:p>
      <w:r>
        <w:rPr>
          <w:b/>
        </w:rPr>
        <w:t xml:space="preserve">[17:11] </w:t>
      </w:r>
      <w:r>
        <w:t>jo jannat mein rehne ke qabil ho. jo jannat mein enjoy karne ke qabil ho. jannat mein enjoy karna bhi aasan kaam nahi hai.</w:t>
      </w:r>
    </w:p>
    <w:p>
      <w:pPr>
        <w:jc w:val="right"/>
      </w:pPr>
      <w:r>
        <w:t>جو جنت میں رہنے کے قابل ہو۔ جو جنت میں انجوائے کرنے کے قابل ہو۔ جنت میں انجوائے کرنا بھی آسان کام نہیں ہے۔</w:t>
      </w:r>
    </w:p>
    <w:p>
      <w:r>
        <w:rPr>
          <w:b/>
        </w:rPr>
        <w:t xml:space="preserve">[17:21] </w:t>
      </w:r>
      <w:r>
        <w:t>dekhiye, jannat mein saare aala tareen nematein hongi. lekin main aap ko ek misaal deta hoon.</w:t>
      </w:r>
    </w:p>
    <w:p>
      <w:pPr>
        <w:jc w:val="right"/>
      </w:pPr>
      <w:r>
        <w:t>دیکھیے، جنت میں سارے اعلیٰ ترین نعمتیں ہوں گی۔ لیکن میں آپ کو ایک مثال دیتا ہوں۔</w:t>
      </w:r>
    </w:p>
    <w:p>
      <w:r>
        <w:rPr>
          <w:b/>
        </w:rPr>
        <w:t xml:space="preserve">[17:32] </w:t>
      </w:r>
      <w:r>
        <w:t>ek botany ka professor hai, uska ek chhota sa bachcha hai. dono jaate hain ek bohat hi achhe garden mein.</w:t>
      </w:r>
    </w:p>
    <w:p>
      <w:pPr>
        <w:jc w:val="right"/>
      </w:pPr>
      <w:r>
        <w:t>ایک باٹنی کا پروفیسر ہے، اس کا ایک چھوٹا سا بچہ ہے۔ دونوں جاتے ہیں ایک بہت ہی اچھے گارڈن میں۔</w:t>
      </w:r>
    </w:p>
    <w:p>
      <w:r>
        <w:rPr>
          <w:b/>
        </w:rPr>
        <w:t xml:space="preserve">[17:42] </w:t>
      </w:r>
      <w:r>
        <w:t>best garden jo dunya mein insaan ne banaya ho, us mein woh jatay hain.</w:t>
      </w:r>
    </w:p>
    <w:p>
      <w:pPr>
        <w:jc w:val="right"/>
      </w:pPr>
      <w:r>
        <w:t>بیسٹ گارڈن جو دنیا میں انسان نے بنایا ہو، اس میں وہ جاتے ہیں۔</w:t>
      </w:r>
    </w:p>
    <w:p>
      <w:r>
        <w:rPr>
          <w:b/>
        </w:rPr>
        <w:t xml:space="preserve">[17:49] </w:t>
      </w:r>
      <w:r>
        <w:t>to jo botany ka professor hoga, woh kitna zyada enjoy karega us ko. aik aik pata, aik aik phool, aik aik darakht, us ke nazdeek aik poori dunya hogi.</w:t>
      </w:r>
    </w:p>
    <w:p>
      <w:pPr>
        <w:jc w:val="right"/>
      </w:pPr>
      <w:r>
        <w:t>تو جو باٹنی کا پروفیسر ہوگا، وہ کتنا زیادہ انجوائے کرے گا اس کو۔ ایک ایک پتہ، ایک ایک پھول، ایک ایک درخت، اس کے نزدیک ایک پوری دنیا ہوگی۔</w:t>
      </w:r>
    </w:p>
    <w:p>
      <w:r>
        <w:rPr>
          <w:b/>
        </w:rPr>
        <w:t xml:space="preserve">[18:00] </w:t>
      </w:r>
      <w:r>
        <w:t>dekh dekh kar us se khush ho raha hoga. acha, bachcha bhi khush ho raha hoga, woh uchal kood macha raha hoga.</w:t>
      </w:r>
    </w:p>
    <w:p>
      <w:pPr>
        <w:jc w:val="right"/>
      </w:pPr>
      <w:r>
        <w:t>دیکھ دیکھ کر اس سے خوش ہو رہا ہوگا۔ اچھا، بچہ بھی خوش ہو رہا ہوگا، وہ اچھل کود مچا رہا ہوگا۔</w:t>
      </w:r>
    </w:p>
    <w:p>
      <w:r>
        <w:rPr>
          <w:b/>
        </w:rPr>
        <w:t xml:space="preserve">[18:10] </w:t>
      </w:r>
      <w:r>
        <w:t>lekin kya bachche ka level enjoy wahi hoga jo professor ka hoga? professor ka enjoy karne ka level jo hai, woh bachche se million billion time bada hoga.</w:t>
      </w:r>
    </w:p>
    <w:p>
      <w:pPr>
        <w:jc w:val="right"/>
      </w:pPr>
      <w:r>
        <w:t>لیکن کیا بچے کا لیول انجوائے وہی ہوگا جو پروفیسر کا ہوگا؟ پروفیسر کا انجوائے کرنے کا لیول جو ہے، وہ بچے سے ملین بلین ٹائم بڑا ہوگا۔</w:t>
      </w:r>
    </w:p>
    <w:p>
      <w:r>
        <w:rPr>
          <w:b/>
        </w:rPr>
        <w:t xml:space="preserve">[18:26] </w:t>
      </w:r>
      <w:r>
        <w:t>is se aap samajh sakte hain ke dunya mein agar aap ne is personality ko develop nahi kiya, is mind ko nahi banaya, to jannat ba-farz aap ko mil bhi jaye to woh bachche ki tarah honge aap.</w:t>
      </w:r>
    </w:p>
    <w:p>
      <w:pPr>
        <w:jc w:val="right"/>
      </w:pPr>
      <w:r>
        <w:t>اس سے آپ سمجھ سکتے ہیں کہ دنیا میں اگر آپ نے اس پرسنیلٹی کو ڈیولپ نہیں کیا، اس مائنڈ کو نہیں بنایا، تو جنت بالفرض آپ کو مل بھی جائے تو وہ بچے کی طرح ہوں گے آپ۔</w:t>
      </w:r>
    </w:p>
    <w:p>
      <w:r>
        <w:rPr>
          <w:b/>
        </w:rPr>
        <w:t xml:space="preserve">[18:40] </w:t>
      </w:r>
      <w:r>
        <w:t>uchal kood kar painge, bas is se zyada aur kuch bhi nahi.</w:t>
      </w:r>
    </w:p>
    <w:p>
      <w:pPr>
        <w:jc w:val="right"/>
      </w:pPr>
      <w:r>
        <w:t>اچھل کود کر کر پائیں گے، بس اس سے زیادہ اور کچھ بھی نہیں۔</w:t>
      </w:r>
    </w:p>
    <w:p>
      <w:r>
        <w:rPr>
          <w:b/>
        </w:rPr>
        <w:t xml:space="preserve">[18:46] </w:t>
      </w:r>
      <w:r>
        <w:t>to aisa insaan banne ke liye mahol chahiye. mawaqe chahiye. opportunities chahiye.</w:t>
      </w:r>
    </w:p>
    <w:p>
      <w:pPr>
        <w:jc w:val="right"/>
      </w:pPr>
      <w:r>
        <w:t>تو ایسا انسان بننے کے لیے ماحول چاہیے۔ مواقع چاہیے۔ اپرچونیٹیز چاہیے۔</w:t>
      </w:r>
    </w:p>
    <w:p>
      <w:r>
        <w:rPr>
          <w:b/>
        </w:rPr>
        <w:t xml:space="preserve">[18:55] </w:t>
      </w:r>
      <w:r>
        <w:t>sab se bari rukawat jo hai, is is ke liye woh nafrat hai, tashaddud hai, war hai, jang hai. to Allah taala ka manzoor hai ke is ko khatam kar diya jaye.</w:t>
      </w:r>
    </w:p>
    <w:p>
      <w:pPr>
        <w:jc w:val="right"/>
      </w:pPr>
      <w:r>
        <w:t>سب سے بڑی رکاوٹ جو ہے، اس اس کے لیے وہ نفرت ہے، تشدد ہے، وار ہے، جنگ ہے۔ تو اللہ تعالیٰ کا منظور ہے کہ اس کو ختم کر دیا جائے۔</w:t>
      </w:r>
    </w:p>
    <w:p>
      <w:r>
        <w:rPr>
          <w:b/>
        </w:rPr>
        <w:t xml:space="preserve">[19:07] </w:t>
      </w:r>
      <w:r>
        <w:t>yeh hai woh cheez jis ka is is ayat mein zikr kiya gaya ke Allah ne apne rasool ko bheja is mission ke liye ke dunya se khatma kar do.</w:t>
      </w:r>
    </w:p>
    <w:p>
      <w:pPr>
        <w:jc w:val="right"/>
      </w:pPr>
      <w:r>
        <w:t>یہ ہے وہ چیز جس کا اس اس آیت میں ذکر کیا گیا کہ اللہ نے اپنے رسول کو بھیجا اس مشن کے لیے کہ دنیا سے خاتمہ کر دو۔</w:t>
      </w:r>
    </w:p>
    <w:p>
      <w:r>
        <w:rPr>
          <w:b/>
        </w:rPr>
        <w:t xml:space="preserve">[19:19] </w:t>
      </w:r>
      <w:r>
        <w:t>khatma ka matlab yeh nahi ke hum practical khatma nahi. practical khatma dunya mein ho nahi sakta kyunke insaan ko dunya mein azadi mili hui hai.</w:t>
      </w:r>
    </w:p>
    <w:p>
      <w:pPr>
        <w:jc w:val="right"/>
      </w:pPr>
      <w:r>
        <w:t>خاتمہ کا معنی یہ نہیں کہ ہم پریکٹیکل خاتمہ نہیں۔ پریکٹیکل خاتمہ دنیا میں ہو نہیں سکتا کیونکہ انسان کو دنیا میں آزادی ملی ہوئی ہے۔</w:t>
      </w:r>
    </w:p>
    <w:p>
      <w:r>
        <w:rPr>
          <w:b/>
        </w:rPr>
        <w:t xml:space="preserve">[19:30] </w:t>
      </w:r>
      <w:r>
        <w:t>jab tak insaan ko azadi mili hui hai to practical tor par evil khatam nahi ho sakti.</w:t>
      </w:r>
    </w:p>
    <w:p>
      <w:pPr>
        <w:jc w:val="right"/>
      </w:pPr>
      <w:r>
        <w:t>جب تک انسان کو آزادی ملی ہوئی ہے تو پریکٹیکل طور پر ایول ختم نہیں ہو سکتی۔</w:t>
      </w:r>
    </w:p>
    <w:p>
      <w:r>
        <w:rPr>
          <w:b/>
        </w:rPr>
        <w:t xml:space="preserve">[19:37] </w:t>
      </w:r>
      <w:r>
        <w:t>practical tor par evil khatam hogi sirf akhirat mein. is insaan ke liye khatam ho jaye jo chahe enjoy karna. is ko is farq ko samjhiye.</w:t>
      </w:r>
    </w:p>
    <w:p>
      <w:pPr>
        <w:jc w:val="right"/>
      </w:pPr>
      <w:r>
        <w:t>پریکٹیکل طور پر ایول ختم ہوگی صرف آخرت میں۔ اس انسان کے لیے ختم ہو جائے جو چاہے انجوائے کرنا۔ اس کو اس فرق کو سمجھیے۔</w:t>
      </w:r>
    </w:p>
    <w:p>
      <w:r>
        <w:rPr>
          <w:b/>
        </w:rPr>
        <w:t xml:space="preserve">[19:49] </w:t>
      </w:r>
      <w:r>
        <w:t>is farq ko samjhiye. bohat hi bada nuqta yeh hai ke nafrat, tashaddud, jang, hate, negative thinking, is ka khatma bait bar fard ho jaye.</w:t>
      </w:r>
    </w:p>
    <w:p>
      <w:pPr>
        <w:jc w:val="right"/>
      </w:pPr>
      <w:r>
        <w:t>اس فرق کو سمجھیے۔ بہت ہی بڑا نقطہ یہ ہے کہ نفرت، تشدد، جنگ، ہیٹ، نیگیٹیو تھنکنگ، اس کا خاتمہ بیت بار فرد ہو جائے۔</w:t>
      </w:r>
    </w:p>
    <w:p>
      <w:r>
        <w:rPr>
          <w:b/>
        </w:rPr>
        <w:t xml:space="preserve">[20:01] </w:t>
      </w:r>
      <w:r>
        <w:t>na ke bait bar community. bait bar saare insaan.</w:t>
      </w:r>
    </w:p>
    <w:p>
      <w:pPr>
        <w:jc w:val="right"/>
      </w:pPr>
      <w:r>
        <w:t>نہ کہ بیت بار کمیونٹی۔ بیت بار سارے انسان۔</w:t>
      </w:r>
    </w:p>
    <w:p>
      <w:r>
        <w:rPr>
          <w:b/>
        </w:rPr>
        <w:t xml:space="preserve">[20:07] </w:t>
      </w:r>
      <w:r>
        <w:t>jaise hum hain. main apne baray mein arz karunga. jaise main hoon. hamare mulk mein aur sari dunya mein beshumar evil hain.</w:t>
      </w:r>
    </w:p>
    <w:p>
      <w:pPr>
        <w:jc w:val="right"/>
      </w:pPr>
      <w:r>
        <w:t>جیسے ہم ہیں۔ میں اپنے بارے میں عرض کروں گا۔ جیسے میں ہوں۔ ہمارے ملک میں اور ساری دنیا میں بے شمار ایول ہیں۔</w:t>
      </w:r>
    </w:p>
    <w:p>
      <w:r>
        <w:rPr>
          <w:b/>
        </w:rPr>
        <w:t xml:space="preserve">[20:17] </w:t>
      </w:r>
      <w:r>
        <w:t>beshumar evil hain. corruption hai, jhoot hai, dishonest hai, bloodshed hai, sab kuch hai. lekin Allah taala ne mujhe yeh tofeeq di ke main is se detach ho kar zindagi guzar sakoon.</w:t>
      </w:r>
    </w:p>
    <w:p>
      <w:pPr>
        <w:jc w:val="right"/>
      </w:pPr>
      <w:r>
        <w:t>بے شمار ایول ہیں۔ کرپشن ہے، جھوٹ ہے، ڈس آنسٹری ہے، بلڈ شیڈ ہے، سب کچھ ہے۔ لیکن اللہ تعالیٰ نے مجھے یہ توفیق دی کہ میں اس سے ڈیٹیچ ہو کر زندگی گزار سکوں۔</w:t>
      </w:r>
    </w:p>
    <w:p>
      <w:r>
        <w:rPr>
          <w:b/>
        </w:rPr>
        <w:t xml:space="preserve">[20:31] </w:t>
      </w:r>
      <w:r>
        <w:t>detach ho kar. is se alag ho kar. aur mukammal peace of mind mujhe hasil ho.</w:t>
      </w:r>
    </w:p>
    <w:p>
      <w:pPr>
        <w:jc w:val="right"/>
      </w:pPr>
      <w:r>
        <w:t>ڈیٹیچ ہو کر۔ اس سے الگ ہو کر۔ اور مکمل پیس آف مائنڈ مجھے حاصل ہو۔</w:t>
      </w:r>
    </w:p>
    <w:p>
      <w:r>
        <w:rPr>
          <w:b/>
        </w:rPr>
        <w:t xml:space="preserve">[20:38] </w:t>
      </w:r>
      <w:r>
        <w:t>tab main soch pata hoon. lekin qadeem zamanay mein aisa nahi tha. qadeem zamanay mein koi fard apne ko detach nahi kar sakta tha.</w:t>
      </w:r>
    </w:p>
    <w:p>
      <w:pPr>
        <w:jc w:val="right"/>
      </w:pPr>
      <w:r>
        <w:t>تب میں سوچ پاتا ہوں۔ لیکن قدیم زمانے میں ایسا نہیں تھا۔ قدیم زمانے میں کوئی فرد اپنے کو ڈیٹیچ نہیں کر سکتا تھا۔</w:t>
      </w:r>
    </w:p>
    <w:p>
      <w:r>
        <w:rPr>
          <w:b/>
        </w:rPr>
        <w:t xml:space="preserve">[20:48] </w:t>
      </w:r>
      <w:r>
        <w:t>qadeem zamanay mein persecution tha. kingship thi. aur despotic king hua karte thay.</w:t>
      </w:r>
    </w:p>
    <w:p>
      <w:pPr>
        <w:jc w:val="right"/>
      </w:pPr>
      <w:r>
        <w:t>قدیم زمانے میں پرسجس پرسیکیوشن تھا۔ کنگ شپ تھی۔ اور ڈیسپوٹک کنگ ہوا کرتے تھے۔</w:t>
      </w:r>
    </w:p>
    <w:p>
      <w:r>
        <w:rPr>
          <w:b/>
        </w:rPr>
        <w:t xml:space="preserve">[21:00] </w:t>
      </w:r>
      <w:r>
        <w:t>tribal culture tha. to qadeem zamanay mein koi aadmi chahe apne ko detach karna to detach nahi kar sakta tha. aur ayat Allahu anhu abda idha salla yani aik aadmi namaz parhne ja raha hai, tab bhi us ko maar rahe hain.</w:t>
      </w:r>
    </w:p>
    <w:p>
      <w:pPr>
        <w:jc w:val="right"/>
      </w:pPr>
      <w:r>
        <w:t>ٹرائبل کلچر تھا۔ تو قدیم زمانے میں کوئی آدمی چاہے اپنے کو ڈیٹیچ کرنا تو ڈیٹیچ نہیں کر سکتا تھا۔ اور آیت اللہ عنہا عبدا اذا صلی یعنی ایک آدمی نماز پڑھنے جا رہا ہے، تب بھی اس کو مار رہے ہیں۔</w:t>
      </w:r>
    </w:p>
    <w:p>
      <w:r>
        <w:rPr>
          <w:b/>
        </w:rPr>
        <w:t xml:space="preserve">[21:15] </w:t>
      </w:r>
      <w:r>
        <w:t>aap ghor kijiye. aik aadmi keh raha hai ke Allah aik hai, tab bhi us ko maar rahe hain. aisa mahol tha qadeem zamanay mein. to Allah taala ko yeh manzoor hua ke aik aisi dunya banai jaye jis mein koi fard agar chahe to mukammal tor par woh mawaqe ki dunya mein reh sake.</w:t>
      </w:r>
    </w:p>
    <w:p>
      <w:pPr>
        <w:jc w:val="right"/>
      </w:pPr>
      <w:r>
        <w:t>آپ غور کیجیے۔ ایک آدمی کہہ رہا ہے کہ اللہ ایک ہے، تب بھی اس کو مار رہے ہیں۔ ایسا ماحول تھا قدیم زمانے میں۔ تو اللہ تعالیٰ کو یہ منظور ہوا کہ ایک ایسی دنیا بنائی جائے جس میں کوئی فرد اگر چاہے تو مکمل طور پر وہ مواقع کی دنیا میں رہ سکے۔</w:t>
      </w:r>
    </w:p>
    <w:p>
      <w:r>
        <w:rPr>
          <w:b/>
        </w:rPr>
        <w:t xml:space="preserve">[21:40] </w:t>
      </w:r>
      <w:r>
        <w:t>yani hate ki dunya se alag ho kar reh sake. tashaddud ki dunya se alag ho kar reh sake. war ki dunya se alag ho kar reh sake. aur taake woh apna development endless nahi kar sake woh.</w:t>
      </w:r>
    </w:p>
    <w:p>
      <w:pPr>
        <w:jc w:val="right"/>
      </w:pPr>
      <w:r>
        <w:t>یعنی ہیٹ کی دنیا سے الگ ہو کر رہ سکے۔ تشدد کی دنیا سے الگ ہو کر رہ سکے۔ وار کی دنیا سے الگ ہو کر رہ سکے۔ اور تاکہ وہ اپنا ڈیولپمنٹ اینڈ لیس نہیں کر سکے وہ۔</w:t>
      </w:r>
    </w:p>
    <w:p>
      <w:r>
        <w:rPr>
          <w:b/>
        </w:rPr>
        <w:t xml:space="preserve">[21:54] </w:t>
      </w:r>
      <w:r>
        <w:t>yeh matlab tha Allah taala ko. to</w:t>
      </w:r>
    </w:p>
    <w:p>
      <w:pPr>
        <w:jc w:val="right"/>
      </w:pPr>
      <w:r>
        <w:t>یہ مطلوب تھا اللہ تعالیٰ کو۔ تو</w:t>
      </w:r>
    </w:p>
    <w:p>
      <w:r>
        <w:rPr>
          <w:b/>
        </w:rPr>
        <w:t xml:space="preserve">[21:56] </w:t>
      </w:r>
      <w:r>
        <w:t>is is ayat mein yahi bataya gaya hai ke is dunya ko khatam kar do jis dunya mein kisi insaan ke liye mumkin nahi hai ke woh mahol paye jahan hate na ho, tashaddud na ho, jang na ho, war na ho.</w:t>
      </w:r>
    </w:p>
    <w:p>
      <w:pPr>
        <w:jc w:val="right"/>
      </w:pPr>
      <w:r>
        <w:t>اس اس آیت میں یہی بتایا گیا ہے کہ اس دنیا کو ختم کر دو جس دنیا میں کسی انسان کے لیے ممکن نہیں ہے کہ وہ ماحول پائے جہاں ہیٹ نہ ہو، تشدد نہ ہو، جنگ نہ ہو، وار نہ ہو۔</w:t>
      </w:r>
    </w:p>
    <w:p>
      <w:r>
        <w:rPr>
          <w:b/>
        </w:rPr>
        <w:t xml:space="preserve">[22:12] </w:t>
      </w:r>
      <w:r>
        <w:t>woh dunya. to woh kaise hua</w:t>
      </w:r>
    </w:p>
    <w:p>
      <w:pPr>
        <w:jc w:val="right"/>
      </w:pPr>
      <w:r>
        <w:t>وہ دنیا۔ تو وہ کیسے ہوا</w:t>
      </w:r>
    </w:p>
    <w:p>
      <w:r>
        <w:rPr>
          <w:b/>
        </w:rPr>
        <w:t xml:space="preserve">[22:17] </w:t>
      </w:r>
      <w:r>
        <w:t>Dekhiye, Allah taala ne to woh waqea kar diya tha lekin hamare jo Muslim thinkers hain, unhone dobara ise shamil kar diya.</w:t>
      </w:r>
    </w:p>
    <w:p>
      <w:pPr>
        <w:jc w:val="right"/>
      </w:pPr>
      <w:r>
        <w:t>؟ دیکھیے، اللہ تعالیٰ نے تو وہ واقعہ کر دیا تھا لیکن ہمارے جو مسلم تھنکرز ہیں، انہوں نے دوبارہ اسے شامل کر دیا۔</w:t>
      </w:r>
    </w:p>
    <w:p>
      <w:r>
        <w:rPr>
          <w:b/>
        </w:rPr>
        <w:t xml:space="preserve">[22:28] </w:t>
      </w:r>
      <w:r>
        <w:t>Is aayat se matlab le liya ke Islam ki hukoomat qaim karo. Sari jar to hukoomati hai. Sari violence, sari evil ki jar hukoomati hoti hai.</w:t>
      </w:r>
    </w:p>
    <w:p>
      <w:pPr>
        <w:jc w:val="right"/>
      </w:pPr>
      <w:r>
        <w:t>اس آیت سے مطلب لے لیا کہ اسلام کی حکومت قائم کرو۔ ساری جڑ تو حکومتی ہے۔ سارے وائیلنس، ساری ایول کی جڑ حکومتی ہوتی ہے۔</w:t>
      </w:r>
    </w:p>
    <w:p>
      <w:r>
        <w:rPr>
          <w:b/>
        </w:rPr>
        <w:t xml:space="preserve">[22:40] </w:t>
      </w:r>
      <w:r>
        <w:t>Is aayat ka matlab le liya ke hukoomat qaim karo. Halanke is mein hukoomat ka koi lafz nahi hai. Koi lafz nahi hai. To sab se pehle is baat ko janiye ke Islam mein hukoomat az nothing.</w:t>
      </w:r>
    </w:p>
    <w:p>
      <w:pPr>
        <w:jc w:val="right"/>
      </w:pPr>
      <w:r>
        <w:t>اس آیت کا مطلب لے لیا کہ حکومت قائم کرو۔ حالانکہ اس میں حکومت کا کوئی لفظ نہیں ہے۔ کوئی لفظ نہیں ہے۔ تو سب سے پہلے اس بات کو جانیے کہ اسلام میں حکومت از نتھنگ۔</w:t>
      </w:r>
    </w:p>
    <w:p>
      <w:r>
        <w:rPr>
          <w:b/>
        </w:rPr>
        <w:t xml:space="preserve">[22:52] </w:t>
      </w:r>
      <w:r>
        <w:t>Muslim hukoomatein hoti hain. Dunya mein Islami hukoomat koi bhi nahi hoti.</w:t>
      </w:r>
    </w:p>
    <w:p>
      <w:pPr>
        <w:jc w:val="right"/>
      </w:pPr>
      <w:r>
        <w:t>مسلم حکومتیں ہوتی ہیں۔ دنیا میں اسلامی حکومت کوئی بھی نہیں ہوتی۔</w:t>
      </w:r>
    </w:p>
    <w:p>
      <w:r>
        <w:rPr>
          <w:b/>
        </w:rPr>
        <w:t xml:space="preserve">[22:57] </w:t>
      </w:r>
      <w:r>
        <w:t>Balke main kahunga koi dynasty rule karti hai. Dynasty. Jis jis daur ko aap Islami daur kehte hain, us mein kya tha?</w:t>
      </w:r>
    </w:p>
    <w:p>
      <w:pPr>
        <w:jc w:val="right"/>
      </w:pPr>
      <w:r>
        <w:t>بلکہ میں کہوں گا کوئی ڈائنسٹی رول کرتی ہے۔ ڈائنسٹی۔ جس جس دور کو آپ اسلامی دور کہتے ہیں، اس میں کیا تھا؟</w:t>
      </w:r>
    </w:p>
    <w:p>
      <w:r>
        <w:rPr>
          <w:b/>
        </w:rPr>
        <w:t xml:space="preserve">[23:08] </w:t>
      </w:r>
      <w:r>
        <w:t>Umayyad, Umayyad dynasty rule kar rahi thi. Abbasi dynasty rule kar rahi thi. Turkish dynasty rule kar rahi thi. Mughal dynasty rule kar rahi thi.</w:t>
      </w:r>
    </w:p>
    <w:p>
      <w:pPr>
        <w:jc w:val="right"/>
      </w:pPr>
      <w:r>
        <w:t>امید، امید ڈائنسٹی رول کر رہی تھی۔ عباسی ڈائنسٹی رول کر رہی تھی۔ ٹرکش ڈائنسٹی رول کر رہی تھی۔ مغل ڈائنسٹی رول کر رہی تھی۔</w:t>
      </w:r>
    </w:p>
    <w:p>
      <w:r>
        <w:rPr>
          <w:b/>
        </w:rPr>
        <w:t xml:space="preserve">[23:17] </w:t>
      </w:r>
      <w:r>
        <w:t>Jitni bhi hukoomatein hain jin ko aap Islami hukoomatein kehte hain, woh sab kisi na kisi dynasty hukoomat thi. Yani kisi khandan ki hukoomat. Islam se koi talluq nahi is ka.</w:t>
      </w:r>
    </w:p>
    <w:p>
      <w:pPr>
        <w:jc w:val="right"/>
      </w:pPr>
      <w:r>
        <w:t>جتنی بھی حکومتیں ہیں جن کو آپ اسلامی حکومتیں کہتے ہیں، وہ سب کسی نہ کسی ڈائنسٹی حکومت تھی۔ یعنی کسی خاندان کی حکومت۔ اسلام سے کوئی تعلق نہیں اس کا۔</w:t>
      </w:r>
    </w:p>
    <w:p>
      <w:r>
        <w:rPr>
          <w:b/>
        </w:rPr>
        <w:t xml:space="preserve">[23:28] </w:t>
      </w:r>
      <w:r>
        <w:t>Islam to ek ideology hai. Ek rabbaniyat hai. Allah mein jeene ka naam hai.</w:t>
      </w:r>
    </w:p>
    <w:p>
      <w:pPr>
        <w:jc w:val="right"/>
      </w:pPr>
      <w:r>
        <w:t>اسلام تو ایک آئیڈیالوجی ہے۔ ایک ربانیت ہے۔ اللہ میں جینے کا نام ہے۔</w:t>
      </w:r>
    </w:p>
    <w:p>
      <w:r>
        <w:rPr>
          <w:b/>
        </w:rPr>
        <w:t xml:space="preserve">[23:36] </w:t>
      </w:r>
      <w:r>
        <w:t>Bas isi ka naam hai Islam. To Rasool Allah Sal Allahu Alaihi Wasallam ke zariye se jo waqea hua, woh kya hua?</w:t>
      </w:r>
    </w:p>
    <w:p>
      <w:pPr>
        <w:jc w:val="right"/>
      </w:pPr>
      <w:r>
        <w:t>بس اسی کا نام ہے اسلام۔ تو رسول اللہ صلی اللہ علیہ وسلم کے ذریعے سے جو واقعہ ہوا، وہ کیا ہوا؟</w:t>
      </w:r>
    </w:p>
    <w:p>
      <w:r>
        <w:rPr>
          <w:b/>
        </w:rPr>
        <w:t xml:space="preserve">[23:44] </w:t>
      </w:r>
      <w:r>
        <w:t>Ke dunya mein is yani is ka aaghaz hota hai Hudaybiyah se ke ek aisa process jari kiya Rasool ne aur Ashab e Rasool ne jis se jis mein kingship khatam ho gayi.</w:t>
      </w:r>
    </w:p>
    <w:p>
      <w:pPr>
        <w:jc w:val="right"/>
      </w:pPr>
      <w:r>
        <w:t>کہ دنیا میں اس یعنی اس کا آغاز ہوتا ہے حدیبیہ سے کہ ایک ایسا پروسیس جاری کیا رسول نے اور اصحاب رسول نے جس سے جس میں کنگ شپ ختم ہوگئی۔</w:t>
      </w:r>
    </w:p>
    <w:p>
      <w:r>
        <w:rPr>
          <w:b/>
        </w:rPr>
        <w:t xml:space="preserve">[24:03] </w:t>
      </w:r>
      <w:r>
        <w:t>Tribal culture khatam ho gaya. Dunya mein democracy aa gayi. Aur scientific yani age ka darwaza darwaza khula.</w:t>
      </w:r>
    </w:p>
    <w:p>
      <w:pPr>
        <w:jc w:val="right"/>
      </w:pPr>
      <w:r>
        <w:t>ٹرائبل کلچر ختم ہوگیا۔ دنیا میں ڈیموکریسی آگئی۔ اور سائنٹیفک یعنی ایج کا دروازہ دروازہ کھلا۔</w:t>
      </w:r>
    </w:p>
    <w:p>
      <w:r>
        <w:rPr>
          <w:b/>
        </w:rPr>
        <w:t xml:space="preserve">[24:15] </w:t>
      </w:r>
      <w:r>
        <w:t>Ek naya, ek naya daur shuru hua. Jis jo us waqt hum jis mein jis daur mein jee rahe hain,</w:t>
      </w:r>
    </w:p>
    <w:p>
      <w:pPr>
        <w:jc w:val="right"/>
      </w:pPr>
      <w:r>
        <w:t>ایک نیا، ایک نیا دور شروع ہوا۔ جس جو اس وقت ہم جس میں جس دور میں جی رہے ہیں،</w:t>
      </w:r>
    </w:p>
    <w:p>
      <w:r>
        <w:rPr>
          <w:b/>
        </w:rPr>
        <w:t xml:space="preserve">[24:23] </w:t>
      </w:r>
      <w:r>
        <w:t>Aaj hum isi daur mein jee rahe hain. Ab kya hua ke aaj dekhiye, aaj hum mukammal taur par mazhabi azadi hum ko hasil hai.</w:t>
      </w:r>
    </w:p>
    <w:p>
      <w:pPr>
        <w:jc w:val="right"/>
      </w:pPr>
      <w:r>
        <w:t>آج ہم اسی دور میں جی رہے ہیں۔ اب کیا ہوا کہ آج دیکھیے، آج ہم مکمل طور پر مذہبی آزادی ہم کو حاصل ہے۔</w:t>
      </w:r>
    </w:p>
    <w:p>
      <w:r>
        <w:rPr>
          <w:b/>
        </w:rPr>
        <w:t xml:space="preserve">[24:33] </w:t>
      </w:r>
      <w:r>
        <w:t>Jabke is se pehle aisa nahi tha. Kisi bhi daur mein mazhabi azadi nahi thi. 1945 mein woh United Nations bani.</w:t>
      </w:r>
    </w:p>
    <w:p>
      <w:pPr>
        <w:jc w:val="right"/>
      </w:pPr>
      <w:r>
        <w:t>جبکہ اس سے پہلے ایسا نہیں تھا۔ کسی بھی دور میں مذہبی آزادی نہیں تھی۔ 1945 میں وہ یونائٹڈ نیشنز بنی۔</w:t>
      </w:r>
    </w:p>
    <w:p>
      <w:r>
        <w:rPr>
          <w:b/>
        </w:rPr>
        <w:t xml:space="preserve">[24:45] </w:t>
      </w:r>
      <w:r>
        <w:t>United Nations jis ko hum kehte hain, jis ka sadar New York mein hai, woh bani</w:t>
      </w:r>
    </w:p>
    <w:p>
      <w:pPr>
        <w:jc w:val="right"/>
      </w:pPr>
      <w:r>
        <w:t>یونائٹڈ نیشنز جس کو ہم کہتے ہیں، جس کا صدر نیویارک میں ہے، وہ بنی</w:t>
      </w:r>
    </w:p>
    <w:p>
      <w:r>
        <w:rPr>
          <w:b/>
        </w:rPr>
        <w:t xml:space="preserve">[24:51] </w:t>
      </w:r>
      <w:r>
        <w:t>hai. Is mein sare dunya ke jo mulk hain, countries hain, nations hain, woh sab is ke member hain. To wahan par unhone ek charter manzoor kiya.</w:t>
      </w:r>
    </w:p>
    <w:p>
      <w:pPr>
        <w:jc w:val="right"/>
      </w:pPr>
      <w:r>
        <w:t>ہے۔ اس میں سارے دنیا کے جو ملک ہیں، کنٹریز ہیں، نیشنز ہیں، وہ سب اس کے ممبر ہیں۔ تو وہاں پر انہوں نے ایک چارٹر منظور کیا۔</w:t>
      </w:r>
    </w:p>
    <w:p>
      <w:r>
        <w:rPr>
          <w:b/>
        </w:rPr>
        <w:t xml:space="preserve">[25:00] </w:t>
      </w:r>
      <w:r>
        <w:t>Charter of United Na</w:t>
      </w:r>
    </w:p>
    <w:p>
      <w:pPr>
        <w:jc w:val="right"/>
      </w:pPr>
      <w:r>
        <w:t>چارٹر آف یونائٹڈ نی</w:t>
      </w:r>
    </w:p>
    <w:p>
      <w:r>
        <w:rPr>
          <w:b/>
        </w:rPr>
        <w:t xml:space="preserve">[25:02] </w:t>
      </w:r>
      <w:r>
        <w:t>tions. Is charter ki dafa do ke tehat yeh sari qaumon ne dastakhat kar ke yeh tay kiya ke kisi mulk ko yeh haq nahi hoga ke doosre mulk par violence kare.</w:t>
      </w:r>
    </w:p>
    <w:p>
      <w:pPr>
        <w:jc w:val="right"/>
      </w:pPr>
      <w:r>
        <w:t>شنز۔ اس چارٹر کی دفعہ دو کے تحت یہ ساری قوموں نے دستخط کر کے یہ طے کیا کہ کسی ملک کو یہ حق نہیں ہوگا کہ دوسرے ملک پر وائیلنس کرے۔</w:t>
      </w:r>
    </w:p>
    <w:p>
      <w:r>
        <w:rPr>
          <w:b/>
        </w:rPr>
        <w:t xml:space="preserve">[25:19] </w:t>
      </w:r>
      <w:r>
        <w:t>Doosre mulk ki sarhad mein dakhil ho. Kisi mulk par attack kare.</w:t>
      </w:r>
    </w:p>
    <w:p>
      <w:pPr>
        <w:jc w:val="right"/>
      </w:pPr>
      <w:r>
        <w:t>دوسرے ملک کی سرحد میں داخل ہو۔ کسی ملک پر اٹیک کرے۔</w:t>
      </w:r>
    </w:p>
    <w:p>
      <w:r>
        <w:rPr>
          <w:b/>
        </w:rPr>
        <w:t xml:space="preserve">[25:23] </w:t>
      </w:r>
      <w:r>
        <w:t>To attack karna ya jang chhedna kisi ke khilaf, is ko sari qaumon ne mil kar is se apne aap ko paband bana liya ke hum aisa nahi karenge.</w:t>
      </w:r>
    </w:p>
    <w:p>
      <w:pPr>
        <w:jc w:val="right"/>
      </w:pPr>
      <w:r>
        <w:t>تو اٹیک کرنا یا جنگ چھیڑنا کسی کے خلاف، اس کو ساری قوموں نے مل کر اس سے اپنے آپ کو پابند بنا لیا کہ ہم ایسا نہیں کریں گے۔</w:t>
      </w:r>
    </w:p>
    <w:p>
      <w:r>
        <w:rPr>
          <w:b/>
        </w:rPr>
        <w:t xml:space="preserve">[25:35] </w:t>
      </w:r>
      <w:r>
        <w:t>Woh woh daur ab yeh hai. Is se pehle kya tha? Woh koi pata hai, ghus jati thi fauj le kar kisi bhi mulk mein. Woh daur khatam hoga 1945 mein.</w:t>
      </w:r>
    </w:p>
    <w:p>
      <w:pPr>
        <w:jc w:val="right"/>
      </w:pPr>
      <w:r>
        <w:t>وہ وہ دور اب یہ ہے۔ اس سے پہلے کیا تھا؟ وہ کوئی پتہ ہے، گھس جاتی تھی فوج لے کر کسی بھی ملک میں۔ وہ دور ختم ہوگا 1945 میں۔</w:t>
      </w:r>
    </w:p>
    <w:p>
      <w:r>
        <w:rPr>
          <w:b/>
        </w:rPr>
        <w:t xml:space="preserve">[25:48] </w:t>
      </w:r>
      <w:r>
        <w:t>Lekin khatam kis ke liye hua</w:t>
      </w:r>
    </w:p>
    <w:p>
      <w:pPr>
        <w:jc w:val="right"/>
      </w:pPr>
      <w:r>
        <w:t>لیکن ختم کس کے لیے ہوا</w:t>
      </w:r>
    </w:p>
    <w:p>
      <w:r>
        <w:rPr>
          <w:b/>
        </w:rPr>
        <w:t xml:space="preserve">[25:50] </w:t>
      </w:r>
      <w:r>
        <w:t>? Jo dobara kisi ko provoke kar ke apne upar hamla na karwaye. Agar aap kisi ko provoke na karein to aap ko koi gun nahi marega, koi bomb nahi marega, koi aap ke treaty mein dakhil nahi hoga.</w:t>
      </w:r>
    </w:p>
    <w:p>
      <w:pPr>
        <w:jc w:val="right"/>
      </w:pPr>
      <w:r>
        <w:t>؟ جو دوبارہ کسی کو پرووک کر کے اپنے اوپر حملہ نہ کروائے۔ اگر آپ کسی کو پرووک نہ کریں تو آپ کو کوئی گن نہیں مارے گا، کوئی بم نہیں مارے گا، کوئی آپ کے ٹریٹی میں داخل نہیں ہوگا۔</w:t>
      </w:r>
    </w:p>
    <w:p>
      <w:r>
        <w:rPr>
          <w:b/>
        </w:rPr>
        <w:t xml:space="preserve">[26:06] </w:t>
      </w:r>
      <w:r>
        <w:t>To Musalmanon ne kya kiya ke jo political interpretation kiya, us ke nateeje mein unhone kya kiya ke</w:t>
      </w:r>
    </w:p>
    <w:p>
      <w:pPr>
        <w:jc w:val="right"/>
      </w:pPr>
      <w:r>
        <w:t>تو مسلمانوں نے کیا کیا کہ جو پولیٹیکل انٹرپریشن کیا، اس کے نتیجے میں انہوں نے کیا کیا کہ</w:t>
      </w:r>
    </w:p>
    <w:p>
      <w:r>
        <w:rPr>
          <w:b/>
        </w:rPr>
        <w:t xml:space="preserve">[26:15] </w:t>
      </w:r>
      <w:r>
        <w:t>Takrao ka ek naya daur shuru kar diya. Takrao ka naya daur.</w:t>
      </w:r>
    </w:p>
    <w:p>
      <w:pPr>
        <w:jc w:val="right"/>
      </w:pPr>
      <w:r>
        <w:t>ٹکراؤ کا ایک نیا دور شروع کر دیا۔ ٹکرائے کا نیا دور۔</w:t>
      </w:r>
    </w:p>
    <w:p>
      <w:r>
        <w:rPr>
          <w:b/>
        </w:rPr>
        <w:t xml:space="preserve">[26:20] </w:t>
      </w:r>
      <w:r>
        <w:t>is ki aik misaal deta hoon mein. doctor muhammad morsi sahib misr mein muntakhib hue, wahan ke president ban gae.</w:t>
      </w:r>
    </w:p>
    <w:p>
      <w:pPr>
        <w:jc w:val="right"/>
      </w:pPr>
      <w:r>
        <w:t>اس کی ایک مثال دیتا ہوں میں۔ ڈاکٹر محمد مرسی صاحب مصر میں منتخب ہوئے، وہاں کے پریزیڈنٹ بن گئے۔</w:t>
      </w:r>
    </w:p>
    <w:p>
      <w:r>
        <w:rPr>
          <w:b/>
        </w:rPr>
        <w:t xml:space="preserve">[26:32] </w:t>
      </w:r>
      <w:r>
        <w:t>president hone ke baad jo bari taqreer ki thi unhon ne, woh internet pe hai, sun lijiye aap is ko. is mein unhon ne kaha ke hamara jo thora hai, thora misri nahi hai, yeh thora aalmi hai.</w:t>
      </w:r>
    </w:p>
    <w:p>
      <w:pPr>
        <w:jc w:val="right"/>
      </w:pPr>
      <w:r>
        <w:t>پریزیڈنٹ ہونے کے بعد جو بڑی تقریر کی تھی انہوں نے، وہ انٹرنیٹ پہ ہے، سن لیجئے آپ اس کو۔ اس میں انہوں نے کہا کہ ہمارا جو ثورہ ہے، ثورہ مصریہ نہیں ہے، یہ ثورہ عالمی ہے۔</w:t>
      </w:r>
    </w:p>
    <w:p>
      <w:r>
        <w:rPr>
          <w:b/>
        </w:rPr>
        <w:t xml:space="preserve">[26:45] </w:t>
      </w:r>
      <w:r>
        <w:t>thora mani inqilab, revolution. yaani misr ka inqilab sirf misri inqilab nahi, yeh aalmi inqilab hai.</w:t>
      </w:r>
    </w:p>
    <w:p>
      <w:pPr>
        <w:jc w:val="right"/>
      </w:pPr>
      <w:r>
        <w:t>ثورہ معنی انقلاب، ریولوشن۔ یعنی مصر کا انقلاب صرف مصری انقلاب نہیں، یہ عالمی انقلاب ہے۔</w:t>
      </w:r>
    </w:p>
    <w:p>
      <w:r>
        <w:rPr>
          <w:b/>
        </w:rPr>
        <w:t xml:space="preserve">[26:55] </w:t>
      </w:r>
      <w:r>
        <w:t>achha, woh thora kya tha? woh thora siyasiya tha. woh aik political inqilab tha. to is se sari dunya ne is ko is mani mein liya ke yeh yahan par apna qabza qaim kar ke dunya bhar mein apne thora ko export karen ge.</w:t>
      </w:r>
    </w:p>
    <w:p>
      <w:pPr>
        <w:jc w:val="right"/>
      </w:pPr>
      <w:r>
        <w:t>اچھا، وہ ثورہ کیا تھا؟ وہ ثورہ سیاسیہ تھا۔ وہ ایک پولیٹیکل انقلاب تھا۔ تو اس سے ساری دنیا نے اس کو اس معنی میں لیا کہ یہ یہاں پر اپنا قبضہ قائم کر کے دنیا بھر میں اپنے ثورہ کو ایکسپورٹ کریں گے۔</w:t>
      </w:r>
    </w:p>
    <w:p>
      <w:r>
        <w:rPr>
          <w:b/>
        </w:rPr>
        <w:t xml:space="preserve">[27:14] </w:t>
      </w:r>
      <w:r>
        <w:t>yeh</w:t>
      </w:r>
    </w:p>
    <w:p>
      <w:pPr>
        <w:jc w:val="right"/>
      </w:pPr>
      <w:r>
        <w:t>یہ</w:t>
      </w:r>
    </w:p>
    <w:p>
      <w:r>
        <w:rPr>
          <w:b/>
        </w:rPr>
        <w:t xml:space="preserve">[27:16] </w:t>
      </w:r>
      <w:r>
        <w:t>har aik mulk mein is ko export karen ge. jo dunya woh ho gai, yaani aik khatra samajhne lagi.</w:t>
      </w:r>
    </w:p>
    <w:p>
      <w:pPr>
        <w:jc w:val="right"/>
      </w:pPr>
      <w:r>
        <w:t>ہر ایک ملک میں اس کو ایکسپورٹ کریں گے۔ جو دنیا وہ ہو گئی، یعنی ایک خطرہ سمجھنے لگی۔</w:t>
      </w:r>
    </w:p>
    <w:p>
      <w:r>
        <w:rPr>
          <w:b/>
        </w:rPr>
        <w:t xml:space="preserve">[27:26] </w:t>
      </w:r>
      <w:r>
        <w:t>isi waja se wahan ki jo fouj hai, is ko himmat hui ke woh agar action un ke khilaf action le to koi mana karne wala nahi. kyunke dunya to pehle se is ko isay khaif thi ke yeh thora misri ko thora aalamiya bana dene wale hain.</w:t>
      </w:r>
    </w:p>
    <w:p>
      <w:pPr>
        <w:jc w:val="right"/>
      </w:pPr>
      <w:r>
        <w:t>اسی وجہ سے وہاں کی جو فوج ہے، اس کو ہمت ہوئی کہ وہ اگر ایکشن ان کے خلاف ایکشن لے تو کوئی منع کرنے والا نہیں۔ کیونکہ دنیا تو پہلے سے اس کو اسے خائف تھی کہ یہ ثورہ مصریہ کو ثورہ عالمیہ بنا دینے والے ہیں۔</w:t>
      </w:r>
    </w:p>
    <w:p>
      <w:r>
        <w:rPr>
          <w:b/>
        </w:rPr>
        <w:t xml:space="preserve">[27:41] </w:t>
      </w:r>
      <w:r>
        <w:t>apne siyasi inqilab ko export karne wale hain hamare mulkon mein.</w:t>
      </w:r>
    </w:p>
    <w:p>
      <w:pPr>
        <w:jc w:val="right"/>
      </w:pPr>
      <w:r>
        <w:t>اپنے سیاسی انقلاب کو ایکسپورٹ کرنے والے ہیں ہمارے ملکوں میں۔</w:t>
      </w:r>
    </w:p>
    <w:p>
      <w:r>
        <w:rPr>
          <w:b/>
        </w:rPr>
        <w:t xml:space="preserve">[27:46] </w:t>
      </w:r>
      <w:r>
        <w:t>to aap agar kisi ko provoke na karen, kisi ko dakhal na den kisi ke mamle mein, to poori aazadi aap ko hai, poori peace aap ko mili hui hai.</w:t>
      </w:r>
    </w:p>
    <w:p>
      <w:pPr>
        <w:jc w:val="right"/>
      </w:pPr>
      <w:r>
        <w:t>تو آپ اگر کسی کو پرووک نہ کریں، کسی کو دخل نہ دیں کسی کے معاملے میں، تو پوری آزادی آپ کو ہے، پوری پیس آپ کو ملی ہوئی ہے۔</w:t>
      </w:r>
    </w:p>
    <w:p>
      <w:r>
        <w:rPr>
          <w:b/>
        </w:rPr>
        <w:t xml:space="preserve">[27:59] </w:t>
      </w:r>
      <w:r>
        <w:t>to rasool Allah ke zariye se jo inqilab laya gaya tha, woh yeh tha ke kisi ko yeh haq na ho ke woh doosre ke mamle mein tashaddud kare.</w:t>
      </w:r>
    </w:p>
    <w:p>
      <w:pPr>
        <w:jc w:val="right"/>
      </w:pPr>
      <w:r>
        <w:t>تو رسول اللہ کے ذریعے سے جو انقلاب لایا گیا تھا، وہ یہ تھا کہ کسی کو یہ حق نہ ہو کہ وہ دوسرے کے معاملے میں تشدد کرے۔</w:t>
      </w:r>
    </w:p>
    <w:p>
      <w:r>
        <w:rPr>
          <w:b/>
        </w:rPr>
        <w:t xml:space="preserve">[28:07] </w:t>
      </w:r>
      <w:r>
        <w:t>woh yahi tha hudaybiya. hudaybiya mein yeh hua tha ke jo fareeqe sani tha,</w:t>
      </w:r>
    </w:p>
    <w:p>
      <w:pPr>
        <w:jc w:val="right"/>
      </w:pPr>
      <w:r>
        <w:t>وہ یہی تھا حدیبیہ۔ حدیبیہ میں یہ ہوا تھا کہ جو فریق ثانی تھا،</w:t>
      </w:r>
    </w:p>
    <w:p>
      <w:r>
        <w:rPr>
          <w:b/>
        </w:rPr>
        <w:t xml:space="preserve">[28:16] </w:t>
      </w:r>
      <w:r>
        <w:t>woh woh is baat ka paband ho gaya tha ke musalmanon ke mamle mein koi mudakhlat nahi kare ga. woh koi violence nahi, koi jang nahi, koi takrao nahi.</w:t>
      </w:r>
    </w:p>
    <w:p>
      <w:pPr>
        <w:jc w:val="right"/>
      </w:pPr>
      <w:r>
        <w:t>وہ وہ اس بات کا پابند ہو گیا تھا کہ مسلمانوں کے معاملے میں کوئی مداخلت نہیں کرے گا۔ وہ کوئی وائیلنس نہیں، کوئی جنگ نہیں، کوئی ٹکراؤ نہیں۔</w:t>
      </w:r>
    </w:p>
    <w:p>
      <w:r>
        <w:rPr>
          <w:b/>
        </w:rPr>
        <w:t xml:space="preserve">[28:26] </w:t>
      </w:r>
      <w:r>
        <w:t>natija kya hua ke al-iman ko sari opportunities khulne ki khul gayin un ke liye kaam karne ki. aur aur aur aur do saal ke andar itna zyada da'wati kaam hua, tabligh kaam hua ke poora arab islamize ho gaya.</w:t>
      </w:r>
    </w:p>
    <w:p>
      <w:pPr>
        <w:jc w:val="right"/>
      </w:pPr>
      <w:r>
        <w:t>نتیجہ کیا ہوا کہ الایمان کو ساری اپرچونیٹیز کھلنے کی کھل گئیں ان کے لیے کام کرنے کی۔ اور اور اور اور دو سال کے اندر اتنا زیادہ دعوتی کام ہوا، تبلیغ کام ہوا کہ پورا عرب اسلامائز ہو گیا۔</w:t>
      </w:r>
    </w:p>
    <w:p>
      <w:r>
        <w:rPr>
          <w:b/>
        </w:rPr>
        <w:t xml:space="preserve">[28:43] </w:t>
      </w:r>
      <w:r>
        <w:t>aur kisi fauji taqat ke istemal ke baghair makkah fatah ho gaya.</w:t>
      </w:r>
    </w:p>
    <w:p>
      <w:pPr>
        <w:jc w:val="right"/>
      </w:pPr>
      <w:r>
        <w:t>اور کسی فوجی طاقت کے استعمال کے بغیر مکہ فتح ہو گیا۔</w:t>
      </w:r>
    </w:p>
    <w:p>
      <w:r>
        <w:rPr>
          <w:b/>
        </w:rPr>
        <w:t xml:space="preserve">[28:49] </w:t>
      </w:r>
      <w:r>
        <w:t>to yeh nuqta tha. to hudaybiya ke ka waqia jo hai, woh is ke baad aik nai tareekh shuru hui. aik nai tareekh.</w:t>
      </w:r>
    </w:p>
    <w:p>
      <w:pPr>
        <w:jc w:val="right"/>
      </w:pPr>
      <w:r>
        <w:t>تو یہ نقطہ تھا۔ تو حدیبیہ کے کا واقعہ جو ہے، وہ اس کے بعد ایک نئی تاریخ شروع ہوئی۔ ایک نئی تاریخ۔</w:t>
      </w:r>
    </w:p>
    <w:p>
      <w:r>
        <w:rPr>
          <w:b/>
        </w:rPr>
        <w:t xml:space="preserve">[29:00] </w:t>
      </w:r>
      <w:r>
        <w:t>is tareekh ka culmination hua jadeed maghribi dunya mein. jabke haan, democracy aa gayi, united nations qaim ho gayi, religious freedom aa gaya, science ke zariye haqeeqaten daryaft huin, aur communication aa gaya.</w:t>
      </w:r>
    </w:p>
    <w:p>
      <w:pPr>
        <w:jc w:val="right"/>
      </w:pPr>
      <w:r>
        <w:t>اس تاریخ کا کلمنیشن ہوا جدید مغربی دنیا میں۔ جبکہ ہاں، ڈیموکریسی آگئی، یونائٹڈ نیشنز قائم ہوگئی، اورلجس فریڈم آگیا، سائنس کے ذریعے حقیقتیں دریافت ہوئیں، اور کمیونیکیشن آگیا۔</w:t>
      </w:r>
    </w:p>
    <w:p>
      <w:r>
        <w:rPr>
          <w:b/>
        </w:rPr>
        <w:t xml:space="preserve">[29:17] </w:t>
      </w:r>
      <w:r>
        <w:t>yeh sara is ka culmination hai. ab hum is is daur mein jee rahe hain. ab kya hai? ab agar aap khud se kisi ko provoke na karen to aap ko mukammal aman hasil hai.</w:t>
      </w:r>
    </w:p>
    <w:p>
      <w:pPr>
        <w:jc w:val="right"/>
      </w:pPr>
      <w:r>
        <w:t>یہ سارا اس کا کلمنیشن ہے۔ اب ہم اس اس دور میں جی رہے ہیں۔ اب کیا ہے؟ اب اگر آپ خود سے کسی کو پرووک نہ کریں تو آپ کو مکمل امن حاصل ہے۔</w:t>
      </w:r>
    </w:p>
    <w:p>
      <w:r>
        <w:rPr>
          <w:b/>
        </w:rPr>
        <w:t xml:space="preserve">[29:33] </w:t>
      </w:r>
      <w:r>
        <w:t>yaani kisi ko aap provoke na karen, kisi ke liye khatra na banen.</w:t>
      </w:r>
    </w:p>
    <w:p>
      <w:pPr>
        <w:jc w:val="right"/>
      </w:pPr>
      <w:r>
        <w:t>یعنی کسی کو آپ پرووک نہ کریں، کسی کے لیے خطرہ نہ بنیں۔</w:t>
      </w:r>
    </w:p>
    <w:p>
      <w:r>
        <w:rPr>
          <w:b/>
        </w:rPr>
        <w:t xml:space="preserve">[29:38] </w:t>
      </w:r>
      <w:r>
        <w:t>koi yeh na samjhe ke aap apni political theory ko hamare haan export karna chahte hain. to woh aap woh peshgi tor par 1945 ke charter ke mutabiq apne ko paband bana chuka hai ke woh kisi par violence nahi kare ga, attack nahi kare ga.</w:t>
      </w:r>
    </w:p>
    <w:p>
      <w:pPr>
        <w:jc w:val="right"/>
      </w:pPr>
      <w:r>
        <w:t>کوئی یہ نہ سمجھے کہ آپ اپنی پولیٹیکل تھیوری کو ہمارے ہاں ایکسپورٹ کرنا چاہتے ہیں۔ تو وہ آپ وہ پیشگی طور پر 1945 کے چارٹر کے مطابق اپنے کو پابند بنا چکا ہے کہ وہ کسی پر وائیلنس نہیں کرے گا، اٹیک نہیں کرے گا۔</w:t>
      </w:r>
    </w:p>
    <w:p>
      <w:r>
        <w:rPr>
          <w:b/>
        </w:rPr>
        <w:t xml:space="preserve">[29:57] </w:t>
      </w:r>
      <w:r>
        <w:t>to is surat is ka jo maqsad hai, jo faida is ka hai, woh yeh hai ke mukammal tor par jo aman hoga, mukammal aman, us waqt kya hoga?</w:t>
      </w:r>
    </w:p>
    <w:p>
      <w:pPr>
        <w:jc w:val="right"/>
      </w:pPr>
      <w:r>
        <w:t>تو اس صورت اس کا جو مقصد ہے، جو فائدہ اس کا ہے، وہ یہ ہے کہ مکمل طور پر جو امن ہوگا، مکمل امن، اس وقت کیا ہوگا؟</w:t>
      </w:r>
    </w:p>
    <w:p>
      <w:r>
        <w:rPr>
          <w:b/>
        </w:rPr>
        <w:t xml:space="preserve">[30:11] </w:t>
      </w:r>
      <w:r>
        <w:t>sari opportunities khul jayengi. aap ko mauqa hoga ke aap apna intro develop, apna apni apna personality development kar saken, apna rabbani irtqa apne andar laen.</w:t>
      </w:r>
    </w:p>
    <w:p>
      <w:pPr>
        <w:jc w:val="right"/>
      </w:pPr>
      <w:r>
        <w:t>ساری اپرچونیٹیز کھل جائیں گی۔ آپ کو موقع ہوگا کہ آپ اپنا انٹرو ڈیولپ، اپنا اپنی اپنا پرسنیلٹی ڈیولپمنٹ کر سکیں، اپنا ربانی ارتقاء اپنے اندر لائیں۔</w:t>
      </w:r>
    </w:p>
    <w:p>
      <w:r>
        <w:rPr>
          <w:b/>
        </w:rPr>
        <w:t xml:space="preserve">[30:25] </w:t>
      </w:r>
      <w:r>
        <w:t>to Allah taala ka asal jo nishana hai, woh hukoomaten nahi hain, woh jangain nahi hain. Allah taala ka nishana hai ke aise afraad tayyar hon jo afraad jannat mein basaye jaane ke qabil hon.</w:t>
      </w:r>
    </w:p>
    <w:p>
      <w:pPr>
        <w:jc w:val="right"/>
      </w:pPr>
      <w:r>
        <w:t>تو اللہ تعالیٰ کا اصل جو نشانہ ہے، وہ حکومتیں نہیں ہیں، وہ جنگیں نہیں ہیں۔ اللہ تعالیٰ کا نشانہ ہے کہ ایسے افراد تیار ہوں جو افراد جنت میں بسائے جانے کے قابل ہوں۔</w:t>
      </w:r>
    </w:p>
    <w:p>
      <w:r>
        <w:rPr>
          <w:b/>
        </w:rPr>
        <w:t xml:space="preserve">[30:40] </w:t>
      </w:r>
      <w:r>
        <w:t>woh jannat jo itni zabardast banai hai Allah taala ne, jis ke bare mein aata hai hadith mein ke la ain rat wa la udhun samiat jis ko na kisi kaan ne suna, na kisi aankh ne dekha.</w:t>
      </w:r>
    </w:p>
    <w:p>
      <w:pPr>
        <w:jc w:val="right"/>
      </w:pPr>
      <w:r>
        <w:t>وہ جنت جو اتنی زبردست بنائی ہے اللہ تعالیٰ نے، جس کے بارے میں آتا ہے حدیث میں کہ لا عین رات ولا عذر سمعت جس کو نہ کسی کان نے سنا، نہ کسی آنکھ نے دیکھا۔</w:t>
      </w:r>
    </w:p>
    <w:p>
      <w:r>
        <w:rPr>
          <w:b/>
        </w:rPr>
        <w:t xml:space="preserve">[30:53] </w:t>
      </w:r>
      <w:r>
        <w:t>woh azeem jannat, woh azeem paradise, is mein kis ko basaya jaye? is ke liye tayyar insaan chahiye,</w:t>
      </w:r>
    </w:p>
    <w:p>
      <w:pPr>
        <w:jc w:val="right"/>
      </w:pPr>
      <w:r>
        <w:t>وہ عظیم جنت، وہ عظیم پیراڈائز، اس میں کس کو بسایا جائے؟ اس کے لیے تیار انسان چاہیے،</w:t>
      </w:r>
    </w:p>
    <w:p>
      <w:r>
        <w:rPr>
          <w:b/>
        </w:rPr>
        <w:t xml:space="preserve">[31:01] </w:t>
      </w:r>
      <w:r>
        <w:t>mudqqah insaan. to is ko dunya mein woh halaat darkar hain Allah taala ko, jis mein woh insaan bane. aisi aisi dunya jahan nafrat ho, tashaddud ho, takrao ho,</w:t>
      </w:r>
    </w:p>
    <w:p>
      <w:pPr>
        <w:jc w:val="right"/>
      </w:pPr>
      <w:r>
        <w:t>مدقہ انسان۔ تو اس کو دنیا میں وہ حالات درکار ہیں اللہ تعالیٰ کو، جس میں وہ انسان بنے۔ ایسی ایسی دنیا جہاں نفرت ہو، تشدد ہو، ٹکراؤ ہو،</w:t>
      </w:r>
    </w:p>
    <w:p>
      <w:r>
        <w:rPr>
          <w:b/>
        </w:rPr>
        <w:t xml:space="preserve">[31:16] </w:t>
      </w:r>
      <w:r>
        <w:t>negative thinking ho, to is mein koi insan apne aap ko is tarah develop nahi kar payega.</w:t>
      </w:r>
    </w:p>
    <w:p>
      <w:pPr>
        <w:jc w:val="right"/>
      </w:pPr>
      <w:r>
        <w:t>نیگیٹیو تھنکنگ ہو، تو اس میں کوئی انسان اپنے آپ کو اس طرح ڈیولپ نہیں کر پائے گا۔</w:t>
      </w:r>
    </w:p>
    <w:p>
      <w:r>
        <w:rPr>
          <w:b/>
        </w:rPr>
        <w:t xml:space="preserve">[31:24] </w:t>
      </w:r>
      <w:r>
        <w:t>to yeh jo dunya banai gayi, jo rasool aur ashaab-e-rasool ki qurbaniyon se bani, aur ab is ke ab culmination mein pahunche hue hain, ab saare mawaqe khul gaye hain ke aap apne andar is personality ko develop karen aur doosron ko batayen.</w:t>
      </w:r>
    </w:p>
    <w:p>
      <w:pPr>
        <w:jc w:val="right"/>
      </w:pPr>
      <w:r>
        <w:t>تو یہ جو دنیا بنائی گئی، جو رسول اور اصحاب رسول کی قربانیوں سے بنی، اور اب اس کے اب کلمنیشن میں پہنچے ہوئے ہیں، اب سارے مواقع کھل گئے ہیں کہ آپ اپنے اندر اس پرسنیلٹی کو ڈیولپ کریں اور دوسروں کو بتائیں۔</w:t>
      </w:r>
    </w:p>
    <w:p>
      <w:r>
        <w:rPr>
          <w:b/>
        </w:rPr>
        <w:t xml:space="preserve">[31:41] </w:t>
      </w:r>
      <w:r>
        <w:t>ab ab jo communication hai, jo print media hai, electronic media hai, is ke zariye se aap apni discovery ko dunya tak pahuncha sakte hain.</w:t>
      </w:r>
    </w:p>
    <w:p>
      <w:pPr>
        <w:jc w:val="right"/>
      </w:pPr>
      <w:r>
        <w:t>اب اب جو کمیونیکیشن ہے، جو پرنٹ میڈیا ہے، الیکٹرانک میڈیا ہے، اس کے ذریعے سے آپ اپنی ڈسکوری کو دنیا تک پہنچا سکتے ہیں۔</w:t>
      </w:r>
    </w:p>
    <w:p>
      <w:r>
        <w:rPr>
          <w:b/>
        </w:rPr>
        <w:t xml:space="preserve">[31:52] </w:t>
      </w:r>
      <w:r>
        <w:t>aap ne jo jo daryaft kiya, us ko dunya ko bata sakte hain.</w:t>
      </w:r>
    </w:p>
    <w:p>
      <w:pPr>
        <w:jc w:val="right"/>
      </w:pPr>
      <w:r>
        <w:t>آپ نے جو جو دریافت کیا، اس کو دنیا کو بتا سکتے ہیں۔</w:t>
      </w:r>
    </w:p>
    <w:p>
      <w:r>
        <w:rPr>
          <w:b/>
        </w:rPr>
        <w:t xml:space="preserve">[31:58] </w:t>
      </w:r>
      <w:r>
        <w:t>to is ayat mein is baat ka aelan hai ke aisa daur lao dunya mein, jabke insan mukammal peace mein reh sake,</w:t>
      </w:r>
    </w:p>
    <w:p>
      <w:pPr>
        <w:jc w:val="right"/>
      </w:pPr>
      <w:r>
        <w:t>تو اس آیت میں اس بات کا اعلان ہے کہ ایسا دور لاؤ دنیا میں، جبکہ انسان مکمل پیس میں رہ سکے،</w:t>
      </w:r>
    </w:p>
    <w:p>
      <w:r>
        <w:rPr>
          <w:b/>
        </w:rPr>
        <w:t xml:space="preserve">[32:12] </w:t>
      </w:r>
      <w:r>
        <w:t>nafrat se khali dunya mein reh sake.</w:t>
      </w:r>
    </w:p>
    <w:p>
      <w:pPr>
        <w:jc w:val="right"/>
      </w:pPr>
      <w:r>
        <w:t>نفرت سے خالی دنیا میں رہ سکے۔</w:t>
      </w:r>
    </w:p>
    <w:p>
      <w:r>
        <w:rPr>
          <w:b/>
        </w:rPr>
        <w:t xml:space="preserve">[32:15] </w:t>
      </w:r>
      <w:r>
        <w:t>mein phir kahunga ke mera matlab yeh nahi ke nizam ke maani mein nahi bol raha hoon. mein aisa nizam qaim ho jaye, woh aisa nizam kabhi qaim nahi hoga. ek fard ke liye mumkin ho jaye, ek fard, ek fard ke liye mumkin ho jaye, mumkin ho jaye ke woh nafrat ke baghair reh sake, negative thinking ke baghair reh sake, tashaddud ke baghair reh sake.</w:t>
      </w:r>
    </w:p>
    <w:p>
      <w:pPr>
        <w:jc w:val="right"/>
      </w:pPr>
      <w:r>
        <w:t>میں پھر کہوں گا کہ میرا مطلب یہ نہیں کہ نظام کے معنی میں نہیں بول رہا ہوں۔ میں ایسا نظام قائم ہو جائے، وہ ایسا نظام کبھی قائم نہیں ہوگا۔ ایک فرد کے لیے ممکن ہو جائے، ایک فرد، ایک فرد کے لیے ممکن ہو جائے، ممکن ہو جائے کہ وہ نفرت کے بغیر رہ سکے، نیگیٹیو تھنکنگ کے بغیر رہ سکے، تشدد کے بغیر رہ سکے۔</w:t>
      </w:r>
    </w:p>
    <w:p>
      <w:r>
        <w:rPr>
          <w:b/>
        </w:rPr>
        <w:t xml:space="preserve">[32:37] </w:t>
      </w:r>
      <w:r>
        <w:t>to is ke baad woh is ke liye mumkin ho jayega ke woh, woh is ke liye mumkin ho jayega ke woh apne andar woh aala personality develop kare.</w:t>
      </w:r>
    </w:p>
    <w:p>
      <w:pPr>
        <w:jc w:val="right"/>
      </w:pPr>
      <w:r>
        <w:t>تو اس کے بعد وہ اس کے لیے ممکن ہو جائے گا کہ وہ، وہ اس کے لیے ممکن ہو جائے کہ وہ اپنے اندر وہ اعلیٰ پرسنیلٹی ڈیولپ کرے۔</w:t>
      </w:r>
    </w:p>
    <w:p>
      <w:r>
        <w:rPr>
          <w:b/>
        </w:rPr>
        <w:t xml:space="preserve">[32:50] </w:t>
      </w:r>
      <w:r>
        <w:t>jaise mein ne abhi aap ke samne jo arz ki jannat ke bare mein, yeh koi ek din ki baat nahi hai. lambi muddat tak sochte sochte sochte sochte, yeh baat meri samajh aayi hai.</w:t>
      </w:r>
    </w:p>
    <w:p>
      <w:pPr>
        <w:jc w:val="right"/>
      </w:pPr>
      <w:r>
        <w:t>جیسے میں نے ابھی آپ کے سامنے جو عرض کی جنت کے بارے میں، یہ کوئی ایک دن کی بات نہیں ہے۔ لمبی مدت تک سوچتے سوچتے سوچتے سوچتے، یہ بات میری سمجھ آئی ہے۔</w:t>
      </w:r>
    </w:p>
    <w:p>
      <w:r>
        <w:rPr>
          <w:b/>
        </w:rPr>
        <w:t xml:space="preserve">[33:02] </w:t>
      </w:r>
      <w:r>
        <w:t>aise lambi muddat tak aise mahaul mein rehna, mein ne apne apne mind ko hate free kiya, apne andar tashaddud ko nikala, negative thinking ko nikala, apne aap ko detach kiya is poore dunya se.</w:t>
      </w:r>
    </w:p>
    <w:p>
      <w:pPr>
        <w:jc w:val="right"/>
      </w:pPr>
      <w:r>
        <w:t>ایسے لمبی مدت تک ایسے ماحول میں رہنا، میں نے اپنے اپنے مائنڈ کو ہیٹ فری کیا، اپنے اندر تشدد کو نکالا، نیگیٹیو تھنکنگ کو نکالا، اپنے آپ کو ڈیٹچ کیا اس پورے دنیا سے۔</w:t>
      </w:r>
    </w:p>
    <w:p>
      <w:r>
        <w:rPr>
          <w:b/>
        </w:rPr>
        <w:t xml:space="preserve">[33:16] </w:t>
      </w:r>
      <w:r>
        <w:t>tab mein yeh soch paya ke jannat kya cheez hogi.</w:t>
      </w:r>
    </w:p>
    <w:p>
      <w:pPr>
        <w:jc w:val="right"/>
      </w:pPr>
      <w:r>
        <w:t>تب میں یہ سوچ پایا کہ جنت کیا چیز ہوگی۔</w:t>
      </w:r>
    </w:p>
    <w:p>
      <w:r>
        <w:rPr>
          <w:b/>
        </w:rPr>
        <w:t xml:space="preserve">[33:20] </w:t>
      </w:r>
      <w:r>
        <w:t>log to samjhe baithe the ke jannat mein kuch hoorein hongi, kuch meway honge, usi ko jannat samjhe baithe the. to jab mein ne apne aap ko detach kar ke socha, aur barson is mein mein laga raha ke jannat kya cheez hai,</w:t>
      </w:r>
    </w:p>
    <w:p>
      <w:pPr>
        <w:jc w:val="right"/>
      </w:pPr>
      <w:r>
        <w:t>لوگ تو سمجھے بیٹھے تھے کہ جنت میں کچھ حوریں ہوں گی، کچھ میوے ہوں گے، اسی کو جنت سمجھے بیٹھے تھے۔ تو جب میں نے اپنے آپ کو ڈیٹچ کر کے سوچا، اور برسوں اس میں میں لگا رہا کہ جنت کیا چیز ہے،</w:t>
      </w:r>
    </w:p>
    <w:p>
      <w:r>
        <w:rPr>
          <w:b/>
        </w:rPr>
        <w:t xml:space="preserve">[33:37] </w:t>
      </w:r>
      <w:r>
        <w:t>to agar mahaul nafrat ke mun nafrat mein jeeta, tashaddud mein jeeta, aur takrao mein jeeta, aur naam nahad islami hukumat ke naam par logon se ladai karta rehta, suicide bombing ki taeed karta, to mein soch nahi sakta tha aisa.</w:t>
      </w:r>
    </w:p>
    <w:p>
      <w:pPr>
        <w:jc w:val="right"/>
      </w:pPr>
      <w:r>
        <w:t>تو اگر ماحول نفرت کے من نفرت میں جیتا، تشدد میں جیتا، اور ٹکراؤ میں جیتا، اور نام نہاد اسلامی حکومت کے نام پر لوگوں سے لڑائی کرتا رہتا، سوسائیڈ بمبنگ کی تائید کرتا، تو میں سوچ نہیں سکتا تھا ایسا۔</w:t>
      </w:r>
    </w:p>
    <w:p>
      <w:r>
        <w:rPr>
          <w:b/>
        </w:rPr>
        <w:t xml:space="preserve">[33:56] </w:t>
      </w:r>
      <w:r>
        <w:t>aur na aap logon ko khabar hai, un logon ko is baat ki.</w:t>
      </w:r>
    </w:p>
    <w:p>
      <w:pPr>
        <w:jc w:val="right"/>
      </w:pPr>
      <w:r>
        <w:t>اور نہ آپ لوگوں کو خبر ہے، ان لوگوں کو اس بات کی۔</w:t>
      </w:r>
    </w:p>
    <w:p>
      <w:r>
        <w:rPr>
          <w:b/>
        </w:rPr>
        <w:t xml:space="preserve">[33:59] </w:t>
      </w:r>
      <w:r>
        <w:t>tab mein samajh paya ke kyun Allah taala ne jannat ko itna bada darja diya hai, hadithon mein itna bada darja diya hai, kyunke woh hai hi aisi badi cheez.</w:t>
      </w:r>
    </w:p>
    <w:p>
      <w:pPr>
        <w:jc w:val="right"/>
      </w:pPr>
      <w:r>
        <w:t>تب میں سمجھ پایا کہ کیوں اللہ تعالیٰ نے جنت کو اتنا بڑا درجہ دیا ہے، حدیثوں میں اتنا بڑا درجہ دیا ہے، کیونکہ وہ ہے ہی ایسی بڑی چیز۔</w:t>
      </w:r>
    </w:p>
    <w:p>
      <w:r>
        <w:rPr>
          <w:b/>
        </w:rPr>
        <w:t xml:space="preserve">[34:13] </w:t>
      </w:r>
      <w:r>
        <w:t>yani jannat is jagah ka naam hai jahan saare ghayb ke parde hat jayen, tamam haqiqaten khul jayen.</w:t>
      </w:r>
    </w:p>
    <w:p>
      <w:pPr>
        <w:jc w:val="right"/>
      </w:pPr>
      <w:r>
        <w:t>یعنی جنت اس جگہ کا نام ہے جہاں سارے غیب کے پردے ہٹ جائیں، تمام حقیقتیں کھل جائیں۔</w:t>
      </w:r>
    </w:p>
    <w:p>
      <w:r>
        <w:rPr>
          <w:b/>
        </w:rPr>
        <w:t xml:space="preserve">[34:25] </w:t>
      </w:r>
      <w:r>
        <w:t>to yeh jo farmaya ke jannat campus sari sari universe hai, jannat ka jo campus hai, arz-e-sababat poori kainat is ka is ka campus hai.</w:t>
      </w:r>
    </w:p>
    <w:p>
      <w:pPr>
        <w:jc w:val="right"/>
      </w:pPr>
      <w:r>
        <w:t>تو یہ جو فرمایا کہ جنت کیمپس ساری ساری یونیورس ہے، جنت کا جو کیمپس ہے، ارض سبابات پوری کائنات اس کا اس کا کیمپس ہے۔</w:t>
      </w:r>
    </w:p>
    <w:p>
      <w:r>
        <w:rPr>
          <w:b/>
        </w:rPr>
        <w:t xml:space="preserve">[34:41] </w:t>
      </w:r>
      <w:r>
        <w:t>to jannat is dunya ka naam hai jahan ke aap, yani beyond space and time reh saken.</w:t>
      </w:r>
    </w:p>
    <w:p>
      <w:pPr>
        <w:jc w:val="right"/>
      </w:pPr>
      <w:r>
        <w:t>تو جنت اس دنیا کا نام ہے جہاں کہ آپ، یعنی بیان اسٹیپ سپیس اینڈ ٹائم رہ سکیں۔</w:t>
      </w:r>
    </w:p>
    <w:p>
      <w:r>
        <w:rPr>
          <w:b/>
        </w:rPr>
        <w:t xml:space="preserve">[34:50] </w:t>
      </w:r>
      <w:r>
        <w:t>is dunya ka naam hai jahan aap is qabil hon ke aap space and time se aage ja ke reh saken. sari hadbandiyan toot jayen, jahan aap Khawand-e-alam ko dekh saken, jahan aap farishton se mulaqat kar saken,</w:t>
      </w:r>
    </w:p>
    <w:p>
      <w:pPr>
        <w:jc w:val="right"/>
      </w:pPr>
      <w:r>
        <w:t>اس دنیا کا نام ہے جہاں آپ اس قابل ہوں کہ آپ سپیس اینڈ ٹائم سے آگے جا کے رہ سکیں۔ ساری حدبدیاں ٹوٹ جائیں، جہاں آپ خداوند عالم کو دیکھ سکیں، جہاں آپ فرشتوں سے ملاقات کر سکیں،</w:t>
      </w:r>
    </w:p>
    <w:p>
      <w:r>
        <w:rPr>
          <w:b/>
        </w:rPr>
        <w:t xml:space="preserve">[35:03] </w:t>
      </w:r>
      <w:r>
        <w:t>jahan aap ko, jahan aap dekhen ke kis tarah se paighambaron ne kaam kiya, jahan aap dekhen ke sirf billion saal ke andar kaise yeh k</w:t>
      </w:r>
    </w:p>
    <w:p>
      <w:pPr>
        <w:jc w:val="right"/>
      </w:pPr>
      <w:r>
        <w:t>جہاں آپ کو، جہاں آپ دیکھیں کہ کس طرح سے پیغمبروں نے کام کیا، جہاں آپ دیکھیں کہ صرف بلین سال کے اندر کیسے یہ ک</w:t>
      </w:r>
    </w:p>
    <w:p>
      <w:r>
        <w:rPr>
          <w:b/>
        </w:rPr>
        <w:t xml:space="preserve">[35:16] </w:t>
      </w:r>
      <w:r>
        <w:t>ainat bani. woh sari haqiqaten khul jayen aap aap ke upar, aur woh jo kalmaat-e-Allah hain, aur jo aala Allah hain, woh sab unfold ho saken.</w:t>
      </w:r>
    </w:p>
    <w:p>
      <w:pPr>
        <w:jc w:val="right"/>
      </w:pPr>
      <w:r>
        <w:t>ائنات بنی۔ وہ ساری حقیقتیں کھل جائیں آپ آپ کے اوپر، اور وہ جو کلمات اللہ ہیں، اور جو اعلیٰ اللہ ہیں، وہ سب ان فولڈ ہو سکیں۔</w:t>
      </w:r>
    </w:p>
    <w:p>
      <w:r>
        <w:rPr>
          <w:b/>
        </w:rPr>
        <w:t xml:space="preserve">[35:25] </w:t>
      </w:r>
      <w:r>
        <w:t>is dunya mein aap rahen, aur phir is ka ek hissa ban jayen. woh jo is dunya mein jo aala sar-garmiyan hongi, aala academic sar-garmiyan, us ka hissa ban saken aap.</w:t>
      </w:r>
    </w:p>
    <w:p>
      <w:pPr>
        <w:jc w:val="right"/>
      </w:pPr>
      <w:r>
        <w:t>اس دنیا میں آپ رہیں، اور پھر اس کا ایک حصہ بن جائیں۔ وہ جو اس دنیا میں جو اعلیٰ سرگرمیاں ہوں گی، اعلیٰ اکیڈمک سرگرمیاں، اس کا حصہ بن سکیں آپ۔</w:t>
      </w:r>
    </w:p>
    <w:p>
      <w:r>
        <w:rPr>
          <w:b/>
        </w:rPr>
        <w:t xml:space="preserve">[35:40] </w:t>
      </w:r>
      <w:r>
        <w:t>to yeh kab mumkin hai? jab ke aap ek aisi dunya pa saken</w:t>
      </w:r>
    </w:p>
    <w:p>
      <w:pPr>
        <w:jc w:val="right"/>
      </w:pPr>
      <w:r>
        <w:t>تو یہ کب ممکن ہے؟ جب کہ آپ ایک ایسی دنیا پا سکیں</w:t>
      </w:r>
    </w:p>
    <w:p>
      <w:r>
        <w:rPr>
          <w:b/>
        </w:rPr>
        <w:t xml:space="preserve">[35:45] </w:t>
      </w:r>
      <w:r>
        <w:t>jahan nafrat na ho, tashaddud na ho, violence na ho, jang na ho, hate na ho, negative thinking na ho. tab aisa mumkin hoga ke aap apne andar aisi soch ko develop karen.</w:t>
      </w:r>
    </w:p>
    <w:p>
      <w:pPr>
        <w:jc w:val="right"/>
      </w:pPr>
      <w:r>
        <w:t>جہاں نفرت نہ ہو، تشدد نہ ہو، وائیلنس نہ ہو، جنگ نہ ہو، ہیٹ نہ ہو، نیگیٹیو تھنکنگ نہ ہو۔ تب ایسا ممکن ہوگا کہ آپ اپنے اندر ایسی سوچ کو ڈیولپ کریں۔</w:t>
      </w:r>
    </w:p>
    <w:p>
      <w:r>
        <w:rPr>
          <w:b/>
        </w:rPr>
        <w:t xml:space="preserve">[35:58] </w:t>
      </w:r>
      <w:r>
        <w:t>to is ayat mein bataya gaya hai, paighambar ko hukum diya gaya hai ke woh aisi dunya banao, aisi dunya banao jahan ek insan apne aap ko develop kar sake, jannat ke qabil qabil bana sake apne aap ko.</w:t>
      </w:r>
    </w:p>
    <w:p>
      <w:pPr>
        <w:jc w:val="right"/>
      </w:pPr>
      <w:r>
        <w:t>تو اس آیت میں بتایا گیا ہے، پیغمبر کو حکم دیا گیا ہے کہ وہ ایسی دنیا بناؤ، ایسی دنیا بناؤ جہاں ایک انسان اپنے آپ کو ڈیولپ کر سکے، جنت کے قابل قابل بنا سکے اپنے آپ کو۔</w:t>
      </w:r>
    </w:p>
    <w:p>
      <w:r>
        <w:rPr>
          <w:b/>
        </w:rPr>
        <w:t xml:space="preserve">[36:12] </w:t>
      </w:r>
      <w:r>
        <w:t>mein phir kahoon ga ke yeh mein nahin keh raha hoon ke aisa system banao, mein is ko ghalat samajhta hoon ke jo log kehte hain ke islami system, islami hukoomat, islami nizaam, is ko mein ghalat samajhta hoon.</w:t>
      </w:r>
    </w:p>
    <w:p>
      <w:pPr>
        <w:jc w:val="right"/>
      </w:pPr>
      <w:r>
        <w:t>میں پھر کہوں گا کہ یہ میں نہیں کہہ رہا ہوں کہ ایسا سسٹم بناؤ، میں اس کو غلط سمجھتا ہوں کہ جو لوگ کہتے ہیں کہ اسلامی سسٹم، اسلامی حکومت، اسلامی نظام، اس کو میں غلط سمجھتا ہوں۔</w:t>
      </w:r>
    </w:p>
    <w:p>
      <w:r>
        <w:rPr>
          <w:b/>
        </w:rPr>
        <w:t xml:space="preserve">[36:24] </w:t>
      </w:r>
      <w:r>
        <w:t>bilkul nahin. aisi dunya jahan aik fard apne aap ko is mahol mein rakhna chahe to rakh sake, jahan uska development hota hai.</w:t>
      </w:r>
    </w:p>
    <w:p>
      <w:pPr>
        <w:jc w:val="right"/>
      </w:pPr>
      <w:r>
        <w:t>بالکل نہیں۔ ایسی دنیا جہاں ایک فرد اپنے آپ کو اس ماحول میں رکھنا چاہے تو رکھ سکے، جہاں اس کا ڈیولپمنٹ ہوتا ہے۔</w:t>
      </w:r>
    </w:p>
    <w:p>
      <w:r>
        <w:rPr>
          <w:b/>
        </w:rPr>
        <w:t xml:space="preserve">[36:36] </w:t>
      </w:r>
      <w:r>
        <w:t>ke fard ke aitbaar se yeh baat kahi gayi hai, na ke majmooe ke aitbaar se.</w:t>
      </w:r>
    </w:p>
    <w:p>
      <w:pPr>
        <w:jc w:val="right"/>
      </w:pPr>
      <w:r>
        <w:t>کہ فرد کے اعتبار سے یہ بات کہی گئی ہے، نہ کہ مجموعے کے اعتبار سے۔</w:t>
      </w:r>
    </w:p>
    <w:p>
      <w:r>
        <w:rPr>
          <w:b/>
        </w:rPr>
        <w:t xml:space="preserve">[36:42] </w:t>
      </w:r>
      <w:r>
        <w:t>yeh baat jo kahi gayi hai, fard ke aitbaar se, majmooe ke aitbaar se nahin. mislan mere paas koi hukoomat nahin, mere paas koi property nahin, mere paas koi daulat nahin, mere paas koi hukoomat nahin.</w:t>
      </w:r>
    </w:p>
    <w:p>
      <w:pPr>
        <w:jc w:val="right"/>
      </w:pPr>
      <w:r>
        <w:t>یہ بات جو کہی گئی ہے، فرد کے اعتبار سے، مجموعے کے اعتبار سے نہیں۔ مثلاً میرے پاس کوئی حکومت نہیں، میرے پاس کوئی پراپرٹی نہیں، میرے پاس کوئی دولت نہیں، میرے پاس کوئی حکومت نہیں۔</w:t>
      </w:r>
    </w:p>
    <w:p>
      <w:r>
        <w:rPr>
          <w:b/>
        </w:rPr>
        <w:t xml:space="preserve">[36:57] </w:t>
      </w:r>
      <w:r>
        <w:t>yeh saari cheezein jis ke liye ladte hain, woh mere paas nahin hain. is ke bawajood mein poori kainat mere liye dastarخوان bani hui hai.</w:t>
      </w:r>
    </w:p>
    <w:p>
      <w:pPr>
        <w:jc w:val="right"/>
      </w:pPr>
      <w:r>
        <w:t>یہ ساری چیزیں جس کے لیے لڑتے ہیں، وہ میرے پاس نہیں ہیں۔ اس کے باوجود میں پوری کائنات میرے لیے دسترخوان بنی ہوئی ہے۔</w:t>
      </w:r>
    </w:p>
    <w:p>
      <w:r>
        <w:rPr>
          <w:b/>
        </w:rPr>
        <w:t xml:space="preserve">[37:07] </w:t>
      </w:r>
      <w:r>
        <w:t>poori kainat mera madrasa hai,</w:t>
      </w:r>
    </w:p>
    <w:p>
      <w:pPr>
        <w:jc w:val="right"/>
      </w:pPr>
      <w:r>
        <w:t>پوری کائنات میرا مدرسہ ہے،</w:t>
      </w:r>
    </w:p>
    <w:p>
      <w:r>
        <w:rPr>
          <w:b/>
        </w:rPr>
        <w:t xml:space="preserve">[37:10] </w:t>
      </w:r>
      <w:r>
        <w:t>poori kainat meri meri meri taleem gaah hai. poori kainat ko le kar mein sochta hoon. is tarah mere andar yeh vision aata hai, yeh yeh thinking aati hai, yeh mind banta hai.</w:t>
      </w:r>
    </w:p>
    <w:p>
      <w:pPr>
        <w:jc w:val="right"/>
      </w:pPr>
      <w:r>
        <w:t>پوری کائنات میری میری میری تعلیم گاہ ہے۔ پوری کائنات کو لے کر میں سوچتا ہوں۔ اس طرح میرے اندر یہ ویژن آتا ہے، یہ یہ تھنکنگ آتی ہے، یہ مائنڈ بنتا ہے۔</w:t>
      </w:r>
    </w:p>
    <w:p>
      <w:r>
        <w:rPr>
          <w:b/>
        </w:rPr>
        <w:t xml:space="preserve">[37:25] </w:t>
      </w:r>
      <w:r>
        <w:t>to is hadees ka mansha yahi tha. is masjid mein hargiz nahin kaha gaya tha ke hukoomat qaim karo, shariyat ke naam qawaneen nafiz karo, logon ko kora maro.</w:t>
      </w:r>
    </w:p>
    <w:p>
      <w:pPr>
        <w:jc w:val="right"/>
      </w:pPr>
      <w:r>
        <w:t>تو اس حدیث کا منشا یہی تھا۔ اس مسجد میں ہرگز نہیں کہا گیا تھا کہ حکومت قائم کرو، شریعت کے نام قوانین نافذ کرو، لوگوں کو کوڑا مارو۔</w:t>
      </w:r>
    </w:p>
    <w:p>
      <w:r>
        <w:rPr>
          <w:b/>
        </w:rPr>
        <w:t xml:space="preserve">[37:35] </w:t>
      </w:r>
      <w:r>
        <w:t>jo aaj kal ho raha hai muslim countries mein.</w:t>
      </w:r>
    </w:p>
    <w:p>
      <w:pPr>
        <w:jc w:val="right"/>
      </w:pPr>
      <w:r>
        <w:t>جو آج کل ہو رہا ہے مسلم کنٹریز میں۔</w:t>
      </w:r>
    </w:p>
    <w:p>
      <w:r>
        <w:rPr>
          <w:b/>
        </w:rPr>
        <w:t xml:space="preserve">[37:39] </w:t>
      </w:r>
      <w:r>
        <w:t>muslim countries ka mamla kya hai? ke so called jo political interpretation diya logon ne Islam ka, is ki wajah se log ladne ke liye khare ho gaye ke humein islami hukoomat qaim karna hai, islami nizaam banana hai, humein islami society banana hai.</w:t>
      </w:r>
    </w:p>
    <w:p>
      <w:pPr>
        <w:jc w:val="right"/>
      </w:pPr>
      <w:r>
        <w:t>مسلم کنٹریز کا معاملہ کیا ہے؟ کہ سو کالڈ جو پولیٹیکل انٹرپریشن دیا لوگوں نے اسلام کا، اس کی وجہ سے لوگ لڑنے کے لیے کھڑے ہو گئے کہ ہمیں اسلامی حکومت قائم کرنا ہے، اسلامی نظام بنانا ہے، ہمیں اسلامی سوسائٹی بنانا ہے۔</w:t>
      </w:r>
    </w:p>
    <w:p>
      <w:r>
        <w:rPr>
          <w:b/>
        </w:rPr>
        <w:t xml:space="preserve">[37:54] </w:t>
      </w:r>
      <w:r>
        <w:t>to lad rahe hain. to ladai mein kamyabi bhi un ko nahin mili. ladai kar ke kuch kuch hasil nahin kar paye woh.</w:t>
      </w:r>
    </w:p>
    <w:p>
      <w:pPr>
        <w:jc w:val="right"/>
      </w:pPr>
      <w:r>
        <w:t>تو لڑ رہے ہیں۔ تو لڑائی میں کامیابی بھی ان کو نہیں ملی۔ لڑائی کر کے کچھ کچھ حاصل نہیں کر پائے وہ۔</w:t>
      </w:r>
    </w:p>
    <w:p>
      <w:r>
        <w:rPr>
          <w:b/>
        </w:rPr>
        <w:t xml:space="preserve">[38:03] </w:t>
      </w:r>
      <w:r>
        <w:t>to phir kya hai? ab suicide bombing kar rahe hain. suicide bombing kar rahe hain.</w:t>
      </w:r>
    </w:p>
    <w:p>
      <w:pPr>
        <w:jc w:val="right"/>
      </w:pPr>
      <w:r>
        <w:t>تو پھر کیا ہے؟ اب سوسائیڈ بمبنگ کر رہے ہیں۔ سوسائیڈ بمبنگ کر رہے ہیں۔</w:t>
      </w:r>
    </w:p>
    <w:p>
      <w:r>
        <w:rPr>
          <w:b/>
        </w:rPr>
        <w:t xml:space="preserve">[38:10] </w:t>
      </w:r>
      <w:r>
        <w:t>yani apne hi ko maar rahe hain. yeh sab yeh target galat tha, yeh goal galat tha.</w:t>
      </w:r>
    </w:p>
    <w:p>
      <w:pPr>
        <w:jc w:val="right"/>
      </w:pPr>
      <w:r>
        <w:t>یعنی اپنے ہی کو مار رہے ہیں۔ یہ سب یہ ٹارگٹ غلط تھا، یہ گول غلط تھا۔</w:t>
      </w:r>
    </w:p>
    <w:p>
      <w:r>
        <w:rPr>
          <w:b/>
        </w:rPr>
        <w:t xml:space="preserve">[38:19] </w:t>
      </w:r>
      <w:r>
        <w:t>goal jo hai, woh sirf yeh hai ke aisi dunya ho jahan aik fard, aik fard na ke majmooa, na ke system, aik fard agar chahe to apna mukammal development kar sake, koi rukawat na ho is ke development mein.</w:t>
      </w:r>
    </w:p>
    <w:p>
      <w:pPr>
        <w:jc w:val="right"/>
      </w:pPr>
      <w:r>
        <w:t>گول جو ہے، وہ صرف یہ ہے کہ ایسی دنیا ہو جہاں ایک فرد، ایک فرد نہ کہ مجموعہ، نہ کہ سسٹم، ایک فرد اگر چاہے تو اپنا مکمل ڈیولپمنٹ کر سکے، کوئی رکاوٹ نہ ہو اس کے ڈیولپمنٹ میں۔</w:t>
      </w:r>
    </w:p>
    <w:p>
      <w:r>
        <w:rPr>
          <w:b/>
        </w:rPr>
        <w:t xml:space="preserve">[38:34] </w:t>
      </w:r>
      <w:r>
        <w:t>pehle yeh mumkin nahin tha. kingship ke zamane mein bhi mumkin nahin tha.</w:t>
      </w:r>
    </w:p>
    <w:p>
      <w:pPr>
        <w:jc w:val="right"/>
      </w:pPr>
      <w:r>
        <w:t>پہلے یہ ممکن نہیں تھا۔ کنگ شپ کے زمانے میں بھی ممکن نہیں تھا۔</w:t>
      </w:r>
    </w:p>
    <w:p>
      <w:r>
        <w:rPr>
          <w:b/>
        </w:rPr>
        <w:t xml:space="preserve">[38:39] </w:t>
      </w:r>
      <w:r>
        <w:t>science se pehle ke daur mein mumkin nahin tha. bond communication se pehle ke daur mein mumkin nahin tha. to Allah taala ne aik naya inqilab barpa kiya, jis mein democracy aayi, science aayi,</w:t>
      </w:r>
    </w:p>
    <w:p>
      <w:pPr>
        <w:jc w:val="right"/>
      </w:pPr>
      <w:r>
        <w:t>سائنس سے پہلے کے دور میں ممکن نہیں تھا۔ بانڈ کمیونیکیشن سے پہلے کے دور میں ممکن نہیں تھا۔ تو اللہ تعالیٰ نے ایک نیا انقلاب برپا کیا، جس میں ڈیموکریسی آئی، سائنس آئی،</w:t>
      </w:r>
    </w:p>
    <w:p>
      <w:r>
        <w:rPr>
          <w:b/>
        </w:rPr>
        <w:t xml:space="preserve">[38:52] </w:t>
      </w:r>
      <w:r>
        <w:t>united nations bani.</w:t>
      </w:r>
    </w:p>
    <w:p>
      <w:pPr>
        <w:jc w:val="right"/>
      </w:pPr>
      <w:r>
        <w:t>یونائٹڈ نیشنز بنی۔</w:t>
      </w:r>
    </w:p>
    <w:p>
      <w:r>
        <w:rPr>
          <w:b/>
        </w:rPr>
        <w:t xml:space="preserve">[38:57] </w:t>
      </w:r>
      <w:r>
        <w:t>woh saare inqilabi inqilabat jin ko hum kehte hain modern civilization. modern civilization kya hai? mamooli hamare liye mufeed taayidi nizaam hai.</w:t>
      </w:r>
    </w:p>
    <w:p>
      <w:pPr>
        <w:jc w:val="right"/>
      </w:pPr>
      <w:r>
        <w:t>وہ سارے انقلابی انقلابات جن کو ہم کہتے ہیں ماڈرن سویلائزیشن۔ ماڈرن سویلائزیشن کیا ہے؟ معمولی ہمارے لیے معید تائیدی نظام ہے۔</w:t>
      </w:r>
    </w:p>
    <w:p>
      <w:r>
        <w:rPr>
          <w:b/>
        </w:rPr>
        <w:t xml:space="preserve">[39:10] </w:t>
      </w:r>
      <w:r>
        <w:t>modern civilization jo hai, isi ne to yeh saare mawaqe khole hain.</w:t>
      </w:r>
    </w:p>
    <w:p>
      <w:pPr>
        <w:jc w:val="right"/>
      </w:pPr>
      <w:r>
        <w:t>ماڈرن سویلائزیشن جو ہے، اسی نے تو یہ سارے مواقع کھولے ہیں۔</w:t>
      </w:r>
    </w:p>
    <w:p>
      <w:r>
        <w:rPr>
          <w:b/>
        </w:rPr>
        <w:t xml:space="preserve">[39:16] </w:t>
      </w:r>
      <w:r>
        <w:t>to kuch jo cultural pehlu hain, mislan nudity, is ko le kar ke log is baray mein manfi ho gaye hain.</w:t>
      </w:r>
    </w:p>
    <w:p>
      <w:pPr>
        <w:jc w:val="right"/>
      </w:pPr>
      <w:r>
        <w:t>تو کچھ جو کلچرل پہلو ہیں، مثلاً نیوڈیٹی، اس کو لے کر کے لوگ اس بارے میں منفی ہو گئے ہیں۔</w:t>
      </w:r>
    </w:p>
    <w:p>
      <w:r>
        <w:rPr>
          <w:b/>
        </w:rPr>
        <w:t xml:space="preserve">[39:25] </w:t>
      </w:r>
      <w:r>
        <w:t>woh is ka is ka cultural part hai, is se humein koi matlab nahin hai. warna modern civilization ain yani wohi cheez hai jis ko kaha gaya hai ke aik aisi dunya dunya banao.</w:t>
      </w:r>
    </w:p>
    <w:p>
      <w:pPr>
        <w:jc w:val="right"/>
      </w:pPr>
      <w:r>
        <w:t>وہ اس کا اس کا کلچرل پارٹ ہے، اس سے ہمیں کوئی مطلب نہیں ہے۔ ورنہ ماڈرن سویلائزیشن عین یعنی وہی چیز ہے جس کو کہا گیا ہے کہ ایک ایسی دنیا دنیا بناؤ۔</w:t>
      </w:r>
    </w:p>
    <w:p>
      <w:r>
        <w:rPr>
          <w:b/>
        </w:rPr>
        <w:t xml:space="preserve">[39:39] </w:t>
      </w:r>
      <w:r>
        <w:t>isi ke zariye se woh dunya bani hai.</w:t>
      </w:r>
    </w:p>
    <w:p>
      <w:pPr>
        <w:jc w:val="right"/>
      </w:pPr>
      <w:r>
        <w:t>اسی کے ذریعے سے وہ دنیا بنی ہے۔</w:t>
      </w:r>
    </w:p>
    <w:p>
      <w:r>
        <w:rPr>
          <w:b/>
        </w:rPr>
        <w:t xml:space="preserve">[39:45] </w:t>
      </w:r>
      <w:r>
        <w:t>to jab aap yeh samjhenge is raaz ko to kya hoga? aap ke andar se woh nafratein khatam ho jayengi. aaj kal kya hai? saare ab is baat nafrat karte hain kyunke saari dunya ko dushman samajhte hain.</w:t>
      </w:r>
    </w:p>
    <w:p>
      <w:pPr>
        <w:jc w:val="right"/>
      </w:pPr>
      <w:r>
        <w:t>تو جب آپ یہ سمجھیں گے اس راز کو تو کیا ہوگا؟ آپ کے اندر سے وہ نفرتیں ختم ہو جائیں گی۔ آج کل کیا ہے؟ سارے اب اس بات نفرت کرتے ہیں کیونکہ ساری دنیا کو دشمن سمجھتے ہیں۔</w:t>
      </w:r>
    </w:p>
    <w:p>
      <w:r>
        <w:rPr>
          <w:b/>
        </w:rPr>
        <w:t xml:space="preserve">[40:00] </w:t>
      </w:r>
      <w:r>
        <w:t>lekin is is jab Allah ke is is is ko samajh jayenge, Allah ki yeh scheme hai, Allah ka jo creation plan hai, to achaanak unhein pata chal jayega ke hum khawamkhwah nafrat kar rahe thay.</w:t>
      </w:r>
    </w:p>
    <w:p>
      <w:pPr>
        <w:jc w:val="right"/>
      </w:pPr>
      <w:r>
        <w:t>لیکن اس اس جب اللہ کے اس اس اس کو سمجھ جائیں گے، اللہ کی یہ اسکیم ہے، اللہ کا جو کرشن پلان ہے، تو اچانک انہیں پتہ چل جائے گا کہ ہم خوامخواہ نفرت کر رہے تھے۔</w:t>
      </w:r>
    </w:p>
    <w:p>
      <w:r>
        <w:rPr>
          <w:b/>
        </w:rPr>
        <w:t xml:space="preserve">[40:13] </w:t>
      </w:r>
      <w:r>
        <w:t>woh to hamara target hi nahin. humein to jo jo cheez lena hai, woh to is ka dastarخوان khula hua hai, is mein koi rukawat nahin hai.</w:t>
      </w:r>
    </w:p>
    <w:p>
      <w:pPr>
        <w:jc w:val="right"/>
      </w:pPr>
      <w:r>
        <w:t>وہ تو ہمارا ٹارگٹ ہی نہیں۔ ہمیں تو جو جو چیز لینا ہے، وہ تو اس کا دسترخوان کھلا ہوا ہے، اس میں کوئی رکاوٹ نہیں ہے۔</w:t>
      </w:r>
    </w:p>
    <w:p>
      <w:r>
        <w:rPr>
          <w:b/>
        </w:rPr>
        <w:t xml:space="preserve">[40:28] </w:t>
      </w:r>
      <w:r>
        <w:t>to phir is ke baad kya hoga? ke aap apni sari taqat laga den ge apni marifat barhane mein, apna tazkiya karne mein, apna personality development mein, aur modern communication ko istemal kar ke aap dawat-e-Ilah ka kaam karen ge.</w:t>
      </w:r>
    </w:p>
    <w:p>
      <w:pPr>
        <w:jc w:val="right"/>
      </w:pPr>
      <w:r>
        <w:t>تو پھر اس کے بعد کیا ہوگا؟ کہ آپ اپنی ساری طاقت لگا دیں گے اپنی معرفت بڑھانے میں، اپنا تزکیہ کرنے میں، اپنا پرسنیلٹی ڈیولپمنٹ میں، اور ماڈرن کمیونیکیشن کو استعمال کر کے آپ دعوت اللہ کا کام کریں گے۔</w:t>
      </w:r>
    </w:p>
    <w:p>
      <w:r>
        <w:rPr>
          <w:b/>
        </w:rPr>
        <w:t xml:space="preserve">[40:44] </w:t>
      </w:r>
      <w:r>
        <w:t>sari jangain khatm, tashaddud khatm, gun khatm, bomb khatm, sab kuch khatm.</w:t>
      </w:r>
    </w:p>
    <w:p>
      <w:pPr>
        <w:jc w:val="right"/>
      </w:pPr>
      <w:r>
        <w:t>ساری جنگیں ختم، تشدد ختم، گن ختم، بم ختم، سب کچھ ختم۔</w:t>
      </w:r>
    </w:p>
    <w:p>
      <w:r>
        <w:rPr>
          <w:b/>
        </w:rPr>
        <w:t xml:space="preserve">[40:55] </w:t>
      </w:r>
      <w:r>
        <w:t>to yeh sara jo yaani yeh jo soorat-e-haal hai ke jo Allah taala ka jo nishana tha, woh to nishana waqe ban chuka, woh daur aa chuka.</w:t>
      </w:r>
    </w:p>
    <w:p>
      <w:pPr>
        <w:jc w:val="right"/>
      </w:pPr>
      <w:r>
        <w:t>تو یہ سارا جو یعنی یہ جو صورتحال ہے کہ جو اللہ تعالیٰ کا جو نشانہ تھا، وہ تو نشانہ واقع بن چکا، وہ دور آ چکا۔</w:t>
      </w:r>
    </w:p>
    <w:p>
      <w:r>
        <w:rPr>
          <w:b/>
        </w:rPr>
        <w:t xml:space="preserve">[41:09] </w:t>
      </w:r>
      <w:r>
        <w:t>jo farmaya tha is ayat mein ke so that</w:t>
      </w:r>
    </w:p>
    <w:p>
      <w:pPr>
        <w:jc w:val="right"/>
      </w:pPr>
      <w:r>
        <w:t>جو فرمایا تھا اس آیت میں کہ so that</w:t>
      </w:r>
    </w:p>
    <w:p>
      <w:r>
        <w:rPr>
          <w:b/>
        </w:rPr>
        <w:t xml:space="preserve">[41:16] </w:t>
      </w:r>
      <w:r>
        <w:t>gods true religion may prevail over all other religions yeh to ho chuka. Allah ka sacha mazhab kya hai?</w:t>
      </w:r>
    </w:p>
    <w:p>
      <w:pPr>
        <w:jc w:val="right"/>
      </w:pPr>
      <w:r>
        <w:t>gods true religion may prevail over all other religions یہ تو ہو چکا۔ اللہ کا سچا مذہب کیا ہے؟</w:t>
      </w:r>
    </w:p>
    <w:p>
      <w:r>
        <w:rPr>
          <w:b/>
        </w:rPr>
        <w:t xml:space="preserve">[41:27] </w:t>
      </w:r>
      <w:r>
        <w:t>woh woh ideology hai, woh ideology, woh hukoomat nahi hai. Is sense mein sab kuch ho chuka.</w:t>
      </w:r>
    </w:p>
    <w:p>
      <w:pPr>
        <w:jc w:val="right"/>
      </w:pPr>
      <w:r>
        <w:t>وہ وہ آئیڈالوجی ہے، وہ آئیڈالوجی، وہ حکومت نہیں ہے۔ اس سینس میں سب کچھ ہو چکا۔</w:t>
      </w:r>
    </w:p>
    <w:p>
      <w:r>
        <w:rPr>
          <w:b/>
        </w:rPr>
        <w:t xml:space="preserve">[41:35] </w:t>
      </w:r>
      <w:r>
        <w:t>to yeh jo ayat mein kaha gaya tha ke aisa mission diya gaya tha Rasool Allah ko aur ashaab-e-Rasool ko, to woh waqe ban chuka. Ab hamein is ke liye ladna nahi hai.</w:t>
      </w:r>
    </w:p>
    <w:p>
      <w:pPr>
        <w:jc w:val="right"/>
      </w:pPr>
      <w:r>
        <w:t>تو یہ جو آیت میں کہا گیا تھا کہ ایسا مشن دیا گیا تھا رسول اللہ کو اور اصحاب رسول کو، تو وہ واقعہ بن چکا۔ اب ہمیں اس کے لیے لڑنا نہیں ہے۔</w:t>
      </w:r>
    </w:p>
    <w:p>
      <w:r>
        <w:rPr>
          <w:b/>
        </w:rPr>
        <w:t xml:space="preserve">[41:46] </w:t>
      </w:r>
      <w:r>
        <w:t>lekin is ayat ka political interpretation kar ke ladai shuru kar di logon ne ke hamein hukoomat qaim karna hai. Is ka ta'alluq kuch hukoomat se nahi hai.</w:t>
      </w:r>
    </w:p>
    <w:p>
      <w:pPr>
        <w:jc w:val="right"/>
      </w:pPr>
      <w:r>
        <w:t>لیکن اس آیت کا پولیٹیکل انٹرپریشن کر کے لڑائی شروع کر دی لوگوں نے کہ ہمیں حکومت قائم کرنا ہے۔ اس کا تعلق کچھ حکومت سے نہیں ہے۔</w:t>
      </w:r>
    </w:p>
    <w:p>
      <w:r>
        <w:rPr>
          <w:b/>
        </w:rPr>
        <w:t xml:space="preserve">[41:55] </w:t>
      </w:r>
      <w:r>
        <w:t>yahan ideological izhaar ki baat hai, ideological ghalbe ki baat hai. Political ghalbe ka is se koi, is ayat se koi ta'alluq nahi hai.</w:t>
      </w:r>
    </w:p>
    <w:p>
      <w:pPr>
        <w:jc w:val="right"/>
      </w:pPr>
      <w:r>
        <w:t>یہاں آئیڈیلوجیکل اظہار کی بات ہے، آئیڈیلوجیکل غلبے کی بات ہے۔ پولیٹیکل غلبے کا اس سے کوئی، اس آیت سے کوئی تعلق نہیں ہے۔</w:t>
      </w:r>
    </w:p>
    <w:p>
      <w:r>
        <w:rPr>
          <w:b/>
        </w:rPr>
        <w:t xml:space="preserve">[42:05] </w:t>
      </w:r>
      <w:r>
        <w:t>political ghalba Islam ka nahi hota, woh khandanon ka hota hai, hukoomaton, kuch afrad ka hota hai.</w:t>
      </w:r>
    </w:p>
    <w:p>
      <w:pPr>
        <w:jc w:val="right"/>
      </w:pPr>
      <w:r>
        <w:t>پولیٹیکل غلبہ اسلام کا نہیں ہوتا، وہ خاندانوں کا ہوتا ہے، حکومتوں، کچھ افراد کا ہوتا ہے۔</w:t>
      </w:r>
    </w:p>
    <w:p>
      <w:r>
        <w:rPr>
          <w:b/>
        </w:rPr>
        <w:t xml:space="preserve">[42:15] </w:t>
      </w:r>
      <w:r>
        <w:t>to jab aap is raaz ko samjhen ge to achaanak aap ke andar se kya hoga? Sari negativity khatm, negati</w:t>
      </w:r>
    </w:p>
    <w:p>
      <w:pPr>
        <w:jc w:val="right"/>
      </w:pPr>
      <w:r>
        <w:t>تو جب آپ اس راز کو سمجھیں گے تو اچانک آپ کے اندر سے کیا ہوگا؟ ساری نیگیٹیوٹی ختم، نیگیٹی</w:t>
      </w:r>
    </w:p>
    <w:p>
      <w:r>
        <w:rPr>
          <w:b/>
        </w:rPr>
        <w:t xml:space="preserve">[42:22] </w:t>
      </w:r>
      <w:r>
        <w:t>vity khatm, mukammal taur par aap aap aap positive ban jayen ge. Aur phir jo opportunities hain, un ko avail karne mein lag jayen ge. Aur phir apne andar aap woh is personality ko develop karen ge jis ko mudqqa insaan kaha gaya hai Quran majeed mein.</w:t>
      </w:r>
    </w:p>
    <w:p>
      <w:pPr>
        <w:jc w:val="right"/>
      </w:pPr>
      <w:r>
        <w:t>وٹی ختم، مکمل طور پر آپ آپ آپ پازیٹیو بن جائیں گے۔ اور پھر جو اپرچونیٹیز ہیں، ان کو اویل کرنے میں لگ جائیں گے۔ اور پھر اپنے اندر آپ وہ اس پرسنیلٹی کو ڈیولپ کریں گے جس کو مدقہ انسان کہا گیا ہے قرآن مجید میں۔</w:t>
      </w:r>
    </w:p>
    <w:p>
      <w:r>
        <w:rPr>
          <w:b/>
        </w:rPr>
        <w:t xml:space="preserve">[42:36] </w:t>
      </w:r>
      <w:r>
        <w:t>yeh sab karte rahen ge, karte rahen ge.</w:t>
      </w:r>
    </w:p>
    <w:p>
      <w:pPr>
        <w:jc w:val="right"/>
      </w:pPr>
      <w:r>
        <w:t>یہ سب کرتے رہیں گے، کرتے رہیں گے۔</w:t>
      </w:r>
    </w:p>
    <w:p>
      <w:r>
        <w:rPr>
          <w:b/>
        </w:rPr>
        <w:t xml:space="preserve">[42:38] </w:t>
      </w:r>
      <w:r>
        <w:t>yahan tak ke aap jab aap par jab maut aaye gi to aap woh insaan ban chuke hon ge jo jannat mein basaya jaane ke qabil ho, jo jannat ko enjoy kar sake, jo jannat ki jo activities hain, us mein part le, us ka aap us ka us mein share kar sake.</w:t>
      </w:r>
    </w:p>
    <w:p>
      <w:pPr>
        <w:jc w:val="right"/>
      </w:pPr>
      <w:r>
        <w:t>یہاں تک کہ آپ جب آپ پر جب موت آئے گی تو آپ وہ انسان بن چکے ہوں گے جو جنت میں بسایا جانے کے قابل ہو، جو جنت کو انجوائے کر سکے، جو جنت کی جو ایکٹیویٹیز ہیں، اس میں پارٹ لے، اس کا آپ اس کا اس میں شیئر کر سکے۔</w:t>
      </w:r>
    </w:p>
    <w:p>
      <w:r>
        <w:rPr>
          <w:b/>
        </w:rPr>
        <w:t xml:space="preserve">[42:55] </w:t>
      </w:r>
      <w:r>
        <w:t>jannat ki activities mein hissa lene ke liye aap ko apne aap ko isi duniya mein banana hai.</w:t>
      </w:r>
    </w:p>
    <w:p>
      <w:pPr>
        <w:jc w:val="right"/>
      </w:pPr>
      <w:r>
        <w:t>جنت کی ایکٹیویٹیز میں حصہ لینے کے لیے آپ کو اپنے آپ کو اسی دنیا میں بنانا ہے۔</w:t>
      </w:r>
    </w:p>
    <w:p>
      <w:r>
        <w:rPr>
          <w:b/>
        </w:rPr>
        <w:t xml:space="preserve">[43:00] </w:t>
      </w:r>
      <w:r>
        <w:t>jaise universityon mein parh parh kar log apne aap ko tayyar karte hain ke woh industry mein jayen aur mukhtalif companiyon mein ja ke naukriyan hasil karen.</w:t>
      </w:r>
    </w:p>
    <w:p>
      <w:pPr>
        <w:jc w:val="right"/>
      </w:pPr>
      <w:r>
        <w:t>جیسے یونیورسٹیوں میں پڑھ پڑھ کر لوگ اپنے آپ کو تیار کرتے ہیں کہ وہ انڈسٹری میں جائیں اور مختلف کمپنیوں میں جا کے ملازمتیں حاصل کریں۔</w:t>
      </w:r>
    </w:p>
    <w:p>
      <w:r>
        <w:rPr>
          <w:b/>
        </w:rPr>
        <w:t xml:space="preserve">[43:10] </w:t>
      </w:r>
      <w:r>
        <w:t>to pehle woh skill banate hain, skill, phir woh unhein is mein job milta hai.</w:t>
      </w:r>
    </w:p>
    <w:p>
      <w:pPr>
        <w:jc w:val="right"/>
      </w:pPr>
      <w:r>
        <w:t>تو پہلے وہ اسکل بناتے ہیں، اسکل، پھر وہ انہیں اس میں جاب ملتا ہے۔</w:t>
      </w:r>
    </w:p>
    <w:p>
      <w:r>
        <w:rPr>
          <w:b/>
        </w:rPr>
        <w:t xml:space="preserve">[43:16] </w:t>
      </w:r>
      <w:r>
        <w:t>to aap ko is duniya mein woh skill banana hai, apne aap ko is hesiyat se prepare karna hai ke jannat ke jannat ke civilization mein, jannat ke activities mein aap hissa le saken.</w:t>
      </w:r>
    </w:p>
    <w:p>
      <w:pPr>
        <w:jc w:val="right"/>
      </w:pPr>
      <w:r>
        <w:t>تو آپ کو اس دنیا میں وہ اسکل بنانا ہے، اپنے آپ کو اس حیثیت سے پریپیئر کرنا ہے کہ جنت کے جنت کے سویلائزیشن میں، جنت کے ایکٹیویٹیز میں آپ حصہ لے سکیں۔</w:t>
      </w:r>
    </w:p>
    <w:p>
      <w:r>
        <w:rPr>
          <w:b/>
        </w:rPr>
        <w:t xml:space="preserve">[43:29] </w:t>
      </w:r>
      <w:r>
        <w:t>is mein aap ko jo jo salahiyaten darkar hain, us ko isi duniya mein aap ko paida karna hai. Isi isi ko yaani Quran mein kaha gaya hai ke apna tazkiya karna.</w:t>
      </w:r>
    </w:p>
    <w:p>
      <w:pPr>
        <w:jc w:val="right"/>
      </w:pPr>
      <w:r>
        <w:t>اس میں آپ کو جو جو صلاحیتیں درکار ہیں، اس کو اسی دنیا میں آپ کو پیدا کرنا ہے۔ اسی اسی کو یعنی قرآن میں کہا گیا ہے کہ اپنا تزکیہ کرنا۔</w:t>
      </w:r>
    </w:p>
    <w:p>
      <w:r>
        <w:rPr>
          <w:b/>
        </w:rPr>
        <w:t xml:space="preserve">[43:42] </w:t>
      </w:r>
      <w:r>
        <w:t>tazkiya isi ka naam hai, tazkiya koi kisi kisi muraqbe ka naam nahi hai.</w:t>
      </w:r>
    </w:p>
    <w:p>
      <w:pPr>
        <w:jc w:val="right"/>
      </w:pPr>
      <w:r>
        <w:t>تزکیہ اسی کا نام ہے، تزکیہ کوئی کسی کسی مراقبے کا نام نہیں ہے۔</w:t>
      </w:r>
    </w:p>
    <w:p>
      <w:r>
        <w:rPr>
          <w:b/>
        </w:rPr>
        <w:t xml:space="preserve">[43:50] </w:t>
      </w:r>
      <w:r>
        <w:t>tazkiya apne aap ko is hesiyat se prepare karna ke aap jannat ki aala activities ke qabil thehren hain.</w:t>
      </w:r>
    </w:p>
    <w:p>
      <w:pPr>
        <w:jc w:val="right"/>
      </w:pPr>
      <w:r>
        <w:t>تزکیہ اپنے آپ کو اس حیثیت سے پریپیئر کرنا کہ آپ جنت کی اعلیٰ ایکٹیویٹیز کے قابل ٹھہرے ہیں۔</w:t>
      </w:r>
    </w:p>
    <w:p>
      <w:r>
        <w:rPr>
          <w:b/>
        </w:rPr>
        <w:t xml:space="preserve">[43:59] </w:t>
      </w:r>
      <w:r>
        <w:t>wahan akhirat mein yeh matlab hai.</w:t>
      </w:r>
    </w:p>
    <w:p>
      <w:pPr>
        <w:jc w:val="right"/>
      </w:pPr>
      <w:r>
        <w:t>وہاں آخرت میں یہ مطلب ہے۔</w:t>
      </w:r>
    </w:p>
    <w:p>
      <w:r>
        <w:rPr>
          <w:b/>
        </w:rPr>
        <w:t xml:space="preserve">[44:06] </w:t>
      </w:r>
      <w:r>
        <w:t>to main kahoon ga ke aap phir se Quran ko parhiye, phir se Islam ko rediscover kijiye, phir se haqiqaton ko janiye taake aap apni zindagi ka goal set kar saken, taake aap jan saken ke duniya mein kya Allah ka plan hai aur mujhe kya karna hai is ke mutabiq.</w:t>
      </w:r>
    </w:p>
    <w:p>
      <w:pPr>
        <w:jc w:val="right"/>
      </w:pPr>
      <w:r>
        <w:t>تو میں کہوں گا کہ آپ پھر سے قرآن کو پڑھیے، پھر سے اسلام کو ری ڈسکور کیجئے، پھر سے حقیقتوں کو جانیے تاکہ آپ اپنی زندگی کا گول سیٹ کر سکیں، تاکہ آپ جان سکیں کہ دنیا میں کیا اللہ کا پلان ہے اور مجھے کیا کرنا ہے اس کے مطابق۔</w:t>
      </w:r>
    </w:p>
    <w:p>
      <w:r>
        <w:rPr>
          <w:b/>
        </w:rPr>
        <w:t xml:space="preserve">[44:27] </w:t>
      </w:r>
      <w:r>
        <w:t>tab aap ke aankhon ke parde hatenge, tab aap tab aap ek beena insaan banen ge. Aur jo duniya jo aadmi is duniya beena ban jaye, wahi akhirat mein beena rahe ga.</w:t>
      </w:r>
    </w:p>
    <w:p>
      <w:pPr>
        <w:jc w:val="right"/>
      </w:pPr>
      <w:r>
        <w:t>تب آپ کے آنکھوں کے پردے ہٹیں گے، تب آپ تب آپ ایک بینا انسان بنیں گے۔ اور جو دنیا جو آدمی اس دنیا بینا بن جائے، وہی آخرت میں بینا رہے گا۔</w:t>
      </w:r>
    </w:p>
    <w:p>
      <w:r>
        <w:rPr>
          <w:b/>
        </w:rPr>
        <w:t xml:space="preserve">[44:39] </w:t>
      </w:r>
      <w:r>
        <w:t>warna jo yahan andha reh gaya, woh wahan bhi andha rahe ga.</w:t>
      </w:r>
    </w:p>
    <w:p>
      <w:pPr>
        <w:jc w:val="right"/>
      </w:pPr>
      <w:r>
        <w:t>ورنہ جو یہاں اندھا رہ گیا، وہ وہاں بھی اندھا رہے گا۔</w:t>
      </w:r>
    </w:p>
    <w:p>
      <w:r>
        <w:rPr>
          <w:b/>
        </w:rPr>
        <w:t xml:space="preserve">[44:45] </w:t>
      </w:r>
      <w:r>
        <w:t>to meri dua hai ke Allah taala mujh ko aur aap ko tofeeq de ke hum Allah ke mansoobe ko samjhein aur apne aap ko us ke mutabiq banayein.</w:t>
      </w:r>
    </w:p>
    <w:p>
      <w:pPr>
        <w:jc w:val="right"/>
      </w:pPr>
      <w:r>
        <w:t>تو میری دعا ہے کہ اللہ تعالیٰ مجھ کو اور آپ کو توفیق دے کہ ہم اللہ کے منصوبے کو سمجھیں اور اپنے آپ کو اس کے مطابق بنائیں۔</w:t>
      </w:r>
    </w:p>
    <w:p>
      <w:r>
        <w:rPr>
          <w:b/>
        </w:rPr>
        <w:t xml:space="preserve">[45:01] </w:t>
      </w:r>
      <w:r>
        <w:t>a'oolu qawli hadha wa astaghfirullaha li wa lakum ajma'een</w:t>
      </w:r>
    </w:p>
    <w:p>
      <w:pPr>
        <w:jc w:val="right"/>
      </w:pPr>
      <w:r>
        <w:t>أقول قولي هذا واستغفراللہ علی ولكم اجمعین</w:t>
      </w:r>
    </w:p>
    <w:p>
      <w:r>
        <w:rPr>
          <w:b/>
        </w:rPr>
        <w:t xml:space="preserve">[45:19] </w:t>
      </w:r>
      <w:r>
        <w:t>maulana, yeh sawal ajmer se aaya hai doctor safeena tabassum ka. unhon ne aap se poocha hai: "maulana, please advise best dua that a person can ask for himself and his family ".</w:t>
      </w:r>
    </w:p>
    <w:p>
      <w:pPr>
        <w:jc w:val="right"/>
      </w:pPr>
      <w:r>
        <w:t>مولانا، یہ سوال اجمیر سے آیا ہے ڈاکٹر سفینہ تبسم کا۔ انہوں نے آپ سے پوچھا ہے: "مولانا، پلیز ایڈوائز بیسٹ دعا that a person can ask for himself and his family ۔"</w:t>
      </w:r>
    </w:p>
    <w:p>
      <w:r>
        <w:rPr>
          <w:b/>
        </w:rPr>
        <w:t xml:space="preserve">[45:45] </w:t>
      </w:r>
      <w:r>
        <w:t>dekhiye, bari baat yeh hai ke dua ke liye kitabein chhapi hui hain. agar aap ko routine ki duaen chahiyen to aap un kitabon mein dekh sakte hain.</w:t>
      </w:r>
    </w:p>
    <w:p>
      <w:pPr>
        <w:jc w:val="right"/>
      </w:pPr>
      <w:r>
        <w:t>دیکھیے، بڑی بات یہ ہے کہ دعا کے لیے کتابیں چھپی ہوئی ہیں۔ اگر آپ کو روٹین کی دعائیں چاہییں تو آپ ان کتابوں میں دیکھ سکتے ہیں۔</w:t>
      </w:r>
    </w:p>
    <w:p>
      <w:r>
        <w:rPr>
          <w:b/>
        </w:rPr>
        <w:t xml:space="preserve">[45:58] </w:t>
      </w:r>
      <w:r>
        <w:t>masnoon duaen, qurani duaen, buzurgon ki duaen, sab kitabon mein maujood hain. to aap ko agar</w:t>
      </w:r>
    </w:p>
    <w:p>
      <w:pPr>
        <w:jc w:val="right"/>
      </w:pPr>
      <w:r>
        <w:t>مسنون دعائیں، قرآنی دعائیں، بزرگوں کی دعائیں، سب کتابوں میں موجود ہیں۔ تو آپ کو اگر</w:t>
      </w:r>
    </w:p>
    <w:p>
      <w:r>
        <w:rPr>
          <w:b/>
        </w:rPr>
        <w:t xml:space="preserve">[46:09] </w:t>
      </w:r>
      <w:r>
        <w:t>routine ki dua chahiye to woh is mein maujood hai.</w:t>
      </w:r>
    </w:p>
    <w:p>
      <w:pPr>
        <w:jc w:val="right"/>
      </w:pPr>
      <w:r>
        <w:t>روٹین کی دعا چاہیے تو وہ اس میں موجود ہے۔</w:t>
      </w:r>
    </w:p>
    <w:p>
      <w:r>
        <w:rPr>
          <w:b/>
        </w:rPr>
        <w:t xml:space="preserve">[46:13] </w:t>
      </w:r>
      <w:r>
        <w:t>baqi jo jis dua ko main janta hoon, woh dua ke koi alfaaz nahi hote. woh dua, woh dua aap ke dil ki gehraiyon se nikalti hai.</w:t>
      </w:r>
    </w:p>
    <w:p>
      <w:pPr>
        <w:jc w:val="right"/>
      </w:pPr>
      <w:r>
        <w:t>باقی جو جس دعا کو میں جانتا ہوں، وہ دعا کے کوئی الفاظ نہیں ہوتے۔ وہ دعا، وہ دعا آپ کے دل کی گہرائیوں سے نکلتی ہے۔</w:t>
      </w:r>
    </w:p>
    <w:p>
      <w:r>
        <w:rPr>
          <w:b/>
        </w:rPr>
        <w:t xml:space="preserve">[46:27] </w:t>
      </w:r>
      <w:r>
        <w:t>woh isi waqt is ke alfaaz bante hain jab ke aap ke andar is ki talab paida hoti hai. peshgi tor par aap ko ek lafz bata diya jaye, us ko dohraen aap.</w:t>
      </w:r>
    </w:p>
    <w:p>
      <w:pPr>
        <w:jc w:val="right"/>
      </w:pPr>
      <w:r>
        <w:t>وہ اسی وقت اس کے الفاظ بنتے ہیں جب کہ آپ کے اندر اس کی طلب پیدا ہوتی ہے۔ پیشگی طور پر آپ کو ایک لفظ بتا دیا جائے، اس کو دہرائیں آپ۔</w:t>
      </w:r>
    </w:p>
    <w:p>
      <w:r>
        <w:rPr>
          <w:b/>
        </w:rPr>
        <w:t xml:space="preserve">[46:36] </w:t>
      </w:r>
      <w:r>
        <w:t>hai woh mere had tak woh dua nahi hai.</w:t>
      </w:r>
    </w:p>
    <w:p>
      <w:pPr>
        <w:jc w:val="right"/>
      </w:pPr>
      <w:r>
        <w:t>ہے وہ میرے حد تک وہ دعا نہیں ہے۔</w:t>
      </w:r>
    </w:p>
    <w:p>
      <w:r>
        <w:rPr>
          <w:b/>
        </w:rPr>
        <w:t xml:space="preserve">[46:41] </w:t>
      </w:r>
      <w:r>
        <w:t>dua darasal yeh hai ke aap Allah ko discover karen, akhirat ke bare mein sochen. aap ka consent jannat ban jaye.</w:t>
      </w:r>
    </w:p>
    <w:p>
      <w:pPr>
        <w:jc w:val="right"/>
      </w:pPr>
      <w:r>
        <w:t>دعا دراصل یہ ہے کہ آپ اللہ کو ڈسکور کریں، آخرت کے بارے میں سوچیں۔ آپ کا کنسنٹ جنت بن جائے۔</w:t>
      </w:r>
    </w:p>
    <w:p>
      <w:r>
        <w:rPr>
          <w:b/>
        </w:rPr>
        <w:t xml:space="preserve">[46:53] </w:t>
      </w:r>
      <w:r>
        <w:t>aap ko woh cheez aaye, aap ke andar jis ko main kehta hoon "God oriented thinking".</w:t>
      </w:r>
    </w:p>
    <w:p>
      <w:pPr>
        <w:jc w:val="right"/>
      </w:pPr>
      <w:r>
        <w:t>آپ کو وہ چیز آئے، آپ کے اندر جس کو میں کہتا ہوں "گاڈ اورینٹڈ تھنکنگ"۔</w:t>
      </w:r>
    </w:p>
    <w:p>
      <w:r>
        <w:rPr>
          <w:b/>
        </w:rPr>
        <w:t xml:space="preserve">[47:00] </w:t>
      </w:r>
      <w:r>
        <w:t>to phir aap ke andar ek naya insaan emerge karta hai, naya insaan. aur woh jo naya insaan emerge karta hai, us ki zuban alag hoti hai, us ki us ki aankh alag hoti hai, us ki soch alag hoti hai.</w:t>
      </w:r>
    </w:p>
    <w:p>
      <w:pPr>
        <w:jc w:val="right"/>
      </w:pPr>
      <w:r>
        <w:t>تو پھر آپ کے اندر ایک نیا انسان ایمرج کرتا ہے، نیا انسان۔ اور وہ جو نیا انسان ایمرج کرتا ہے، اس کی زبان الگ ہوتی ہے، اس کی اس کی آنکھ الگ ہوتی ہے، اس کی سوچ الگ ہوتی ہے۔</w:t>
      </w:r>
    </w:p>
    <w:p>
      <w:r>
        <w:rPr>
          <w:b/>
        </w:rPr>
        <w:t xml:space="preserve">[47:15] </w:t>
      </w:r>
      <w:r>
        <w:t>phir us waqt duaen nikalti hain. aur wohi asli dua hai, wohi asli dua hai.</w:t>
      </w:r>
    </w:p>
    <w:p>
      <w:pPr>
        <w:jc w:val="right"/>
      </w:pPr>
      <w:r>
        <w:t>پھر اس وقت دعائیں نکلتی ہیں۔ اور وہی اصلی دعا ہے، وہی اصلی دعا ہے۔</w:t>
      </w:r>
    </w:p>
    <w:p>
      <w:r>
        <w:rPr>
          <w:b/>
        </w:rPr>
        <w:t xml:space="preserve">[47:24] </w:t>
      </w:r>
      <w:r>
        <w:t>main aap ko dua ke kuch alfaaz bata doon, woh dohra den aap. to yeh asli dua nahi hai. agar aap ko aisi duaon ki zaroorat ho to aap kitab mein chhapi hui maujood hai, bazaar mein kharid lijiye.</w:t>
      </w:r>
    </w:p>
    <w:p>
      <w:pPr>
        <w:jc w:val="right"/>
      </w:pPr>
      <w:r>
        <w:t>میں آپ کو دعا کے کچھ الفاظ بتا دوں، وہ دہرا دیں آپ۔ تو یہ اصلی دعا نہیں ہے۔ اگر آپ کو ایسی دعاؤں کی ضرورت ہو تو آپ کتاب میں چھپی ہوئی موجود ہے، بازار میں خرید لیجئے۔</w:t>
      </w:r>
    </w:p>
    <w:p>
      <w:r>
        <w:rPr>
          <w:b/>
        </w:rPr>
        <w:t xml:space="preserve">[47:36] </w:t>
      </w:r>
      <w:r>
        <w:t>main to aisi dua ka qael nahi hoon. mere had tak dua se se bhi pehle ek cheez hai: pre dua. pre dua ki jo condition hai, usay poori karta hai aadmi, tab us ko dua hasil hoti hai.</w:t>
      </w:r>
    </w:p>
    <w:p>
      <w:pPr>
        <w:jc w:val="right"/>
      </w:pPr>
      <w:r>
        <w:t>میں تو ایسی دعا کا قائل نہیں ہوں۔ میرے حد تک دعا سے سے بھی پہلے ایک چیز ہے: پری دعا۔ پری دعا کی جو کنڈیشن ہے، اسے پوری کرتا ہے آدمی، تب اس کو دعا حاصل ہوتی ہے۔</w:t>
      </w:r>
    </w:p>
    <w:p>
      <w:r>
        <w:rPr>
          <w:b/>
        </w:rPr>
        <w:t xml:space="preserve">[47:53] </w:t>
      </w:r>
      <w:r>
        <w:t>wohi hai ke aap apna study barhaen, Allah ke bare mein ghore o fikr karen, aur aap ke ek naya mind aap ke andar emerge kare.</w:t>
      </w:r>
    </w:p>
    <w:p>
      <w:pPr>
        <w:jc w:val="right"/>
      </w:pPr>
      <w:r>
        <w:t>وہی ہے کہ آپ اپنا اسٹڈی بڑھائیں، اللہ کے بارے میں غور و فکر کریں، اور آپ کے ایک نیا مائنڈ آپ کے اندر ایمرج کرے۔</w:t>
      </w:r>
    </w:p>
    <w:p>
      <w:r>
        <w:rPr>
          <w:b/>
        </w:rPr>
        <w:t xml:space="preserve">[48:07] </w:t>
      </w:r>
      <w:r>
        <w:t>ek nayi baseerat aap ke andar paida ho. us ko le kar phir aap ke dil mein ek tadap aaye gi. woh tadap jo hogi, woh khud hi alfaaz nikalna shuru ho jayenge.</w:t>
      </w:r>
    </w:p>
    <w:p>
      <w:pPr>
        <w:jc w:val="right"/>
      </w:pPr>
      <w:r>
        <w:t>ایک نئی بصیرت آپ کے اندر پیدا ہو۔ اس کو لے کر پھر آپ کے دل میں ایک تڑپ آئے گی۔ وہ تڑپ جو ہوگی، وہ خود ہی الفاظ نکلنا شروع ہو جائیں گے۔</w:t>
      </w:r>
    </w:p>
    <w:p>
      <w:r>
        <w:rPr>
          <w:b/>
        </w:rPr>
        <w:t xml:space="preserve">[48:21] </w:t>
      </w:r>
      <w:r>
        <w:t>kisi kisi guide ki zaroorat nahi hai. to sab se ahem baat hai ke aap apni study barhaen, apna mutala barhaen, apne andar tadabbur ka izafa karen.</w:t>
      </w:r>
    </w:p>
    <w:p>
      <w:pPr>
        <w:jc w:val="right"/>
      </w:pPr>
      <w:r>
        <w:t>کسی کسی گائیڈ کی ضرورت نہیں ہے۔ تو سب سے اہم بات ہے کہ آپ اپنی اسٹڈی بڑھائیں، اپنا مطالعہ بڑھائیں، اپنے اندر تدبر کا اضافہ کریں۔</w:t>
      </w:r>
    </w:p>
    <w:p>
      <w:r>
        <w:rPr>
          <w:b/>
        </w:rPr>
        <w:t xml:space="preserve">[48:35] </w:t>
      </w:r>
      <w:r>
        <w:t>yeh sab baaten jitna taza hongi, utni aap ko</w:t>
      </w:r>
    </w:p>
    <w:p>
      <w:pPr>
        <w:jc w:val="right"/>
      </w:pPr>
      <w:r>
        <w:t>یہ سب باتیں جتنا تازہ ہوں گی، اتنی آپ کو</w:t>
      </w:r>
    </w:p>
    <w:p>
      <w:r>
        <w:rPr>
          <w:b/>
        </w:rPr>
        <w:t xml:space="preserve">[48:43] </w:t>
      </w:r>
      <w:r>
        <w:t>dua ki tofeeq mile gi. aur aisi dua jo Allah ka qabool ho.</w:t>
      </w:r>
    </w:p>
    <w:p>
      <w:pPr>
        <w:jc w:val="right"/>
      </w:pPr>
      <w:r>
        <w:t>دعا کی توفیق ملے گی۔ اور ایسی دعا جو اللہ کا قبول ہو۔</w:t>
      </w:r>
    </w:p>
    <w:p>
      <w:r>
        <w:rPr>
          <w:b/>
        </w:rPr>
        <w:t xml:space="preserve">[48:49] </w:t>
      </w:r>
      <w:r>
        <w:t>jaise main aap ko ek baat arz karoon, kal ki baat ke main jo har waqt sochta hoon, tadabbur karta hoon, to aisi aisi baaten samajh mein aati hain jo poori tareekh mein kisi ne nahi sochi.</w:t>
      </w:r>
    </w:p>
    <w:p>
      <w:pPr>
        <w:jc w:val="right"/>
      </w:pPr>
      <w:r>
        <w:t>جیسے میں آپ کو ایک بات عرض کروں، کل کی بات کہ میں جو ہر وقت سوچتا ہوں، تدبر کرتا ہوں، تو ایسی ایسی باتیں سمجھ میں آتی ہیں جو پوری تاریخ میں کسی نے نہیں سوچی۔</w:t>
      </w:r>
    </w:p>
    <w:p>
      <w:r>
        <w:rPr>
          <w:b/>
        </w:rPr>
        <w:t xml:space="preserve">[49:04] </w:t>
      </w:r>
      <w:r>
        <w:t>misalan kal main baitha hua soch raha tha akele mein, to main ne socha ke Quran mein chand duaen aisi hain jo tasniya ke sighay mein hain.</w:t>
      </w:r>
    </w:p>
    <w:p>
      <w:pPr>
        <w:jc w:val="right"/>
      </w:pPr>
      <w:r>
        <w:t>مثلاً کل میں بیٹھا ہوا سوچ رہا تھا اکیلے میں، تو میں نے سوچا کہ قرآن میں چند دعائیں ایسی ہیں جو تثنیہ کے صیغے میں ہیں۔</w:t>
      </w:r>
    </w:p>
    <w:p>
      <w:r>
        <w:rPr>
          <w:b/>
        </w:rPr>
        <w:t xml:space="preserve">[49:16] </w:t>
      </w:r>
      <w:r>
        <w:t>tasniya ka matlab hai do ka. tasniya ka sigha. masalan Hazrat Adam ne dua ki thi rabbana adlna anfusana yeh tasniya ka sigha hai.</w:t>
      </w:r>
    </w:p>
    <w:p>
      <w:pPr>
        <w:jc w:val="right"/>
      </w:pPr>
      <w:r>
        <w:t>تثنیہ کا مطلب ہے دو کا۔ تثنیہ کا صیغہ۔ مثلاً حضرت آدم نے دعا کی تھی ربنا ادرنا انفسنا یہ تثنیہ کا صیغہ ہے۔</w:t>
      </w:r>
    </w:p>
    <w:p>
      <w:r>
        <w:rPr>
          <w:b/>
        </w:rPr>
        <w:t xml:space="preserve">[49:29] </w:t>
      </w:r>
      <w:r>
        <w:t>aise hi Hazrat Musa ne dua ki, woh tasniya ke sighay mein</w:t>
      </w:r>
    </w:p>
    <w:p>
      <w:pPr>
        <w:jc w:val="right"/>
      </w:pPr>
      <w:r>
        <w:t>ایسے ہی حضرت موسیٰ نے دعا کی، وہ تثنیہ کے صیغے میں</w:t>
      </w:r>
    </w:p>
    <w:p>
      <w:r>
        <w:rPr>
          <w:b/>
        </w:rPr>
        <w:t xml:space="preserve">[49:37] </w:t>
      </w:r>
      <w:r>
        <w:t>kanusabbaha katheeran wa nazkura katheeran yani apne ko le kar, Haroon ko le kar ke. aise hi Hazrat Rasool Allah (SAW) ne dua ki,</w:t>
      </w:r>
    </w:p>
    <w:p>
      <w:pPr>
        <w:jc w:val="right"/>
      </w:pPr>
      <w:r>
        <w:t>كَنُسَبَّحَ كَثِيرًا وَنَزْكُرَ كَثِيرًا یعنی اپنے کو لے کر، ہارون کو لے کر کے۔ ایسے ہی حضرت رسول اللہ صلى الله عليه وسلم نے دعا کی،</w:t>
      </w:r>
    </w:p>
    <w:p>
      <w:r>
        <w:rPr>
          <w:b/>
        </w:rPr>
        <w:t xml:space="preserve">[49:53] </w:t>
      </w:r>
      <w:r>
        <w:t>hazrat abubakar se aap ne kaha tha ke la takhaf inna allaha ma'ana to is bhi tasniya ke sighay mein hai. to mujhe aik ajeeb o ghareeb baat samajh aai ke aik shakhs ne dua ki, do ke haq mein qabool hui.</w:t>
      </w:r>
    </w:p>
    <w:p>
      <w:pPr>
        <w:jc w:val="right"/>
      </w:pPr>
      <w:r>
        <w:t>حضرت ابوبکر سے آپ نے کہا تھا کہ لا تخف إن الله معنا تو اس بھی تثنیہ کے صیغے میں ہے۔ تو مجھے ایک عجیب و غریب بات سمجھ آئی کہ ایک شخص نے دعا کی، دو کے حق میں قبول ہوئی۔</w:t>
      </w:r>
    </w:p>
    <w:p>
      <w:r>
        <w:rPr>
          <w:b/>
        </w:rPr>
        <w:t xml:space="preserve">[50:06] </w:t>
      </w:r>
      <w:r>
        <w:t>woh bohat ajeeb cheez hai.</w:t>
      </w:r>
    </w:p>
    <w:p>
      <w:pPr>
        <w:jc w:val="right"/>
      </w:pPr>
      <w:r>
        <w:t>وہ بہت عجیب چیز ہے۔</w:t>
      </w:r>
    </w:p>
    <w:p>
      <w:r>
        <w:rPr>
          <w:b/>
        </w:rPr>
        <w:t xml:space="preserve">[50:11] </w:t>
      </w:r>
      <w:r>
        <w:t>adam ne dua ki, hawa ke sath do ke haq mein qabool hui. moosa ne dua ki, aur woh haroon ko le kar do ke haq mein qabool hui.</w:t>
      </w:r>
    </w:p>
    <w:p>
      <w:pPr>
        <w:jc w:val="right"/>
      </w:pPr>
      <w:r>
        <w:t>آدم نے دعا کی، حوا کے ساتھ دو کے حق میں قبول ہوئی۔ موسیٰ نے دعا کی، اور وہ ہارون کو لے کر دو کے حق میں قبول ہوئی۔</w:t>
      </w:r>
    </w:p>
    <w:p>
      <w:r>
        <w:rPr>
          <w:b/>
        </w:rPr>
        <w:t xml:space="preserve">[50:22] </w:t>
      </w:r>
      <w:r>
        <w:t>rasool Allah ne dua ki, woh abubakar ko le kar do ke haq mein qabool hui. to aik aisa darja aata hai ke aadmi, aik aadmi dua karta hai, aur do ke haq mein qabool hoti hai.</w:t>
      </w:r>
    </w:p>
    <w:p>
      <w:pPr>
        <w:jc w:val="right"/>
      </w:pPr>
      <w:r>
        <w:t>رسول اللہ نے دعا کی، وہ ابوبکر کو لے کر دو کے حق میں قبول ہوئی۔ تو ایک ایسا درجہ آتا ہے کہ آدمی، ایک آدمی دعا کرتا ہے، اور دو کے حق میں قبول ہوتی ہے۔</w:t>
      </w:r>
    </w:p>
    <w:p>
      <w:r>
        <w:rPr>
          <w:b/>
        </w:rPr>
        <w:t xml:space="preserve">[50:38] </w:t>
      </w:r>
      <w:r>
        <w:t>yeh bohat anokhi cheez hai.</w:t>
      </w:r>
    </w:p>
    <w:p>
      <w:pPr>
        <w:jc w:val="right"/>
      </w:pPr>
      <w:r>
        <w:t>یہ بہت انوکھی چیز ہے۔</w:t>
      </w:r>
    </w:p>
    <w:p>
      <w:r>
        <w:rPr>
          <w:b/>
        </w:rPr>
        <w:t xml:space="preserve">[50:42] </w:t>
      </w:r>
      <w:r>
        <w:t>lekin ratay hue alfaz se aisa nahi hota. ratay hue alfaz se aisa nahi hota. yeh to is ka taluq hai aap ki discovery ka level kya hai, ma'rifat ka level kya hai.</w:t>
      </w:r>
    </w:p>
    <w:p>
      <w:pPr>
        <w:jc w:val="right"/>
      </w:pPr>
      <w:r>
        <w:t>لیکن رٹے ہوئے الفاظ سے ایسا نہیں ہوتا۔ رٹے ہوئے الفاظ سے ایسا نہیں ہوتا۔ یہ تو اس کا تعلق ہے آپ کی ڈسکوری کا لیول کیا ہے، معرفت کا لیول کیا ہے۔</w:t>
      </w:r>
    </w:p>
    <w:p>
      <w:r>
        <w:rPr>
          <w:b/>
        </w:rPr>
        <w:t xml:space="preserve">[50:56] </w:t>
      </w:r>
      <w:r>
        <w:t>to woh cheez paida kijiye, aur is is mein is ke liye sab zaroori zaroori hai ke aap bohat ziyada study barhayen apni.</w:t>
      </w:r>
    </w:p>
    <w:p>
      <w:pPr>
        <w:jc w:val="right"/>
      </w:pPr>
      <w:r>
        <w:t>تو وہ چیز پیدا کیجئے، اور اس اس میں اس کے لیے سب ضروری ضروری ہے کہ آپ بہت زیادہ اسٹڈی بڑھائیں اپنی۔</w:t>
      </w:r>
    </w:p>
    <w:p>
      <w:r>
        <w:rPr>
          <w:b/>
        </w:rPr>
        <w:t xml:space="preserve">[51:08] </w:t>
      </w:r>
      <w:r>
        <w:t>maulana agla sawal tamil</w:t>
      </w:r>
    </w:p>
    <w:p>
      <w:pPr>
        <w:jc w:val="right"/>
      </w:pPr>
      <w:r>
        <w:t>مولانا اگلا سوال تمل</w:t>
      </w:r>
    </w:p>
    <w:p>
      <w:r>
        <w:rPr>
          <w:b/>
        </w:rPr>
        <w:t xml:space="preserve">[51:10] </w:t>
      </w:r>
      <w:r>
        <w:t>nadu se hai, maulana iqbal umri ka. unhon ne likha hai: "maulana, aik sahab ne farmaya: agar aik naik musalman hukoomat mein aa jaye to ghair muslim se to behtar hoga.</w:t>
      </w:r>
    </w:p>
    <w:p>
      <w:pPr>
        <w:jc w:val="right"/>
      </w:pPr>
      <w:r>
        <w:t>ناڈو سے ہے، مولانا اقبال عمری کا۔ انہوں نے لکھا ہے: "مولانا، ایک صاحب نے فرمایا: اگر ایک نیک مسلمان حکومت میں آ جائے تو غیر مسلم سے تو بہتر ہوگا۔</w:t>
      </w:r>
    </w:p>
    <w:p>
      <w:r>
        <w:rPr>
          <w:b/>
        </w:rPr>
        <w:t xml:space="preserve">[51:25] </w:t>
      </w:r>
      <w:r>
        <w:t>maulana, is mein kya mughalta hai, wazeh karen." mughalta yahi hai ke quran o hadees mein koi aisa likha nahi hai. yeh mughalta hai.</w:t>
      </w:r>
    </w:p>
    <w:p>
      <w:pPr>
        <w:jc w:val="right"/>
      </w:pPr>
      <w:r>
        <w:t>مولانا، اس میں کیا مغالطہ ہے، واضح کریں۔" مغالطہ یہی ہے کہ قرآن و حدیث میں کوئی ایسا لکھا نہیں ہے۔ یہ مغالطہ ہے۔</w:t>
      </w:r>
    </w:p>
    <w:p>
      <w:r>
        <w:rPr>
          <w:b/>
        </w:rPr>
        <w:t xml:space="preserve">[51:35] </w:t>
      </w:r>
      <w:r>
        <w:t>dekhiye, aik bohat bari nadani se sare musalman mubtala hain ke woh apne mindset se bolte hain, quran ke mindset se nahi.</w:t>
      </w:r>
    </w:p>
    <w:p>
      <w:pPr>
        <w:jc w:val="right"/>
      </w:pPr>
      <w:r>
        <w:t>دیکھیے، ایک بہت بڑی نادانی سے سارے مسلمان مبتلا ہیں کہ وہ اپنے مائنڈ سیٹ سے بولتے ہیں، قرآن کے مائنڈ سیٹ سے نہیں۔</w:t>
      </w:r>
    </w:p>
    <w:p>
      <w:r>
        <w:rPr>
          <w:b/>
        </w:rPr>
        <w:t xml:space="preserve">[51:48] </w:t>
      </w:r>
      <w:r>
        <w:t>koi bhi thought aap ke dil mein aata hai, sab se pehle yeh sochiye: kya quran mein kahin likha hua hai? kya hadees mein kahin aisa hai? nahi to batil hai, woh nahi to batil hai.</w:t>
      </w:r>
    </w:p>
    <w:p>
      <w:pPr>
        <w:jc w:val="right"/>
      </w:pPr>
      <w:r>
        <w:t>کوئی بھی تھاٹ آپ کے دل میں آتا ہے، سب سے پہلے یہ سوچیے: کیا قرآن میں کہیں لکھا ہوا ہے؟ کیا حدیث میں کہیں ایسا ہے؟ نہیں تو باطل ہے، وہ نہیں تو باطل ہے۔</w:t>
      </w:r>
    </w:p>
    <w:p>
      <w:r>
        <w:rPr>
          <w:b/>
        </w:rPr>
        <w:t xml:space="preserve">[52:00] </w:t>
      </w:r>
      <w:r>
        <w:t>yeh kahan likha hua hai ke quran quran mein ya hadees mein? kyunke musalman hukoomat mein ho to woh ghair muslim se acha hai.</w:t>
      </w:r>
    </w:p>
    <w:p>
      <w:pPr>
        <w:jc w:val="right"/>
      </w:pPr>
      <w:r>
        <w:t>یہ کہاں لکھا ہوا ہے کہ قرآن قرآن میں یا حدیث میں؟ کیونکہ مسلمان حکومت میں ہو تو وہ غیر مسلم سے اچھا ہے۔</w:t>
      </w:r>
    </w:p>
    <w:p>
      <w:r>
        <w:rPr>
          <w:b/>
        </w:rPr>
        <w:t xml:space="preserve">[52:09] </w:t>
      </w:r>
      <w:r>
        <w:t>yeh kahan likha hua hai? mere had tak yeh bilkul lago baat hai, baseless baat hai.</w:t>
      </w:r>
    </w:p>
    <w:p>
      <w:pPr>
        <w:jc w:val="right"/>
      </w:pPr>
      <w:r>
        <w:t>یہ کہاں لکھا ہوا ہے؟ میرے حد تک یہ بالکل لغو بات ہے، بیسلیس بات ہے۔</w:t>
      </w:r>
    </w:p>
    <w:p>
      <w:r>
        <w:rPr>
          <w:b/>
        </w:rPr>
        <w:t xml:space="preserve">[52:16] </w:t>
      </w:r>
      <w:r>
        <w:t>woh jo aik muhaddis ne kaha tha ke atoniy al-sha'ab min kitab Allah yahi formula hai ke koi bhi shakhs koi baat kahe, usay poochiye: yeh quran ki kis ayat se tumhare sath nikala hai?</w:t>
      </w:r>
    </w:p>
    <w:p>
      <w:pPr>
        <w:jc w:val="right"/>
      </w:pPr>
      <w:r>
        <w:t>وہ جو ایک محدث نے کہا تھا کہ اتونی الشعب من کتاب اللہ یہی فارمولا ہے کہ کوئی بھی شخص کوئی بات کہے، اسے پوچھیے: یہ قرآن کی کس آیت سے تمہارے ساتھ نکالا ہے؟</w:t>
      </w:r>
    </w:p>
    <w:p>
      <w:r>
        <w:rPr>
          <w:b/>
        </w:rPr>
        <w:t xml:space="preserve">[52:30] </w:t>
      </w:r>
      <w:r>
        <w:t>tum ne na nikal paya, woh to batil hai. woh jo quran o hadees mein nahi hai, woh batil hai. mera maslak to yahi hai.</w:t>
      </w:r>
    </w:p>
    <w:p>
      <w:pPr>
        <w:jc w:val="right"/>
      </w:pPr>
      <w:r>
        <w:t>تم نے نہ نکال پایا، وہ تو باطل ہے۔ وہ جو قرآن و حدیث میں نہیں ہے، وہ باطل ہے۔ میرا مسلک تو یہی ہے۔</w:t>
      </w:r>
    </w:p>
    <w:p>
      <w:r>
        <w:rPr>
          <w:b/>
        </w:rPr>
        <w:t xml:space="preserve">[52:41] </w:t>
      </w:r>
      <w:r>
        <w:t>maulana, un ka aik aur sawal hai. unhon ne likha hai: "maulana, sirf khuda aur akhirat ki baat hoti hai to nafs mein tangi mehsoos hoti hai.</w:t>
      </w:r>
    </w:p>
    <w:p>
      <w:pPr>
        <w:jc w:val="right"/>
      </w:pPr>
      <w:r>
        <w:t>مولانا، ان کا ایک اور سوال ہے۔ انہوں نے لکھا ہے: "مولانا، صرف خدا اور آخرت کی بات ہوتی ہے تو نفس میں تنگی محسوس ہوتی ہے۔</w:t>
      </w:r>
    </w:p>
    <w:p>
      <w:r>
        <w:rPr>
          <w:b/>
        </w:rPr>
        <w:t xml:space="preserve">[52:51] </w:t>
      </w:r>
      <w:r>
        <w:t>maulana, aisa kyun hota hai?"</w:t>
      </w:r>
    </w:p>
    <w:p>
      <w:pPr>
        <w:jc w:val="right"/>
      </w:pPr>
      <w:r>
        <w:t>مولانا، ایسا کیوں ہوتا ہے؟"</w:t>
      </w:r>
    </w:p>
    <w:p>
      <w:r>
        <w:rPr>
          <w:b/>
        </w:rPr>
        <w:t xml:space="preserve">[52:56] </w:t>
      </w:r>
      <w:r>
        <w:t>tangi is liye ke khuda o akhirat ka yaqeen nahi. yeh to sab se bari baat hai. khuda o akhirat ki baat se bari baat koi ho nahi sakti.</w:t>
      </w:r>
    </w:p>
    <w:p>
      <w:pPr>
        <w:jc w:val="right"/>
      </w:pPr>
      <w:r>
        <w:t>تنگی اس لیے کہ خدا و آخرت کا یقین نہیں۔ یہ تو سب سے بڑی بات ہے۔ خدا و آخرت کی بات سے بڑی بات کوئی ہو نہیں سکتی۔</w:t>
      </w:r>
    </w:p>
    <w:p>
      <w:r>
        <w:rPr>
          <w:b/>
        </w:rPr>
        <w:t xml:space="preserve">[53:06] </w:t>
      </w:r>
      <w:r>
        <w:t>lekin agar tangi mehsoos ho, jis ko kehte hain ishq o izaz, ishq o izaz to mushrikon ka ki alamat hai.</w:t>
      </w:r>
    </w:p>
    <w:p>
      <w:pPr>
        <w:jc w:val="right"/>
      </w:pPr>
      <w:r>
        <w:t>لیکن اگر تنگی محسوس ہو، جس کو کہتے ہیں عشق و ایزاز، عشق و ایزاز تو مشرکوں کا کی علامت ہے۔</w:t>
      </w:r>
    </w:p>
    <w:p>
      <w:r>
        <w:rPr>
          <w:b/>
        </w:rPr>
        <w:t xml:space="preserve">[53:17] </w:t>
      </w:r>
      <w:r>
        <w:t>mushrikon ki alamat hai yeh. yani aadmi kisi aur cheez ko bara banaye hue ho. agar aap aadmi kisi aur cheez ko bara banaye hue hain to wahan par agar zikr kiya gaya</w:t>
      </w:r>
    </w:p>
    <w:p>
      <w:pPr>
        <w:jc w:val="right"/>
      </w:pPr>
      <w:r>
        <w:t>مشرکوں کی علامت ہے یہ۔ یعنی آدمی کسی اور چیز کو بڑا بنائے ہوئے ہو۔ اگر آپ آدمی کسی اور چیز کو بڑا بنائے ہوئے ہیں تو وہاں پر اگر ذکر کیا گیا</w:t>
      </w:r>
    </w:p>
    <w:p>
      <w:r>
        <w:rPr>
          <w:b/>
        </w:rPr>
        <w:t xml:space="preserve">[53:30] </w:t>
      </w:r>
      <w:r>
        <w:t>jaye ga khuda aur akhirat ki ki ahmiyat ka to woh us ko ishq o izaz ho jayega. to agar kisi insan ke andar ishq o izaz ki kaifiyat paida hoti hai to us ko samajhna chahiye ke us ke iman mein kami hai.</w:t>
      </w:r>
    </w:p>
    <w:p>
      <w:pPr>
        <w:jc w:val="right"/>
      </w:pPr>
      <w:r>
        <w:t>جائے گا خدا اور آخرت کی کی اہمیت کا تو وہ اس کو عشق و ایزاز ہو جائے گا۔ تو اگر کسی انسان کے اندر عشق و ایزاز کی کیفیت پیدا ہوتی ہے تو اس کو سمجھنا چاہیے کہ اس کے ایمان میں کمی ہے۔</w:t>
      </w:r>
    </w:p>
    <w:p>
      <w:r>
        <w:rPr>
          <w:b/>
        </w:rPr>
        <w:t xml:space="preserve">[53:46] </w:t>
      </w:r>
      <w:r>
        <w:t>us ko apne iman ko pakhta karna chahiye.</w:t>
      </w:r>
    </w:p>
    <w:p>
      <w:pPr>
        <w:jc w:val="right"/>
      </w:pPr>
      <w:r>
        <w:t>اس کو اپنے ایمان کو پختہ کرنا چاہیے۔</w:t>
      </w:r>
    </w:p>
    <w:p>
      <w:r>
        <w:rPr>
          <w:b/>
        </w:rPr>
        <w:t xml:space="preserve">[53:53] </w:t>
      </w:r>
      <w:r>
        <w:t>maulana, agla sawal bangalore se hai, naseerullah sahab ka.</w:t>
      </w:r>
    </w:p>
    <w:p>
      <w:pPr>
        <w:jc w:val="right"/>
      </w:pPr>
      <w:r>
        <w:t>مولانا، اگلا سوال بینگلور سے ہے، نصیر اللہ صاحب کا۔</w:t>
      </w:r>
    </w:p>
    <w:p>
      <w:r>
        <w:rPr>
          <w:b/>
        </w:rPr>
        <w:t xml:space="preserve">[53:57] </w:t>
      </w:r>
      <w:r>
        <w:t>unhon ne likha hai: "maulana, aqwam mutahidda ki tarah muslim hukoomaton ka ittehad bhi zaroori hai. is tarah sochana kahan tak sahi hai?" bhai, aap alag se kyun sochte hain?</w:t>
      </w:r>
    </w:p>
    <w:p>
      <w:pPr>
        <w:jc w:val="right"/>
      </w:pPr>
      <w:r>
        <w:t>انہوں نے لکھا ہے: "مولانا، اقوام متحدہ کی طرح مسلم حکومتوں کا اتحاد بھی ضروری ہے۔ اس طرح سوچنا کہاں تک صحیح ہے؟" بھئی، آپ الگ سے کیوں سوچتے ہیں؟</w:t>
      </w:r>
    </w:p>
    <w:p>
      <w:r>
        <w:rPr>
          <w:b/>
        </w:rPr>
        <w:t xml:space="preserve">[54:11] </w:t>
      </w:r>
      <w:r>
        <w:t>is ka hissa baniye. musalman abhi tak qawam-e-unaita ka hissa nahi hain. member to zaroor is ke hain, lekin wahan ja kar sirf apni apni qawm ki baatein karte hain.</w:t>
      </w:r>
    </w:p>
    <w:p>
      <w:pPr>
        <w:jc w:val="right"/>
      </w:pPr>
      <w:r>
        <w:t>اس کا حصہ بنیے۔ مسلمان ابھی تک اقوام متحدہ کا حصہ نہیں ہیں۔ ممبر تو ضرور اس کے ہیں، لیکن وہاں جا کر صرف اپنی اپنی قوم کی باتیں کرتے ہیں۔</w:t>
      </w:r>
    </w:p>
    <w:p>
      <w:r>
        <w:rPr>
          <w:b/>
        </w:rPr>
        <w:t xml:space="preserve">[54:20] </w:t>
      </w:r>
      <w:r>
        <w:t>insan ki baat nahi karte. yeh thinking hi galat hai ke musalman ko le kar sochna</w:t>
      </w:r>
    </w:p>
    <w:p>
      <w:pPr>
        <w:jc w:val="right"/>
      </w:pPr>
      <w:r>
        <w:t>انسان کی بات نہیں کرتے۔ یہ تھنکنگ ہی غلط ہے کہ مسلمان کو لے کر سوچنا</w:t>
      </w:r>
    </w:p>
    <w:p>
      <w:r>
        <w:rPr>
          <w:b/>
        </w:rPr>
        <w:t xml:space="preserve">[54:27] </w:t>
      </w:r>
      <w:r>
        <w:t>saheeh hai ke saare insan ko le kar socho. main is thinking ko galat bhi samajhta hoon. muslim oriented thinking yeh saheeh thinking nahi hai.</w:t>
      </w:r>
    </w:p>
    <w:p>
      <w:pPr>
        <w:jc w:val="right"/>
      </w:pPr>
      <w:r>
        <w:t>صحیح ہے کہ سارے انسان کو لے کر سوچو۔ میں اس تھنکنگ کو غلط بھی سمجھتا ہوں۔ مسلم اورینٹڈ تھنکنگ یہ صحیح تھنکنگ نہیں ہے۔</w:t>
      </w:r>
    </w:p>
    <w:p>
      <w:r>
        <w:rPr>
          <w:b/>
        </w:rPr>
        <w:t xml:space="preserve">[54:38] </w:t>
      </w:r>
      <w:r>
        <w:t>hum bare bare logon ko is waqt suntay hain ke hazrat ko ummat ka bara dard tha. hazrat ko ummat ka dard kyun tha? bhai, insan ka dard kyun nahi tha? main jab parhta hoon bare bare logon ke ke halaat mein ke hazrat ko ummat ka bara dard tha to mujhe ta'ajjub hota hai.</w:t>
      </w:r>
    </w:p>
    <w:p>
      <w:pPr>
        <w:jc w:val="right"/>
      </w:pPr>
      <w:r>
        <w:t>ہم بڑے بڑے لوگوں کو اس وقت سنتے ہیں کہ حضرت کو امت کا بڑا درد تھا۔ حضرت کو امت کا درد کیوں تھا؟ بھئی، انسان کا درد کیوں نہیں تھا؟ میں جب پڑھتا ہوں بڑے بڑے لوگوں کے کے حالات میں کہ حضرت کو امت کا بڑا درد تھا تو مجھے تعجب ہوتا ہے۔</w:t>
      </w:r>
    </w:p>
    <w:p>
      <w:r>
        <w:rPr>
          <w:b/>
        </w:rPr>
        <w:t xml:space="preserve">[54:53] </w:t>
      </w:r>
      <w:r>
        <w:t>rasool Allah ke baray mein to nahi parhtay hum aisa.</w:t>
      </w:r>
    </w:p>
    <w:p>
      <w:pPr>
        <w:jc w:val="right"/>
      </w:pPr>
      <w:r>
        <w:t>رسول اللہ کے بارے میں تو نہیں پڑھتے ہم ایسا۔</w:t>
      </w:r>
    </w:p>
    <w:p>
      <w:r>
        <w:rPr>
          <w:b/>
        </w:rPr>
        <w:t xml:space="preserve">[54:56] </w:t>
      </w:r>
      <w:r>
        <w:t>quran mein dekhiye, insan naas, insan naas bar bar aata hai. to aap ke andar saare insan ko le kar sochen, aap saare saare insan ko le kar sochen.</w:t>
      </w:r>
    </w:p>
    <w:p>
      <w:pPr>
        <w:jc w:val="right"/>
      </w:pPr>
      <w:r>
        <w:t>قرآن میں دیکھیے، انسان الناس، انسان الناس بار بار آتا ہے۔ تو آپ کے اندر سارے انسان کو لے کر سوچیں، آپ سارے سارے انسان کو لے کر سوچیں۔</w:t>
      </w:r>
    </w:p>
    <w:p>
      <w:r>
        <w:rPr>
          <w:b/>
        </w:rPr>
        <w:t xml:space="preserve">[55:10] </w:t>
      </w:r>
      <w:r>
        <w:t>main dekhta hoon ke qawam-e-unaita mein jo muslim mumalik hain, wahan bhi woh bas un ko musalmani ki baatein karna aata hai. insan ki baat karna nahi aata un ko.</w:t>
      </w:r>
    </w:p>
    <w:p>
      <w:pPr>
        <w:jc w:val="right"/>
      </w:pPr>
      <w:r>
        <w:t>میں دیکھتا ہوں کہ اقوام متحدہ میں جو مسلم ممالک ہیں، وہاں بھی وہ بس ان کو مسلمانی کی باتیں کرنا آتا ہے۔ انسان کی بات کرنا نہیں آتا ان کو۔</w:t>
      </w:r>
    </w:p>
    <w:p>
      <w:r>
        <w:rPr>
          <w:b/>
        </w:rPr>
        <w:t xml:space="preserve">[55:19] </w:t>
      </w:r>
      <w:r>
        <w:t>yeh soch bilkul galat hai aur is ka koi faida nahi. agar bana bhi na aap to woh ek ghetto hoga.</w:t>
      </w:r>
    </w:p>
    <w:p>
      <w:pPr>
        <w:jc w:val="right"/>
      </w:pPr>
      <w:r>
        <w:t>یہ سوچ بالکل غلط ہے اور اس کا کوئی فائدہ نہیں۔ اگر بنا بھی نہ آپ تو وہ ایک گھیٹو ہوگا۔</w:t>
      </w:r>
    </w:p>
    <w:p>
      <w:r>
        <w:rPr>
          <w:b/>
        </w:rPr>
        <w:t xml:space="preserve">[55:27] </w:t>
      </w:r>
      <w:r>
        <w:t>yaad rakhiye, musalman is waqt ghetto mentality mein jee rahe hain. un ki bastiyan ghetto bastiyan hain, un ki universityan ghetto university hain, un ke idaray ghetto idaray hain.</w:t>
      </w:r>
    </w:p>
    <w:p>
      <w:pPr>
        <w:jc w:val="right"/>
      </w:pPr>
      <w:r>
        <w:t>یاد رکھیے، مسلمان اس وقت گھیٹو مینٹیلیٹی میں جی رہے ہیں۔ ان کی بستیاں گھیٹو بستیاں ہیں، ان کی یونیورسٹیاں گھیٹو یونیورسٹی ہیں، ان کے ادارے گھیٹو ادارے ہیں۔</w:t>
      </w:r>
    </w:p>
    <w:p>
      <w:r>
        <w:rPr>
          <w:b/>
        </w:rPr>
        <w:t xml:space="preserve">[55:38] </w:t>
      </w:r>
      <w:r>
        <w:t>jis cheez se yahood nikal aaye, wahan musalman wapas chalay gaye hain. ek zamanah tha ke hindu yahudion ke jitnay sab hota tha, woh ghetto hota tha. un ke idaray ghetto idaray thay, un ki bastiyan ghetto bastiyan theen.</w:t>
      </w:r>
    </w:p>
    <w:p>
      <w:pPr>
        <w:jc w:val="right"/>
      </w:pPr>
      <w:r>
        <w:t>جس چیز سے یہود نکل آئے، وہاں مسلمان واپس چلے گئے ہیں۔ ایک زمانہ تھا کہ ہندو یہودیوں کے جتنے سب ہوتا تھا، وہ گھیٹو ہوتا تھا۔ ان کے ادارے گھیٹو ادارے تھے، ان کی بستیاں گھیٹو بستیاں تھیں۔</w:t>
      </w:r>
    </w:p>
    <w:p>
      <w:r>
        <w:rPr>
          <w:b/>
        </w:rPr>
        <w:t xml:space="preserve">[55:52] </w:t>
      </w:r>
      <w:r>
        <w:t>ab wohi musalmanon ka haal hai. to agar aisa idara bana sakay musalman to woh ghetto idara hoga. woh kisi kaam ka nahi hoga.</w:t>
      </w:r>
    </w:p>
    <w:p>
      <w:pPr>
        <w:jc w:val="right"/>
      </w:pPr>
      <w:r>
        <w:t>اب وہی مسلمانوں کا حال ہے۔ تو اگر ایسا ادارہ بنا سکے مسلمان تو وہ گھیٹو ادارہ ہوگا۔ وہ کسی کام کا نہیں ہوگا۔</w:t>
      </w:r>
    </w:p>
    <w:p>
      <w:r>
        <w:rPr>
          <w:b/>
        </w:rPr>
        <w:t xml:space="preserve">[56:01] </w:t>
      </w:r>
      <w:r>
        <w:t>woh woh na musalman ke kaam hoga na insan ke kaam ka hoga.</w:t>
      </w:r>
    </w:p>
    <w:p>
      <w:pPr>
        <w:jc w:val="right"/>
      </w:pPr>
      <w:r>
        <w:t>وہ وہ نہ مسلمان کے کام ہوگا نہ انسان کے کام کا ہوگا۔</w:t>
      </w:r>
    </w:p>
    <w:p>
      <w:r>
        <w:rPr>
          <w:b/>
        </w:rPr>
        <w:t xml:space="preserve">[56:09] </w:t>
      </w:r>
      <w:r>
        <w:t>maulana agla sawal dilli se hai, muhammad asif khan sahib ka. unhon ne likha hai: "maulana, can we say that jannat woh hai jahan Allah taala ka deedaar hoga aur a place where we will meet Allah?" haan, saheeh hai.</w:t>
      </w:r>
    </w:p>
    <w:p>
      <w:pPr>
        <w:jc w:val="right"/>
      </w:pPr>
      <w:r>
        <w:t>مولانا اگلا سوال دلی سے ہے، محمد اصف خان صاحب کا۔ انہوں نے لکھا ہے: "مولانا، कैन वी से दैट जन्नत वो है जहां अल्लाह ताला का दीदार होगा और अ प्लेस वेयर वी विल मीट अल्लाह?" ہاں، صحیح ہے۔</w:t>
      </w:r>
    </w:p>
    <w:p>
      <w:r>
        <w:rPr>
          <w:b/>
        </w:rPr>
        <w:t xml:space="preserve">[56:28] </w:t>
      </w:r>
      <w:r>
        <w:t>saheeh hai.</w:t>
      </w:r>
    </w:p>
    <w:p>
      <w:pPr>
        <w:jc w:val="right"/>
      </w:pPr>
      <w:r>
        <w:t>صحیح ہے۔</w:t>
      </w:r>
    </w:p>
    <w:p>
      <w:r>
        <w:rPr>
          <w:b/>
        </w:rPr>
        <w:t xml:space="preserve">[56:31] </w:t>
      </w:r>
      <w:r>
        <w:t>hadees mein aata hai ke rasool Allah se poocha gaya ke kya hum jab akhirat mein Allah ko dekhen gay to aap ne farmaya ke haan,</w:t>
      </w:r>
    </w:p>
    <w:p>
      <w:pPr>
        <w:jc w:val="right"/>
      </w:pPr>
      <w:r>
        <w:t>حدیث میں آتا ہے کہ رسول اللہ سے پوچھا گیا کہ کیا ہم جب آخرت میں اللہ کو دیکھیں گے تو آپ نے فرمایا کہ ہاں،</w:t>
      </w:r>
    </w:p>
    <w:p>
      <w:r>
        <w:rPr>
          <w:b/>
        </w:rPr>
        <w:t xml:space="preserve">[56:45] </w:t>
      </w:r>
      <w:r>
        <w:t>jis tarah tum suraj chand ko dekhtay ho, aisay hi dekho gay. aap ghor kijiye, ek banday ne is dunya mein socha ke kaun woh hasti hai jis ne mujhe banaya?</w:t>
      </w:r>
    </w:p>
    <w:p>
      <w:pPr>
        <w:jc w:val="right"/>
      </w:pPr>
      <w:r>
        <w:t>جس طرح تم سورج چاند کو دیکھتے ہو، ایسے ہی دیکھو گے۔ آپ غور کیجئے، ایک بندے نے اس دنیا میں سوچا کہ کون وہ ہستی ہے جس نے مجھے بنایا؟</w:t>
      </w:r>
    </w:p>
    <w:p>
      <w:r>
        <w:rPr>
          <w:b/>
        </w:rPr>
        <w:t xml:space="preserve">[57:00] </w:t>
      </w:r>
      <w:r>
        <w:t>aisa insan kaise ban gaya? kaun hai jo mujhe sambhalay hue hain? kaun hai jo mere liye life support system intazam kar rakha hai?</w:t>
      </w:r>
    </w:p>
    <w:p>
      <w:pPr>
        <w:jc w:val="right"/>
      </w:pPr>
      <w:r>
        <w:t>ایسا انسان کیسے بن گیا؟ کون ہے جو مجھے سنبھالے ہوئے ہیں؟ کون ہے جو میرے لیے لائف سپورٹ سسٹم انتظام کر رکھا ہے؟</w:t>
      </w:r>
    </w:p>
    <w:p>
      <w:r>
        <w:rPr>
          <w:b/>
        </w:rPr>
        <w:t xml:space="preserve">[57:11] </w:t>
      </w:r>
      <w:r>
        <w:t>woh kaun hai? mera khaliq kaun hai? mera rab kaun hai? is sari umar isi mein sochta raha woh.</w:t>
      </w:r>
    </w:p>
    <w:p>
      <w:pPr>
        <w:jc w:val="right"/>
      </w:pPr>
      <w:r>
        <w:t>وہ کون ہے؟ میرا خالق کون ہے؟ میرا رب کون ہے؟ اس ساری عمر اسی میں سوچتا رہا وہ۔</w:t>
      </w:r>
    </w:p>
    <w:p>
      <w:r>
        <w:rPr>
          <w:b/>
        </w:rPr>
        <w:t xml:space="preserve">[57:20] </w:t>
      </w:r>
      <w:r>
        <w:t>aur aur dunya mein to is liye nahi dekh paya woh ke ghayb ki dunya yahan to wahan bhi nahi dekhe ga woh</w:t>
      </w:r>
    </w:p>
    <w:p>
      <w:pPr>
        <w:jc w:val="right"/>
      </w:pPr>
      <w:r>
        <w:t>اور اور دنیا میں تو اس لیے نہیں دیکھ پایا وہ کہ غیب کی دنیا یہاں تو وہاں بھی نہیں دیکھے گا۔ وہ</w:t>
      </w:r>
    </w:p>
    <w:p>
      <w:r>
        <w:rPr>
          <w:b/>
        </w:rPr>
        <w:t xml:space="preserve">[57:27] </w:t>
      </w:r>
      <w:r>
        <w:t>woh to sab se bari, sab bari, sab se bari nemmat hai jo Allah taala us ko day ga, apna deedaar. agar deedaar ilahi na ho to phir jannat bhi bekar hai.</w:t>
      </w:r>
    </w:p>
    <w:p>
      <w:pPr>
        <w:jc w:val="right"/>
      </w:pPr>
      <w:r>
        <w:t>وہ تو سب سے بڑی، سب بڑی، سب سے بڑی نعمت ہے جو اللہ تعالی اس کو دے گا، اپنا دیدار۔ اگر دیدار الہی نہ ہو تو پھر جنت بھی بیکار ہے۔</w:t>
      </w:r>
    </w:p>
    <w:p>
      <w:r>
        <w:rPr>
          <w:b/>
        </w:rPr>
        <w:t xml:space="preserve">[57:39] </w:t>
      </w:r>
      <w:r>
        <w:t>to yeh poori, yeh yeh ek momin ki sab se bari tamanna yeh honi chahiye ke woh kabhi woh waqt aaye ke woh Allah ka deedaar kar sakay.</w:t>
      </w:r>
    </w:p>
    <w:p>
      <w:pPr>
        <w:jc w:val="right"/>
      </w:pPr>
      <w:r>
        <w:t>تو یہ پوری، یہ یہ ایک مومن کی سب سے بڑی تمنا یہ ہونی چاہیے کہ وہ کبھی وہ وقت آئے کہ وہ اللہ کا دیدار کر سکے۔</w:t>
      </w:r>
    </w:p>
    <w:p>
      <w:r>
        <w:rPr>
          <w:b/>
        </w:rPr>
        <w:t xml:space="preserve">[57:49] </w:t>
      </w:r>
      <w:r>
        <w:t>sab se bari tamanna</w:t>
      </w:r>
    </w:p>
    <w:p>
      <w:pPr>
        <w:jc w:val="right"/>
      </w:pPr>
      <w:r>
        <w:t>سب سے بڑی تمنا</w:t>
      </w:r>
    </w:p>
    <w:p>
      <w:r>
        <w:rPr>
          <w:b/>
        </w:rPr>
        <w:t xml:space="preserve">[57:52] </w:t>
      </w:r>
      <w:r>
        <w:t>yeh to iman ka sab se bara darja hai ke aap is tamanna mein jayen. aap is is tamanna mein jayen ke woh waqt aaye jab ke main Allah ko dekhon aur direct ek keh sakoon ke khuda-e-to mera khuda hai.</w:t>
      </w:r>
    </w:p>
    <w:p>
      <w:pPr>
        <w:jc w:val="right"/>
      </w:pPr>
      <w:r>
        <w:t>یہ تو ایمان کا سب سے بڑا درجہ ہے کہ آپ اس تمنا میں جئیں۔ آپ اس اس تمنا میں جئیں کہ وہ وقت آئے جب کہ میں اللہ کو دیکھوں اور ڈائریکٹ ایک کہہ سکوں کہ خدائے تو میرا خدا ہے۔</w:t>
      </w:r>
    </w:p>
    <w:p>
      <w:r>
        <w:rPr>
          <w:b/>
        </w:rPr>
        <w:t xml:space="preserve">[58:10] </w:t>
      </w:r>
      <w:r>
        <w:t>jahan main kehta hoon jab ke mere samnay Allah nahi hai, yahan main kehta hoon ke aye Allah, tu mera Allah hai.</w:t>
      </w:r>
    </w:p>
    <w:p>
      <w:pPr>
        <w:jc w:val="right"/>
      </w:pPr>
      <w:r>
        <w:t>جہاں میں کہتا ہوں جب کہ میرے سامنے اللہ نہیں ہے، یہاں میں کہتا ہوں کہ اے اللہ، تو میرا اللہ ہے۔</w:t>
      </w:r>
    </w:p>
    <w:p>
      <w:r>
        <w:rPr>
          <w:b/>
        </w:rPr>
        <w:t xml:space="preserve">[58:20] </w:t>
      </w:r>
      <w:r>
        <w:t>woh ghayb mein hai Khuda.</w:t>
      </w:r>
    </w:p>
    <w:p>
      <w:pPr>
        <w:jc w:val="right"/>
      </w:pPr>
      <w:r>
        <w:t>وہ غیب میں ہے خدا۔</w:t>
      </w:r>
    </w:p>
    <w:p>
      <w:r>
        <w:rPr>
          <w:b/>
        </w:rPr>
        <w:t xml:space="preserve">[58:22] </w:t>
      </w:r>
      <w:r>
        <w:t>to yeh rooh tarpati hai momin ki. momin ki rooh mein aik tarp hoti hai, tarp ke kaash woh din aaye ke main Allah ke samne khara hoon aur us waqt kahoon ke khuda ya tu mera khuda hai.</w:t>
      </w:r>
    </w:p>
    <w:p>
      <w:pPr>
        <w:jc w:val="right"/>
      </w:pPr>
      <w:r>
        <w:t>تو یہ روح تڑپتی ہے مومن کی۔ مومن کی روح میں ایک تڑپ ہوتی ہے، تڑپ کہ کاش وہ دن آئے کہ میں اللہ کے سامنے کھڑا ہوں اور اس وقت کہوں کہ خدائے تو میرا خدا ہے۔</w:t>
      </w:r>
    </w:p>
    <w:p>
      <w:r>
        <w:rPr>
          <w:b/>
        </w:rPr>
        <w:t xml:space="preserve">[58:38] </w:t>
      </w:r>
      <w:r>
        <w:t>main tujh ko ghayb mein bana tha, aaj main tujh ko shoor mein iqrar karta hoon. yeh to sab se bara tajruba hoga.</w:t>
      </w:r>
    </w:p>
    <w:p>
      <w:pPr>
        <w:jc w:val="right"/>
      </w:pPr>
      <w:r>
        <w:t>میں تجھ کو غیب میں بنا تھا، آج میں تجھ کو شعور میں اقرار کرتا ہوں۔ یہ تو سب سے بڑا تجربہ ہوگا۔</w:t>
      </w:r>
    </w:p>
    <w:p>
      <w:r>
        <w:rPr>
          <w:b/>
        </w:rPr>
        <w:t xml:space="preserve">[58:48] </w:t>
      </w:r>
      <w:r>
        <w:t>woh dunya jo aanay wali hai, is ka safar experience yahi hoga ke aap Allah ko dekhenge aur Allah se direct baat kar sakenge.</w:t>
      </w:r>
    </w:p>
    <w:p>
      <w:pPr>
        <w:jc w:val="right"/>
      </w:pPr>
      <w:r>
        <w:t>وہ دنیا جو آنے والی ہے، اس کا سفر ایکسپیرینس یہی ہوگا کہ آپ اللہ کو دیکھیں گے اور اللہ سے ڈائریکٹ بات کر سکیں گے۔</w:t>
      </w:r>
    </w:p>
    <w:p>
      <w:r>
        <w:rPr>
          <w:b/>
        </w:rPr>
        <w:t xml:space="preserve">[59:01] </w:t>
      </w:r>
      <w:r>
        <w:t>maulana agla sawal raipur se hai, idrees sahib ka. unhon ne likha hai: "One who is blind here will be blind there."</w:t>
      </w:r>
    </w:p>
    <w:p>
      <w:pPr>
        <w:jc w:val="right"/>
      </w:pPr>
      <w:r>
        <w:t>مولانا اگلا سوال رائے پور سے ہے، ادریس صاحب کا۔ انہوں نے لکھا ہے: "One who is blind here will be blind there."</w:t>
      </w:r>
    </w:p>
    <w:p>
      <w:r>
        <w:rPr>
          <w:b/>
        </w:rPr>
        <w:t xml:space="preserve">[59:11] </w:t>
      </w:r>
      <w:r>
        <w:t>maulana, the word "blind here" refers to physically blind, intellectually blind, or both? Kindly clarify.</w:t>
      </w:r>
    </w:p>
    <w:p>
      <w:pPr>
        <w:jc w:val="right"/>
      </w:pPr>
      <w:r>
        <w:t>مولانا، the word "blind here" refers to physically blind, intellectually blind, or both? Kindly clarify.</w:t>
      </w:r>
    </w:p>
    <w:p>
      <w:r>
        <w:rPr>
          <w:b/>
        </w:rPr>
        <w:t xml:space="preserve">[59:22] </w:t>
      </w:r>
      <w:r>
        <w:t>dekhiye, is ka matlab physical sense mein blind hona nahi hai, balke spiritual sense mein blind hona hai.</w:t>
      </w:r>
    </w:p>
    <w:p>
      <w:pPr>
        <w:jc w:val="right"/>
      </w:pPr>
      <w:r>
        <w:t>دیکھیے، اس کا مطلب physical sense میں blind ہونا نہیں ہے، بلکہ spiritual sense میں blind ہونا ہے۔</w:t>
      </w:r>
    </w:p>
    <w:p>
      <w:r>
        <w:rPr>
          <w:b/>
        </w:rPr>
        <w:t xml:space="preserve">[59:34] </w:t>
      </w:r>
      <w:r>
        <w:t>yani dunya mein hum blind is ko kehte hain jo cheezon ko na dekh sake. idhar udhar pehal hai, hum nahi dekhte.</w:t>
      </w:r>
    </w:p>
    <w:p>
      <w:pPr>
        <w:jc w:val="right"/>
      </w:pPr>
      <w:r>
        <w:t>یعنی دنیا میں ہم blind اس کو کہتے ہیں جو چیزوں کو نہ دیکھ سکے۔ ادھر ادھر پہل ہے، ہم نہیں دیکھتے۔</w:t>
      </w:r>
    </w:p>
    <w:p>
      <w:r>
        <w:rPr>
          <w:b/>
        </w:rPr>
        <w:t xml:space="preserve">[59:44] </w:t>
      </w:r>
      <w:r>
        <w:t>idhar aik gaari khari hui hai, hum us ko nahi dekhte. idhar aik ghar hai, us ko nahi dekhte. to woh blind hai. lekin yeh to haqeeqaton ka aik fraction se bhi kam hai.</w:t>
      </w:r>
    </w:p>
    <w:p>
      <w:pPr>
        <w:jc w:val="right"/>
      </w:pPr>
      <w:r>
        <w:t>ادھر ایک گاڑی کھڑی ہوئی ہے، ہم اس کو نہیں دیکھتے۔ ادھر ایک گھر ہے، اس کو نہیں دیکھتے۔ تو وہ blind ہے۔ لیکن یہ تو حقیقتوں کا ایک fraction سے بھی کم ہے۔</w:t>
      </w:r>
    </w:p>
    <w:p>
      <w:r>
        <w:rPr>
          <w:b/>
        </w:rPr>
        <w:t xml:space="preserve">[59:55] </w:t>
      </w:r>
      <w:r>
        <w:t>haqeeqaten to is se bohat zyada hain, bohat zyada, bohat zyada hain.</w:t>
      </w:r>
    </w:p>
    <w:p>
      <w:pPr>
        <w:jc w:val="right"/>
      </w:pPr>
      <w:r>
        <w:t>حقیقتیں تو اس سے بہت زیادہ ہیں، بہت زیادہ، بہت زیادہ ہیں۔</w:t>
      </w:r>
    </w:p>
    <w:p>
      <w:r>
        <w:rPr>
          <w:b/>
        </w:rPr>
        <w:t xml:space="preserve">[1:00:02] </w:t>
      </w:r>
      <w:r>
        <w:t>is se bohat zyada. jo universe of facts jo hai, universe of facts ka yeh bohat hi chota sa hissa hai. bohat chota fraction hai jis ko hum dekhte hain.</w:t>
      </w:r>
    </w:p>
    <w:p>
      <w:pPr>
        <w:jc w:val="right"/>
      </w:pPr>
      <w:r>
        <w:t>اس سے بہت زیادہ۔ جو universe of facts جو ہے، universe of facts کا یہ بہت ہی چھوٹا سا حصہ ہے۔ بہت چھوٹا fraction ہے جس کو ہم دیکھتے ہیں۔</w:t>
      </w:r>
    </w:p>
    <w:p>
      <w:r>
        <w:rPr>
          <w:b/>
        </w:rPr>
        <w:t xml:space="preserve">[1:00:11] </w:t>
      </w:r>
      <w:r>
        <w:t>yeh ghar hai, idhar car hai, idhar drakht hai, idhar pahaar hai. to jo universe of facts hai, is ka bohat kam hissa hai.</w:t>
      </w:r>
    </w:p>
    <w:p>
      <w:pPr>
        <w:jc w:val="right"/>
      </w:pPr>
      <w:r>
        <w:t>یہ گھر ہے، ادھر کار ہے، ادھر درخت ہے، ادھر پہاڑ ہے۔ تو جو universe of facts ہے، اس کا بہت کم حصہ ہے۔</w:t>
      </w:r>
    </w:p>
    <w:p>
      <w:r>
        <w:rPr>
          <w:b/>
        </w:rPr>
        <w:t xml:space="preserve">[1:00:21] </w:t>
      </w:r>
      <w:r>
        <w:t>to universe of facts jo is se wasee tar hai, bohat bari, us ko dekhne ke liye hamare paas aankh nahi hai is dunya mein. us ko dekhne ki aankh hasil ho jayegi.</w:t>
      </w:r>
    </w:p>
    <w:p>
      <w:pPr>
        <w:jc w:val="right"/>
      </w:pPr>
      <w:r>
        <w:t>تو universe of facts جو اس سے وسیع تر ہے، بہت بڑی، اس کو دیکھنے کے لیے ہمارے پاس آنکھ نہیں ہے اس دنیا میں۔ اس کو دیکھنے کی آنکھ حاصل ہو جائے گی۔</w:t>
      </w:r>
    </w:p>
    <w:p>
      <w:r>
        <w:rPr>
          <w:b/>
        </w:rPr>
        <w:t xml:space="preserve">[1:00:33] </w:t>
      </w:r>
      <w:r>
        <w:t>lekin us ko yeh yeh bohat bari nemat hogi aur nemat isi ko milegi jo apne aap ko is ke liye yani deserving candidate banaye.</w:t>
      </w:r>
    </w:p>
    <w:p>
      <w:pPr>
        <w:jc w:val="right"/>
      </w:pPr>
      <w:r>
        <w:t>لیکن اس کو یہ یہ بہت بڑی نعمت ہوگی اور نعمت اسی کو ملے گی جو اپنے آپ کو اس کے لیے یعنی deserving candidate بنائے۔</w:t>
      </w:r>
    </w:p>
    <w:p>
      <w:r>
        <w:rPr>
          <w:b/>
        </w:rPr>
        <w:t xml:space="preserve">[1:00:44] </w:t>
      </w:r>
      <w:r>
        <w:t>deserving candidate. warna yahan bhi aadha, wahan bhi aadha.</w:t>
      </w:r>
    </w:p>
    <w:p>
      <w:pPr>
        <w:jc w:val="right"/>
      </w:pPr>
      <w:r>
        <w:t>Deserving candidate۔ ورنہ یہاں بھی آدھا، وہاں بھی آدھا۔</w:t>
      </w:r>
    </w:p>
    <w:p>
      <w:r>
        <w:rPr>
          <w:b/>
        </w:rPr>
        <w:t xml:space="preserve">[1:00:51] </w:t>
      </w:r>
      <w:r>
        <w:t>maulana agla sawal lene se pehle aik comment parhna chahenge jo sajid anwar sahib ne bheja hai roorkee se.</w:t>
      </w:r>
    </w:p>
    <w:p>
      <w:pPr>
        <w:jc w:val="right"/>
      </w:pPr>
      <w:r>
        <w:t>مولانا اگلا سوال لینے سے پہلے ایک کمنٹ پڑھنا چاہیں گے جو ساجد انور صاحب نے بھیجا ہے روڑکی سے۔</w:t>
      </w:r>
    </w:p>
    <w:p>
      <w:r>
        <w:rPr>
          <w:b/>
        </w:rPr>
        <w:t xml:space="preserve">[1:00:59] </w:t>
      </w:r>
      <w:r>
        <w:t>unhon ne likha hai: "maulana, today's lecture was an eye-opener for me. only today i could understand the reality of paradise.</w:t>
      </w:r>
    </w:p>
    <w:p>
      <w:pPr>
        <w:jc w:val="right"/>
      </w:pPr>
      <w:r>
        <w:t>انہوں نے لکھا ہے: "مولانا، today's lecture was an eye-opener for me. Only today I could understand the reality of paradise.</w:t>
      </w:r>
    </w:p>
    <w:p>
      <w:r>
        <w:rPr>
          <w:b/>
        </w:rPr>
        <w:t xml:space="preserve">[1:01:09] </w:t>
      </w:r>
      <w:r>
        <w:t>a place where highest level of intellectual activities will take place. and also the meaning of tazkiya. that is development of one's personality who will be able to participate in such activities."</w:t>
      </w:r>
    </w:p>
    <w:p>
      <w:pPr>
        <w:jc w:val="right"/>
      </w:pPr>
      <w:r>
        <w:t>A place where highest level of intellectual activities will take place. And also the meaning of tazkiya. That is development of one's personality who will be able to participate in such activities."</w:t>
      </w:r>
    </w:p>
    <w:p>
      <w:r>
        <w:rPr>
          <w:b/>
        </w:rPr>
        <w:t xml:space="preserve">[1:01:27] </w:t>
      </w:r>
      <w:r>
        <w:t>maulana agla sawal bhi dilli se hai. woh kousar ali sabri sahib ne likha hai. unhon ne likha hai: "muslim aur momin mein kya farq hai?</w:t>
      </w:r>
    </w:p>
    <w:p>
      <w:pPr>
        <w:jc w:val="right"/>
      </w:pPr>
      <w:r>
        <w:t>مولانا اگلا سوال بھی دلی سے ہے۔ وہ کوثر علی صابری صاحب نے لکھا ہے۔ انہوں نے لکھا ہے: "मुस्लिम और मोमिन में क्या फर्क है?</w:t>
      </w:r>
    </w:p>
    <w:p>
      <w:r>
        <w:rPr>
          <w:b/>
        </w:rPr>
        <w:t xml:space="preserve">[1:01:37] </w:t>
      </w:r>
      <w:r>
        <w:t>momin kin logon ke liye istemal kiya jayega? is ke baray mein bataye."</w:t>
      </w:r>
    </w:p>
    <w:p>
      <w:pPr>
        <w:jc w:val="right"/>
      </w:pPr>
      <w:r>
        <w:t>मोमिन किन लोगों के लिए इस्तेमाल किया जाएगा? इसके बारे में बताएं।"</w:t>
      </w:r>
    </w:p>
    <w:p>
      <w:r>
        <w:rPr>
          <w:b/>
        </w:rPr>
        <w:t xml:space="preserve">[1:01:49] </w:t>
      </w:r>
      <w:r>
        <w:t>yani fiqhi lihaz se to yeh farq hai ke momin woh hai jo aqeedah rakhe aur muslim woh hai jo is par amal kare.</w:t>
      </w:r>
    </w:p>
    <w:p>
      <w:pPr>
        <w:jc w:val="right"/>
      </w:pPr>
      <w:r>
        <w:t>یعنی فقہی لحاظ سے تو یہ فرق ہے کہ مومن وہ ہے جو عقیدہ رکھے اور مسلم وہ ہے جو اس پر عمل کرے۔</w:t>
      </w:r>
    </w:p>
    <w:p>
      <w:r>
        <w:rPr>
          <w:b/>
        </w:rPr>
        <w:t xml:space="preserve">[1:02:00] </w:t>
      </w:r>
      <w:r>
        <w:t>yani ke momin ka lafz aqeeday ko batata hai aur muslim ka lafz amal ko batata hai.</w:t>
      </w:r>
    </w:p>
    <w:p>
      <w:pPr>
        <w:jc w:val="right"/>
      </w:pPr>
      <w:r>
        <w:t>یعنی کہ مومن کا لفظ عقیدے کو بتاتا ہے اور مسلم کا لفظ عمل کو بتاتا ہے۔</w:t>
      </w:r>
    </w:p>
    <w:p>
      <w:r>
        <w:rPr>
          <w:b/>
        </w:rPr>
        <w:t xml:space="preserve">[1:02:08] </w:t>
      </w:r>
      <w:r>
        <w:t>lekin haqeeqat ke aitbar se dono mein koi farq nahi hai.</w:t>
      </w:r>
    </w:p>
    <w:p>
      <w:pPr>
        <w:jc w:val="right"/>
      </w:pPr>
      <w:r>
        <w:t>لیکن حقیقت کے اعتبار سے دونوں میں کوئی فرق نہیں ہے۔</w:t>
      </w:r>
    </w:p>
    <w:p>
      <w:r>
        <w:rPr>
          <w:b/>
        </w:rPr>
        <w:t xml:space="preserve">[1:02:14] </w:t>
      </w:r>
      <w:r>
        <w:t>kyun ke imaan jo hai woh sirf is yeh nahi ke aap kalma padh len. lip service ka naam imaan nahi hai.</w:t>
      </w:r>
    </w:p>
    <w:p>
      <w:pPr>
        <w:jc w:val="right"/>
      </w:pPr>
      <w:r>
        <w:t>کیونکہ ایمان جو ہے وہ صرف اس یہ نہیں کہ آپ کلمہ پڑھ لیں۔ Lip service کا نام ایمان نہیں ہے۔</w:t>
      </w:r>
    </w:p>
    <w:p>
      <w:r>
        <w:rPr>
          <w:b/>
        </w:rPr>
        <w:t xml:space="preserve">[1:02:24] </w:t>
      </w:r>
      <w:r>
        <w:t>imaan hai discovery ka naam. imaan discovery ka naam hai, marifat ka naam hai.</w:t>
      </w:r>
    </w:p>
    <w:p>
      <w:pPr>
        <w:jc w:val="right"/>
      </w:pPr>
      <w:r>
        <w:t>ایمان ہے ڈسکوری کا نام۔ ایمان ڈسکوری کا نام ہے، معرفت کا نام ہے۔</w:t>
      </w:r>
    </w:p>
    <w:p>
      <w:r>
        <w:rPr>
          <w:b/>
        </w:rPr>
        <w:t xml:space="preserve">[1:02:32] </w:t>
      </w:r>
      <w:r>
        <w:t>jab aap Allah ko daryaft karen, jab aap alam e aakhirat ko daryaft karen, aap farishton ko daryaft karen, aap jannat dozakh ko daryaft karen, aap creation plan of God ko daryaft karen to us waqt aap marifat wale ban jate hain.</w:t>
      </w:r>
    </w:p>
    <w:p>
      <w:pPr>
        <w:jc w:val="right"/>
      </w:pPr>
      <w:r>
        <w:t>جب آپ اللہ کو دریافت کریں، جب آپ عالم آخرت کو دریافت کریں، آپ فرشتوں کو دریافت کریں، آپ جنت دوزخ کو دریافت کریں، آپ کرشن پلان آف گاڈ کو دریافت کریں تو اس وقت آپ معرفت والے بن جاتے ہیں۔</w:t>
      </w:r>
    </w:p>
    <w:p>
      <w:r>
        <w:rPr>
          <w:b/>
        </w:rPr>
        <w:t xml:space="preserve">[1:02:52] </w:t>
      </w:r>
      <w:r>
        <w:t>marfat wale. is ke baad kya amal abhi kaheen chupa rahe ga idhar udhar? is ke lazmi nateejay ke taur par amal zahir hoga.</w:t>
      </w:r>
    </w:p>
    <w:p>
      <w:pPr>
        <w:jc w:val="right"/>
      </w:pPr>
      <w:r>
        <w:t>معرفت والے۔ اس کے بعد کیا عمل ابھی کہیں چھپا رہے گا ادھر ادھر؟ اس کے لازمی نتیجے کے طور پر عمل ظاہر ہوگا۔</w:t>
      </w:r>
    </w:p>
    <w:p>
      <w:r>
        <w:rPr>
          <w:b/>
        </w:rPr>
        <w:t xml:space="preserve">[1:03:03] </w:t>
      </w:r>
      <w:r>
        <w:t>dekhen, daryaft ka lazmi nateeja amal hai. to fiqhi taqseem mein to imaan naam hai aqeeday ka aur amal naam hai aur islam naam hai amal ka.</w:t>
      </w:r>
    </w:p>
    <w:p>
      <w:pPr>
        <w:jc w:val="right"/>
      </w:pPr>
      <w:r>
        <w:t>دیکھیں، دریافت کا لازمی نتیجہ عمل ہے۔ تو فقہی تقسیم میں تو ایمان نام ہے عقیدے کا اور عمل نام ہے اور اسلام نام ہے عمل کا۔</w:t>
      </w:r>
    </w:p>
    <w:p>
      <w:r>
        <w:rPr>
          <w:b/>
        </w:rPr>
        <w:t xml:space="preserve">[1:03:16] </w:t>
      </w:r>
      <w:r>
        <w:t>lekin yeh fiqhi taqseem hai. haqeeqat, haqeeqat ke aitbaar se koi taqseem nahin. jab daryaft aayi to amal aaya.</w:t>
      </w:r>
    </w:p>
    <w:p>
      <w:pPr>
        <w:jc w:val="right"/>
      </w:pPr>
      <w:r>
        <w:t>لیکن یہ فقہی تقسیم ہے۔ حقیقت، حقیقت کے اعتبار سے کوئی تقسیم نہیں۔ جب دریافت آئی تو عمل آیا۔</w:t>
      </w:r>
    </w:p>
    <w:p>
      <w:r>
        <w:rPr>
          <w:b/>
        </w:rPr>
        <w:t xml:space="preserve">[1:03:26] </w:t>
      </w:r>
      <w:r>
        <w:t>to darja marfat mein aap Allah ko daryaft karen,</w:t>
      </w:r>
    </w:p>
    <w:p>
      <w:pPr>
        <w:jc w:val="right"/>
      </w:pPr>
      <w:r>
        <w:t>تو درجہ معرفت میں آپ اللہ کو دریافت کریں،</w:t>
      </w:r>
    </w:p>
    <w:p>
      <w:r>
        <w:rPr>
          <w:b/>
        </w:rPr>
        <w:t xml:space="preserve">[1:03:31] </w:t>
      </w:r>
      <w:r>
        <w:t>darja discovery mein aap haqeeqaton ko jaan len to is ke baad amli amal hai. phir phir amal kaheen door nahin rehta aap se.</w:t>
      </w:r>
    </w:p>
    <w:p>
      <w:pPr>
        <w:jc w:val="right"/>
      </w:pPr>
      <w:r>
        <w:t>درجہ ڈسکوری میں آپ حقیقتوں کو جان لیں تو اس کے بعد عملی عمل ہے۔ پھر پھر عمل کہیں دور نہیں رہتا آپ سے۔</w:t>
      </w:r>
    </w:p>
    <w:p>
      <w:r>
        <w:rPr>
          <w:b/>
        </w:rPr>
        <w:t xml:space="preserve">[1:03:46] </w:t>
      </w:r>
      <w:r>
        <w:t>maulana in ka ek aur sawal hai. unhon ne ek quran ka reference diya hai, ek ayat ka. unhon ne likha hai: "wa alhawa quranun majeedun fi lauhin mahfuzin" .</w:t>
      </w:r>
    </w:p>
    <w:p>
      <w:pPr>
        <w:jc w:val="right"/>
      </w:pPr>
      <w:r>
        <w:t>مولانا ان کا ایک اور سوال ہے۔ انہوں نے ایک قرآن کا ریفرنس دیا ہے، ایک آیت کا۔ انہوں نے لکھا ہے: "وَالْهُوَ قُرْآنٌ مَجِيدٌ فِي لُوْحٍ مَحْفُوظٍ" ۔</w:t>
      </w:r>
    </w:p>
    <w:p>
      <w:r>
        <w:rPr>
          <w:b/>
        </w:rPr>
        <w:t xml:space="preserve">[1:03:57] </w:t>
      </w:r>
      <w:r>
        <w:t>unhon ne likha hai ke yahan lauh mahfooz se kya</w:t>
      </w:r>
    </w:p>
    <w:p>
      <w:pPr>
        <w:jc w:val="right"/>
      </w:pPr>
      <w:r>
        <w:t>انہوں نے لکھا ہے کہ یہاں لوح محفوظ سے کیا</w:t>
      </w:r>
    </w:p>
    <w:p>
      <w:r>
        <w:rPr>
          <w:b/>
        </w:rPr>
        <w:t xml:space="preserve">[1:04:00] </w:t>
      </w:r>
      <w:r>
        <w:t>murad hai, is ke baray mein aap bataen. bhai, dekhen, is mein mufassireen ka ikhtilaf hai. to meri jo rai hai, woh aap meri tafaseer parh lijiyay.</w:t>
      </w:r>
    </w:p>
    <w:p>
      <w:pPr>
        <w:jc w:val="right"/>
      </w:pPr>
      <w:r>
        <w:t>مراد ہے، اس کے بارے میں آپ بتائیں۔ بھئی، دیکھیں، اس میں مفسرین کا اختلاف ہے۔ تو میری جو رائے ہے، وہ آپ میری تفسیریں پڑھ لیجئے۔</w:t>
      </w:r>
    </w:p>
    <w:p>
      <w:r>
        <w:rPr>
          <w:b/>
        </w:rPr>
        <w:t xml:space="preserve">[1:04:14] </w:t>
      </w:r>
      <w:r>
        <w:t>yahan par main ikhtilafi mozu mein nahin jana chahta, lekin beharhal mufassireen ka ikhtilaf hai. lekin meri jo rai hai, woh aap meri jo tafseer hai, tazkir ul quran, usay parh lijiyay.</w:t>
      </w:r>
    </w:p>
    <w:p>
      <w:pPr>
        <w:jc w:val="right"/>
      </w:pPr>
      <w:r>
        <w:t>یہاں پر میں اختلافی موضوع میں نہیں جانا چاہتا، لیکن بہرحال مفسرین کا اختلاف ہے۔ لیکن میری جو رائے ہے، وہ آپ میری جو تفسیر ہے، تذکر القرآن، اسے پڑھ لیجئے۔</w:t>
      </w:r>
    </w:p>
    <w:p>
      <w:r>
        <w:rPr>
          <w:b/>
        </w:rPr>
        <w:t xml:space="preserve">[1:04:28] </w:t>
      </w:r>
      <w:r>
        <w:t>maulana agla sawal dilli se hai, miss naghma siddiqui ka. unhon ne likha hai: "Is it right to say 'Izharuddin means to create such a world in which freedom and opportunities are open for peaceful people in the practical sense?'" haan, sahi hai.</w:t>
      </w:r>
    </w:p>
    <w:p>
      <w:pPr>
        <w:jc w:val="right"/>
      </w:pPr>
      <w:r>
        <w:t>مولانا اگلا سوال دلی سے ہے، مس نغمہ صدیقی کا۔ انہوں نے لکھا ہے: "Is itright to say 'Izharuddin means to create such a world in which freedom and opportunities are open for peaceful people in the practical sense?'" ہاں، صحیح ہے۔</w:t>
      </w:r>
    </w:p>
    <w:p>
      <w:r>
        <w:rPr>
          <w:b/>
        </w:rPr>
        <w:t xml:space="preserve">[1:04:48] </w:t>
      </w:r>
      <w:r>
        <w:t>sirf is mein hukoomat aur shahadat shamil nahin hai. woh alag cheez hai, woh alag cheez hai.</w:t>
      </w:r>
    </w:p>
    <w:p>
      <w:pPr>
        <w:jc w:val="right"/>
      </w:pPr>
      <w:r>
        <w:t>صرف اس میں حکومت اور شہادت شامل نہیں ہے۔ وہ الگ چیز ہے، وہ الگ چیز ہے۔</w:t>
      </w:r>
    </w:p>
    <w:p>
      <w:r>
        <w:rPr>
          <w:b/>
        </w:rPr>
        <w:t xml:space="preserve">[1:04:56] </w:t>
      </w:r>
      <w:r>
        <w:t>"In terms of ideology, sare opportunities khul jayen.</w:t>
      </w:r>
    </w:p>
    <w:p>
      <w:pPr>
        <w:jc w:val="right"/>
      </w:pPr>
      <w:r>
        <w:t>"In terms of ideology, سارے opportunities کھل جائیں۔</w:t>
      </w:r>
    </w:p>
    <w:p>
      <w:r>
        <w:rPr>
          <w:b/>
        </w:rPr>
        <w:t xml:space="preserve">[1:05:03] </w:t>
      </w:r>
      <w:r>
        <w:t>"In terms of ideology, sare opportunities khul jayen, wahi idara deen hai. ab woh aaj poori tarah ho chuka hai. ab jo musalman lad rahe hain idhar udhar, woh zabardasti lad rahe hain.</w:t>
      </w:r>
    </w:p>
    <w:p>
      <w:pPr>
        <w:jc w:val="right"/>
      </w:pPr>
      <w:r>
        <w:t>"In terms of ideology, سارے opportunities کھل جائیں، وہی ادارہ دین ہے۔ اب وہ آج پوری طرح ہو چکا ہے۔ اب جو مسلمان لڑ رہے ہیں ادھر ادھر، وہ زبردستی لڑ رہے ہیں۔</w:t>
      </w:r>
    </w:p>
    <w:p>
      <w:r>
        <w:rPr>
          <w:b/>
        </w:rPr>
        <w:t xml:space="preserve">[1:05:16] </w:t>
      </w:r>
      <w:r>
        <w:t>hazrat abdullah ibn umar ne is zamane mein kaha tha ke ke jo cheez khatm ho chuki hai, us ko us ko musalman phir se shuru kar den gay.</w:t>
      </w:r>
    </w:p>
    <w:p>
      <w:pPr>
        <w:jc w:val="right"/>
      </w:pPr>
      <w:r>
        <w:t>حضرت عبداللہ ابن عمر نے اس زمانے میں کہا تھا کہ کہ جو چیز ختم ہو چکی ہے، اس کو اس کو مسلمان پھر سے شروع کر دیں گے۔</w:t>
      </w:r>
    </w:p>
    <w:p>
      <w:r>
        <w:rPr>
          <w:b/>
        </w:rPr>
        <w:t xml:space="preserve">[1:05:26] </w:t>
      </w:r>
      <w:r>
        <w:t>to Allah taala ne jang ka khatma kar diya tha, lekin khud sakhta nazariya bana bana bana kar ladaai chhod di. ab gun culture, bomb culture, aur suicide bombing karte hain, yeh sab khud sakhta hai.</w:t>
      </w:r>
    </w:p>
    <w:p>
      <w:pPr>
        <w:jc w:val="right"/>
      </w:pPr>
      <w:r>
        <w:t>تو اللہ تعالی نے جنگ کا خاتمہ کر دیا تھا، لیکن خود ساختہ نظریہ بنا بنا بنا کر لڑائی چھوڑ دی۔ اب گن کلچر، بم کلچر، اور سوسائیڈ بمنگ کرتے ہیں، یہ سب خود ساختہ ہے۔</w:t>
      </w:r>
    </w:p>
    <w:p>
      <w:r>
        <w:rPr>
          <w:b/>
        </w:rPr>
        <w:t xml:space="preserve">[1:05:38] </w:t>
      </w:r>
      <w:r>
        <w:t>iska islam se koi talluq nahin. aaj ki duniya poore maanon mein aman ka daur hai. poore maanon mein aman ka daur aa chuka hai. koi ladaai ki zaroorat nahin hai.</w:t>
      </w:r>
    </w:p>
    <w:p>
      <w:pPr>
        <w:jc w:val="right"/>
      </w:pPr>
      <w:r>
        <w:t>اس کا اسلام سے کوئی تعلق نہیں۔ آج کی دنیا پورے معنوں میں امن کا دور ہے۔ پورے معنوں میں امن کا دور آ چکا ہے۔ کوئی لڑائی کی ضرورت نہیں ہے۔</w:t>
      </w:r>
    </w:p>
    <w:p>
      <w:r>
        <w:rPr>
          <w:b/>
        </w:rPr>
        <w:t xml:space="preserve">[1:05:50] </w:t>
      </w:r>
      <w:r>
        <w:t>khoob aap marfat hasil kijiyay, khoob dawat ka kaam kijiyay, khoob aap akhirat ko</w:t>
      </w:r>
    </w:p>
    <w:p>
      <w:pPr>
        <w:jc w:val="right"/>
      </w:pPr>
      <w:r>
        <w:t>خوب آپ معرفت حاصل کیجئے، خوب دعوت کا کام کیجئے، خوب آپ آخرت کو</w:t>
      </w:r>
    </w:p>
    <w:p>
      <w:r>
        <w:rPr>
          <w:b/>
        </w:rPr>
        <w:t xml:space="preserve">[1:06:02] </w:t>
      </w:r>
      <w:r>
        <w:t>ko daryaft kijiyay. yani har aitbaar se apne imaan ko, apne islam ko, apni marfat ko jitna chahen, is mein aap izafa karte chale jaiyay.</w:t>
      </w:r>
    </w:p>
    <w:p>
      <w:pPr>
        <w:jc w:val="right"/>
      </w:pPr>
      <w:r>
        <w:t>کو دریافت کیجئے۔ یعنی ہر اعتبار سے اپنے ایمان کو، اپنے اسلام کو، اپنی معرفت کو جتنا چاہیں، اس میں آپ اضافہ کرتے چلے جائیے۔</w:t>
      </w:r>
    </w:p>
    <w:p>
      <w:r>
        <w:rPr>
          <w:b/>
        </w:rPr>
        <w:t xml:space="preserve">[1:06:13] </w:t>
      </w:r>
      <w:r>
        <w:t>koi rukawat nahin hai.</w:t>
      </w:r>
    </w:p>
    <w:p>
      <w:pPr>
        <w:jc w:val="right"/>
      </w:pPr>
      <w:r>
        <w:t>کوئی رکاوٹ نہیں ہے۔</w:t>
      </w:r>
    </w:p>
    <w:p>
      <w:r>
        <w:rPr>
          <w:b/>
        </w:rPr>
        <w:t xml:space="preserve">[1:06:14] </w:t>
      </w:r>
      <w:r>
        <w:t>yeh jo yeh jo rukawaten hain, woh woh hamare rehnamaon ke khud sakhta nazariye ke bana par hain. khud sakhta nazariya jis ka islam se koi talluq nahin.</w:t>
      </w:r>
    </w:p>
    <w:p>
      <w:pPr>
        <w:jc w:val="right"/>
      </w:pPr>
      <w:r>
        <w:t>یہ جو یہ جو رکاوٹیں ہیں، وہ وہ ہمارے رہنماؤں کے خود ساختہ نظریے کے بنا پر ہیں۔ خود ساختہ نظریہ جس کا اسلام سے کوئی تعلق نہیں۔</w:t>
      </w:r>
    </w:p>
    <w:p>
      <w:r>
        <w:rPr>
          <w:b/>
        </w:rPr>
        <w:t xml:space="preserve">[1:06:26] </w:t>
      </w:r>
      <w:r>
        <w:t>koi jang ki zaroorat nahin hai aaj. kisi gun culture ki zaroorat nahin hai. kisi suicide bombing ki zaroorat nahin hai. sare mawaqe khul chuke hain. marfat ke mawaqe bhi hain aur dawat ke mawaqe bhi hain.</w:t>
      </w:r>
    </w:p>
    <w:p>
      <w:pPr>
        <w:jc w:val="right"/>
      </w:pPr>
      <w:r>
        <w:t>کوئی جنگ کی ضرورت نہیں ہے آج۔ کسی گن کلچر کی ضرورت نہیں ہے۔ کسی سوسائیڈ بمنگ کی ضرورت نہیں ہے۔ سارے مواقع کھل چکے ہیں۔ معرفت کے مواقع بھی ہیں اور دعوت کے مواقع بھی ہیں۔</w:t>
      </w:r>
    </w:p>
    <w:p>
      <w:r>
        <w:rPr>
          <w:b/>
        </w:rPr>
        <w:t xml:space="preserve">[1:06:38] </w:t>
      </w:r>
      <w:r>
        <w:t>koi rukawat nahin hai.</w:t>
      </w:r>
    </w:p>
    <w:p>
      <w:pPr>
        <w:jc w:val="right"/>
      </w:pPr>
      <w:r>
        <w:t>کوئی رکاوٹ نہیں ہے۔</w:t>
      </w:r>
    </w:p>
    <w:p>
      <w:r>
        <w:rPr>
          <w:b/>
        </w:rPr>
        <w:t xml:space="preserve">[1:06:40] </w:t>
      </w:r>
      <w:r>
        <w:t>jo record ki baat karta hai, woh modern age ko nahin janta. yahi log hain jo jin ko kaha gaya: "man kana fi hathihi al-ummah fa-fi al-akhirati ummah" .</w:t>
      </w:r>
    </w:p>
    <w:p>
      <w:pPr>
        <w:jc w:val="right"/>
      </w:pPr>
      <w:r>
        <w:t>جو ریکارڈ کی بات کرتا ہے، وہ ماڈرن ایج کو نہیں جانتا۔ یہی لوگ ہیں جو جن کو کہا گیا: "مَنْ كَانَ فِي هٰذِه الْأَمَّةِ فَوْا فِي الْآخَرَتِ أَمَّةٌ" ۔</w:t>
      </w:r>
    </w:p>
    <w:p>
      <w:r>
        <w:rPr>
          <w:b/>
        </w:rPr>
        <w:t xml:space="preserve">[1:06:51] </w:t>
      </w:r>
      <w:r>
        <w:t>modern age se mukammal taur par bekhabar hain woh log jo kehte hain ke modern age jo hai, musalmanon ka dushman hai. mukammal taur par bekhabar. modern age to musalmanon ka, yani islam ka mufeed ban kar zahir hua.</w:t>
      </w:r>
    </w:p>
    <w:p>
      <w:pPr>
        <w:jc w:val="right"/>
      </w:pPr>
      <w:r>
        <w:t>ماڈرن ایج سے مکمل طور پر بے خبر ہیں وہ لوگ جو کہتے ہیں کہ ماڈرن ایج جو ہے، مسلمانوں کا دشمن ہے۔ مکمل طور پر بے خبر۔ ماڈرن ایج تو مسلمانوں کا، یعنی اسلام کا معید بن کر ظاہر ہوا۔</w:t>
      </w:r>
    </w:p>
    <w:p>
      <w:r>
        <w:rPr>
          <w:b/>
        </w:rPr>
        <w:t xml:space="preserve">[1:07:03] </w:t>
      </w:r>
      <w:r>
        <w:t>modern age islam ka mufeed hai, helper hai, supporter hai.</w:t>
      </w:r>
    </w:p>
    <w:p>
      <w:pPr>
        <w:jc w:val="right"/>
      </w:pPr>
      <w:r>
        <w:t>ماڈرن ایج اسلام کا معید ہے، ہیلپر ہے، سپورٹر ہے۔</w:t>
      </w:r>
    </w:p>
    <w:p>
      <w:r>
        <w:rPr>
          <w:b/>
        </w:rPr>
        <w:t xml:space="preserve">[1:07:12] </w:t>
      </w:r>
      <w:r>
        <w:t>maulana agla sawal mas radhiya ka hai, jamia millia se. unhon ne likha hai: "maulana sahib, yeh theek hai ke koi bhi takhleeqi kaam shanti mahol mein ho sakta hai, lekin mera sawal bharat ke paripeksh mein hai ke jab pakistan aur cheen aaye din bharat ki seema mein ghuspaith karte hain, jabki bharat aur pakistan ke beech varsh 2003 se sangharsh viram par sahamati hai,</w:t>
      </w:r>
    </w:p>
    <w:p>
      <w:pPr>
        <w:jc w:val="right"/>
      </w:pPr>
      <w:r>
        <w:t>مولانا اگلا سوال مس رضیہ کا ہے، جامعہ ملیہ سے۔ انہوں نے لکھا ہے: "مولانا صاحب، यहठीक है कि कोई भी रचनात्मक कार्य शांति माहौल में हो सकता है, लेकिन मेरा सवाल भारत के परिपेक्ष में है कि जब पाकिस्तान और चीन आए दिन भारत की सीमा में घुसपैठ करते हैं, जबकि भारत और पाकिस्तान के बीच वर्ष 2003 से संघर्ष विराम पर सहमति है,</w:t>
      </w:r>
    </w:p>
    <w:p>
      <w:r>
        <w:rPr>
          <w:b/>
        </w:rPr>
        <w:t xml:space="preserve">[1:07:42] </w:t>
      </w:r>
      <w:r>
        <w:t>aisi sthiti mein kya bharat ko kisi bhi aagami yuddh ke liye taiyar nahi rehna chahiye?" bhai, woh aap se kya talluq hai iska? iska talluq riyasat se hai, state se hai.</w:t>
      </w:r>
    </w:p>
    <w:p>
      <w:pPr>
        <w:jc w:val="right"/>
      </w:pPr>
      <w:r>
        <w:t>ऐसी स्थिति में क्या भारत को किसी भी आगामी युद्ध के लिए तैयार नहीं रहना चाहिए?" بھئی، وہ آپ سے کیا تعلق ہے اس کا؟ اس کا تعلق ریاست سے ہے، اسٹیٹس سے ہے۔</w:t>
      </w:r>
    </w:p>
    <w:p>
      <w:r>
        <w:rPr>
          <w:b/>
        </w:rPr>
        <w:t xml:space="preserve">[1:07:53] </w:t>
      </w:r>
      <w:r>
        <w:t>yeh aap ki zimmedari kya hai? aap to us ko aap se kaun poochta hai is mamle mein? kuch cheezein aisi hain jinka talluq state se hota hai.</w:t>
      </w:r>
    </w:p>
    <w:p>
      <w:pPr>
        <w:jc w:val="right"/>
      </w:pPr>
      <w:r>
        <w:t>یہ آپ کی ذمہ داری کیا ہے؟ آپ تو اس کو آپ سے کون پوچھتا ہے اس معاملے میں؟ کچھ چیزیں ایسی ہیں جن کا تعلق اسٹیٹ سے ہوتا ہے۔</w:t>
      </w:r>
    </w:p>
    <w:p>
      <w:r>
        <w:rPr>
          <w:b/>
        </w:rPr>
        <w:t xml:space="preserve">[1:08:02] </w:t>
      </w:r>
      <w:r>
        <w:t>woh state ko sochne dijiye, aap apna kaam kij</w:t>
      </w:r>
    </w:p>
    <w:p>
      <w:pPr>
        <w:jc w:val="right"/>
      </w:pPr>
      <w:r>
        <w:t>وہ اسٹیٹ کو سوچنے دیجئے، آپ اپنا کام کیج</w:t>
      </w:r>
    </w:p>
    <w:p>
      <w:r>
        <w:rPr>
          <w:b/>
        </w:rPr>
        <w:t xml:space="preserve">[1:08:06] </w:t>
      </w:r>
      <w:r>
        <w:t>iye. main is ko bohat hi zyada absurd samajhta hoon ke jo kaam state ka hai, us ko hum le ke behas karein yahan par.</w:t>
      </w:r>
    </w:p>
    <w:p>
      <w:pPr>
        <w:jc w:val="right"/>
      </w:pPr>
      <w:r>
        <w:t>ئے۔ میں اس کو بہت ہی زیادہ ایبسرٹ سمجھتا ہوں کہ جو کام اسٹیٹ کا ہے، اس کو ہم لے کے بحث کریں یہاں پر۔</w:t>
      </w:r>
    </w:p>
    <w:p>
      <w:r>
        <w:rPr>
          <w:b/>
        </w:rPr>
        <w:t xml:space="preserve">[1:08:15] </w:t>
      </w:r>
      <w:r>
        <w:t>bilkul baseless baatein hain yeh. jo baat unhon ne farmai, woh state ka kaam hai. state ko sochne dijiye, aap apna kaam kijiye.</w:t>
      </w:r>
    </w:p>
    <w:p>
      <w:pPr>
        <w:jc w:val="right"/>
      </w:pPr>
      <w:r>
        <w:t>بالکل بیس لیس باتیں ہیں یہ۔ جو بات انہوں نے فرمائی، وہ اسٹیٹ کا کام ہے۔ اسٹیٹ کو سوچنے دیجئے، آپ اپنا کام کیجئے۔</w:t>
      </w:r>
    </w:p>
    <w:p>
      <w:r>
        <w:rPr>
          <w:b/>
        </w:rPr>
        <w:t xml:space="preserve">[1:08:28] </w:t>
      </w:r>
      <w:r>
        <w:t>maulana agla sawal dilli se hai, ans sahib ne</w:t>
      </w:r>
    </w:p>
    <w:p>
      <w:pPr>
        <w:jc w:val="right"/>
      </w:pPr>
      <w:r>
        <w:t>مولانا اگلا سوال دلی سے ہے، انس صاحب نے</w:t>
      </w:r>
    </w:p>
    <w:p>
      <w:r>
        <w:rPr>
          <w:b/>
        </w:rPr>
        <w:t xml:space="preserve">[1:08:31] </w:t>
      </w:r>
      <w:r>
        <w:t>kiya hai. unhon ne likha hai: "aksar masjid mein is tarah ki riwayatein sunne ko milti hain ke sahaba apne kaamo ke liye masjid mein jaate aur allah se dua karke apne kaamo ko dua se kara lete. iske bare mein bataein ke kya bina kisi asbab ke un logon ke kaam ho jaate the?" bilkul galat hai.</w:t>
      </w:r>
    </w:p>
    <w:p>
      <w:pPr>
        <w:jc w:val="right"/>
      </w:pPr>
      <w:r>
        <w:t>کیا ہے۔ انہوں نے لکھا ہے: "अक्सर मस्जिद में इस तरह की रिवायतें सुनने को मिलती हैं कि सहाबा अपने कामों के लिए मस्जिद में जाते और अल्लाह से दुआ करके अपने कामों को दुआ से करा लेते। इसके बारे में बताएं कि क्या बिना किसी असबाब के उन लोगों के काम हो जाते थे?" بالکل غلط ہے۔</w:t>
      </w:r>
    </w:p>
    <w:p>
      <w:r>
        <w:rPr>
          <w:b/>
        </w:rPr>
        <w:t xml:space="preserve">[1:08:55] </w:t>
      </w:r>
      <w:r>
        <w:t>jo log aisi kahaniyan sunate hain, woh khud sakhta kahaniyan hoti hain</w:t>
      </w:r>
    </w:p>
    <w:p>
      <w:pPr>
        <w:jc w:val="right"/>
      </w:pPr>
      <w:r>
        <w:t>جو لوگ ایسی کہانیاں سناتے ہیں، وہ خود ساختہ کہانیاں ہوتی ہیں</w:t>
      </w:r>
    </w:p>
    <w:p>
      <w:r>
        <w:rPr>
          <w:b/>
        </w:rPr>
        <w:t xml:space="preserve">[1:09:00] </w:t>
      </w:r>
      <w:r>
        <w:t>ke dua se sab kuch hota hai. yeh dua se sab kuch hota hai ka nazariya hi galat hai bilkul. is par to hamari kitabein aap padh lijiye, har kitab mein aap is ke liye payenge.</w:t>
      </w:r>
    </w:p>
    <w:p>
      <w:pPr>
        <w:jc w:val="right"/>
      </w:pPr>
      <w:r>
        <w:t>کہ دعا سے سب کچھ ہوتا ہے۔ یہ دعا سے سب کچھ ہوتا ہے کا نظریہ ہی غلط ہے بالکل۔ اس پر تو ہماری کتابیں آپ پڑھ لیجئے، ہر کتاب میں آپ اس کے لیے پائیں گے۔</w:t>
      </w:r>
    </w:p>
    <w:p>
      <w:r>
        <w:rPr>
          <w:b/>
        </w:rPr>
        <w:t xml:space="preserve">[1:09:12] </w:t>
      </w:r>
      <w:r>
        <w:t>baqi jo log is par tareeqe chalate hain ke dua se sab kuch hota hai, woh na to islam ko jante hain na deen ko jante hain. kuch kahaniyan un ke paas hain, woh is kahani ko sunate hain.</w:t>
      </w:r>
    </w:p>
    <w:p>
      <w:pPr>
        <w:jc w:val="right"/>
      </w:pPr>
      <w:r>
        <w:t>باقی جو لوگ اس پر طریقے چلاتے ہیں کہ دعا سے سب کچھ ہوتا ہے، وہ نہ تو اسلام کو جانتے ہیں نہ دین کو جانتے ہیں۔ کچھ کہانیاں ان کے پاس ہیں، وہ اس کہانی کو سناتے ہیں۔</w:t>
      </w:r>
    </w:p>
    <w:p>
      <w:r>
        <w:rPr>
          <w:b/>
        </w:rPr>
        <w:t xml:space="preserve">[1:09:22] </w:t>
      </w:r>
      <w:r>
        <w:t>bas kahaniyon ka naam islam nahi hai. aap meri kitabein padhiye, meri tafsir padhiye, meri seerat pe kitab hai, us ko padhiye to aap is ki haqeeqat aap ko maloom ho jayegi.</w:t>
      </w:r>
    </w:p>
    <w:p>
      <w:pPr>
        <w:jc w:val="right"/>
      </w:pPr>
      <w:r>
        <w:t>بس کہانیوں کا نام اسلام نہیں ہے۔ آپ میری کتابیں پڑھیے، میری تفسیر پڑھیے، میری سیرت پہ کتاب ہے، اس کو پڑھیے تو آپ اس کی حقیقت آپ کو معلوم ہو جائے گی۔</w:t>
      </w:r>
    </w:p>
    <w:p>
      <w:r>
        <w:rPr>
          <w:b/>
        </w:rPr>
        <w:t xml:space="preserve">[1:09:35] </w:t>
      </w:r>
      <w:r>
        <w:t>maulana, is ko clarify kar dein ke dua kab kaam karti hai?</w:t>
      </w:r>
    </w:p>
    <w:p>
      <w:pPr>
        <w:jc w:val="right"/>
      </w:pPr>
      <w:r>
        <w:t>مولانا، اس کو کلیریفائی کر دیں کہ دعا کب کام کرتی ہے؟</w:t>
      </w:r>
    </w:p>
    <w:p>
      <w:r>
        <w:rPr>
          <w:b/>
        </w:rPr>
        <w:t xml:space="preserve">[1:09:45] </w:t>
      </w:r>
      <w:r>
        <w:t>dua ka yeh matlab yeh nahi ke dua karo aur aur aur aur sara kaam banta chala jaye. dua ibadat hai, ibadat. ibadat hai.</w:t>
      </w:r>
    </w:p>
    <w:p>
      <w:pPr>
        <w:jc w:val="right"/>
      </w:pPr>
      <w:r>
        <w:t>دعا کا یہ مطلب یہ نہیں کہ دعا کرو اور اور اور اور سارا کام بنتا چلا جائے۔ دعا عبادت ہے، عبادت۔ عبادت ہے۔</w:t>
      </w:r>
    </w:p>
    <w:p>
      <w:r>
        <w:rPr>
          <w:b/>
        </w:rPr>
        <w:t xml:space="preserve">[1:09:56] </w:t>
      </w:r>
      <w:r>
        <w:t>yani bande ko, bande jab apni apni apni bandagi ka izhaar karta hai to isi ka naam ibadat hai. kaam banna ya na banna allah ke ikhtiyar mein hai.</w:t>
      </w:r>
    </w:p>
    <w:p>
      <w:pPr>
        <w:jc w:val="right"/>
      </w:pPr>
      <w:r>
        <w:t>یعنی بندے کو، بندے جب اپنی اپنی اپنی بندگی کا اظہار کرتا ہے تو اسی کا نام عبادت ہے۔ کام بننا یا نہ بننا اللہ کے اختیار میں ہے۔</w:t>
      </w:r>
    </w:p>
    <w:p>
      <w:r>
        <w:rPr>
          <w:b/>
        </w:rPr>
        <w:t xml:space="preserve">[1:10:07] </w:t>
      </w:r>
      <w:r>
        <w:t>aap ki dua se ban jayega kaam? yeh sahi nahi hai. allah chahega to hoga, chahega to nahi hoga. aap ko dua isi tarah karna hai jis tarah aap ibadat karte hain.</w:t>
      </w:r>
    </w:p>
    <w:p>
      <w:pPr>
        <w:jc w:val="right"/>
      </w:pPr>
      <w:r>
        <w:t>آپ کی دعا سے بن جائے گا کام؟ یہ صحیح نہیں ہے۔ اللہ چاہے گا تو ہوگا، چاہے گا تو نہیں ہوگا۔ آپ کو دعا اسی طرح کرنا ہے جس طرح آپ عبادت کرتے ہیں۔</w:t>
      </w:r>
    </w:p>
    <w:p>
      <w:r>
        <w:rPr>
          <w:b/>
        </w:rPr>
        <w:t xml:space="preserve">[1:10:18] </w:t>
      </w:r>
      <w:r>
        <w:t>to dua jo hai, woh ibadat ka hissa hai, woh karobari ka hissa nahi hai.</w:t>
      </w:r>
    </w:p>
    <w:p>
      <w:pPr>
        <w:jc w:val="right"/>
      </w:pPr>
      <w:r>
        <w:t>تو دعا جو ہے، وہ عبادت کا حصہ ہے، وہ کاروباری کا حصہ نہیں ہے۔</w:t>
      </w:r>
    </w:p>
    <w:p>
      <w:r>
        <w:rPr>
          <w:b/>
        </w:rPr>
        <w:t xml:space="preserve">[1:10:30] </w:t>
      </w:r>
      <w:r>
        <w:t>maulana agla sawal dilli se hai, maulana zakwan nadvi ka. unhon ne likha hai: "cps aur doosre idaron ki taraf se duniya mein har jagah quran ka translation distribute kiya ja raha hai,</w:t>
      </w:r>
    </w:p>
    <w:p>
      <w:pPr>
        <w:jc w:val="right"/>
      </w:pPr>
      <w:r>
        <w:t>مولانا اگلا سوال دلی سے ہے، مولانا زکوان ندوی کا۔ انہوں نے لکھا ہے: "सीपीएस और दूसरे اداروں की तरफ से दुनिया में हर जगह कुरान का ट्रांसलेशन डिस्ट्रीब्यूट किया जा रहा है,</w:t>
      </w:r>
    </w:p>
    <w:p>
      <w:r>
        <w:rPr>
          <w:b/>
        </w:rPr>
        <w:t xml:space="preserve">[1:10:44] </w:t>
      </w:r>
      <w:r>
        <w:t>magar jaisa ke aap farmate hain, quran ko samajhne ke liye quranic mindset ka hona zaroori hai.</w:t>
      </w:r>
    </w:p>
    <w:p>
      <w:pPr>
        <w:jc w:val="right"/>
      </w:pPr>
      <w:r>
        <w:t>मगर जैसा कि आप फरमाते हैं, कुरान को समझने के लिए कुरानिक माइंडसेट का होना जरूरी है।</w:t>
      </w:r>
    </w:p>
    <w:p>
      <w:r>
        <w:rPr>
          <w:b/>
        </w:rPr>
        <w:t xml:space="preserve">[1:10:52] </w:t>
      </w:r>
      <w:r>
        <w:t>aisi halat mein kya distribution ke kaam ko rok kar logon ke andar pehle quranic mindset paida kiya jaye? aap ke nazdeek quranic mindset banane ka practical tareeqa kya hai?" nahi, dekhein, ek hai apni tabligh ki zimmedari ko poora karna.</w:t>
      </w:r>
    </w:p>
    <w:p>
      <w:pPr>
        <w:jc w:val="right"/>
      </w:pPr>
      <w:r>
        <w:t>ऐसी हालत में क्या डिस्ट्रीब्यूशन के काम को रोककर लोगों के अंदर पहले कुरानिक माइंडसेट पैदा किया जाए? आपके नजदीक कुरानिक माइंडसेट बनाने का प्रैक्टिकल तरीका क्या है?" نہیں، دیکھیں، ایک ہے اپنی تبلیغ کی ذمہ داری کو پورا کرنا۔</w:t>
      </w:r>
    </w:p>
    <w:p>
      <w:r>
        <w:rPr>
          <w:b/>
        </w:rPr>
        <w:t xml:space="preserve">[1:11:14] </w:t>
      </w:r>
      <w:r>
        <w:t>ek hai insaan saazi.</w:t>
      </w:r>
    </w:p>
    <w:p>
      <w:pPr>
        <w:jc w:val="right"/>
      </w:pPr>
      <w:r>
        <w:t>ایک ہے انسان سازی۔</w:t>
      </w:r>
    </w:p>
    <w:p>
      <w:r>
        <w:rPr>
          <w:b/>
        </w:rPr>
        <w:t xml:space="preserve">[1:11:18] </w:t>
      </w:r>
      <w:r>
        <w:t>to tabligh ki zimmedari ke liye hum sari duniya mein quran ki taleem phailayenge. is mein, yani is mein, koi bhi</w:t>
      </w:r>
    </w:p>
    <w:p>
      <w:pPr>
        <w:jc w:val="right"/>
      </w:pPr>
      <w:r>
        <w:t>تو تبلیغ کی ذمہ داری کے لیے ہم ساری دنیا میں قرآن کی تعلیم پھیلائیں گے۔ اس میں، یعنی اس میں، کوئی بھی</w:t>
      </w:r>
    </w:p>
    <w:p>
      <w:r>
        <w:rPr>
          <w:b/>
        </w:rPr>
        <w:t xml:space="preserve">[1:11:33] </w:t>
      </w:r>
      <w:r>
        <w:t>kisi cheez ko record nahi banne denge. kyunke woh tabligh hai, pahunchana hai.</w:t>
      </w:r>
    </w:p>
    <w:p>
      <w:pPr>
        <w:jc w:val="right"/>
      </w:pPr>
      <w:r>
        <w:t>کسی چیز کو ریکارڈ نہیں بننے دیں گے۔ کیونکہ وہ تبلیغ ہے، پہنچانا ہے۔</w:t>
      </w:r>
    </w:p>
    <w:p>
      <w:r>
        <w:rPr>
          <w:b/>
        </w:rPr>
        <w:t xml:space="preserve">[1:11:40] </w:t>
      </w:r>
      <w:r>
        <w:t>ab is ke baad doosra kaam yeh hai ke jo insaan mazeed, hum mehsoos karte hain ke us ko mazeed bhi janne ka shauq hai, us ko to us ko phir hum aur aage badhayenge.</w:t>
      </w:r>
    </w:p>
    <w:p>
      <w:pPr>
        <w:jc w:val="right"/>
      </w:pPr>
      <w:r>
        <w:t>اب اس کے بعد دوسرا کام یہ ہے کہ جو انسان مزید، ہم محسوس کرتے ہیں کہ اس کو مزید بھی جاننے کا شوق ہے، اس کو تو اس کو پھر ہم اور آگے بڑھائیں گے۔</w:t>
      </w:r>
    </w:p>
    <w:p>
      <w:r>
        <w:rPr>
          <w:b/>
        </w:rPr>
        <w:t xml:space="preserve">[1:11:57] </w:t>
      </w:r>
      <w:r>
        <w:t>isi ke sath mein aksar yeh bhi kehta hoon ke quran ke sath sath hamein doosri jo kitabein chhapi hain, us ko bhi dena chahiye. kyunke woh hai supporting literature</w:t>
      </w:r>
    </w:p>
    <w:p>
      <w:pPr>
        <w:jc w:val="right"/>
      </w:pPr>
      <w:r>
        <w:t>اسی کے ساتھ میں اکثر یہ بھی کہتا ہوں کہ قرآن کے ساتھ ساتھ ہمیں دوسری جو کتابیں چھپی ہیں، اس کو بھی دینا چاہیے۔ کیونکہ وہ ہے سپورٹنگ لٹریچر</w:t>
      </w:r>
    </w:p>
    <w:p>
      <w:r>
        <w:rPr>
          <w:b/>
        </w:rPr>
        <w:t xml:space="preserve">[1:12:07] </w:t>
      </w:r>
      <w:r>
        <w:t>hum quran bhi dein aur supporting literature bhi dein. tab zyada sahi tareeqa hoga. sirf quran ka tarjuma aap hum logon ko dein aur supporting literature na dein to mere khayal se woh kafi nahi hoga.</w:t>
      </w:r>
    </w:p>
    <w:p>
      <w:pPr>
        <w:jc w:val="right"/>
      </w:pPr>
      <w:r>
        <w:t>۔ ہم قرآن بھی دیں اور سپورٹنگ لٹریچر بھی دیں۔ تب زیادہ صحیح طریقہ ہوگا۔ صرف قرآن کا ترجمہ آپ ہم لوگوں کو دیں اور سپورٹنگ لٹریچر نہ دیں تو میرے خیال سے وہ کافی نہیں ہوگا۔</w:t>
      </w:r>
    </w:p>
    <w:p>
      <w:r>
        <w:rPr>
          <w:b/>
        </w:rPr>
        <w:t xml:space="preserve">[1:12:19] </w:t>
      </w:r>
      <w:r>
        <w:t>jo chote chote pamphlet chappe hain, krishan plan of god aur is tarah ki jo hain, woh supporting literature hain. to quran ka tarjuma bhi phailana hai aur supporting literature bhi logon ko dena hai.</w:t>
      </w:r>
    </w:p>
    <w:p>
      <w:pPr>
        <w:jc w:val="right"/>
      </w:pPr>
      <w:r>
        <w:t>جو چھوٹے چھوٹے پمفلٹ چھپے ہیں، کرشن پلان آف گاڈ اور اس طرح کی جو ہیں، وہ سپورٹنگ لٹریچر ہیں۔ تو قرآن کا ترجمہ بھی پھیلانا ہے اور سپورٹنگ لٹریچر بھی لوگوں کو دینا ہے۔</w:t>
      </w:r>
    </w:p>
    <w:p>
      <w:r>
        <w:rPr>
          <w:b/>
        </w:rPr>
        <w:t xml:space="preserve">[1:12:31] </w:t>
      </w:r>
      <w:r>
        <w:t>aur phir jo log, jo afraad aise milein ke un mein mazeed aap paayein ke un mein un mein chahat hai, mazeed woh shauq hai, to un ko aap mazeed push kijiye un ke upar aur un ki tarbiyat kijiye.</w:t>
      </w:r>
    </w:p>
    <w:p>
      <w:pPr>
        <w:jc w:val="right"/>
      </w:pPr>
      <w:r>
        <w:t>اور پھر جو لوگ، جو افراد ایسے ملیں کہ ان میں مزید آپ پائیں کہ ان میں ان میں چاہت ہے، مزید وہ شوق ہے، تو ان کو آپ مزید پش کیجئے ان کے اوپر اور ان کی تربیت کیجئے۔</w:t>
      </w:r>
    </w:p>
    <w:p>
      <w:r>
        <w:rPr>
          <w:b/>
        </w:rPr>
        <w:t xml:space="preserve">[1:12:47] </w:t>
      </w:r>
      <w:r>
        <w:t>jo dawat ka kaam, yaani aisa nahi hai ke ek kaam karein, doosre kaam ko na karein. quran bhi phailana hai, supporting literature bhi dena hai, logon ki zehan saazi bhi karni hai.</w:t>
      </w:r>
    </w:p>
    <w:p>
      <w:pPr>
        <w:jc w:val="right"/>
      </w:pPr>
      <w:r>
        <w:t>جو دعوت کا کام، یعنی ایسا نہیں ہے کہ ایک کام کریں، دوسرے کام کو نہ کریں۔ قرآن بھی پھیلانا ہے، سپورٹنگ لٹریچر بھی دینا ہے، لوگوں کی ذہن سازی بھی کرنی ہے۔</w:t>
      </w:r>
    </w:p>
    <w:p>
      <w:r>
        <w:rPr>
          <w:b/>
        </w:rPr>
        <w:t xml:space="preserve">[1:12:58] </w:t>
      </w:r>
      <w:r>
        <w:t>ab kuch nahi pata hum ko ke kaun aadmi kahan mil jayega.</w:t>
      </w:r>
    </w:p>
    <w:p>
      <w:pPr>
        <w:jc w:val="right"/>
      </w:pPr>
      <w:r>
        <w:t>اب کچھ نہیں پتہ ہم کو کہ کون آدمی کہاں مل جائے گا۔</w:t>
      </w:r>
    </w:p>
    <w:p>
      <w:r>
        <w:rPr>
          <w:b/>
        </w:rPr>
        <w:t xml:space="preserve">[1:13:02] </w:t>
      </w:r>
      <w:r>
        <w:t>kaun aadmi kahan se, yaani nikal aayega, woh hamein, woh woh hamara matloob insaan hoga.</w:t>
      </w:r>
    </w:p>
    <w:p>
      <w:pPr>
        <w:jc w:val="right"/>
      </w:pPr>
      <w:r>
        <w:t>کون آدمی کہاں سے، یعنی نکل آئے گا، وہ ہمیں، وہ وہ ہمارا مطلوب انسان ہوگا۔</w:t>
      </w:r>
    </w:p>
    <w:p>
      <w:r>
        <w:rPr>
          <w:b/>
        </w:rPr>
        <w:t xml:space="preserve">[1:13:11] </w:t>
      </w:r>
      <w:r>
        <w:t>kisi ne bohat ek ek sher mujhe bohat pasand hai kisi ka ke: "khabar nahi ke gire hain kahan kahan aansu, kidhar kidhar se uthega dhuan nahi maloom."</w:t>
      </w:r>
    </w:p>
    <w:p>
      <w:pPr>
        <w:jc w:val="right"/>
      </w:pPr>
      <w:r>
        <w:t>کسی نے بہت ایک ایک شعر مجھے بہت پسند ہے کسی کا کہ: "خبر نہیں کہ گرے ہیں کہاں کہاں آنسو، کدھر کدھر سے اٹھے گا دھواں نہیں معلوم۔</w:t>
      </w:r>
    </w:p>
    <w:p>
      <w:r>
        <w:rPr>
          <w:b/>
        </w:rPr>
        <w:t xml:space="preserve">[1:13:27] </w:t>
      </w:r>
      <w:r>
        <w:t>" "khabar nahi ke gire hain kahan kahan aansu, kidhar kidhar se uthega dhuan nahi maloom." yaani kuch nahi pata ke kaun sa woh insaan hai jis ke dil mein dard hai, jis ke andar yaani sachai ki talash ka jazba hai,</w:t>
      </w:r>
    </w:p>
    <w:p>
      <w:pPr>
        <w:jc w:val="right"/>
      </w:pPr>
      <w:r>
        <w:t>" "خبر نہیں کہ گرے ہیں کہاں کہاں آنسو، کدھر کدھر سے اٹھے گا دھواں نہیں معلوم۔" یعنی کچھ نہیں پتہ کہ کون سا وہ انسان ہے جس کے دل میں درد ہے، جس کے اندر یعنی سچائی کی تلاش کا جذبہ ہے،</w:t>
      </w:r>
    </w:p>
    <w:p>
      <w:r>
        <w:rPr>
          <w:b/>
        </w:rPr>
        <w:t xml:space="preserve">[1:13:42] </w:t>
      </w:r>
      <w:r>
        <w:t>us ke andar kuch chingari hai, woh hamein pata nahi pesh ayegi. jab bohat sare logon ka kaam kiya jayega, usay woh insaan bhi hamein mil jayega.</w:t>
      </w:r>
    </w:p>
    <w:p>
      <w:pPr>
        <w:jc w:val="right"/>
      </w:pPr>
      <w:r>
        <w:t>اس کے اندر کچھ چنگاری ہے، وہ ہمیں پتہ نہیں پیش گی۔ جب بہت سارے لوگوں کا کام کیا جائے گا، اسے وہ انسان بھی ہمیں مل جائے گا۔</w:t>
      </w:r>
    </w:p>
    <w:p>
      <w:r>
        <w:rPr>
          <w:b/>
        </w:rPr>
        <w:t xml:space="preserve">[1:13:50] </w:t>
      </w:r>
      <w:r>
        <w:t>phir hamein is pe poori taqat kharch karna chahiye.</w:t>
      </w:r>
    </w:p>
    <w:p>
      <w:pPr>
        <w:jc w:val="right"/>
      </w:pPr>
      <w:r>
        <w:t>پھر ہمیں اس پہ پوری طاقت خرچ کرنا چاہیے۔</w:t>
      </w:r>
    </w:p>
    <w:p>
      <w:r>
        <w:rPr>
          <w:b/>
        </w:rPr>
        <w:t xml:space="preserve">[1:13:55] </w:t>
      </w:r>
      <w:r>
        <w:t>maulana un ka ek aur sawal hai. unhone likha hai: "aap ne farmaya ke paradise mein academic activities bhi hongi. is academic activity mein hissa lene ke liye duniya mein apne aap ko kis tarah tayyar kiya jaye,</w:t>
      </w:r>
    </w:p>
    <w:p>
      <w:pPr>
        <w:jc w:val="right"/>
      </w:pPr>
      <w:r>
        <w:t>مولانا ان کا ایک اور سوال ہے۔ انہوں نے لکھا ہے: "आपने फरमाया कि पैराडाइस में एकेडमिक एक्टिविटीज भी होंगी। इस एकेडमिक एक्टिविटी में हिस्सा लेने के लिए दुनिया में अपने आप को किस तरह तैयार किया जाए,</w:t>
      </w:r>
    </w:p>
    <w:p>
      <w:r>
        <w:rPr>
          <w:b/>
        </w:rPr>
        <w:t xml:space="preserve">[1:14:11] </w:t>
      </w:r>
      <w:r>
        <w:t>iske bare mein bataein." bhai, mere khayal se to sab se bari baat jo hai, woh woh hai complex free banana apne aap ko.</w:t>
      </w:r>
    </w:p>
    <w:p>
      <w:pPr>
        <w:jc w:val="right"/>
      </w:pPr>
      <w:r>
        <w:t>इसके बारे में बताएं।" بھئی، میرے خیال سے تو سب سے بڑی بات جو ہے، وہ وہ ہے کمپلیکس فری بنانا اپنے آپ کو۔</w:t>
      </w:r>
    </w:p>
    <w:p>
      <w:r>
        <w:rPr>
          <w:b/>
        </w:rPr>
        <w:t xml:space="preserve">[1:14:22] </w:t>
      </w:r>
      <w:r>
        <w:t>complex free banana</w:t>
      </w:r>
    </w:p>
    <w:p>
      <w:pPr>
        <w:jc w:val="right"/>
      </w:pPr>
      <w:r>
        <w:t>کمپلیکس فری بنانا</w:t>
      </w:r>
    </w:p>
    <w:p>
      <w:r>
        <w:rPr>
          <w:b/>
        </w:rPr>
        <w:t xml:space="preserve">[1:14:25] </w:t>
      </w:r>
      <w:r>
        <w:t>sab se bari shart hai. isi ko kehta hai quran mein "nafs al-mutmainnah" . "nafs al-mutmainnah" banana. complex free insaan.</w:t>
      </w:r>
    </w:p>
    <w:p>
      <w:pPr>
        <w:jc w:val="right"/>
      </w:pPr>
      <w:r>
        <w:t>سب سے بڑی شرط ہے۔ اسی کو کہتا ہے قرآن میں "النصف المطمئن" ۔ "النصف المطمئن" بنانا۔ کمپلیکس فری انسان۔</w:t>
      </w:r>
    </w:p>
    <w:p>
      <w:r>
        <w:rPr>
          <w:b/>
        </w:rPr>
        <w:t xml:space="preserve">[1:14:37] </w:t>
      </w:r>
      <w:r>
        <w:t>yeh bohat mushkil kaam hai. tarah tarah ke complex aadmi ke andar hote hain. dhoond dhoond ke nikalna padta hai. aaj kal to yeh haal hai ke agar kisi ke complex ki ko point out kiya jaye, us ki nishandahi karein to ghussa ho jata hai.</w:t>
      </w:r>
    </w:p>
    <w:p>
      <w:pPr>
        <w:jc w:val="right"/>
      </w:pPr>
      <w:r>
        <w:t>یہ بہت مشکل کام ہے۔ طرح طرح کے کمپلیکس آدمی کے اندر ہوتے ہیں۔ ڈھونڈ ڈھونڈ کے نکالنا پڑتا ہے۔ آج کل تو یہ حال ہے کہ اگر کسی کے کمپلیکس کی کو پوائنٹ آؤٹ کیا جائے، اس کی نشاندہی کریں تو غصہ ہو جاتا ہے۔</w:t>
      </w:r>
    </w:p>
    <w:p>
      <w:r>
        <w:rPr>
          <w:b/>
        </w:rPr>
        <w:t xml:space="preserve">[1:14:51] </w:t>
      </w:r>
      <w:r>
        <w:t>woh offend ho jata hai.</w:t>
      </w:r>
    </w:p>
    <w:p>
      <w:pPr>
        <w:jc w:val="right"/>
      </w:pPr>
      <w:r>
        <w:t>وہ افینڈ ہو جاتا ہے۔</w:t>
      </w:r>
    </w:p>
    <w:p>
      <w:r>
        <w:rPr>
          <w:b/>
        </w:rPr>
        <w:t xml:space="preserve">[1:14:53] </w:t>
      </w:r>
      <w:r>
        <w:t>abhi mein jo tajruba karta hoon insanon ka, agar bataya jaye ke tumhare andar falan complex hai to woh ghussa ho jayega. to mein samajhta hoon ke yeh kaam khud aadmi karega, tabhi hoga.</w:t>
      </w:r>
    </w:p>
    <w:p>
      <w:pPr>
        <w:jc w:val="right"/>
      </w:pPr>
      <w:r>
        <w:t>ابھی میں جو تجربہ کرتا ہوں انسانوں کا، اگر بتایا جائے کہ تمہارے اندر فلاں کمپلیکس ہے تو وہ غصہ ہو جائے گا۔ تو میں سمجھتا ہوں کہ یہ کام خود آدمی کرے گا، تبھی ہوگا۔</w:t>
      </w:r>
    </w:p>
    <w:p>
      <w:r>
        <w:rPr>
          <w:b/>
        </w:rPr>
        <w:t xml:space="preserve">[1:15:07] </w:t>
      </w:r>
      <w:r>
        <w:t>doosre ko batane se hone wala nahi hai. khud aadmi ke andar jazba ho, khud dhoond dhoond kar nikale apne. maslan ta'assub hai, nafrat hai, aur yaani khud hi hai.</w:t>
      </w:r>
    </w:p>
    <w:p>
      <w:pPr>
        <w:jc w:val="right"/>
      </w:pPr>
      <w:r>
        <w:t>دوسرے کو بتانے سے ہونے والا نہیں ہے۔ خود آدمی کے اندر جذبہ ہو، خود ڈھونڈ ڈھونڈ کر نکالے اپنے۔ مثلاً تعصب ہے، نفرت ہے، اور یعنی خود ہی ہے۔</w:t>
      </w:r>
    </w:p>
    <w:p>
      <w:r>
        <w:rPr>
          <w:b/>
        </w:rPr>
        <w:t xml:space="preserve">[1:15:23] </w:t>
      </w:r>
      <w:r>
        <w:t>apne aap ko apni ghalti ko na manane ka mizaj jo hai, apne aap ko hi koi samajhna ke hum hi theek hain. yaani tarah tarah ke complex, un ka naam bhi nahi, un ki listein bhi nahi banayi ja sakti.</w:t>
      </w:r>
    </w:p>
    <w:p>
      <w:pPr>
        <w:jc w:val="right"/>
      </w:pPr>
      <w:r>
        <w:t>اپنے آپ کو اپنی غلطی کو نہ ماننے کا مزاج جو ہے، اپنے آپ کو ہی کوئی سمجھنا کہ ہم ہی ٹھیک ہیں۔ یعنی طرح طرح کے کمپلیکس، ان کا نام بھی نہیں، ان کی لسٹیں بھی نہیں بنائی جا سکتی۔</w:t>
      </w:r>
    </w:p>
    <w:p>
      <w:r>
        <w:rPr>
          <w:b/>
        </w:rPr>
        <w:t xml:space="preserve">[1:15:38] </w:t>
      </w:r>
      <w:r>
        <w:t>to isi ko rasool Allah ki jo dua hai, isi maani mein hai ke "rab Allah muni Allah an alhaq haqan warab albatil batilan warab alihsan wan alashya kama hai</w:t>
      </w:r>
    </w:p>
    <w:p>
      <w:pPr>
        <w:jc w:val="right"/>
      </w:pPr>
      <w:r>
        <w:t>تو اسی کو رسول اللہ کی جو دعا ہے، اسی معنی میں ہے کہ "رب اللہ منی اللہ ان الحق حقا ورب الباطل باطلا ورب الاحسان وان الاشیاء کما ہے</w:t>
      </w:r>
    </w:p>
    <w:p>
      <w:r>
        <w:rPr>
          <w:b/>
        </w:rPr>
        <w:t xml:space="preserve">[1:15:53] </w:t>
      </w:r>
      <w:r>
        <w:t>" . ke a Allah, ke mujhe haq ko haq ke roop mein dikha. a Allah, mujhe batil ko batil ke roop mein dikha.</w:t>
      </w:r>
    </w:p>
    <w:p>
      <w:pPr>
        <w:jc w:val="right"/>
      </w:pPr>
      <w:r>
        <w:t>" ۔ کہ اے اللہ، کہ مجھے حق کو حق کے روپ میں دکھا۔ اے اللہ، مجھے باطل کو باطل کے روپ میں دکھا۔</w:t>
      </w:r>
    </w:p>
    <w:p>
      <w:r>
        <w:rPr>
          <w:b/>
        </w:rPr>
        <w:t xml:space="preserve">[1:16:04] </w:t>
      </w:r>
      <w:r>
        <w:t>a Allah, mujhe cheezon ko waise hi dikha jaisa ke woh hain. yeh bohat hi mushkil kaam hai. log haq ko batil ke roop mein dekhte hain, batil ko haq ke roop mein dekhte hain.</w:t>
      </w:r>
    </w:p>
    <w:p>
      <w:pPr>
        <w:jc w:val="right"/>
      </w:pPr>
      <w:r>
        <w:t>اے اللہ، مجھے چیزوں کو ویسے ہی دکھا جیسا کہ وہ ہیں۔ یہ بہت ہی مشکل کام ہے۔ لوگ حق کو باطل کے روپ میں دیکھتے ہیں، باطل کو حق کے روپ میں دیکھتے ہیں۔</w:t>
      </w:r>
    </w:p>
    <w:p>
      <w:r>
        <w:rPr>
          <w:b/>
        </w:rPr>
        <w:t xml:space="preserve">[1:16:16] </w:t>
      </w:r>
      <w:r>
        <w:t>complex ki wajah se.</w:t>
      </w:r>
    </w:p>
    <w:p>
      <w:pPr>
        <w:jc w:val="right"/>
      </w:pPr>
      <w:r>
        <w:t>کمپلیکس کی وجہ سے۔</w:t>
      </w:r>
    </w:p>
    <w:p>
      <w:r>
        <w:rPr>
          <w:b/>
        </w:rPr>
        <w:t xml:space="preserve">[1:16:18] </w:t>
      </w:r>
      <w:r>
        <w:t>to jitna zyada koi aadmi apne complex free banaye ga, utne zyada akhirat ke jo aala activities hon gi, intellectual activities, is mein shareek ho sake ga.</w:t>
      </w:r>
    </w:p>
    <w:p>
      <w:pPr>
        <w:jc w:val="right"/>
      </w:pPr>
      <w:r>
        <w:t>تو جتنا زیادہ کوئی آدمی اپنے کمپلیکس فری بنائے گا، اتنے زیادہ آخرت کے جو اعلیٰ ایکٹیویٹیز ہوں گی، انٹلیکچول ایکٹیویٹیز، اس میں شریک ہو سکے گا۔</w:t>
      </w:r>
    </w:p>
    <w:p>
      <w:r>
        <w:rPr>
          <w:b/>
        </w:rPr>
        <w:t xml:space="preserve">[1:16:30] </w:t>
      </w:r>
      <w:r>
        <w:t>jannat ki jo bohat hi high qism ki intellectual activities hon gi, is mein wohi log shareek ho payen ge jo apne aap ko poori poori tarah complex free banayein aur "alnafs almutmain" banayein.</w:t>
      </w:r>
    </w:p>
    <w:p>
      <w:pPr>
        <w:jc w:val="right"/>
      </w:pPr>
      <w:r>
        <w:t>جنت کی جو بہت ہی ہائی قسم کی انٹلیکچول ایکٹیویٹیز ہوں گی، اس میں وہی لوگ شریک ہو پائیں گے جو اپنے آپ کو پوری پوری طرح کمپلیکس فری بنائیں اور "النصف المطمئن" بنائیں۔</w:t>
      </w:r>
    </w:p>
    <w:p>
      <w:r>
        <w:rPr>
          <w:b/>
        </w:rPr>
        <w:t xml:space="preserve">[1:16:47] </w:t>
      </w:r>
      <w:r>
        <w:t>maulana agla sawal Dilli se hai, Anas sahib ka. unhon ne likha hai: "hadees mein aaya hai ke question half knowledge hai, is ka kya matlab hai?" is ka matlab hai ke sacha saail kaun hai, yeh hadees bata rahi hai.</w:t>
      </w:r>
    </w:p>
    <w:p>
      <w:pPr>
        <w:jc w:val="right"/>
      </w:pPr>
      <w:r>
        <w:t>مولانا اگلا سوال دلی سے ہے، انس صاحب کا۔ انہوں نے لکھا ہے: "हदीस में आया है कि क्वेश्चन हाफ नॉलेज है, इसका क्या मतलब है?" اس کا مطلب ہے کہ سچا سائل کون ہے، یہ حدیث بتا رہی ہے۔</w:t>
      </w:r>
    </w:p>
    <w:p>
      <w:r>
        <w:rPr>
          <w:b/>
        </w:rPr>
        <w:t xml:space="preserve">[1:17:05] </w:t>
      </w:r>
      <w:r>
        <w:t>aaj kal sawal ka jo riwaj hai, woh hai ke mind mein koi khayal rahe ga, woh dhar se sawal kar diya.</w:t>
      </w:r>
    </w:p>
    <w:p>
      <w:pPr>
        <w:jc w:val="right"/>
      </w:pPr>
      <w:r>
        <w:t>آج کل سوال کا جو رواج ہے، وہ ہے کہ مائنڈ میں کوئی خیال رہے گا، وہ دھڑ سے سوال کر دیا۔</w:t>
      </w:r>
    </w:p>
    <w:p>
      <w:r>
        <w:rPr>
          <w:b/>
        </w:rPr>
        <w:t xml:space="preserve">[1:17:13] </w:t>
      </w:r>
      <w:r>
        <w:t>aam taur par yahi hota hai ke aap ke dimagh mein ek baat aayi, bas dhar se us ko sawal kar diya. lekin momin woh hai, is sawal par homework pehle khud kare.</w:t>
      </w:r>
    </w:p>
    <w:p>
      <w:pPr>
        <w:jc w:val="right"/>
      </w:pPr>
      <w:r>
        <w:t>عام طور پر یہی ہوتا ہے کہ آپ کے دماغ میں ایک بات آئی، بس دھڑ سے اس کو سوال کر دیا۔ لیکن مومن وہ ہے، اس سوال پر ہوم ورک پہلے خود کرے۔</w:t>
      </w:r>
    </w:p>
    <w:p>
      <w:r>
        <w:rPr>
          <w:b/>
        </w:rPr>
        <w:t xml:space="preserve">[1:17:24] </w:t>
      </w:r>
      <w:r>
        <w:t>woh apna, yaani homework karne ka matlab yeh hai ke khud pehle sochein, aap us ko is sawal ka matlab kya hai, khud daryaft karein, khud tehqeeq karein, khud mutala karein.</w:t>
      </w:r>
    </w:p>
    <w:p>
      <w:pPr>
        <w:jc w:val="right"/>
      </w:pPr>
      <w:r>
        <w:t>وہ اپنا، یعنی ہوم ورک کرنے کا مطلب یہ ہے کہ خود پہلے سوچیں، آپ اس کو اس سوال کا مطلب کیا ہے، خود دریافت کریں، خود تحقیق کریں، خود مطالعہ کریں۔</w:t>
      </w:r>
    </w:p>
    <w:p>
      <w:r>
        <w:rPr>
          <w:b/>
        </w:rPr>
        <w:t xml:space="preserve">[1:17:36] </w:t>
      </w:r>
      <w:r>
        <w:t>to homework jab aap kar chuke hon ge to aadha kaam to ho chuka hoga.</w:t>
      </w:r>
    </w:p>
    <w:p>
      <w:pPr>
        <w:jc w:val="right"/>
      </w:pPr>
      <w:r>
        <w:t>تو ہوم ورک جب آپ کر چکے ہوں گے تو آدھا کام تو ہو چکا ہوگا۔</w:t>
      </w:r>
    </w:p>
    <w:p>
      <w:r>
        <w:rPr>
          <w:b/>
        </w:rPr>
        <w:t xml:space="preserve">[1:17:41] </w:t>
      </w:r>
      <w:r>
        <w:t>to phir doosra aadmi jab bataye ga to aap paper and mind hon ge us ko samajhne ke liye. jo homework na kare, woh paper and mind nahi hai.</w:t>
      </w:r>
    </w:p>
    <w:p>
      <w:pPr>
        <w:jc w:val="right"/>
      </w:pPr>
      <w:r>
        <w:t>تو پھر دوسرا آدمی جب بتائے گا تو آپ پیپر اینڈ مائنڈ ہوں گے اس کو سمجھنے کے لیے۔ جو ہوم ورک نہ کرے، وہ پیپر اینڈ مائنڈ نہیں ہے۔</w:t>
      </w:r>
    </w:p>
    <w:p>
      <w:r>
        <w:rPr>
          <w:b/>
        </w:rPr>
        <w:t xml:space="preserve">[1:17:50] </w:t>
      </w:r>
      <w:r>
        <w:t>woh sawal kare ga aur jawab diya jaye ga to pakre ga bhi nahi woh. to mera ek sahi sawal yeh hai ke aadmi pehle homework kare aur phir sawal kare, warna na na na sawal karne ka koi faida hai, na jawab dene ka koi faida hai.</w:t>
      </w:r>
    </w:p>
    <w:p>
      <w:pPr>
        <w:jc w:val="right"/>
      </w:pPr>
      <w:r>
        <w:t>وہ سوال کرے گا اور جواب دیا جائے گا تو پکڑے گا بھی نہیں وہ۔ تو میرا ایک صحیح سوال یہ ہے کہ آدمی پہلے ہوم ورک کرے اور پھر سوال کرے، ورنہ نہ نہ نہ سوال کرنے کا کوئی فائدہ ہے، نہ جواب دینے کا کوئی فائدہ ہے۔</w:t>
      </w:r>
    </w:p>
    <w:p>
      <w:r>
        <w:rPr>
          <w:b/>
        </w:rPr>
        <w:t xml:space="preserve">[1:18:10] </w:t>
      </w:r>
      <w:r>
        <w:t>maulana agla sawal lene se pehle ek comment parhna chahenge jo Doha Qatar se Maulana Abdul Basit Umri ne bheja hai. unhon ne likha hai: "maulana, Allah ki daryaft ke bare mein aap ne kaha tha ke Allah ka daryaft ka maamla ek baar ka maamla nahi hai,</w:t>
      </w:r>
    </w:p>
    <w:p>
      <w:pPr>
        <w:jc w:val="right"/>
      </w:pPr>
      <w:r>
        <w:t>مولانا اگلا سوال لینے سے پہلے ایک کمنٹ پڑھنا چاہیں گے جو دوحہ قطر سے مولانا عبدالباسط عمری نے بھیجا ہے۔ انہوں نے لکھا ہے: "مولانا، अल्लाह की دریافت के बारे में आपने कहा था कि अल्लाह का دریافت का मामला एक बार का मामला नहीं है,</w:t>
      </w:r>
    </w:p>
    <w:p>
      <w:r>
        <w:rPr>
          <w:b/>
        </w:rPr>
        <w:t xml:space="preserve">[1:18:29] </w:t>
      </w:r>
      <w:r>
        <w:t>balki yeh ek process hai." maulana, mein ne pehli baar aap ke is jumle se marifat ke bare mein pehli baar wazeh taur par samjha.</w:t>
      </w:r>
    </w:p>
    <w:p>
      <w:pPr>
        <w:jc w:val="right"/>
      </w:pPr>
      <w:r>
        <w:t>बल्कि यह एक प्रोसेस है।" مولانا، میں نے پہلی بار آپ کے اس جملے سے معرفت کے بارے میں پہلی بار واضح طور پر سمجھا۔</w:t>
      </w:r>
    </w:p>
    <w:p>
      <w:r>
        <w:rPr>
          <w:b/>
        </w:rPr>
        <w:t xml:space="preserve">[1:18:40] </w:t>
      </w:r>
      <w:r>
        <w:t>aap ki is wazahat se bohat thrill hua aur sath hi woh hadees bhi samajh mein aayi jin mein yeh hai ke rasool Allah ne kaha ke jis tarah kapde mele hote hain, usi tarah imaan bhi mela hota hai.</w:t>
      </w:r>
    </w:p>
    <w:p>
      <w:pPr>
        <w:jc w:val="right"/>
      </w:pPr>
      <w:r>
        <w:t>آپ کی اس وضاحت سے بہت تھرل ہوا اور ساتھ ہی وہ حدیث بھی سمجھ میں آئی جن میں یہ ہے کہ رسول اللہ نے کہا کہ جس طرح کپڑے میلے ہوتے ہیں، اسی طرح ایمان بھی میلا ہوتا ہے۔</w:t>
      </w:r>
    </w:p>
    <w:p>
      <w:r>
        <w:rPr>
          <w:b/>
        </w:rPr>
        <w:t xml:space="preserve">[1:18:55] </w:t>
      </w:r>
      <w:r>
        <w:t>aur usi tarah yeh hadees bhi ke apne imaan ki tajdeed kiya karein. Allah aap ko sehat aur tandrusti de.</w:t>
      </w:r>
    </w:p>
    <w:p>
      <w:pPr>
        <w:jc w:val="right"/>
      </w:pPr>
      <w:r>
        <w:t>اور اسی طرح یہ حدیث بھی کہ اپنے ایمان کی تجدید کیا کرو۔ اللہ آپ کو صحت اور تندرستی دے۔</w:t>
      </w:r>
    </w:p>
    <w:p>
      <w:r>
        <w:rPr>
          <w:b/>
        </w:rPr>
        <w:t xml:space="preserve">[1:19:07] </w:t>
      </w:r>
      <w:r>
        <w:t>maulana agla sawal Mumbai se hai, Mr Ravi Prakash ka. unhon ne likha hai: "maulana, please tell me how can I avoid negative response and maintain my positive frame of mind?" dekhein,</w:t>
      </w:r>
    </w:p>
    <w:p>
      <w:pPr>
        <w:jc w:val="right"/>
      </w:pPr>
      <w:r>
        <w:t>مولانا اگلا سوال ممبئی سے ہے، مسٹر روی प्रकाश کا۔ انہوں نے لکھا ہے: "مولانا، प्लीज टेल मी हाउ कैन आई अवॉइड नेगेटिव रिस्पांस एंड मेंटेन माय पॉजिटिव फ्रेम ऑफ माइंड?" دیکھیں،</w:t>
      </w:r>
    </w:p>
    <w:p>
      <w:r>
        <w:rPr>
          <w:b/>
        </w:rPr>
        <w:t xml:space="preserve">[1:19:26] </w:t>
      </w:r>
      <w:r>
        <w:t>doosre lafzon mein yeh hai realistic approach.</w:t>
      </w:r>
    </w:p>
    <w:p>
      <w:pPr>
        <w:jc w:val="right"/>
      </w:pPr>
      <w:r>
        <w:t>دوسرے لفظوں میں یہ ہے رئیلسٹک اپروچ۔</w:t>
      </w:r>
    </w:p>
    <w:p>
      <w:r>
        <w:rPr>
          <w:b/>
        </w:rPr>
        <w:t xml:space="preserve">[1:19:33] </w:t>
      </w:r>
      <w:r>
        <w:t>doosre lafzon mein isi ka naam hai realistic approach. kyunke jis duniya mein aap hain, is duniya mein har ek ko freedom mila hua hai.</w:t>
      </w:r>
    </w:p>
    <w:p>
      <w:pPr>
        <w:jc w:val="right"/>
      </w:pPr>
      <w:r>
        <w:t>دوسرے لفظوں میں اسی کا نام ہے رئیلسٹک اپروچ۔ کیونکہ جس دنیا میں آپ ہیں، اس دنیا میں ہر ایک کو فریڈم ملا ہوا ہے۔</w:t>
      </w:r>
    </w:p>
    <w:p>
      <w:r>
        <w:rPr>
          <w:b/>
        </w:rPr>
        <w:t xml:space="preserve">[1:19:45] </w:t>
      </w:r>
      <w:r>
        <w:t>to jab freedom mila hua hai to zahir hai ke woh kabhi proper use kare ga, kabhi misuse kare ga. to jab woh misuse kare ga to aap ke against mein jaye ga woh.</w:t>
      </w:r>
    </w:p>
    <w:p>
      <w:pPr>
        <w:jc w:val="right"/>
      </w:pPr>
      <w:r>
        <w:t>تو جب فریڈم ملا ہوا ہے تو ظاہر ہے کہ وہ کبھی پراپر یوز کرے گا، کبھی مس یوز کرے گا۔ تو جب وہ مس یوز کرے گا تو آپ کے اگینسٹ میں جائے گا وہ۔</w:t>
      </w:r>
    </w:p>
    <w:p>
      <w:r>
        <w:rPr>
          <w:b/>
        </w:rPr>
        <w:t xml:space="preserve">[1:19:56] </w:t>
      </w:r>
      <w:r>
        <w:t>to aap negative ho jayenge.</w:t>
      </w:r>
    </w:p>
    <w:p>
      <w:pPr>
        <w:jc w:val="right"/>
      </w:pPr>
      <w:r>
        <w:t>تو آپ نیگیٹیو ہو جائیں گے۔</w:t>
      </w:r>
    </w:p>
    <w:p>
      <w:r>
        <w:rPr>
          <w:b/>
        </w:rPr>
        <w:t xml:space="preserve">[1:20:00] </w:t>
      </w:r>
      <w:r>
        <w:t>You have to accept it as a reality.</w:t>
      </w:r>
    </w:p>
    <w:p>
      <w:pPr>
        <w:jc w:val="right"/>
      </w:pPr>
      <w:r>
        <w:t>You have to accept it as a reality.</w:t>
      </w:r>
    </w:p>
    <w:p>
      <w:r>
        <w:rPr>
          <w:b/>
        </w:rPr>
        <w:t xml:space="preserve">[1:20:03] </w:t>
      </w:r>
      <w:r>
        <w:t>This is the only answer. kyunke aap un ki freedom chheen nahi sakte. woh to creator ne diya hai. to jab un ki freedom ko chheen nahi sakte to aap yeh bhi nahi kar sakte ke woh misuse na karein.</w:t>
      </w:r>
    </w:p>
    <w:p>
      <w:pPr>
        <w:jc w:val="right"/>
      </w:pPr>
      <w:r>
        <w:t>This is the only answer. کیونکہ آپ ان کی فریڈم چھین نہیں سکتے۔ وہ تو کریٹر نے دیا ہے۔ تو جب ان کی فریڈم کو چھین نہیں سکتے تو آپ یہ بھی نہیں کر سکتے کہ وہ مس یوز نہ کریں۔</w:t>
      </w:r>
    </w:p>
    <w:p>
      <w:r>
        <w:rPr>
          <w:b/>
        </w:rPr>
        <w:t xml:space="preserve">[1:20:17] </w:t>
      </w:r>
      <w:r>
        <w:t>misuse to karein ge woh. misuse karein ge to aap ko bura lage ga. to apne apne aap apna correction kijiye. kyunke Khuda ki scheme ko badal nahi sakte aap.</w:t>
      </w:r>
    </w:p>
    <w:p>
      <w:pPr>
        <w:jc w:val="right"/>
      </w:pPr>
      <w:r>
        <w:t>مس یوز تو کریں گے وہ۔ مس یوز کریں گے تو آپ کو برا لگے گا۔ تو اپنے اپنے آپ اپنا کریکشن کیجیے۔ کیونکہ خدا کی سکیم کو بدل نہیں سکتے آپ۔</w:t>
      </w:r>
    </w:p>
    <w:p>
      <w:r>
        <w:rPr>
          <w:b/>
        </w:rPr>
        <w:t xml:space="preserve">[1:20:29] </w:t>
      </w:r>
      <w:r>
        <w:t>You cannot change the Christian plan of God. woh to rahega apni jagah par. When you are not in a position to change the Christian plan of God, you are also not in a position to abolish the people's freedom.</w:t>
      </w:r>
    </w:p>
    <w:p>
      <w:pPr>
        <w:jc w:val="right"/>
      </w:pPr>
      <w:r>
        <w:t>You cannot change the Christian plan of God. وہ تو رہے گا اپنی جگہ پر۔ When you are not in a position to change the Christian plan of God, you are also not in a position to abolish the people's freedom.</w:t>
      </w:r>
    </w:p>
    <w:p>
      <w:r>
        <w:rPr>
          <w:b/>
        </w:rPr>
        <w:t xml:space="preserve">[1:20:48] </w:t>
      </w:r>
      <w:r>
        <w:t>is liye aap ko kya karna hai? You have to accept it as a reality.</w:t>
      </w:r>
    </w:p>
    <w:p>
      <w:pPr>
        <w:jc w:val="right"/>
      </w:pPr>
      <w:r>
        <w:t>اس لیے آپ کو کیا کرنا ہے؟ You have to accept it as a reality.</w:t>
      </w:r>
    </w:p>
    <w:p>
      <w:r>
        <w:rPr>
          <w:b/>
        </w:rPr>
        <w:t xml:space="preserve">[1:20:56] </w:t>
      </w:r>
      <w:r>
        <w:t>jaise hi aap samjhenge ke bhai yeh to reality hai, foran aap is ko merge kar payenge. negative thought ko merge karne ka ek hi rasta hai ke aap samjhe yeh is baat ko samjh samjh payen ke yeh to reality hai.</w:t>
      </w:r>
    </w:p>
    <w:p>
      <w:pPr>
        <w:jc w:val="right"/>
      </w:pPr>
      <w:r>
        <w:t>جیسے ہی آپ سمجھیں گے کہ بھئی یہ تو ریلیٹی ہے، فوراً آپ اس کو مرج کر پائیں گے۔ نیگیٹیو تھاٹ کو مرج کرنے کا ایک ہی راستہ ہے کہ آپ سمجھ یہ اس بات کو سمجھ سمجھ پائیں کہ یہ تو ریلیٹی ہے۔</w:t>
      </w:r>
    </w:p>
    <w:p>
      <w:r>
        <w:rPr>
          <w:b/>
        </w:rPr>
        <w:t xml:space="preserve">[1:21:09] </w:t>
      </w:r>
      <w:r>
        <w:t>hum kai ab to lad nahi sakte is se.</w:t>
      </w:r>
    </w:p>
    <w:p>
      <w:pPr>
        <w:jc w:val="right"/>
      </w:pPr>
      <w:r>
        <w:t>ہم کئی اب تو لڑ نہیں سکتے اس سے۔</w:t>
      </w:r>
    </w:p>
    <w:p>
      <w:r>
        <w:rPr>
          <w:b/>
        </w:rPr>
        <w:t xml:space="preserve">[1:21:15] </w:t>
      </w:r>
      <w:r>
        <w:t>to sab se bari cheez hai realistic approach.</w:t>
      </w:r>
    </w:p>
    <w:p>
      <w:pPr>
        <w:jc w:val="right"/>
      </w:pPr>
      <w:r>
        <w:t>تو سب سے بڑی چیز ہے رئیلسٹک اپروچ۔</w:t>
      </w:r>
    </w:p>
    <w:p>
      <w:r>
        <w:rPr>
          <w:b/>
        </w:rPr>
        <w:t xml:space="preserve">[1:21:19] </w:t>
      </w:r>
      <w:r>
        <w:t>jitna zyada aayega realistic approach, utne zyada aadmi ke andar positive thinking aa jayegi.</w:t>
      </w:r>
    </w:p>
    <w:p>
      <w:pPr>
        <w:jc w:val="right"/>
      </w:pPr>
      <w:r>
        <w:t>جتنا زیادہ آئے گا رئیلسٹک اپروچ، اتنے زیادہ آدمی کے اندر پازیٹیو تھنکنگ آ جائے گی۔</w:t>
      </w:r>
    </w:p>
    <w:p>
      <w:r>
        <w:rPr>
          <w:b/>
        </w:rPr>
        <w:t xml:space="preserve">[1:21:32] </w:t>
      </w:r>
      <w:r>
        <w:t>Maulana agla sawal Delhi se hai, Maulana Zakwan Nadvi ka. unhon ne likha hai: "Aapne amal ki importance batai. amal se kya murad hai</w:t>
      </w:r>
    </w:p>
    <w:p>
      <w:pPr>
        <w:jc w:val="right"/>
      </w:pPr>
      <w:r>
        <w:t>مولانا اگلا سوال دلی سے ہے، مولانا زکوان ندوی کا۔ انہوں نے لکھا ہے: "आपने अमल की इंपॉर्टेंस बताई। अमल से क्या मुराद है</w:t>
      </w:r>
    </w:p>
    <w:p>
      <w:r>
        <w:rPr>
          <w:b/>
        </w:rPr>
        <w:t xml:space="preserve">[1:21:43] </w:t>
      </w:r>
      <w:r>
        <w:t>? sirf physical amal ya amal mein intellectual amal bhi shamil hai? is ke bare mein bataen." physical amal to ek percent se bhi kam hai, is ka hissa hai.</w:t>
      </w:r>
    </w:p>
    <w:p>
      <w:pPr>
        <w:jc w:val="right"/>
      </w:pPr>
      <w:r>
        <w:t>? सिर्फ फिजिकल अमल या अमल में इंटेलेक्चुअल अमल भी शामिल है? इसके बारे में बताएं।" فزیکل عمل تو ایک پرسنٹ سے بھی کم ہے، اس کا حصہ ہے۔</w:t>
      </w:r>
    </w:p>
    <w:p>
      <w:r>
        <w:rPr>
          <w:b/>
        </w:rPr>
        <w:t xml:space="preserve">[1:21:54] </w:t>
      </w:r>
      <w:r>
        <w:t>asal to intellectual amal hi hai.</w:t>
      </w:r>
    </w:p>
    <w:p>
      <w:pPr>
        <w:jc w:val="right"/>
      </w:pPr>
      <w:r>
        <w:t>اصل تو انٹلیکچول عمل ہی ہے۔</w:t>
      </w:r>
    </w:p>
    <w:p>
      <w:r>
        <w:rPr>
          <w:b/>
        </w:rPr>
        <w:t xml:space="preserve">[1:21:59] </w:t>
      </w:r>
      <w:r>
        <w:t>hamara jo intellectual being hai aur jo hamari intellectual personality hai, wahan jo activities hoti hain, woh sab se bara amal wahi hai.</w:t>
      </w:r>
    </w:p>
    <w:p>
      <w:pPr>
        <w:jc w:val="right"/>
      </w:pPr>
      <w:r>
        <w:t>ہمارا جو انٹلیکچول بینگ ہے اور جو ہماری انٹلیکچول پرسنیلٹی ہے، وہاں جو ایکٹیویٹیز ہوتی ہیں، وہ سب سے بڑا عمل وہی ہے۔</w:t>
      </w:r>
    </w:p>
    <w:p>
      <w:r>
        <w:rPr>
          <w:b/>
        </w:rPr>
        <w:t xml:space="preserve">[1:22:08] </w:t>
      </w:r>
      <w:r>
        <w:t>haath hilaya, paon hilaya, yeh to is ka bohat hi thoda hissa hai.</w:t>
      </w:r>
    </w:p>
    <w:p>
      <w:pPr>
        <w:jc w:val="right"/>
      </w:pPr>
      <w:r>
        <w:t>ہاتھ ہلایا، پاؤں ہلایا، یہ تو اس کا بہت ہی تھوڑا حصہ ہے۔</w:t>
      </w:r>
    </w:p>
    <w:p>
      <w:r>
        <w:rPr>
          <w:b/>
        </w:rPr>
        <w:t xml:space="preserve">[1:22:16] </w:t>
      </w:r>
      <w:r>
        <w:t>to spirituality ke satah par ya mind ke satah par ya rooh ki satah par jo activities hoti hain, sab se bara amal wahi hai. agar wahan par na ho aur body par ho raha ho to yeh to munafiqat ho jayegi.</w:t>
      </w:r>
    </w:p>
    <w:p>
      <w:pPr>
        <w:jc w:val="right"/>
      </w:pPr>
      <w:r>
        <w:t>تو سپرچوٹی کے سطح پر یا مائنڈ کے سطح پر یا روح کی سطح پر جو ایکٹیویٹیز ہوتی ہیں، سب سے بڑا عمل وہی ہے۔ اگر وہاں پر نہ ہو اور باڈی پر ہو رہا ہو تو یہ تو منافقت ہو جائے گی۔</w:t>
      </w:r>
    </w:p>
    <w:p>
      <w:r>
        <w:rPr>
          <w:b/>
        </w:rPr>
        <w:t xml:space="preserve">[1:22:32] </w:t>
      </w:r>
      <w:r>
        <w:t>yeh to munafiqat ho jayegi.</w:t>
      </w:r>
    </w:p>
    <w:p>
      <w:pPr>
        <w:jc w:val="right"/>
      </w:pPr>
      <w:r>
        <w:t>یہ تو منافقت ہو جائے گی۔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