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Sufism Tasawwuf July 22, 2020 Prof. Farida Khanam</w:t>
      </w:r>
    </w:p>
    <w:p>
      <w:r>
        <w:t>https://www.youtube.com/watch?v=uvd9EYYS0nc</w:t>
      </w:r>
    </w:p>
    <w:p>
      <w:r>
        <w:rPr>
          <w:b/>
        </w:rPr>
        <w:t xml:space="preserve">[00:10] </w:t>
      </w:r>
      <w:r>
        <w:t>bismillah rahman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[00:15] </w:t>
      </w:r>
      <w:r>
        <w:t>assalam o alaikum rahmatullah.</w:t>
      </w:r>
    </w:p>
    <w:p>
      <w:pPr>
        <w:jc w:val="right"/>
      </w:pPr>
      <w:r>
        <w:t>السلام علیکم ورحمۃ اللہ۔</w:t>
      </w:r>
    </w:p>
    <w:p>
      <w:r>
        <w:rPr>
          <w:b/>
        </w:rPr>
        <w:t xml:space="preserve">[00:20] </w:t>
      </w:r>
      <w:r>
        <w:t>aaj hum tasawwuf ke bare mein, jis ko sufism kehte hain, kuch baat karenge,</w:t>
      </w:r>
    </w:p>
    <w:p>
      <w:pPr>
        <w:jc w:val="right"/>
      </w:pPr>
      <w:r>
        <w:t>آج ہم تصوف کے بارے میں، جس کو صوفیزم کہتے ہیں، کچھ بات کریں گے،</w:t>
      </w:r>
    </w:p>
    <w:p>
      <w:r>
        <w:rPr>
          <w:b/>
        </w:rPr>
        <w:t xml:space="preserve">[00:28] </w:t>
      </w:r>
      <w:r>
        <w:t>kyun ke yeh bohat zyada logon ko is mein interest hai ke tasawwuf hai kiya.</w:t>
      </w:r>
    </w:p>
    <w:p>
      <w:pPr>
        <w:jc w:val="right"/>
      </w:pPr>
      <w:r>
        <w:t>کیونکہ یہ بہت زیادہ لوگوں کو اس میں انٹرسٹ ہے کہ تصوف ہے کیا۔</w:t>
      </w:r>
    </w:p>
    <w:p>
      <w:r>
        <w:rPr>
          <w:b/>
        </w:rPr>
        <w:t xml:space="preserve">[00:35] </w:t>
      </w:r>
      <w:r>
        <w:t>to tasawwuf ka lafz jo hai woh nikla hai, tehqeeq ke mutabiq</w:t>
      </w:r>
    </w:p>
    <w:p>
      <w:pPr>
        <w:jc w:val="right"/>
      </w:pPr>
      <w:r>
        <w:t>تو تصوف کا لفظ جو ہے وہ نکلا ہے، تحقیق کے مطابق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