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The Book of Good Tidings 14 March, 2020 - Maulana Wahiduddin Khan</w:t>
      </w:r>
    </w:p>
    <w:p>
      <w:r>
        <w:t>https://www.youtube.com/watch?v=w4R9waZ72gE</w:t>
      </w:r>
    </w:p>
    <w:p>
      <w:r>
        <w:rPr>
          <w:b/>
        </w:rPr>
        <w:t xml:space="preserve">[00:14] </w:t>
      </w:r>
      <w:r>
        <w:t>bismillah rahman rahim,</w:t>
      </w:r>
    </w:p>
    <w:p>
      <w:pPr>
        <w:jc w:val="right"/>
      </w:pPr>
      <w:r>
        <w:t>بسم اللہ الرحمن الرحیم،</w:t>
      </w:r>
    </w:p>
    <w:p>
      <w:r>
        <w:rPr>
          <w:b/>
        </w:rPr>
        <w:t xml:space="preserve">[00:19] </w:t>
      </w:r>
      <w:r>
        <w:t>wasalli allahu ala nabiyyil karim.</w:t>
      </w:r>
    </w:p>
    <w:p>
      <w:pPr>
        <w:jc w:val="right"/>
      </w:pPr>
      <w:r>
        <w:t>وصلی اللہ علی نبی الکریم۔</w:t>
      </w:r>
    </w:p>
    <w:p>
      <w:r>
        <w:rPr>
          <w:b/>
        </w:rPr>
        <w:t xml:space="preserve">[00:25] </w:t>
      </w:r>
      <w:r>
        <w:t>14 March 2020.</w:t>
      </w:r>
    </w:p>
    <w:p>
      <w:pPr>
        <w:jc w:val="right"/>
      </w:pPr>
      <w:r>
        <w:t>14 مارچ 2020۔</w:t>
      </w:r>
    </w:p>
    <w:p>
      <w:r>
        <w:rPr>
          <w:b/>
        </w:rPr>
        <w:t xml:space="preserve">[00:34] </w:t>
      </w:r>
      <w:r>
        <w:t>aaj mujhe ek naya topic mere zehan mein aaya, aaj ke liye. woh yeh ke quran kitab al-basharat hai,</w:t>
      </w:r>
    </w:p>
    <w:p>
      <w:pPr>
        <w:jc w:val="right"/>
      </w:pPr>
      <w:r>
        <w:t>آج مجھے ایک نیا ٹاپک میرے ذہن میں آیا، آج کے لیے۔ وہ یہ کہ قرآن کتاب البشارات ہے،</w:t>
      </w:r>
    </w:p>
    <w:p>
      <w:r>
        <w:rPr>
          <w:b/>
        </w:rPr>
        <w:t xml:space="preserve">[00:50] </w:t>
      </w:r>
      <w:r>
        <w:t>yani book of</w:t>
      </w:r>
    </w:p>
    <w:p>
      <w:pPr>
        <w:jc w:val="right"/>
      </w:pPr>
      <w:r>
        <w:t>یعنی بک آف</w:t>
      </w:r>
    </w:p>
    <w:p>
      <w:r>
        <w:rPr>
          <w:b/>
        </w:rPr>
        <w:t xml:space="preserve">[00:52] </w:t>
      </w:r>
      <w:r>
        <w:t>good news. quran jo hai, book of good news hai.</w:t>
      </w:r>
    </w:p>
    <w:p>
      <w:pPr>
        <w:jc w:val="right"/>
      </w:pPr>
      <w:r>
        <w:t>گڈ نیوز۔ قرآن جو ہے، بک آف گڈ نیوز ہے۔</w:t>
      </w:r>
    </w:p>
    <w:p>
      <w:r>
        <w:rPr>
          <w:b/>
        </w:rPr>
        <w:t xml:space="preserve">[01:02] </w:t>
      </w:r>
      <w:r>
        <w:t>hata ke jin cheezon ko hamare log daale hue the bad news ke maani mein, woh sab good news hai.</w:t>
      </w:r>
    </w:p>
    <w:p>
      <w:pPr>
        <w:jc w:val="right"/>
      </w:pPr>
      <w:r>
        <w:t>حتیٰ کہ جن چیزوں کو ہمارے لوگ ڈالے ہوئے تھے بیڈ نیوز کے معنی میں، وہ سب گڈ نیوز ہے۔</w:t>
      </w:r>
    </w:p>
    <w:p>
      <w:r>
        <w:rPr>
          <w:b/>
        </w:rPr>
        <w:t xml:space="preserve">[01:20] </w:t>
      </w:r>
      <w:r>
        <w:t>misalan musalman jo hain, khud se bohat si riwayaton ko yeh batate hain, matlab ke yeh</w:t>
      </w:r>
    </w:p>
    <w:p>
      <w:pPr>
        <w:jc w:val="right"/>
      </w:pPr>
      <w:r>
        <w:t>مثلاً مسلمان جو ہیں، خود سے بہت سی روایتوں کو یہ بتاتے ہیں، مطلب کہ یہ</w:t>
      </w:r>
    </w:p>
    <w:p>
      <w:r>
        <w:rPr>
          <w:b/>
        </w:rPr>
        <w:t xml:space="preserve">[01:36] </w:t>
      </w:r>
      <w:r>
        <w:t>allah ka azab ke taur par hua waghera. lekin allah taala ki taraf se quran mein koi bhi jo cheez hai, chahe us mein lafz azabi ko istemal hua ho, woh sab good</w:t>
      </w:r>
    </w:p>
    <w:p>
      <w:pPr>
        <w:jc w:val="right"/>
      </w:pPr>
      <w:r>
        <w:t>اللہ کا عذاب کے طور پر ہوا وغیرہ۔ لیکن اللہ تعالیٰ کی طرف سے قرآن میں کوئی بھی جو چیز ہے، چاہے اس میں لفظ عذابی کو استعمال ہوا ہو، وہ سب گڈ</w:t>
      </w:r>
    </w:p>
    <w:p>
      <w:r>
        <w:rPr>
          <w:b/>
        </w:rPr>
        <w:t xml:space="preserve">[01:53] </w:t>
      </w:r>
      <w:r>
        <w:t>tightening hai, good news hai.</w:t>
      </w:r>
    </w:p>
    <w:p>
      <w:pPr>
        <w:jc w:val="right"/>
      </w:pPr>
      <w:r>
        <w:t>ٹائٹنگ ہے، گڈ نیوز ہے۔</w:t>
      </w:r>
    </w:p>
    <w:p>
      <w:r>
        <w:rPr>
          <w:b/>
        </w:rPr>
        <w:t xml:space="preserve">[01:58] </w:t>
      </w:r>
      <w:r>
        <w:t>misalan dekhiye, aaj kal jahan jahan musalman negative boli bolenge, yeh aur har har masjid mein, har masjid mein bad duaen ki jati hain.</w:t>
      </w:r>
    </w:p>
    <w:p>
      <w:pPr>
        <w:jc w:val="right"/>
      </w:pPr>
      <w:r>
        <w:t>مثلاً دیکھیے، آج کل جہاں جہاں مسلمان نیگیٹیو بولی بولیں گے، یہ اور ہر ہر مسجد میں، ہر مسجد میں بد دعائیں کی جاتی ہیں۔</w:t>
      </w:r>
    </w:p>
    <w:p>
      <w:r>
        <w:rPr>
          <w:b/>
        </w:rPr>
        <w:t xml:space="preserve">[02:17] </w:t>
      </w:r>
      <w:r>
        <w:t>har ghar mein yahi charcha hota hai, lekin aisa kuch bhi nahin.</w:t>
      </w:r>
    </w:p>
    <w:p>
      <w:pPr>
        <w:jc w:val="right"/>
      </w:pPr>
      <w:r>
        <w:t>ہر گھر میں یہی چرچا ہوتا ہے، لیکن ایسا کچھ بھی نہیں۔</w:t>
      </w:r>
    </w:p>
    <w:p>
      <w:r>
        <w:rPr>
          <w:b/>
        </w:rPr>
        <w:t xml:space="preserve">[02:26] </w:t>
      </w:r>
      <w:r>
        <w:t>yeh sab to</w:t>
      </w:r>
    </w:p>
    <w:p>
      <w:pPr>
        <w:jc w:val="right"/>
      </w:pPr>
      <w:r>
        <w:t>یہ سب تو</w:t>
      </w:r>
    </w:p>
    <w:p>
      <w:r>
        <w:rPr>
          <w:b/>
        </w:rPr>
        <w:t xml:space="preserve">[02:33] </w:t>
      </w:r>
      <w:r>
        <w:t>jisko musalman keh rahe hain ke yeh hamare liye</w:t>
      </w:r>
    </w:p>
    <w:p>
      <w:pPr>
        <w:jc w:val="right"/>
      </w:pPr>
      <w:r>
        <w:t>جس کو مسلمان کہہ رہے ہیں کہ یہ ہمارے لیے</w:t>
      </w:r>
    </w:p>
    <w:p>
      <w:r>
        <w:rPr>
          <w:b/>
        </w:rPr>
        <w:t xml:space="preserve">[02:42] </w:t>
      </w:r>
      <w:r>
        <w:t>bad news hai, woh sab good news hai, kyunke woh bator m— woh aaya hai bator shock treatment.</w:t>
      </w:r>
    </w:p>
    <w:p>
      <w:pPr>
        <w:jc w:val="right"/>
      </w:pPr>
      <w:r>
        <w:t>بیڈ نیوز ہے، وہ سب گڈ نیوز ہے، کیونکہ وہ بطور م— وہ آیا ہے بطور شاک ٹریٹمنٹ۔</w:t>
      </w:r>
    </w:p>
    <w:p>
      <w:r>
        <w:rPr>
          <w:b/>
        </w:rPr>
        <w:t xml:space="preserve">[02:56] </w:t>
      </w:r>
      <w:r>
        <w:t>aap jante hain ke newton ko</w:t>
      </w:r>
    </w:p>
    <w:p>
      <w:pPr>
        <w:jc w:val="right"/>
      </w:pPr>
      <w:r>
        <w:t>آپ جانتے ہیں کہ نیوٹن کو</w:t>
      </w:r>
    </w:p>
    <w:p>
      <w:r>
        <w:rPr>
          <w:b/>
        </w:rPr>
        <w:t xml:space="preserve">[02:59] </w:t>
      </w:r>
      <w:r>
        <w:t>ek shock treatment hua, jisko main kehta hoon apple shock. apple shock se aap jante hain kya hua?</w:t>
      </w:r>
    </w:p>
    <w:p>
      <w:pPr>
        <w:jc w:val="right"/>
      </w:pPr>
      <w:r>
        <w:t>ایک شاک ٹریٹمنٹ ہوا، جس کو میں کہتا ہوں ایپل شاک۔ ایپل شاک سے آپ جانتے ہیں کیا ہوا؟</w:t>
      </w:r>
    </w:p>
    <w:p>
      <w:r>
        <w:rPr>
          <w:b/>
        </w:rPr>
        <w:t xml:space="preserve">[03:16] </w:t>
      </w:r>
      <w:r>
        <w:t>apple shock se ek poori tehzeeb nikli, lekin ab daur aaya, allah ki tamam chupi hui nematein</w:t>
      </w:r>
    </w:p>
    <w:p>
      <w:pPr>
        <w:jc w:val="right"/>
      </w:pPr>
      <w:r>
        <w:t>ایپل شاک سے ایک پوری تہذیب نکلی، لیکن اب دور آیا، اللہ کی تمام چھپی ہوئی نعمتیں</w:t>
      </w:r>
    </w:p>
    <w:p>
      <w:r>
        <w:rPr>
          <w:b/>
        </w:rPr>
        <w:t xml:space="preserve">[03:28] </w:t>
      </w:r>
      <w:r>
        <w:t>insan ne dakhil daryaft kiye. woh kya tha?</w:t>
      </w:r>
    </w:p>
    <w:p>
      <w:pPr>
        <w:jc w:val="right"/>
      </w:pPr>
      <w:r>
        <w:t>انسان نے دخل دریافت کیں۔ وہ کیا تھا؟</w:t>
      </w:r>
    </w:p>
    <w:p>
      <w:r>
        <w:rPr>
          <w:b/>
        </w:rPr>
        <w:t xml:space="preserve">[03:41] </w:t>
      </w:r>
      <w:r>
        <w:t>woh tha</w:t>
      </w:r>
    </w:p>
    <w:p>
      <w:pPr>
        <w:jc w:val="right"/>
      </w:pPr>
      <w:r>
        <w:t>وہ تھا</w:t>
      </w:r>
    </w:p>
    <w:p>
      <w:r>
        <w:rPr>
          <w:b/>
        </w:rPr>
        <w:t xml:space="preserve">[03:52] </w:t>
      </w:r>
      <w:r>
        <w:t>civilization, jisko hum kehte hain modern civilization. duniya mein jitni bhi aap jate hain, duniya mein jitni bhi cheezein aap jante hain, achhi cheezein, nematein,</w:t>
      </w:r>
    </w:p>
    <w:p>
      <w:pPr>
        <w:jc w:val="right"/>
      </w:pPr>
      <w:r>
        <w:t>سویلائزیشن، جس کو ہم کہتے ہیں ماڈرن سویلائزیشن۔ دنیا میں جتنی بھی آپ جاتے ہیں، دنیا میں جتنی بھی چیزیں آپ جانتے ہیں، اچھی چیزیں، نعمتیں،</w:t>
      </w:r>
    </w:p>
    <w:p>
      <w:r>
        <w:rPr>
          <w:b/>
        </w:rPr>
        <w:t xml:space="preserve">[04:08] </w:t>
      </w:r>
      <w:r>
        <w:t>sab, chahe woh AC ho, chahe woh—</w:t>
      </w:r>
    </w:p>
    <w:p>
      <w:pPr>
        <w:jc w:val="right"/>
      </w:pPr>
      <w:r>
        <w:t>سب، چاہے وہ اے سی ہو، چاہے وہ—</w:t>
      </w:r>
    </w:p>
    <w:p>
      <w:r>
        <w:rPr>
          <w:b/>
        </w:rPr>
        <w:t xml:space="preserve">[04:20] </w:t>
      </w:r>
      <w:r>
        <w:t>chahe woh bijli ho,</w:t>
      </w:r>
    </w:p>
    <w:p>
      <w:pPr>
        <w:jc w:val="right"/>
      </w:pPr>
      <w:r>
        <w:t>چاہے وہ بجلی ہو،</w:t>
      </w:r>
    </w:p>
    <w:p>
      <w:r>
        <w:rPr>
          <w:b/>
        </w:rPr>
        <w:t xml:space="preserve">[04:28] </w:t>
      </w:r>
      <w:r>
        <w:t>jitni bhi cheezein hain, sanati hain, sanati cheezein, car, hawa, jahaz waghera, woh sab tehzeeb ke zariye niklein.</w:t>
      </w:r>
    </w:p>
    <w:p>
      <w:pPr>
        <w:jc w:val="right"/>
      </w:pPr>
      <w:r>
        <w:t>جتنی بھی چیزیں ہیں، صنعتی ہیں، صنعتی چیزیں، کار، ہوا، جہاز وغیرہ، وہ سب تہذیب کے ذریعے نکلیں۔</w:t>
      </w:r>
    </w:p>
    <w:p>
      <w:r>
        <w:rPr>
          <w:b/>
        </w:rPr>
        <w:t xml:space="preserve">[04:40] </w:t>
      </w:r>
      <w:r>
        <w:t>civilization, modern civilization. ab modern civilization paidawar hai</w:t>
      </w:r>
    </w:p>
    <w:p>
      <w:pPr>
        <w:jc w:val="right"/>
      </w:pPr>
      <w:r>
        <w:t>سویلائزیشن، ماڈرن سویلائزیشن۔ اب ماڈرن سویلائزیشن پیداوار ہے</w:t>
      </w:r>
    </w:p>
    <w:p>
      <w:r>
        <w:rPr>
          <w:b/>
        </w:rPr>
        <w:t xml:space="preserve">[04:47] </w:t>
      </w:r>
      <w:r>
        <w:t>crusades mein haar ka. crusades ke bare mein muarikh ne likha hai ke woh europe ke liye aik humiliating shikast, shikast thi, humiliating defect thi.</w:t>
      </w:r>
    </w:p>
    <w:p>
      <w:pPr>
        <w:jc w:val="right"/>
      </w:pPr>
      <w:r>
        <w:t>کروسیڈز میں ہار کا۔ کروسیڈز کے بارے میں مورخین نے لکھا ہے کہ وہ یورپ کے لیے ایک ہیومیلیٹنگ شکست، شکست تھی، ہیومیلیٹنگ ڈیفیکٹ تھی۔</w:t>
      </w:r>
    </w:p>
    <w:p>
      <w:r>
        <w:rPr>
          <w:b/>
        </w:rPr>
        <w:t xml:space="preserve">[05:08] </w:t>
      </w:r>
      <w:r>
        <w:t>poora mashriqi europe mil kar hamla awar kiya tha is ne, lekin poori shikast hui sab ko, buri tarah, humiliating defect.</w:t>
      </w:r>
    </w:p>
    <w:p>
      <w:pPr>
        <w:jc w:val="right"/>
      </w:pPr>
      <w:r>
        <w:t>پورا مشرقی یورپ مل کر حملہ آور کیا تھا اس نے، لیکن پوری شکست ہوئی سب کو، بری طرح، ہیومیلیٹنگ ڈیفیکٹ۔</w:t>
      </w:r>
    </w:p>
    <w:p>
      <w:r>
        <w:rPr>
          <w:b/>
        </w:rPr>
        <w:t xml:space="preserve">[05:20] </w:t>
      </w:r>
      <w:r>
        <w:t>isi defect, isi defect se western</w:t>
      </w:r>
    </w:p>
    <w:p>
      <w:pPr>
        <w:jc w:val="right"/>
      </w:pPr>
      <w:r>
        <w:t>اسی ڈیفیکٹ، اسی ڈیفیکٹ سے ویسٹرن</w:t>
      </w:r>
    </w:p>
    <w:p>
      <w:r>
        <w:rPr>
          <w:b/>
        </w:rPr>
        <w:t xml:space="preserve">[05:26] </w:t>
      </w:r>
      <w:r>
        <w:t>Europe ko yeh idea aaya ke jis ko kehte hain "I think there must be a better way"</w:t>
      </w:r>
    </w:p>
    <w:p>
      <w:pPr>
        <w:jc w:val="right"/>
      </w:pPr>
      <w:r>
        <w:t>یورپ کو یہ آئیڈیا آیا کہ جس کو کہتے ہیں "تھنک تھنگ دیر مسٹ بی بیٹر وے"</w:t>
      </w:r>
    </w:p>
    <w:p>
      <w:r>
        <w:rPr>
          <w:b/>
        </w:rPr>
        <w:t xml:space="preserve">[05:38] </w:t>
      </w:r>
      <w:r>
        <w:t>ke hum ne jo jang haari hai, us ko dobara jeetne ke liye koi doosra rasta maujood ho sakta hai, us ko talash karo.</w:t>
      </w:r>
    </w:p>
    <w:p>
      <w:pPr>
        <w:jc w:val="right"/>
      </w:pPr>
      <w:r>
        <w:t>کہ ہم نے جو جنگ ہاری ہے، اس کو دوبارہ جیتنے کے لیے کوئی دوسرا راستہ موجود ہو سکتا ہے، اس کو تلاش کرو۔</w:t>
      </w:r>
    </w:p>
    <w:p>
      <w:r>
        <w:rPr>
          <w:b/>
        </w:rPr>
        <w:t xml:space="preserve">[05:49] </w:t>
      </w:r>
      <w:r>
        <w:t>"think thing there must be better way". ab woh kya tha? woh lade the</w:t>
      </w:r>
    </w:p>
    <w:p>
      <w:pPr>
        <w:jc w:val="right"/>
      </w:pPr>
      <w:r>
        <w:t>"تھنک تھنگ دیر مسٹ بی بیٹر وے"۔ اب وہ کیا تھا؟ وہ لڑے تھے</w:t>
      </w:r>
    </w:p>
    <w:p>
      <w:r>
        <w:rPr>
          <w:b/>
        </w:rPr>
        <w:t xml:space="preserve">[05:58] </w:t>
      </w:r>
      <w:r>
        <w:t>talwar ki taqat se.</w:t>
      </w:r>
    </w:p>
    <w:p>
      <w:pPr>
        <w:jc w:val="right"/>
      </w:pPr>
      <w:r>
        <w:t>تلوار کی طاقت سے۔</w:t>
      </w:r>
    </w:p>
    <w:p>
      <w:r>
        <w:rPr>
          <w:b/>
        </w:rPr>
        <w:t xml:space="preserve">[06:03] </w:t>
      </w:r>
      <w:r>
        <w:t>ab unhon ne talash kar liya technology,</w:t>
      </w:r>
    </w:p>
    <w:p>
      <w:pPr>
        <w:jc w:val="right"/>
      </w:pPr>
      <w:r>
        <w:t>اب انہوں نے تلاش کر لیا ٹیکنالوجی،</w:t>
      </w:r>
    </w:p>
    <w:p>
      <w:r>
        <w:rPr>
          <w:b/>
        </w:rPr>
        <w:t xml:space="preserve">[06:09] </w:t>
      </w:r>
      <w:r>
        <w:t>aur itni cheezein ijad keen ke aik naya daur ijad aa gaya, daur tehzeeb, daur sanat, daur technology.</w:t>
      </w:r>
    </w:p>
    <w:p>
      <w:pPr>
        <w:jc w:val="right"/>
      </w:pPr>
      <w:r>
        <w:t>اور اتنی چیزیں ایجاد کیں کہ ایک نیا دور ایجاد آ گیا، دور تہذیب، دور صنعت، دور ٹیکنالوجی۔</w:t>
      </w:r>
    </w:p>
    <w:p>
      <w:r>
        <w:rPr>
          <w:b/>
        </w:rPr>
        <w:t xml:space="preserve">[06:30] </w:t>
      </w:r>
      <w:r>
        <w:t>to yeh quran mein yeh sab cheezein maujood hain, isharat ki zaban mein. to is mani mein mein kehta hoon ke quran kitab al-basharat hai,</w:t>
      </w:r>
    </w:p>
    <w:p>
      <w:pPr>
        <w:jc w:val="right"/>
      </w:pPr>
      <w:r>
        <w:t>تو یہ قرآن میں یہ سب چیزیں موجود ہیں، اشارات کی زبان میں۔ تو اس معنی میں میں کہتا ہوں کہ قرآن کتاب البشارات ہے،</w:t>
      </w:r>
    </w:p>
    <w:p>
      <w:r>
        <w:rPr>
          <w:b/>
        </w:rPr>
        <w:t xml:space="preserve">[06:45] </w:t>
      </w:r>
      <w:r>
        <w:t>khushkhabriyon ki</w:t>
      </w:r>
    </w:p>
    <w:p>
      <w:pPr>
        <w:jc w:val="right"/>
      </w:pPr>
      <w:r>
        <w:t>خوشخبریوں کی</w:t>
      </w:r>
    </w:p>
    <w:p>
      <w:r>
        <w:rPr>
          <w:b/>
        </w:rPr>
        <w:t xml:space="preserve">[06:49] </w:t>
      </w:r>
      <w:r>
        <w:t>kitab.</w:t>
      </w:r>
    </w:p>
    <w:p>
      <w:pPr>
        <w:jc w:val="right"/>
      </w:pPr>
      <w:r>
        <w:t>کتاب۔</w:t>
      </w:r>
    </w:p>
    <w:p>
      <w:r>
        <w:rPr>
          <w:b/>
        </w:rPr>
        <w:t xml:space="preserve">[06:54] </w:t>
      </w:r>
      <w:r>
        <w:t>aur aaj mein aik aur part mere zehan mein aaya</w:t>
      </w:r>
    </w:p>
    <w:p>
      <w:pPr>
        <w:jc w:val="right"/>
      </w:pPr>
      <w:r>
        <w:t>اور آج میں ایک اور پارو میرے ذہن میں آیا</w:t>
      </w:r>
    </w:p>
    <w:p>
      <w:r>
        <w:rPr>
          <w:b/>
        </w:rPr>
        <w:t xml:space="preserve">[07:02] </w:t>
      </w:r>
      <w:r>
        <w:t>ke quran mein dekhiye, do baatein aap jante hain, do basharatain hain.</w:t>
      </w:r>
    </w:p>
    <w:p>
      <w:pPr>
        <w:jc w:val="right"/>
      </w:pPr>
      <w:r>
        <w:t>کہ قرآن میں دیکھیے، دو باتیں آپ جانتے ہیں، دو بشارتیں ہیں۔</w:t>
      </w:r>
    </w:p>
    <w:p>
      <w:r>
        <w:rPr>
          <w:b/>
        </w:rPr>
        <w:t xml:space="preserve">[07:11] </w:t>
      </w:r>
      <w:r>
        <w:t>aik hai jannat. jo insan quran ko parhta hai, us ko quran yeh basharat deta hai ke tum quran ke rastay ko pakro, to tumhari jannat hai.</w:t>
      </w:r>
    </w:p>
    <w:p>
      <w:pPr>
        <w:jc w:val="right"/>
      </w:pPr>
      <w:r>
        <w:t>ایک ہے جنت۔ جو انسان قرآن کو پڑھتا ہے، اس کو قرآن یہ بشارت دیتا ہے کہ تم قرآن کے راستے کو پکڑو، تو تمہاری جنت ہے۔</w:t>
      </w:r>
    </w:p>
    <w:p>
      <w:r>
        <w:rPr>
          <w:b/>
        </w:rPr>
        <w:t xml:space="preserve">[07:24] </w:t>
      </w:r>
      <w:r>
        <w:t>ab woh ji aaram. isi ke sath aik aur ajeeb cheez hai,</w:t>
      </w:r>
    </w:p>
    <w:p>
      <w:pPr>
        <w:jc w:val="right"/>
      </w:pPr>
      <w:r>
        <w:t>اب وہ جی آرام۔ اسی کے ساتھ ایک اور عجیب چیز ہے،</w:t>
      </w:r>
    </w:p>
    <w:p>
      <w:r>
        <w:rPr>
          <w:b/>
        </w:rPr>
        <w:t xml:space="preserve">[07:34] </w:t>
      </w:r>
      <w:r>
        <w:t>woh yeh hai ke agar tum gunah karoge to is gunah ko Allah badal de ga neki mein.</w:t>
      </w:r>
    </w:p>
    <w:p>
      <w:pPr>
        <w:jc w:val="right"/>
      </w:pPr>
      <w:r>
        <w:t>وہ یہ ہے کہ اگر تم گناہ کرو گے تو اس گناہ کو اللہ بدل دے گا نیکی میں۔</w:t>
      </w:r>
    </w:p>
    <w:p>
      <w:r>
        <w:rPr>
          <w:b/>
        </w:rPr>
        <w:t xml:space="preserve">[07:45] </w:t>
      </w:r>
      <w:r>
        <w:t>woh ayat parhiye zara.</w:t>
      </w:r>
    </w:p>
    <w:p>
      <w:pPr>
        <w:jc w:val="right"/>
      </w:pPr>
      <w:r>
        <w:t>وہ آیت پڑھیے ذرا۔</w:t>
      </w:r>
    </w:p>
    <w:p>
      <w:r>
        <w:rPr>
          <w:b/>
        </w:rPr>
        <w:t xml:space="preserve">[07:48] </w:t>
      </w:r>
      <w:r>
        <w:t>surah furqan ayat number 70. illa man tab wa amana wa amila amalan salihan faul'aika yubaddilullahu sayyi'atihim hasanat.</w:t>
      </w:r>
    </w:p>
    <w:p>
      <w:pPr>
        <w:jc w:val="right"/>
      </w:pPr>
      <w:r>
        <w:t>سورہ الفرقان آیت نمبر 70۔ الا من تاب وآمن وعمل عملاً صالحاً فاولئک یبدل اللہ سیئاتہم حسنات۔</w:t>
      </w:r>
    </w:p>
    <w:p>
      <w:r>
        <w:rPr>
          <w:b/>
        </w:rPr>
        <w:t xml:space="preserve">[08:00] </w:t>
      </w:r>
      <w:r>
        <w:t>dekhiye, yeh sayyi'at ko hasanat bana de ga. kaisi ajeeb baat hai!</w:t>
      </w:r>
    </w:p>
    <w:p>
      <w:pPr>
        <w:jc w:val="right"/>
      </w:pPr>
      <w:r>
        <w:t>دیکھیے، یہ سیئات کو حسنات بنا دے گا۔ کیسی عجیب بات ہے!</w:t>
      </w:r>
    </w:p>
    <w:p>
      <w:r>
        <w:rPr>
          <w:b/>
        </w:rPr>
        <w:t xml:space="preserve">[08:08] </w:t>
      </w:r>
      <w:r>
        <w:t>sayyi'at ko hasanat bana de ga.</w:t>
      </w:r>
    </w:p>
    <w:p>
      <w:pPr>
        <w:jc w:val="right"/>
      </w:pPr>
      <w:r>
        <w:t>سیئات کو حسنات بنا دے گا۔</w:t>
      </w:r>
    </w:p>
    <w:p>
      <w:r>
        <w:rPr>
          <w:b/>
        </w:rPr>
        <w:t xml:space="preserve">[08:16] </w:t>
      </w:r>
      <w:r>
        <w:t>yani is ka mani yeh hai ke double boosting. tum neki karoge to woh bhi tumhare liye jannat ka darwaza khole ga.</w:t>
      </w:r>
    </w:p>
    <w:p>
      <w:pPr>
        <w:jc w:val="right"/>
      </w:pPr>
      <w:r>
        <w:t>یعنی اس کا معنی یہ ہے کہ ڈبل بوسٹنگ۔ تم نیکی کرو گے تو وہ بھی تمہارے لیے جنت کا دروازہ کھولے گا۔</w:t>
      </w:r>
    </w:p>
    <w:p>
      <w:r>
        <w:rPr>
          <w:b/>
        </w:rPr>
        <w:t xml:space="preserve">[08:28] </w:t>
      </w:r>
      <w:r>
        <w:t>agar tum ne ghalti tum se ho gayi aur tum ne tauba kiya to woh bhi tumhare liye jannat ke darwaze khole ga.</w:t>
      </w:r>
    </w:p>
    <w:p>
      <w:pPr>
        <w:jc w:val="right"/>
      </w:pPr>
      <w:r>
        <w:t>اگر تم نے غلطی تم سے ہو گئی اور تم نے توبہ کیا تو وہ بھی تمہارے لیے جنت کے دروازے کھولے گا۔</w:t>
      </w:r>
    </w:p>
    <w:p>
      <w:r>
        <w:rPr>
          <w:b/>
        </w:rPr>
        <w:t xml:space="preserve">[08:39] </w:t>
      </w:r>
      <w:r>
        <w:t>double boosting yeh hai. aik boosting jannat ki, doosri boosting is baat ki ke agar tum ne tauba kiya, tauba nasooh, to woh woh bhi sab tumhari neki mein shumar ho jaye ga.</w:t>
      </w:r>
    </w:p>
    <w:p>
      <w:pPr>
        <w:jc w:val="right"/>
      </w:pPr>
      <w:r>
        <w:t>ڈبل بوسٹنگ یہ ہے۔ ایک بوسٹنگ جنت کی، دوسری بوسٹنگ اس بات کی کہ اگر تم نے توبہ کیا، توبہ نصوح، تو وہ وہ بھی سب تمہاری نیکی میں شمار ہو جائے گا۔</w:t>
      </w:r>
    </w:p>
    <w:p>
      <w:r>
        <w:rPr>
          <w:b/>
        </w:rPr>
        <w:t xml:space="preserve">[08:55] </w:t>
      </w:r>
      <w:r>
        <w:t>kisi ajeeb baat hai!</w:t>
      </w:r>
    </w:p>
    <w:p>
      <w:pPr>
        <w:jc w:val="right"/>
      </w:pPr>
      <w:r>
        <w:t>کیسی عجیب بات ہے!</w:t>
      </w:r>
    </w:p>
    <w:p>
      <w:r>
        <w:rPr>
          <w:b/>
        </w:rPr>
        <w:t xml:space="preserve">[08:57] </w:t>
      </w:r>
      <w:r>
        <w:t>quran mein double boosting ka</w:t>
      </w:r>
    </w:p>
    <w:p>
      <w:pPr>
        <w:jc w:val="right"/>
      </w:pPr>
      <w:r>
        <w:t>قرآن میں ڈبل بوسٹنگ کا</w:t>
      </w:r>
    </w:p>
    <w:p>
      <w:r>
        <w:rPr>
          <w:b/>
        </w:rPr>
        <w:t xml:space="preserve">[09:04] </w:t>
      </w:r>
      <w:r>
        <w:t>nizam hai. yani aik boosting yeh hai ke quran walay amal karoge to jannat hai. doosri yeh hai ke agar tum ne ghalti kar di, tum se khata sudud ho gayi, aur tum ne repentance aaya tumhare andar, aur tum ne apni Allah taala se maafi mangi, to woh doosri boost boost boosting hai.</w:t>
      </w:r>
    </w:p>
    <w:p>
      <w:pPr>
        <w:jc w:val="right"/>
      </w:pPr>
      <w:r>
        <w:t>نظام ہے۔ یعنی ایک بوسٹنگ یہ ہے کہ قرآن والے عمل کرو گے تو جنت ہے۔ دوسری یہ ہے کہ اگر تم نے غلطی کر دی، تم سے خطا سدد ہو گئی، اور تم نے ریپنٹنس آیا تمہارے اندر، اور تم نے اپنی اللہ تعالیٰ سے معافی مانگی، تو وہ دوسری بوسٹ بوسٹ بوسٹنگ ہے۔</w:t>
      </w:r>
    </w:p>
    <w:p>
      <w:r>
        <w:rPr>
          <w:b/>
        </w:rPr>
        <w:t xml:space="preserve">[09:34] </w:t>
      </w:r>
      <w:r>
        <w:t>kyun? is liye ke jab aap repentance karta hai to is ke andar aik nai spirit jagti hai. t</w:t>
      </w:r>
    </w:p>
    <w:p>
      <w:pPr>
        <w:jc w:val="right"/>
      </w:pPr>
      <w:r>
        <w:t>کیوں؟ اس لیے کہ جب آپ ریپنٹنس کرتا ہے تو اس کے اندر ایک نئی اسپرٹ جاگتی ہے۔ ت</w:t>
      </w:r>
    </w:p>
    <w:p>
      <w:r>
        <w:rPr>
          <w:b/>
        </w:rPr>
        <w:t xml:space="preserve">[09:43] </w:t>
      </w:r>
      <w:r>
        <w:t>aubah! yeh nahi sirf aik taubah, taubah, taubah. nahi, jab aap ghalti karein aur dil se Allah se maafi mangein to Allah farishton ki aik fauj bhej deta hai, is bande ke paas jao aur is ke andar nai spirit jagao.</w:t>
      </w:r>
    </w:p>
    <w:p>
      <w:pPr>
        <w:jc w:val="right"/>
      </w:pPr>
      <w:r>
        <w:t>وبہ! یہ نہیں صرف ایک توبہ، توبہ، توبہ۔ نہیں، جب آپ غلطی کریں اور دل سے اللہ سے معافی مانگیں تو اللہ فرشتوں کی ایک فوج بھیج دیتا ہے، اس بندے کے پاس جاؤ اور اس کے اندر نئی اسپرٹ جگاؤ۔</w:t>
      </w:r>
    </w:p>
    <w:p>
      <w:r>
        <w:rPr>
          <w:b/>
        </w:rPr>
        <w:t xml:space="preserve">[10:06] </w:t>
      </w:r>
      <w:r>
        <w:t>to woh woh nai spirit jo hai, wohi hai: "abadal Allahu sayyiati hasanat".</w:t>
      </w:r>
    </w:p>
    <w:p>
      <w:pPr>
        <w:jc w:val="right"/>
      </w:pPr>
      <w:r>
        <w:t>تو وہ وہ نئی اسپرٹ جو ہے، وہی ہے: "ابدل اللہ سیئات حسنات"۔</w:t>
      </w:r>
    </w:p>
    <w:p>
      <w:r>
        <w:rPr>
          <w:b/>
        </w:rPr>
        <w:t xml:space="preserve">[10:15] </w:t>
      </w:r>
      <w:r>
        <w:t>aur is ka misaal sahaba karam hain. tamam sahaba ko yeh ehsas tha ke hum se jahil ke zamanay mein ghaltiyan huin, gunah huay waghera, lekin unhon ne Allah se maafi mangi,</w:t>
      </w:r>
    </w:p>
    <w:p>
      <w:pPr>
        <w:jc w:val="right"/>
      </w:pPr>
      <w:r>
        <w:t>اور اس کا مثال صحابہ کرام ہیں۔ تمام صحابہ کو یہ احساس تھا کہ ہم سے جاہل کے زمانے میں غلطیاں ہوئیں، گناہ ہوئے وغیرہ، لیکن انہوں نے اللہ سے معافی مانگی،</w:t>
      </w:r>
    </w:p>
    <w:p>
      <w:r>
        <w:rPr>
          <w:b/>
        </w:rPr>
        <w:t xml:space="preserve">[10:31] </w:t>
      </w:r>
      <w:r>
        <w:t>unhon ne nadamat aayi. to yeh nadamat boosting ban gayi hai. double boosting.</w:t>
      </w:r>
    </w:p>
    <w:p>
      <w:pPr>
        <w:jc w:val="right"/>
      </w:pPr>
      <w:r>
        <w:t>انہوں نے ندامت آئی۔ تو یہ ندامت بوسٹنگ بن گئی ہے۔ ڈبل بوسٹنگ۔</w:t>
      </w:r>
    </w:p>
    <w:p>
      <w:r>
        <w:rPr>
          <w:b/>
        </w:rPr>
        <w:t xml:space="preserve">[10:40] </w:t>
      </w:r>
      <w:r>
        <w:t>aik to yeh ke jannat ki bas boosting, doosri yeh ke nadamat ki wajah se un ke andar is spirit jaagi, is ki wajah se un ko Allah ki nai tofeeq mili.</w:t>
      </w:r>
    </w:p>
    <w:p>
      <w:pPr>
        <w:jc w:val="right"/>
      </w:pPr>
      <w:r>
        <w:t>ایک تو یہ کہ جنت کی بس بوسٹنگ، دوسری یہ کہ ندامت کی وجہ سے ان کے اندر اس اسپرٹ جاگی، اس کی وجہ سے ان کو اللہ کی نئی توفیق ملی۔</w:t>
      </w:r>
    </w:p>
    <w:p>
      <w:r>
        <w:rPr>
          <w:b/>
        </w:rPr>
        <w:t xml:space="preserve">[10:57] </w:t>
      </w:r>
      <w:r>
        <w:t>un ka zehn jaaga, unhon ne nai dhang se planning ki, yeh sab hua.</w:t>
      </w:r>
    </w:p>
    <w:p>
      <w:pPr>
        <w:jc w:val="right"/>
      </w:pPr>
      <w:r>
        <w:t>ان کا ذہن جاگا، انہوں نے نئی ڈھنگ سے پلاننگ کی، یہ سب ہوا۔</w:t>
      </w:r>
    </w:p>
    <w:p>
      <w:r>
        <w:rPr>
          <w:b/>
        </w:rPr>
        <w:t xml:space="preserve">[11:10] </w:t>
      </w:r>
      <w:r>
        <w:t>to aik ayat mein aap ke samne likhta hoon, woh woh ayat parhi</w:t>
      </w:r>
    </w:p>
    <w:p>
      <w:pPr>
        <w:jc w:val="right"/>
      </w:pPr>
      <w:r>
        <w:t>تو ایک آیت میں آپ کے سامنے لکھتا ہوں، وہ وہ آیت پڑھی</w:t>
      </w:r>
    </w:p>
    <w:p>
      <w:r>
        <w:rPr>
          <w:b/>
        </w:rPr>
        <w:t xml:space="preserve">[11:15] </w:t>
      </w:r>
      <w:r>
        <w:t>e. surah al zumar ayat number 53, 53. qul ya ibadi allazina asrafu ala anfusihim la taqntu min rahmatillah innallaha yaghfirudh dhunuba jami'an innahu huwal ghafurur rahim.</w:t>
      </w:r>
    </w:p>
    <w:p>
      <w:pPr>
        <w:jc w:val="right"/>
      </w:pPr>
      <w:r>
        <w:t>ے۔ سورہ الزمر آیت نمبر 53، 53۔ قل یا عبادی الذین اصرفوا علی انفسہم لا تقنتوا من رحمت اللہ ان اللہ یغفر الذنوب جمیعا انہو الغفور الرحیم۔</w:t>
      </w:r>
    </w:p>
    <w:p>
      <w:r>
        <w:rPr>
          <w:b/>
        </w:rPr>
        <w:t xml:space="preserve">[11:30] </w:t>
      </w:r>
      <w:r>
        <w:t>kaho ke aye mere bando jinhon ne apni janon par ziyadati ki hai, Allah ki rehmat se mayoos na ho. beshak Allah tamam gunahon ko maaf kar deta hai, woh bara bakhshne wala, meherban</w:t>
      </w:r>
    </w:p>
    <w:p>
      <w:pPr>
        <w:jc w:val="right"/>
      </w:pPr>
      <w:r>
        <w:t>کہو کہ اے میرے بندو جنہوں نے اپنی جانوں پر زیادتی کی ہے، اللہ کی رحمت سے مایوس نہ ہو۔ بے شک اللہ تمام گناہوں کو معاف کر دیتا ہے، وہ بڑا بخشنے والا، مہربان</w:t>
      </w:r>
    </w:p>
    <w:p>
      <w:r>
        <w:rPr>
          <w:b/>
        </w:rPr>
        <w:t xml:space="preserve">[11:44] </w:t>
      </w:r>
      <w:r>
        <w:t>hai. is mein dekhiye, main aap ko aik aik cheez bataunga ke israf ka kis mani mein aaya hai, gunah ke mani mein.</w:t>
      </w:r>
    </w:p>
    <w:p>
      <w:pPr>
        <w:jc w:val="right"/>
      </w:pPr>
      <w:r>
        <w:t>ہے۔ اس میں دیکھیے، میں آپ کو ایک ایک چیز بتاؤں گا کہ اسراف کا کس معنی میں آیا ہے، گناہ کے معنی میں۔</w:t>
      </w:r>
    </w:p>
    <w:p>
      <w:r>
        <w:rPr>
          <w:b/>
        </w:rPr>
        <w:t xml:space="preserve">[11:55] </w:t>
      </w:r>
      <w:r>
        <w:t>gunah ko israf se taabeer kiya hai? kisi ajeeb baat hai</w:t>
      </w:r>
    </w:p>
    <w:p>
      <w:pPr>
        <w:jc w:val="right"/>
      </w:pPr>
      <w:r>
        <w:t>گناہ کو اسراف سے تعبیر کیا ہے؟ کیسی عجیب بات ہے</w:t>
      </w:r>
    </w:p>
    <w:p>
      <w:r>
        <w:rPr>
          <w:b/>
        </w:rPr>
        <w:t xml:space="preserve">[12:01] </w:t>
      </w:r>
      <w:r>
        <w:t>! yani khud Allah taala ko itna zyada matloob hai ke aap ke andar musbat soch paida ho.</w:t>
      </w:r>
    </w:p>
    <w:p>
      <w:pPr>
        <w:jc w:val="right"/>
      </w:pPr>
      <w:r>
        <w:t>! یعنی خود اللہ تعالیٰ کو اتنا زیادہ مطلوب ہے کہ آپ کے اندر مثبت سوچ پیدا ہو۔</w:t>
      </w:r>
    </w:p>
    <w:p>
      <w:r>
        <w:rPr>
          <w:b/>
        </w:rPr>
        <w:t xml:space="preserve">[12:12] </w:t>
      </w:r>
      <w:r>
        <w:t>aap ghalti ko neki banayein, is ko apne liye boost boosting ka zariya banayein.</w:t>
      </w:r>
    </w:p>
    <w:p>
      <w:pPr>
        <w:jc w:val="right"/>
      </w:pPr>
      <w:r>
        <w:t>آپ غلطی کو نیکی بنائیں، اس کو اپنے لیے بوسٹ بوسٹنگ کا ذریعہ بنائیں۔</w:t>
      </w:r>
    </w:p>
    <w:p>
      <w:r>
        <w:rPr>
          <w:b/>
        </w:rPr>
        <w:t xml:space="preserve">[12:24] </w:t>
      </w:r>
      <w:r>
        <w:t>yani ghalti ko ya gunah ko booster bana diya hai quran ne. booster, booster!</w:t>
      </w:r>
    </w:p>
    <w:p>
      <w:pPr>
        <w:jc w:val="right"/>
      </w:pPr>
      <w:r>
        <w:t>یعنی غلطی کو یا گناہ کو بوسٹر بنا دیا ہے قرآن نے۔ بوسٹر، بوسٹر!</w:t>
      </w:r>
    </w:p>
    <w:p>
      <w:r>
        <w:rPr>
          <w:b/>
        </w:rPr>
        <w:t xml:space="preserve">[12:32] </w:t>
      </w:r>
      <w:r>
        <w:t>kisi ajeeb baat hai</w:t>
      </w:r>
    </w:p>
    <w:p>
      <w:pPr>
        <w:jc w:val="right"/>
      </w:pPr>
      <w:r>
        <w:t>کیسی عجیب بات ہے</w:t>
      </w:r>
    </w:p>
    <w:p>
      <w:r>
        <w:rPr>
          <w:b/>
        </w:rPr>
        <w:t xml:space="preserve">[12:36] </w:t>
      </w:r>
      <w:r>
        <w:t>ke bande se gunah hua, ghalti ho gayi, ab is ke andar repentance aaya, woh sochne laga ke ab main kya karoon, ab main kya karoon?</w:t>
      </w:r>
    </w:p>
    <w:p>
      <w:pPr>
        <w:jc w:val="right"/>
      </w:pPr>
      <w:r>
        <w:t>کہ بندے سے گناہ ہوا، غلطی ہو گئی، اب اس کے اندر ریپٹنس آیا، وہ سوچنے لگا کہ اب میں کیا کروں، اب میں کیا کروں؟</w:t>
      </w:r>
    </w:p>
    <w:p>
      <w:r>
        <w:rPr>
          <w:b/>
        </w:rPr>
        <w:t xml:space="preserve">[12:45] </w:t>
      </w:r>
      <w:r>
        <w:t>to wahan farishte aa gaye, us ko nai</w:t>
      </w:r>
    </w:p>
    <w:p>
      <w:pPr>
        <w:jc w:val="right"/>
      </w:pPr>
      <w:r>
        <w:t>تو وہاں فرشتے آ گئے، اس کو نئی</w:t>
      </w:r>
    </w:p>
    <w:p>
      <w:r>
        <w:rPr>
          <w:b/>
        </w:rPr>
        <w:t xml:space="preserve">[12:53] </w:t>
      </w:r>
      <w:r>
        <w:t>baat batane ke liye. ab woh boost, woh israf bana, gunah israf bana, israf booster bana.</w:t>
      </w:r>
    </w:p>
    <w:p>
      <w:pPr>
        <w:jc w:val="right"/>
      </w:pPr>
      <w:r>
        <w:t>بات بتانے کے لیے۔ اب وہ بوسٹ، وہ اسراف بنا، گناہ اسراف بنا، اسراف بوسٹر بنا۔</w:t>
      </w:r>
    </w:p>
    <w:p>
      <w:r>
        <w:rPr>
          <w:b/>
        </w:rPr>
        <w:t xml:space="preserve">[13:04] </w:t>
      </w:r>
      <w:r>
        <w:t>yeh kisi ajeeb b</w:t>
      </w:r>
    </w:p>
    <w:p>
      <w:pPr>
        <w:jc w:val="right"/>
      </w:pPr>
      <w:r>
        <w:t>یہ کیسی عجیب ب</w:t>
      </w:r>
    </w:p>
    <w:p>
      <w:r>
        <w:rPr>
          <w:b/>
        </w:rPr>
        <w:t xml:space="preserve">[13:05] </w:t>
      </w:r>
      <w:r>
        <w:t>aat hai! yeh</w:t>
      </w:r>
    </w:p>
    <w:p>
      <w:pPr>
        <w:jc w:val="right"/>
      </w:pPr>
      <w:r>
        <w:t>ات ہے! یہ</w:t>
      </w:r>
    </w:p>
    <w:p>
      <w:r>
        <w:rPr>
          <w:b/>
        </w:rPr>
        <w:t xml:space="preserve">[13:13] </w:t>
      </w:r>
      <w:r>
        <w:t>kisi ajeeb baat hai!</w:t>
      </w:r>
    </w:p>
    <w:p>
      <w:pPr>
        <w:jc w:val="right"/>
      </w:pPr>
      <w:r>
        <w:t>کیسی عجیب بات ہے!</w:t>
      </w:r>
    </w:p>
    <w:p>
      <w:r>
        <w:rPr>
          <w:b/>
        </w:rPr>
        <w:t xml:space="preserve">[13:18] </w:t>
      </w:r>
      <w:r>
        <w:t>asal cheez dekhiye yeh hai</w:t>
      </w:r>
    </w:p>
    <w:p>
      <w:pPr>
        <w:jc w:val="right"/>
      </w:pPr>
      <w:r>
        <w:t>اصل چیز دیکھیے یہ ہے</w:t>
      </w:r>
    </w:p>
    <w:p>
      <w:r>
        <w:rPr>
          <w:b/>
        </w:rPr>
        <w:t xml:space="preserve">[13:23] </w:t>
      </w:r>
      <w:r>
        <w:t>keh insaan apni soch ko kabhi rokta nahi, sochta rahe, sochta rahe, sochta rahe to naye naye darwazay khulengay.</w:t>
      </w:r>
    </w:p>
    <w:p>
      <w:pPr>
        <w:jc w:val="right"/>
      </w:pPr>
      <w:r>
        <w:t>کہ انسان اپنی سوچ کو کبھی روکتا نہیں، سوچتا رہے، سوچتا رہے، سوچتا رہے تو نئے نئے دروازے کھلیں گے۔</w:t>
      </w:r>
    </w:p>
    <w:p>
      <w:r>
        <w:rPr>
          <w:b/>
        </w:rPr>
        <w:t xml:space="preserve">[13:38] </w:t>
      </w:r>
      <w:r>
        <w:t>aap dekhiye keh gunaah jo tha, pehle to israf bana, israf, phir woh booster, booster bana, booster, yahan tak keh woh baray baray</w:t>
      </w:r>
    </w:p>
    <w:p>
      <w:pPr>
        <w:jc w:val="right"/>
      </w:pPr>
      <w:r>
        <w:t>آپ دیکھیے کہ گناہ جو تھا، پہلے تو اسراف بنا، اسراف، پھر وہ بوسٹر، بوسٹر بنا، بوسٹر، یہاں تک کہ وہ بڑے بڑے</w:t>
      </w:r>
    </w:p>
    <w:p>
      <w:r>
        <w:rPr>
          <w:b/>
        </w:rPr>
        <w:t xml:space="preserve">[13:55] </w:t>
      </w:r>
      <w:r>
        <w:t>amal karne ka spirit jaag uthi is ke andar.</w:t>
      </w:r>
    </w:p>
    <w:p>
      <w:pPr>
        <w:jc w:val="right"/>
      </w:pPr>
      <w:r>
        <w:t>عمل کرنے کا اسپرٹ جاگ اٹھی اس کے اندر۔</w:t>
      </w:r>
    </w:p>
    <w:p>
      <w:r>
        <w:rPr>
          <w:b/>
        </w:rPr>
        <w:t xml:space="preserve">[14:07] </w:t>
      </w:r>
      <w:r>
        <w:t>isi liye quran mein yeh lafz aaya keh la taqnato min rehmat allah. haan, allah ki rehmat se mayoos na ho, allah ki rehmat se mayoos na ho.</w:t>
      </w:r>
    </w:p>
    <w:p>
      <w:pPr>
        <w:jc w:val="right"/>
      </w:pPr>
      <w:r>
        <w:t>اسی لیے قرآن میں یہ لفظ آیا کہ لا تقنتوا من رحمت اللہ۔ ہاں، اللہ کی رحمت سے مایوس نہ ہو، اللہ کی رحمت سے مایوس نہ ہو۔</w:t>
      </w:r>
    </w:p>
    <w:p>
      <w:r>
        <w:rPr>
          <w:b/>
        </w:rPr>
        <w:t xml:space="preserve">[14:24] </w:t>
      </w:r>
      <w:r>
        <w:t>yani bande ne kiya to hai gunaah, lekin khuda kehta hai keh tu mayoos kyun hota hai? tu abhi bhi tumharay darwazay khulay huay hain.</w:t>
      </w:r>
    </w:p>
    <w:p>
      <w:pPr>
        <w:jc w:val="right"/>
      </w:pPr>
      <w:r>
        <w:t>یعنی بندے نے کیا تو ہے گناہ، لیکن خدا کہتا ہے کہ تو مایوس کیوں ہوتا ہے؟ تو ابھی بھی تمہارے دروازے کھلے ہوئے ہیں۔</w:t>
      </w:r>
    </w:p>
    <w:p>
      <w:r>
        <w:rPr>
          <w:b/>
        </w:rPr>
        <w:t xml:space="preserve">[14:39] </w:t>
      </w:r>
      <w:r>
        <w:t>is aayat ko phir se parhiye, la taqnato wali aayat.</w:t>
      </w:r>
    </w:p>
    <w:p>
      <w:pPr>
        <w:jc w:val="right"/>
      </w:pPr>
      <w:r>
        <w:t>اس آیت کو پھر سے پڑھیے، لا تقنتوا والی آیت۔</w:t>
      </w:r>
    </w:p>
    <w:p>
      <w:r>
        <w:rPr>
          <w:b/>
        </w:rPr>
        <w:t xml:space="preserve">[14:47] </w:t>
      </w:r>
      <w:r>
        <w:t>qul ya ibadi allazina asrafu ala anfusihim la taqnato min rehmat allah inna allaha yaghfiru al-zunuba jameea. jameea!</w:t>
      </w:r>
    </w:p>
    <w:p>
      <w:pPr>
        <w:jc w:val="right"/>
      </w:pPr>
      <w:r>
        <w:t>قل یا عبادی الذین اصرفوا علی انفسہم لا تقنتوا من رحمت اللہ ان اللہ یغفر الذنوب جمیعا۔ جمیعا!</w:t>
      </w:r>
    </w:p>
    <w:p>
      <w:r>
        <w:rPr>
          <w:b/>
        </w:rPr>
        <w:t xml:space="preserve">[14:56] </w:t>
      </w:r>
      <w:r>
        <w:t>zara ghor kijiye, jameea!</w:t>
      </w:r>
    </w:p>
    <w:p>
      <w:pPr>
        <w:jc w:val="right"/>
      </w:pPr>
      <w:r>
        <w:t>ذرا غور کیجئے، جمیعا!</w:t>
      </w:r>
    </w:p>
    <w:p>
      <w:r>
        <w:rPr>
          <w:b/>
        </w:rPr>
        <w:t xml:space="preserve">[15:00] </w:t>
      </w:r>
      <w:r>
        <w:t>saray hi gunaah. is se bari mushait kya ho sakti hai keh bande ne gunaah kiya, khata ho gayi, allah ki rastay se hat bhatak gaya, bhatak gaya,</w:t>
      </w:r>
    </w:p>
    <w:p>
      <w:pPr>
        <w:jc w:val="right"/>
      </w:pPr>
      <w:r>
        <w:t>سارے ہی گناہ۔ اس سے بڑی مشاعت کیا ہو سکتی ہے کہ بندے نے گناہ کیا، خطا ہو گئی، اللہ کی راستے سے ہٹ بھٹک گیا، بھٹک گیا،</w:t>
      </w:r>
    </w:p>
    <w:p>
      <w:r>
        <w:rPr>
          <w:b/>
        </w:rPr>
        <w:t xml:space="preserve">[15:16] </w:t>
      </w:r>
      <w:r>
        <w:t>aur khuda us ko basharat de raha hai. la taqnato! s</w:t>
      </w:r>
    </w:p>
    <w:p>
      <w:pPr>
        <w:jc w:val="right"/>
      </w:pPr>
      <w:r>
        <w:t>اور خدا اس کو بشارت دے رہا ہے۔ لا تقنتوا! س</w:t>
      </w:r>
    </w:p>
    <w:p>
      <w:r>
        <w:rPr>
          <w:b/>
        </w:rPr>
        <w:t xml:space="preserve">[15:22] </w:t>
      </w:r>
      <w:r>
        <w:t>aray gunaah maaf kar sakta hai khuda, sirf nadamat aaye tumharay andar.</w:t>
      </w:r>
    </w:p>
    <w:p>
      <w:pPr>
        <w:jc w:val="right"/>
      </w:pPr>
      <w:r>
        <w:t>ارے گناہ معاف کر سکتا ہے خدا، صرف ندامت آئے تمہارے اندر۔</w:t>
      </w:r>
    </w:p>
    <w:p>
      <w:r>
        <w:rPr>
          <w:b/>
        </w:rPr>
        <w:t xml:space="preserve">[15:32] </w:t>
      </w:r>
      <w:r>
        <w:t>repentance aaye? repentance kya hai? woh hai naye naye darwazay khulna.</w:t>
      </w:r>
    </w:p>
    <w:p>
      <w:pPr>
        <w:jc w:val="right"/>
      </w:pPr>
      <w:r>
        <w:t>ریپنٹنس آئے؟ ریپنٹنس کیا ہے؟ وہ ہے نئے نئے دروازے کھلنا۔</w:t>
      </w:r>
    </w:p>
    <w:p>
      <w:r>
        <w:rPr>
          <w:b/>
        </w:rPr>
        <w:t xml:space="preserve">[15:43] </w:t>
      </w:r>
      <w:r>
        <w:t>repentance ka matlab hai naye naye darwazay khulna.</w:t>
      </w:r>
    </w:p>
    <w:p>
      <w:pPr>
        <w:jc w:val="right"/>
      </w:pPr>
      <w:r>
        <w:t>ریپنٹنس کا مطلب ہے نئے نئے دروازے کھلنا۔</w:t>
      </w:r>
    </w:p>
    <w:p>
      <w:r>
        <w:rPr>
          <w:b/>
        </w:rPr>
        <w:t xml:space="preserve">[15:49] </w:t>
      </w:r>
      <w:r>
        <w:t>ek darwaza bande ne apni ghalti se band kar diya tha, ek darwaza bande ne apni ghalti se band kar diya tha, to allah ne farishtay bhej diya keh doosray darwazay kholo.</w:t>
      </w:r>
    </w:p>
    <w:p>
      <w:pPr>
        <w:jc w:val="right"/>
      </w:pPr>
      <w:r>
        <w:t>ایک دروازہ بندے نے اپنی غلطی سے بند کر دیا تھا، ایک دروازہ بندے نے اپنی غلطی سے بند کر دیا تھا، تو اللہ نے فرشتے بھیج دیا کہ دوسرے دروازے کھولو۔</w:t>
      </w:r>
    </w:p>
    <w:p>
      <w:r>
        <w:rPr>
          <w:b/>
        </w:rPr>
        <w:t xml:space="preserve">[16:11] </w:t>
      </w:r>
      <w:r>
        <w:t>zara ghor kijiye, jo quran mein jo surah fath hai, surah fath, to fath jo waqea jo hua tha, woh kya tha?</w:t>
      </w:r>
    </w:p>
    <w:p>
      <w:pPr>
        <w:jc w:val="right"/>
      </w:pPr>
      <w:r>
        <w:t>ذرا غور کیجئے، جو قرآن میں جو سورہ فتح ہے، سورہ فتح، تو فتح جو واقعہ جو ہوا تھا، وہ کیا تھا؟</w:t>
      </w:r>
    </w:p>
    <w:p>
      <w:r>
        <w:rPr>
          <w:b/>
        </w:rPr>
        <w:t xml:space="preserve">[16:25] </w:t>
      </w:r>
      <w:r>
        <w:t>woh to peechay hat hatnay ka waqea tha.</w:t>
      </w:r>
    </w:p>
    <w:p>
      <w:pPr>
        <w:jc w:val="right"/>
      </w:pPr>
      <w:r>
        <w:t>وہ تو پیچھے ہٹ ہٹنے کا واقعہ تھا۔</w:t>
      </w:r>
    </w:p>
    <w:p>
      <w:r>
        <w:rPr>
          <w:b/>
        </w:rPr>
        <w:t xml:space="preserve">[16:31] </w:t>
      </w:r>
      <w:r>
        <w:t>yani surah hudaybiya ka waqea jo tha, is mein kya tha? peechay hatna. rasool allah makkah se chalay, madina se rasool allah madinay se chalay,</w:t>
      </w:r>
    </w:p>
    <w:p>
      <w:pPr>
        <w:jc w:val="right"/>
      </w:pPr>
      <w:r>
        <w:t>یعنی سورہ حدیبیہ کا واقعہ جو تھا، اس میں کیا تھا؟ پیچھے ہٹنا۔ رسول اللہ مکہ سے چلے، مدینہ سے رسول اللہ مدینے سے چلے،</w:t>
      </w:r>
    </w:p>
    <w:p>
      <w:r>
        <w:rPr>
          <w:b/>
        </w:rPr>
        <w:t xml:space="preserve">[16:47] </w:t>
      </w:r>
      <w:r>
        <w:t>is iraday se keh makkah jayengay. makkah se aa kar</w:t>
      </w:r>
    </w:p>
    <w:p>
      <w:pPr>
        <w:jc w:val="right"/>
      </w:pPr>
      <w:r>
        <w:t>اس ارادے سے کہ مکہ جائیں گے۔ مکہ سے آ کر</w:t>
      </w:r>
    </w:p>
    <w:p>
      <w:r>
        <w:rPr>
          <w:b/>
        </w:rPr>
        <w:t xml:space="preserve">[16:52] </w:t>
      </w:r>
      <w:r>
        <w:t>ja kar umrah karengay, aur saray sahaba khush ho rahay hain keh ab janay hudaybiya ke liye, hudaybiya se phir makkah ja kar umrah karengay.</w:t>
      </w:r>
    </w:p>
    <w:p>
      <w:pPr>
        <w:jc w:val="right"/>
      </w:pPr>
      <w:r>
        <w:t>جا کر عمرہ کریں گے، اور سارے صحابہ خوش ہو رہے ہیں کہ اب جانے حدیبیہ کے لیے، حدیبیہ سے پھر مکہ جا کر عمرہ کریں گے۔</w:t>
      </w:r>
    </w:p>
    <w:p>
      <w:r>
        <w:rPr>
          <w:b/>
        </w:rPr>
        <w:t xml:space="preserve">[17:06] </w:t>
      </w:r>
      <w:r>
        <w:t>lekin jab woh hudaybiya pohanchay to un ko, yani</w:t>
      </w:r>
    </w:p>
    <w:p>
      <w:pPr>
        <w:jc w:val="right"/>
      </w:pPr>
      <w:r>
        <w:t>لیکن جب وہ حدیبیہ پہنچے تو ان کو، یعنی</w:t>
      </w:r>
    </w:p>
    <w:p>
      <w:r>
        <w:rPr>
          <w:b/>
        </w:rPr>
        <w:t xml:space="preserve">[17:11] </w:t>
      </w:r>
      <w:r>
        <w:t>bajabr, wapas lota diya gaya keh wapas jao, hum tum ko umrah nahi karnay dengay. aur is ko keh diya keh yeh to fath azeem hai.</w:t>
      </w:r>
    </w:p>
    <w:p>
      <w:pPr>
        <w:jc w:val="right"/>
      </w:pPr>
      <w:r>
        <w:t>بجبر، واپس لوٹا دیا گیا کہ واپس جاؤ، ہم تم کو عمرہ نہیں کرنے دیں گے۔ اور اس کو کہہ دیا کہ یہ تو فتح عظیم ہے۔</w:t>
      </w:r>
    </w:p>
    <w:p>
      <w:r>
        <w:rPr>
          <w:b/>
        </w:rPr>
        <w:t xml:space="preserve">[17:24] </w:t>
      </w:r>
      <w:r>
        <w:t>fath azeem kyun hai? fath azeem kyun hai? fath azeem yeh hai keh</w:t>
      </w:r>
    </w:p>
    <w:p>
      <w:pPr>
        <w:jc w:val="right"/>
      </w:pPr>
      <w:r>
        <w:t>فتح عظیم کیوں ہے؟ فتح عظیم کیوں ہے؟ فتح عظیم یہ ہے کہ</w:t>
      </w:r>
    </w:p>
    <w:p>
      <w:r>
        <w:rPr>
          <w:b/>
        </w:rPr>
        <w:t xml:space="preserve">[17:31] </w:t>
      </w:r>
      <w:r>
        <w:t>jo log gay thay, sahaba ki jamaat jo gayi thi madinay se makkah ke liye, aur woh loti allah ke hukum par, to is ka matlab hai keh allah ke hukum ki tum nay taameel kiye bawajood is se keh tumhari marzi ke khilaf tha.</w:t>
      </w:r>
    </w:p>
    <w:p>
      <w:pPr>
        <w:jc w:val="right"/>
      </w:pPr>
      <w:r>
        <w:t>جو لوگ گئے تھے، صحابہ کی جماعت جو گئی تھی مدینے سے مکہ کے لیے، اور وہ لوٹی اللہ کے حکم پر، تو اس کا مطلب ہے کہ اللہ کے حکم کی تم نے تعمیل کیے باوجود اس سے کہ تمہاری مرضی کے خلاف تھا۔</w:t>
      </w:r>
    </w:p>
    <w:p>
      <w:r>
        <w:rPr>
          <w:b/>
        </w:rPr>
        <w:t xml:space="preserve">[17:49] </w:t>
      </w:r>
      <w:r>
        <w:t>woh</w:t>
      </w:r>
    </w:p>
    <w:p>
      <w:pPr>
        <w:jc w:val="right"/>
      </w:pPr>
      <w:r>
        <w:t>وہ</w:t>
      </w:r>
    </w:p>
    <w:p>
      <w:r>
        <w:rPr>
          <w:b/>
        </w:rPr>
        <w:t xml:space="preserve">[17:54] </w:t>
      </w:r>
      <w:r>
        <w:t>tum kehne aaye thay ke hum ke hazrat Allah ke rasool hain, haan hamari baat mano, aur Allah ke lafz rasooli ko mita diya, mita ke wapas wapas chalay gaye.</w:t>
      </w:r>
    </w:p>
    <w:p>
      <w:pPr>
        <w:jc w:val="right"/>
      </w:pPr>
      <w:r>
        <w:t>تم کہنے آئے تھے کہ ہم کہ حضرت اللہ کے رسول ہیں، ہاں ہماری بات مانو، اور اللہ کے لفظ رسولی کو مٹا دیا، مٹا کے واپس واپس چلے گئے۔</w:t>
      </w:r>
    </w:p>
    <w:p>
      <w:r>
        <w:rPr>
          <w:b/>
        </w:rPr>
        <w:t xml:space="preserve">[18:10] </w:t>
      </w:r>
      <w:r>
        <w:t>is par fatah hui.</w:t>
      </w:r>
    </w:p>
    <w:p>
      <w:pPr>
        <w:jc w:val="right"/>
      </w:pPr>
      <w:r>
        <w:t>اس پر فتح ہوئی۔</w:t>
      </w:r>
    </w:p>
    <w:p>
      <w:r>
        <w:rPr>
          <w:b/>
        </w:rPr>
        <w:t xml:space="preserve">[18:16] </w:t>
      </w:r>
      <w:r>
        <w:t>to bohat ajeeb quran, ajeeb kitaab hai. quran mein basharatain hain, good news hai,</w:t>
      </w:r>
    </w:p>
    <w:p>
      <w:pPr>
        <w:jc w:val="right"/>
      </w:pPr>
      <w:r>
        <w:t>تو بہت عجیب قرآن، عجیب کتاب ہے۔ قرآن میں بشارتیں ہیں، گڈ نیوز ہے،</w:t>
      </w:r>
    </w:p>
    <w:p>
      <w:r>
        <w:rPr>
          <w:b/>
        </w:rPr>
        <w:t xml:space="preserve">[18:28] </w:t>
      </w:r>
      <w:r>
        <w:t>shikast mein fatah ka raaz hai.</w:t>
      </w:r>
    </w:p>
    <w:p>
      <w:pPr>
        <w:jc w:val="right"/>
      </w:pPr>
      <w:r>
        <w:t>شکست میں فتح کا راز ہے۔</w:t>
      </w:r>
    </w:p>
    <w:p>
      <w:r>
        <w:rPr>
          <w:b/>
        </w:rPr>
        <w:t xml:space="preserve">[18:33] </w:t>
      </w:r>
      <w:r>
        <w:t>yani ghalat amal mein bhi jannat ki basharat hai.</w:t>
      </w:r>
    </w:p>
    <w:p>
      <w:pPr>
        <w:jc w:val="right"/>
      </w:pPr>
      <w:r>
        <w:t>یعنی غلط عمل میں بھی جنت کی بشارت ہے۔</w:t>
      </w:r>
    </w:p>
    <w:p>
      <w:r>
        <w:rPr>
          <w:b/>
        </w:rPr>
        <w:t xml:space="preserve">[18:41] </w:t>
      </w:r>
      <w:r>
        <w:t>shart kya hai ke aap is ko parhein tadabbur ke sath.</w:t>
      </w:r>
    </w:p>
    <w:p>
      <w:pPr>
        <w:jc w:val="right"/>
      </w:pPr>
      <w:r>
        <w:t>شرط کیا ہے کہ آپ اس کو پڑھیں تدبر کے ساتھ۔</w:t>
      </w:r>
    </w:p>
    <w:p>
      <w:r>
        <w:rPr>
          <w:b/>
        </w:rPr>
        <w:t xml:space="preserve">[18:50] </w:t>
      </w:r>
      <w:r>
        <w:t>quran fehmi ki jo kulli kulli hai, woh tadabbur hai. tadabbur hai,</w:t>
      </w:r>
    </w:p>
    <w:p>
      <w:pPr>
        <w:jc w:val="right"/>
      </w:pPr>
      <w:r>
        <w:t>قرآن فہمی کی جو کلید کلید ہے، وہ تدبر ہے۔ تدبر ہے،</w:t>
      </w:r>
    </w:p>
    <w:p>
      <w:r>
        <w:rPr>
          <w:b/>
        </w:rPr>
        <w:t xml:space="preserve">[19:02] </w:t>
      </w:r>
      <w:r>
        <w:t>tadabbur kya hai? ghaur karna Allah se, aur mangna, aur mangna, aur mangna.</w:t>
      </w:r>
    </w:p>
    <w:p>
      <w:pPr>
        <w:jc w:val="right"/>
      </w:pPr>
      <w:r>
        <w:t>تدبر کیا ہے؟ غور کرنا اللہ سے، اور مانگنا، اور مانگنا، اور مانگنا۔</w:t>
      </w:r>
    </w:p>
    <w:p>
      <w:r>
        <w:rPr>
          <w:b/>
        </w:rPr>
        <w:t xml:space="preserve">[19:11] </w:t>
      </w:r>
      <w:r>
        <w:t>yeh kehna ke aye rab yaar, aye hamare rab</w:t>
      </w:r>
    </w:p>
    <w:p>
      <w:pPr>
        <w:jc w:val="right"/>
      </w:pPr>
      <w:r>
        <w:t>یہ کہنا کہ اے رب یار، اے ہمارے رب</w:t>
      </w:r>
    </w:p>
    <w:p>
      <w:r>
        <w:rPr>
          <w:b/>
        </w:rPr>
        <w:t xml:space="preserve">[19:15] </w:t>
      </w:r>
      <w:r>
        <w:t>, hamari maashi darwazay band kar de, hamare liye umeed darwazay khol de.</w:t>
      </w:r>
    </w:p>
    <w:p>
      <w:pPr>
        <w:jc w:val="right"/>
      </w:pPr>
      <w:r>
        <w:t>، ہماری معاشی دروازے بند کر دے، ہمارے لیے امید دروازے کھول دے۔</w:t>
      </w:r>
    </w:p>
    <w:p>
      <w:r>
        <w:rPr>
          <w:b/>
        </w:rPr>
        <w:t xml:space="preserve">[19:26] </w:t>
      </w:r>
      <w:r>
        <w:t>jab sahaba karam jab hudaybiya ke maqam se wapas ho rahay thay to bazahir woh wapas ho rahay thay, lekin un ke dilon mein kya tha?</w:t>
      </w:r>
    </w:p>
    <w:p>
      <w:pPr>
        <w:jc w:val="right"/>
      </w:pPr>
      <w:r>
        <w:t>جب صحابہ کرام جب حدیبیہ کے مقام سے واپس ہو رہے تھے تو بظاہر وہ واپس ہو رہے تھے، لیکن ان کے دلوں میں کیا تھا؟</w:t>
      </w:r>
    </w:p>
    <w:p>
      <w:r>
        <w:rPr>
          <w:b/>
        </w:rPr>
        <w:t xml:space="preserve">[19:38] </w:t>
      </w:r>
      <w:r>
        <w:t>un ki un ki duaon se kaun sa, un ke kaun sa alfaaz un ki dua se nikal rahay thay?</w:t>
      </w:r>
    </w:p>
    <w:p>
      <w:pPr>
        <w:jc w:val="right"/>
      </w:pPr>
      <w:r>
        <w:t>ان کی ان کی دعاؤں سے کون سا، ان کے کون سا الفاظ ان کی دعا سے نکل رہے تھے؟</w:t>
      </w:r>
    </w:p>
    <w:p>
      <w:r>
        <w:rPr>
          <w:b/>
        </w:rPr>
        <w:t xml:space="preserve">[19:48] </w:t>
      </w:r>
      <w:r>
        <w:t>un ki duaon se woh yeh ke aye rab,</w:t>
      </w:r>
    </w:p>
    <w:p>
      <w:pPr>
        <w:jc w:val="right"/>
      </w:pPr>
      <w:r>
        <w:t>ان کی دعاؤں سے وہ یہ کہ اے رب،</w:t>
      </w:r>
    </w:p>
    <w:p>
      <w:r>
        <w:rPr>
          <w:b/>
        </w:rPr>
        <w:t xml:space="preserve">[19:51] </w:t>
      </w:r>
      <w:r>
        <w:t>hum ko insaan lota de, hum aye rab, hamare hum ko insaan lota lota raha hai, to hamare liye darwazay khol de.</w:t>
      </w:r>
    </w:p>
    <w:p>
      <w:pPr>
        <w:jc w:val="right"/>
      </w:pPr>
      <w:r>
        <w:t>ہم کو انسان لوٹا دے، ہم اے رب، ہمارے ہم کو انسان لوٹا لوٹا رہا ہے، تو ہمارے لیے دروازے کھول دے۔</w:t>
      </w:r>
    </w:p>
    <w:p>
      <w:r>
        <w:rPr>
          <w:b/>
        </w:rPr>
        <w:t xml:space="preserve">[20:00] </w:t>
      </w:r>
      <w:r>
        <w:t>nahi,</w:t>
      </w:r>
    </w:p>
    <w:p>
      <w:pPr>
        <w:jc w:val="right"/>
      </w:pPr>
      <w:r>
        <w:t>نہیں،</w:t>
      </w:r>
    </w:p>
    <w:p>
      <w:r>
        <w:rPr>
          <w:b/>
        </w:rPr>
        <w:t xml:space="preserve">[20:03] </w:t>
      </w:r>
      <w:r>
        <w:t>jab woh hudaybiya ke maqam se wapas hue</w:t>
      </w:r>
    </w:p>
    <w:p>
      <w:pPr>
        <w:jc w:val="right"/>
      </w:pPr>
      <w:r>
        <w:t>جب وہ حدیبیہ کے مقام سے واپس ہوئے</w:t>
      </w:r>
    </w:p>
    <w:p>
      <w:r>
        <w:rPr>
          <w:b/>
        </w:rPr>
        <w:t xml:space="preserve">[20:10] </w:t>
      </w:r>
      <w:r>
        <w:t>madinay ki taraf to aap ghaur kijiye, woh insaan thay, woh momin thay, kya un ke dilon mein hoga?</w:t>
      </w:r>
    </w:p>
    <w:p>
      <w:pPr>
        <w:jc w:val="right"/>
      </w:pPr>
      <w:r>
        <w:t>مدینے کی طرف تو آپ غور کیجئے، وہ انسان تھے، وہ مومن تھے، کیا ان کے دلوں میں ہوگا؟</w:t>
      </w:r>
    </w:p>
    <w:p>
      <w:r>
        <w:rPr>
          <w:b/>
        </w:rPr>
        <w:t xml:space="preserve">[20:21] </w:t>
      </w:r>
      <w:r>
        <w:t>is ko qiyas kijiye aap ke jab un ke loot rahay honge to dilon mein kya hoga? un ke dilon mein kya hoga?</w:t>
      </w:r>
    </w:p>
    <w:p>
      <w:pPr>
        <w:jc w:val="right"/>
      </w:pPr>
      <w:r>
        <w:t>اس کو قیاس کیجئے آپ کہ جب ان کے لوٹ رہے ہوں گے تو دلوں میں کیا ہوگا؟ ان کے دلوں میں کیا ہوگا؟</w:t>
      </w:r>
    </w:p>
    <w:p>
      <w:r>
        <w:rPr>
          <w:b/>
        </w:rPr>
        <w:t xml:space="preserve">[20:33] </w:t>
      </w:r>
      <w:r>
        <w:t>woh yeh hoga ke aye mere rab</w:t>
      </w:r>
    </w:p>
    <w:p>
      <w:pPr>
        <w:jc w:val="right"/>
      </w:pPr>
      <w:r>
        <w:t>وہ یہ ہوگا کہ اے میرے رب</w:t>
      </w:r>
    </w:p>
    <w:p>
      <w:r>
        <w:rPr>
          <w:b/>
        </w:rPr>
        <w:t xml:space="preserve">[20:36] </w:t>
      </w:r>
      <w:r>
        <w:t>, hum aaye thay janay ke liye, ab to hamein naye darwazay khol de.</w:t>
      </w:r>
    </w:p>
    <w:p>
      <w:pPr>
        <w:jc w:val="right"/>
      </w:pPr>
      <w:r>
        <w:t>، ہم آئے تھے جانے کے لیے، اب تو ہمیں نئے دروازے کھول دے۔</w:t>
      </w:r>
    </w:p>
    <w:p>
      <w:r>
        <w:rPr>
          <w:b/>
        </w:rPr>
        <w:t xml:space="preserve">[20:46] </w:t>
      </w:r>
      <w:r>
        <w:t>to Allah ne kaha ke haan, jab khol diya hum ne fatah momin ka darwaza. yani insaan ki taraf se yeh</w:t>
      </w:r>
    </w:p>
    <w:p>
      <w:pPr>
        <w:jc w:val="right"/>
      </w:pPr>
      <w:r>
        <w:t>تو اللہ نے کہا کہ ہاں، جب کھول دیا ہم نے فتح مومن کا دروازہ۔ یعنی انسان کی طرف سے یہ</w:t>
      </w:r>
    </w:p>
    <w:p>
      <w:r>
        <w:rPr>
          <w:b/>
        </w:rPr>
        <w:t xml:space="preserve">[20:57] </w:t>
      </w:r>
      <w:r>
        <w:t>maishi thi ke rastay band ho gaye. Allah ki taraf se aaya ke nahi, rastay khulay hue hain.</w:t>
      </w:r>
    </w:p>
    <w:p>
      <w:pPr>
        <w:jc w:val="right"/>
      </w:pPr>
      <w:r>
        <w:t>معیشی تھی کہ راستے بند ہو گئے۔ اللہ کی طرف سے آیا کہ نہیں، راستے کھلے ہوئے ہیں۔</w:t>
      </w:r>
    </w:p>
    <w:p>
      <w:r>
        <w:rPr>
          <w:b/>
        </w:rPr>
        <w:t xml:space="preserve">[21:07] </w:t>
      </w:r>
      <w:r>
        <w:t>isi ko le kar maine ek kitaab likhi thi, raahein band nahi.</w:t>
      </w:r>
    </w:p>
    <w:p>
      <w:pPr>
        <w:jc w:val="right"/>
      </w:pPr>
      <w:r>
        <w:t>اسی کو لے کر میں نے ایک کتاب لکھی تھی، راہیں بند نہیں۔</w:t>
      </w:r>
    </w:p>
    <w:p>
      <w:r>
        <w:rPr>
          <w:b/>
        </w:rPr>
        <w:t xml:space="preserve">[21:15] </w:t>
      </w:r>
      <w:r>
        <w:t>to insaan ne hudaybiya ke maqam par sahaba karam ke rastay band kiya tha, to laaye chounke nahi karna tha unhein, to woh lote.</w:t>
      </w:r>
    </w:p>
    <w:p>
      <w:pPr>
        <w:jc w:val="right"/>
      </w:pPr>
      <w:r>
        <w:t>تو انسان نے حدیبیہ کے مقام پر صحابہ کرام کے راستے بند کیا تھا، تو لائے چونکہ نہیں کرنا تھا انہیں، تو وہ لوٹے۔</w:t>
      </w:r>
    </w:p>
    <w:p>
      <w:r>
        <w:rPr>
          <w:b/>
        </w:rPr>
        <w:t xml:space="preserve">[21:31] </w:t>
      </w:r>
      <w:r>
        <w:t>to un ke qadam to lot rahay thay</w:t>
      </w:r>
    </w:p>
    <w:p>
      <w:pPr>
        <w:jc w:val="right"/>
      </w:pPr>
      <w:r>
        <w:t>تو ان کے قدم تو لوٹ رہے تھے</w:t>
      </w:r>
    </w:p>
    <w:p>
      <w:r>
        <w:rPr>
          <w:b/>
        </w:rPr>
        <w:t xml:space="preserve">[21:33] </w:t>
      </w:r>
      <w:r>
        <w:t>wapas madine ki taraf, lekin un ke dilon mein jo dua thi, woh dua ki thi ke khudaaya to</w:t>
      </w:r>
    </w:p>
    <w:p>
      <w:pPr>
        <w:jc w:val="right"/>
      </w:pPr>
      <w:r>
        <w:t>واپس مدینے کی طرف، لیکن ان کے دلوں میں جو دعا تھی، وہ دعا کی تھی کہ خدایا تو</w:t>
      </w:r>
    </w:p>
    <w:p>
      <w:r>
        <w:rPr>
          <w:b/>
        </w:rPr>
        <w:t xml:space="preserve">[21:41] </w:t>
      </w:r>
      <w:r>
        <w:t>hamare naye raaste khol de, hamare naye naye raaste khol de. yeh hai haqeeqat. la quntu min rehmat allah, la quntu min rehmat</w:t>
      </w:r>
    </w:p>
    <w:p>
      <w:pPr>
        <w:jc w:val="right"/>
      </w:pPr>
      <w:r>
        <w:t>ہمارے نئے راستے کھول دے، ہمارے نئے نئے راستے کھول دے۔ یہ ہے حقیقت۔ لا تقنتوا من رحمت اللہ، لا تقنتوا من رحمت</w:t>
      </w:r>
    </w:p>
    <w:p>
      <w:r>
        <w:rPr>
          <w:b/>
        </w:rPr>
        <w:t xml:space="preserve">[22:00] </w:t>
      </w:r>
      <w:r>
        <w:t>allah</w:t>
      </w:r>
    </w:p>
    <w:p>
      <w:pPr>
        <w:jc w:val="right"/>
      </w:pPr>
      <w:r>
        <w:t>اللہ</w:t>
      </w:r>
    </w:p>
    <w:p>
      <w:r>
        <w:rPr>
          <w:b/>
        </w:rPr>
        <w:t xml:space="preserve">[22:01] </w:t>
      </w:r>
      <w:r>
        <w:t>. yeh ek spirit ki baat hai, ek ek ek islam ke jazbe ki baat hai.</w:t>
      </w:r>
    </w:p>
    <w:p>
      <w:pPr>
        <w:jc w:val="right"/>
      </w:pPr>
      <w:r>
        <w:t>۔ یہ ایک اسپرٹ کی بات ہے، ایک ایک ایک اسلام کے جذبے کی بات ہے۔</w:t>
      </w:r>
    </w:p>
    <w:p>
      <w:r>
        <w:rPr>
          <w:b/>
        </w:rPr>
        <w:t xml:space="preserve">[22:13] </w:t>
      </w:r>
      <w:r>
        <w:t>to meri dua hai ke allah taala mujh ko aur aap ko is is is street ki tofeeq de,</w:t>
      </w:r>
    </w:p>
    <w:p>
      <w:pPr>
        <w:jc w:val="right"/>
      </w:pPr>
      <w:r>
        <w:t>تو میری دعا ہے کہ اللہ تعالیٰ مجھ کو اور آپ کو اس اس اسٹریٹ کی توفیق دے،</w:t>
      </w:r>
    </w:p>
    <w:p>
      <w:r>
        <w:rPr>
          <w:b/>
        </w:rPr>
        <w:t xml:space="preserve">[22:22] </w:t>
      </w:r>
      <w:r>
        <w:t>hum lootne mein naya qadam dekhen,</w:t>
      </w:r>
    </w:p>
    <w:p>
      <w:pPr>
        <w:jc w:val="right"/>
      </w:pPr>
      <w:r>
        <w:t>ہم لوٹنے میں نیا اقدام دیکھیں،</w:t>
      </w:r>
    </w:p>
    <w:p>
      <w:r>
        <w:rPr>
          <w:b/>
        </w:rPr>
        <w:t xml:space="preserve">[22:30] </w:t>
      </w:r>
      <w:r>
        <w:t>hum wapsi mein ek nayi madad ki taraf raah khulti hui dekhen,</w:t>
      </w:r>
    </w:p>
    <w:p>
      <w:pPr>
        <w:jc w:val="right"/>
      </w:pPr>
      <w:r>
        <w:t>ہم واپسی میں ایک نئی مدد کی طرف راہ کھلتی ہوئی دیکھیں،</w:t>
      </w:r>
    </w:p>
    <w:p>
      <w:r>
        <w:rPr>
          <w:b/>
        </w:rPr>
        <w:t xml:space="preserve">[22:41] </w:t>
      </w:r>
      <w:r>
        <w:t>hum fateh azeem dekhen. jahan logon ne samajh liya ho ke yeh to shikast ho gayi, to meri dua hai ke allah taala mujh ko aur aap ko is is is street ki tofeeq de.</w:t>
      </w:r>
    </w:p>
    <w:p>
      <w:pPr>
        <w:jc w:val="right"/>
      </w:pPr>
      <w:r>
        <w:t>ہم فتح عظیم دیکھیں۔ جہاں لوگوں نے سمجھ لیا ہو کہ یہ تو شکست ہو گئی، تو میری دعا ہے کہ اللہ تعالیٰ مجھ کو اور آپ کو اس اس اسپرٹ کی توفیق دے۔</w:t>
      </w:r>
    </w:p>
    <w:p>
      <w:r>
        <w:rPr>
          <w:b/>
        </w:rPr>
        <w:t xml:space="preserve">[22:58] </w:t>
      </w:r>
      <w:r>
        <w:t>assalam o alaikum wa rehmat allah.</w:t>
      </w:r>
    </w:p>
    <w:p>
      <w:pPr>
        <w:jc w:val="right"/>
      </w:pPr>
      <w:r>
        <w:t>السلام علیکم ورحمۃ اللہ۔</w:t>
      </w:r>
    </w:p>
    <w:p>
      <w:r>
        <w:rPr>
          <w:b/>
        </w:rPr>
        <w:t xml:space="preserve">[23:16] </w:t>
      </w:r>
      <w:r>
        <w:t>maulana, abhi aap ne yeh kaha ke hum ko asal mein fateh azeem ko dekhna hai, aur is mein aap ne yeh kaha ke is ke liye zaroori hai ke aadmi repentance ka attitude ikhtiyar kare.</w:t>
      </w:r>
    </w:p>
    <w:p>
      <w:pPr>
        <w:jc w:val="right"/>
      </w:pPr>
      <w:r>
        <w:t>مولانا، ابھی آپ نے یہ کہا کہ ہم کو اصل میں فتح عظیم کو دیکھنا ہے، اور اس میں آپ نے یہ کہا کہ اس کے لیے ضروری ہے کہ آدمی ریپنٹنس کا ایٹیٹیوڈ اختیار کرے۔</w:t>
      </w:r>
    </w:p>
    <w:p>
      <w:r>
        <w:rPr>
          <w:b/>
        </w:rPr>
        <w:t xml:space="preserve">[23:30] </w:t>
      </w:r>
      <w:r>
        <w:t>to mera sawal yeh hai, aur woh ek</w:t>
      </w:r>
    </w:p>
    <w:p>
      <w:pPr>
        <w:jc w:val="right"/>
      </w:pPr>
      <w:r>
        <w:t>تو میرا سوال یہ ہے، اور وہ ایک</w:t>
      </w:r>
    </w:p>
    <w:p>
      <w:r>
        <w:rPr>
          <w:b/>
        </w:rPr>
        <w:t xml:space="preserve">[23:35] </w:t>
      </w:r>
      <w:r>
        <w:t>tabi'i ke qaul ki roshni mein hai. tabi'i ka qaul hai: "an ibrahim al-taimi qala: in lam yakun lana khairun fima nakrahu, lam yakun lana khairun fima nuhibbu" ke agar hamare liye khair nahi hai jis ko hum napasand karte hain, to hamare liye khair nahi hoga is cheez mein bhi jis ko hum pasand karte hain.</w:t>
      </w:r>
    </w:p>
    <w:p>
      <w:pPr>
        <w:jc w:val="right"/>
      </w:pPr>
      <w:r>
        <w:t>تابعی کے قول کی روشنی میں ہے۔ تابعی کا قول ہے: "عن ابراہیم الطیمی قال: ان لم یکن لنا خیر فیما نکرہ، لم یکن لنا خیر فیما نحب" کہ اگر ہمارے لیے خیر نہیں ہے جس کو ہم ناپسند کرتے ہیں، تو ہمارے لیے خیر نہیں ہوگا اس چیز میں بھی جس کو ہم پسند کرتے ہیں۔</w:t>
      </w:r>
    </w:p>
    <w:p>
      <w:r>
        <w:rPr>
          <w:b/>
        </w:rPr>
        <w:t xml:space="preserve">[23:57] </w:t>
      </w:r>
      <w:r>
        <w:t>is qaul ke mutabiq pasandeeda cheez aur napasandeeda cheez ek relative cheez hai. asal cheez hai ke khair hona chahiye hamare liye. to hamara sawal yeh hai ke fateh azeem khair mein hai, to yeh pasand aur napasand</w:t>
      </w:r>
    </w:p>
    <w:p>
      <w:pPr>
        <w:jc w:val="right"/>
      </w:pPr>
      <w:r>
        <w:t>اس قول کے مطابق پسندیدہ چیز اور ناپسندیدہ چیز ایک ریلیٹو چیز ہے۔ اصل چیز ہے کہ خیر ہونا چاہیے ہمارے لیے۔ تو ہمارا سوال یہ ہے کہ فتح عظیم خیر میں ہے، تو یہ پسند اور ناپسند</w:t>
      </w:r>
    </w:p>
    <w:p>
      <w:r>
        <w:rPr>
          <w:b/>
        </w:rPr>
        <w:t xml:space="preserve">[24:15] </w:t>
      </w:r>
      <w:r>
        <w:t>ko kaise hum alag kar sakte hain khair se?</w:t>
      </w:r>
    </w:p>
    <w:p>
      <w:pPr>
        <w:jc w:val="right"/>
      </w:pPr>
      <w:r>
        <w:t>کو کیسے ہم الگ کر سکتے ہیں خیر سے؟</w:t>
      </w:r>
    </w:p>
    <w:p>
      <w:r>
        <w:rPr>
          <w:b/>
        </w:rPr>
        <w:t xml:space="preserve">[24:21] </w:t>
      </w:r>
      <w:r>
        <w:t>isi liye to maine kaha ke quran rasta jo hai, double boosting ka rasta hai. double boosting.</w:t>
      </w:r>
    </w:p>
    <w:p>
      <w:pPr>
        <w:jc w:val="right"/>
      </w:pPr>
      <w:r>
        <w:t>اسی لیے تو میں نے کہا کہ قرآن راستہ جو ہے، ڈبل بوسٹنگ کا راستہ ہے۔ ڈبل بوسٹنگ۔</w:t>
      </w:r>
    </w:p>
    <w:p>
      <w:r>
        <w:rPr>
          <w:b/>
        </w:rPr>
        <w:t xml:space="preserve">[24:32] </w:t>
      </w:r>
      <w:r>
        <w:t>quran aap ke liye booster hai, quran aap ke liye booster booster hai.</w:t>
      </w:r>
    </w:p>
    <w:p>
      <w:pPr>
        <w:jc w:val="right"/>
      </w:pPr>
      <w:r>
        <w:t>قرآن آپ کے لیے بوسٹر ہے، قرآن آپ کے لیے بوسٹر بوسٹر ہے۔</w:t>
      </w:r>
    </w:p>
    <w:p>
      <w:r>
        <w:rPr>
          <w:b/>
        </w:rPr>
        <w:t xml:space="preserve">[24:40] </w:t>
      </w:r>
      <w:r>
        <w:t>woh double boosting hai.</w:t>
      </w:r>
    </w:p>
    <w:p>
      <w:pPr>
        <w:jc w:val="right"/>
      </w:pPr>
      <w:r>
        <w:t>وہ ڈبل بوسٹنگ ہے۔</w:t>
      </w:r>
    </w:p>
    <w:p>
      <w:r>
        <w:rPr>
          <w:b/>
        </w:rPr>
        <w:t xml:space="preserve">[24:45] </w:t>
      </w:r>
      <w:r>
        <w:t>yaani maeeshi mein umeed,</w:t>
      </w:r>
    </w:p>
    <w:p>
      <w:pPr>
        <w:jc w:val="right"/>
      </w:pPr>
      <w:r>
        <w:t>یعنی معیشی میں امید،</w:t>
      </w:r>
    </w:p>
    <w:p>
      <w:r>
        <w:rPr>
          <w:b/>
        </w:rPr>
        <w:t xml:space="preserve">[24:51] </w:t>
      </w:r>
      <w:r>
        <w:t>shikast mein kamyabi,</w:t>
      </w:r>
    </w:p>
    <w:p>
      <w:pPr>
        <w:jc w:val="right"/>
      </w:pPr>
      <w:r>
        <w:t>شکست میں کامیابی،</w:t>
      </w:r>
    </w:p>
    <w:p>
      <w:r>
        <w:rPr>
          <w:b/>
        </w:rPr>
        <w:t xml:space="preserve">[24:56] </w:t>
      </w:r>
      <w:r>
        <w:t>lootne mein qadam. double boosting is ka paigham deta hai quran.</w:t>
      </w:r>
    </w:p>
    <w:p>
      <w:pPr>
        <w:jc w:val="right"/>
      </w:pPr>
      <w:r>
        <w:t>لوٹنے میں اقدام۔ ڈبل بوسٹنگ اس کا پیغام دیتا ہے قرآن۔</w:t>
      </w:r>
    </w:p>
    <w:p>
      <w:r>
        <w:rPr>
          <w:b/>
        </w:rPr>
        <w:t xml:space="preserve">[25:11] </w:t>
      </w:r>
      <w:r>
        <w:t>maulana, yeh aaj bohat important baat aap ne yeh bhi batai ke jo main cheez hai, woh yeh hai ke ah a person should not stop his thinking process.</w:t>
      </w:r>
    </w:p>
    <w:p>
      <w:pPr>
        <w:jc w:val="right"/>
      </w:pPr>
      <w:r>
        <w:t>مولانا، یہ آج بہت امپورٹنٹ بات آپ نے یہ بھی بتائی کہ جو مین چیز ہے، وہ یہ ہے کہ اہ ا پرسن شوڈ ناٹ سٹاپ ہز تھنکنگ پروسیس۔</w:t>
      </w:r>
    </w:p>
    <w:p>
      <w:r>
        <w:rPr>
          <w:b/>
        </w:rPr>
        <w:t xml:space="preserve">[25:23] </w:t>
      </w:r>
      <w:r>
        <w:t>agar woh thinking process ko jari rakhega to naye darwaze khulenge. to yeh bohat ek important point tha maulana.</w:t>
      </w:r>
    </w:p>
    <w:p>
      <w:pPr>
        <w:jc w:val="right"/>
      </w:pPr>
      <w:r>
        <w:t>اگر وہ تھنکنگ پروسیس کو جاری رکھے گا تو نئے دروازے کھلیں گے۔ تو یہ بہت ایک امپورٹنٹ پوائنٹ تھا مولانا۔</w:t>
      </w:r>
    </w:p>
    <w:p>
      <w:r>
        <w:rPr>
          <w:b/>
        </w:rPr>
        <w:t xml:space="preserve">[25:34] </w:t>
      </w:r>
      <w:r>
        <w:t>ah maulana, ek sawal jo aksar ah sabhi log poochte hain, woh yeh ke ah distraction to bohat aasani se aa jati hai insaan ke andar, to apne mind ko ah kaise ah train karein ke woh ah sahi ah sahi positive thinking ko le ke soche hamesha?</w:t>
      </w:r>
    </w:p>
    <w:p>
      <w:pPr>
        <w:jc w:val="right"/>
      </w:pPr>
      <w:r>
        <w:t>اہ مولانا، ایک سوال جو اکثر اہ سبھی لوگ پوچھتے ہیں، وہ یہ کہ اہ ڈسٹریکشن تو بہت آسانی سے آ جاتی ہے انسان کے اندر، تو اپنے مائنڈ کو اہ کیسے اہ ٹرین کریں کہ وہ اہ صحیح اہ صحیح پوزیٹیو تھنکنگ کو لے کے سوچے ہمیشہ؟</w:t>
      </w:r>
    </w:p>
    <w:p>
      <w:r>
        <w:rPr>
          <w:b/>
        </w:rPr>
        <w:t xml:space="preserve">[25:55] </w:t>
      </w:r>
      <w:r>
        <w:t>kaise samete ek aadmi apne aap ko distraction se?</w:t>
      </w:r>
    </w:p>
    <w:p>
      <w:pPr>
        <w:jc w:val="right"/>
      </w:pPr>
      <w:r>
        <w:t>کیسے سمیٹے ایک آدمی اپنے آپ کو ڈسٹریکشن سے؟</w:t>
      </w:r>
    </w:p>
    <w:p>
      <w:r>
        <w:rPr>
          <w:b/>
        </w:rPr>
        <w:t xml:space="preserve">[26:03] </w:t>
      </w:r>
      <w:r>
        <w:t>dekhen, distraction se bachne ka sab se taqaddus formula kya hai?</w:t>
      </w:r>
    </w:p>
    <w:p>
      <w:pPr>
        <w:jc w:val="right"/>
      </w:pPr>
      <w:r>
        <w:t>دیکھیں، ڈسٹریکشن سے بچنے کا سب سے تقدس فارمولا کیا ہے؟</w:t>
      </w:r>
    </w:p>
    <w:p>
      <w:r>
        <w:rPr>
          <w:b/>
        </w:rPr>
        <w:t xml:space="preserve">[26:13] </w:t>
      </w:r>
      <w:r>
        <w:t>jaise hi aap dekhen ke shaitan aap ko distract kar raha hai, to jaldi se kahiye: "la haula wa la quwwata illa billahil aliyyil azim".</w:t>
      </w:r>
    </w:p>
    <w:p>
      <w:pPr>
        <w:jc w:val="right"/>
      </w:pPr>
      <w:r>
        <w:t>جیسے ہی آپ دیکھیں کہ شیطان آپ کو ڈسٹرکٹ کر رہا ہے، تو جلدی سے کہیے: "لا حول ولا قوۃ الا باللہ العلی العظیم"۔</w:t>
      </w:r>
    </w:p>
    <w:p>
      <w:r>
        <w:rPr>
          <w:b/>
        </w:rPr>
        <w:t xml:space="preserve">[26:29] </w:t>
      </w:r>
      <w:r>
        <w:t>to ek farishta wahan aa kar aap ko</w:t>
      </w:r>
    </w:p>
    <w:p>
      <w:pPr>
        <w:jc w:val="right"/>
      </w:pPr>
      <w:r>
        <w:t>تو ایک فرشتہ وہاں آ کر آپ کو</w:t>
      </w:r>
    </w:p>
    <w:p>
      <w:r>
        <w:rPr>
          <w:b/>
        </w:rPr>
        <w:t xml:space="preserve">[26:33] </w:t>
      </w:r>
      <w:r>
        <w:t>bhatkao se hata kar ke sirat e mustaqeem pe chala dega.</w:t>
      </w:r>
    </w:p>
    <w:p>
      <w:pPr>
        <w:jc w:val="right"/>
      </w:pPr>
      <w:r>
        <w:t>بھٹکاؤ سے ہٹا کر کے سر مسلم پہ چلا دے گا۔</w:t>
      </w:r>
    </w:p>
    <w:p>
      <w:r>
        <w:rPr>
          <w:b/>
        </w:rPr>
        <w:t xml:space="preserve">[26:40] </w:t>
      </w:r>
      <w:r>
        <w:t>yeh mera zaati tajurba hai, main bohat si misalein de sakta hoon, misalein ke agar aadmi jab bhatke, jab shaitan bhatka bhatkata hai, jab shaitan distract karta hai,</w:t>
      </w:r>
    </w:p>
    <w:p>
      <w:pPr>
        <w:jc w:val="right"/>
      </w:pPr>
      <w:r>
        <w:t>یہ میرا ذاتی تجربہ ہے، میں بہت سی مثالیں دے سکتا ہوں، مثالیں کہ اگر آدمی جب بھٹک، جب شیطان بھٹک بھٹکاتا ہے، جب شیطان ڈسٹرکٹ کرتا ہے،</w:t>
      </w:r>
    </w:p>
    <w:p>
      <w:r>
        <w:rPr>
          <w:b/>
        </w:rPr>
        <w:t xml:space="preserve">[26:57] </w:t>
      </w:r>
      <w:r>
        <w:t>to aap ke andar</w:t>
      </w:r>
    </w:p>
    <w:p>
      <w:pPr>
        <w:jc w:val="right"/>
      </w:pPr>
      <w:r>
        <w:t>تو آپ کے اندر</w:t>
      </w:r>
    </w:p>
    <w:p>
      <w:r>
        <w:rPr>
          <w:b/>
        </w:rPr>
        <w:t xml:space="preserve">[26:59] </w:t>
      </w:r>
      <w:r>
        <w:t>Allah wali spirit jaag uthe aur aap keh dein ke "la haula wa la quwwata illa billahil aliyyil azim", to foran ek farishta aayega, aap ko pakad kar aap ko us rastay se is taraf kar dega.</w:t>
      </w:r>
    </w:p>
    <w:p>
      <w:pPr>
        <w:jc w:val="right"/>
      </w:pPr>
      <w:r>
        <w:t>اللہ والی اسپرٹ جاگ اٹھے اور آپ کہہ دیں کہ "لا حول ولا قوۃ الا باللہ العلی العظیم"، تو فوراً ایک فرشتہ آئے گا، آپ کو پکڑ کر آپ کو اس راستے سے اس طرف کر دے گا۔</w:t>
      </w:r>
    </w:p>
    <w:p>
      <w:r>
        <w:rPr>
          <w:b/>
        </w:rPr>
        <w:t xml:space="preserve">[27:18] </w:t>
      </w:r>
      <w:r>
        <w:t>yeh raaz maine ek waqeye se mujhe yaqeen ho gaya. main gaon mein tha to main ek kahin ja raha tha,</w:t>
      </w:r>
    </w:p>
    <w:p>
      <w:pPr>
        <w:jc w:val="right"/>
      </w:pPr>
      <w:r>
        <w:t>یہ راز میں نے ایک واقعے سے مجھے یقین ہو گیا۔ میں گاؤں میں تھا تو میں ایک کہیں جا رہا تھا،</w:t>
      </w:r>
    </w:p>
    <w:p>
      <w:r>
        <w:rPr>
          <w:b/>
        </w:rPr>
        <w:t xml:space="preserve">[27:32] </w:t>
      </w:r>
      <w:r>
        <w:t>to rasta do kheton ke beech beech chalta tha.</w:t>
      </w:r>
    </w:p>
    <w:p>
      <w:pPr>
        <w:jc w:val="right"/>
      </w:pPr>
      <w:r>
        <w:t>تو راستہ دو کھیتوں کے بیچ بیچ چلتا تھا۔</w:t>
      </w:r>
    </w:p>
    <w:p>
      <w:r>
        <w:rPr>
          <w:b/>
        </w:rPr>
        <w:t xml:space="preserve">[27:36] </w:t>
      </w:r>
      <w:r>
        <w:t>ek khet idhar hai, ek idhar hai, aur yeh apne bail ko le ke ja raha tha. to bail jo tha, kabhi idhar bhagta tha, rukh karta tha, kabhi idhar rukh karta.</w:t>
      </w:r>
    </w:p>
    <w:p>
      <w:pPr>
        <w:jc w:val="right"/>
      </w:pPr>
      <w:r>
        <w:t>ایک کھیت ادھر ہے، ایک ادھر ہے، اور یہ اپنے بیل کو لے کے جا رہا تھا۔ تو بیل جو تھا، کبھی ادھر بھاگتا تھا، رخ کرتا تھا، کبھی ادھر رخ کرتا۔</w:t>
      </w:r>
    </w:p>
    <w:p>
      <w:r>
        <w:rPr>
          <w:b/>
        </w:rPr>
        <w:t xml:space="preserve">[27:49] </w:t>
      </w:r>
      <w:r>
        <w:t>yani ek khet ki taraf, us khet ki taraf.</w:t>
      </w:r>
    </w:p>
    <w:p>
      <w:pPr>
        <w:jc w:val="right"/>
      </w:pPr>
      <w:r>
        <w:t>یعنی ایک کھیت کی طرف، اس کھیت کی طرف۔</w:t>
      </w:r>
    </w:p>
    <w:p>
      <w:r>
        <w:rPr>
          <w:b/>
        </w:rPr>
        <w:t xml:space="preserve">[27:52] </w:t>
      </w:r>
      <w:r>
        <w:t>to maine dekha ke woh peeche peeche jo kisan hai, idhar jata hai, idhar idhar marta danda ke "idhar chalo, idhar chalo".</w:t>
      </w:r>
    </w:p>
    <w:p>
      <w:pPr>
        <w:jc w:val="right"/>
      </w:pPr>
      <w:r>
        <w:t>تو میں نے دیکھا کہ وہ پیچھے پیچھے جو کسان ہے، ادھر جاتا ہے، ادھر ادھر مارتا ڈنڈا کہ "ادھر چلو، ادھر چلو"۔</w:t>
      </w:r>
    </w:p>
    <w:p>
      <w:r>
        <w:rPr>
          <w:b/>
        </w:rPr>
        <w:t xml:space="preserve">[28:05] </w:t>
      </w:r>
      <w:r>
        <w:t>idhar jata hai, phir marta hai ke "idhar chalo, idhar chalo".</w:t>
      </w:r>
    </w:p>
    <w:p>
      <w:pPr>
        <w:jc w:val="right"/>
      </w:pPr>
      <w:r>
        <w:t>ادھر جاتا ہے، پھر مارتا ہے کہ "ادھر چلو، ادھر چلو"۔</w:t>
      </w:r>
    </w:p>
    <w:p>
      <w:r>
        <w:rPr>
          <w:b/>
        </w:rPr>
        <w:t xml:space="preserve">[28:10] </w:t>
      </w:r>
      <w:r>
        <w:t>to yeh main sikhta hoon ke "la haula wa la" aap yeh seekhein kehna ke jab distraction aaye to aap kahein ke "la haula wa la quwwata illa billahil aliyyil azim".</w:t>
      </w:r>
    </w:p>
    <w:p>
      <w:pPr>
        <w:jc w:val="right"/>
      </w:pPr>
      <w:r>
        <w:t>تو یہ میں سکھتا ہوں کہ "لا حول ولا" آپ یہ سیکھیں کہنا کہ جب ڈسٹریکشن آئے تو آپ کہیں کہ "لا حول ولا قوۃ الا باللہ العلی العظیم"۔</w:t>
      </w:r>
    </w:p>
    <w:p>
      <w:r>
        <w:rPr>
          <w:b/>
        </w:rPr>
        <w:t xml:space="preserve">[28:26] </w:t>
      </w:r>
      <w:r>
        <w:t>bas yahi yahi karna hai.</w:t>
      </w:r>
    </w:p>
    <w:p>
      <w:pPr>
        <w:jc w:val="right"/>
      </w:pPr>
      <w:r>
        <w:t>بس یہی یہی کرنا ہے۔</w:t>
      </w:r>
    </w:p>
    <w:p>
      <w:r>
        <w:rPr>
          <w:b/>
        </w:rPr>
        <w:t xml:space="preserve">[28:28] </w:t>
      </w:r>
      <w:r>
        <w:t>hum apni zaati misaal se aap ko</w:t>
      </w:r>
    </w:p>
    <w:p>
      <w:pPr>
        <w:jc w:val="right"/>
      </w:pPr>
      <w:r>
        <w:t>ہم اپنی ذاتی مثال سے آپ کو</w:t>
      </w:r>
    </w:p>
    <w:p>
      <w:r>
        <w:rPr>
          <w:b/>
        </w:rPr>
        <w:t xml:space="preserve">[28:33] </w:t>
      </w:r>
      <w:r>
        <w:t>inshallah aap chahenge to hum bataunga aisi misalein jo jiska mujhe zahiri taur par tajurba hua.</w:t>
      </w:r>
    </w:p>
    <w:p>
      <w:pPr>
        <w:jc w:val="right"/>
      </w:pPr>
      <w:r>
        <w:t>انشاءاللہ آپ چاہیں گے تو ہم بتاؤں گا ایسی مثالیں جو جس کا مجھے ظاہری طور پر تجربہ ہوا۔</w:t>
      </w:r>
    </w:p>
    <w:p>
      <w:r>
        <w:rPr>
          <w:b/>
        </w:rPr>
        <w:t xml:space="preserve">[28:55] </w:t>
      </w:r>
      <w:r>
        <w:t>maulana, my biggest learning today was that whenever we face any negative situation or distraction, when we start, we attributed to someone else, then our thinking stops.</w:t>
      </w:r>
    </w:p>
    <w:p>
      <w:pPr>
        <w:jc w:val="right"/>
      </w:pPr>
      <w:r>
        <w:t>مولانا، مائی بگسٹ لرننگ ٹوڈے واز دیٹ وین ایور وی فیس اینی نیگیٹیو سچویشن اور ڈسٹریکشن، وین وی سٹارٹ، وی ایٹریبیوٹڈ ٹو سم ون ایلس، دین اور تھنکنگ سٹاپس۔</w:t>
      </w:r>
    </w:p>
    <w:p>
      <w:r>
        <w:rPr>
          <w:b/>
        </w:rPr>
        <w:t xml:space="preserve">[29:12] </w:t>
      </w:r>
      <w:r>
        <w:t>but if we attributed to ourselves that it must be our fault, then thinking also continued, and we are able to find new doors.</w:t>
      </w:r>
    </w:p>
    <w:p>
      <w:pPr>
        <w:jc w:val="right"/>
      </w:pPr>
      <w:r>
        <w:t>بٹ اف وی ایٹریبیوٹڈ ٹو اور سیلوز کہ ہماری کوئی غلطی ہوگی، دین تھنکنگ بھی کنٹینیوڈ رہتی ہے، اینڈ وی ار ایبل ٹو فائنڈ نیو ڈورز۔</w:t>
      </w:r>
    </w:p>
    <w:p>
      <w:r>
        <w:rPr>
          <w:b/>
        </w:rPr>
        <w:t xml:space="preserve">[29:26] </w:t>
      </w:r>
      <w:r>
        <w:t>and now that you have said that at that time, if we say "la haula wa la quwwata illa billahil aliyyil azim", then God's help comes, and that's the way to keep your mind positive.</w:t>
      </w:r>
    </w:p>
    <w:p>
      <w:pPr>
        <w:jc w:val="right"/>
      </w:pPr>
      <w:r>
        <w:t>اینڈ ناؤ دیٹ یو ہیو سیڈ دیٹ ایٹ دیٹ ٹائم، اف وی سے "لا حول ولا قوۃ الا باللہ العلی العظیم"، دین گاڈز ہیلپ کمز، اینڈ دیٹس دا وے ٹو کیپ یور مائنڈ پوزیٹیو۔</w:t>
      </w:r>
    </w:p>
    <w:p>
      <w:r>
        <w:rPr>
          <w:b/>
        </w:rPr>
        <w:t xml:space="preserve">[29:38] </w:t>
      </w:r>
      <w:r>
        <w:t>this was a very big learning for me, Maulana.</w:t>
      </w:r>
    </w:p>
    <w:p>
      <w:pPr>
        <w:jc w:val="right"/>
      </w:pPr>
      <w:r>
        <w:t>دس واز ا ویری بگ لرننگ فار می، مولانا۔</w:t>
      </w:r>
    </w:p>
    <w:p>
      <w:r>
        <w:rPr>
          <w:b/>
        </w:rPr>
        <w:t xml:space="preserve">[29:43] </w:t>
      </w:r>
      <w:r>
        <w:t>aaj hi maine kisi ke paas kahi hai ke maine ek mission jo hai apna shuru kiya tha Hyderabad mein, Hyderabad mein Bhopal mein</w:t>
      </w:r>
    </w:p>
    <w:p>
      <w:pPr>
        <w:jc w:val="right"/>
      </w:pPr>
      <w:r>
        <w:t>آج ہی میں نے کسی کے پاس کہی ہے کہ میں نے ایک مشن جو ہے اپنا شروع کیا تھا حیدرآباد میں، حیدرآباد میں بھوپال میں</w:t>
      </w:r>
    </w:p>
    <w:p>
      <w:r>
        <w:rPr>
          <w:b/>
        </w:rPr>
        <w:t xml:space="preserve">[29:58] </w:t>
      </w:r>
      <w:r>
        <w:t>shuru kiya tha. us waqt mera mission ka jo nishana nishana tha, wahi cheez thi jisko aaj kal kehte hain Muslim empowerment.</w:t>
      </w:r>
    </w:p>
    <w:p>
      <w:pPr>
        <w:jc w:val="right"/>
      </w:pPr>
      <w:r>
        <w:t>شروع کیا تھا۔ اس وقت میرا مشن کا جو نشان نشانہ تھا، وہی چیز تھی جس کو آج کل کہتے ہیں مسلم ایمپاورمنٹ۔</w:t>
      </w:r>
    </w:p>
    <w:p>
      <w:r>
        <w:rPr>
          <w:b/>
        </w:rPr>
        <w:t xml:space="preserve">[30:07] </w:t>
      </w:r>
      <w:r>
        <w:t>saara rukh rukh mera tha Muslim empowerment. bade josh o jazbe udhaar mein taqdeer karta tha main</w:t>
      </w:r>
    </w:p>
    <w:p>
      <w:pPr>
        <w:jc w:val="right"/>
      </w:pPr>
      <w:r>
        <w:t>سارا رخ رخ میرا تھا مسلم ایمپاورمنٹ۔ بڑے جوش و جذبے ادھار میں تقدیر کرتا تھا میں</w:t>
      </w:r>
    </w:p>
    <w:p>
      <w:r>
        <w:rPr>
          <w:b/>
        </w:rPr>
        <w:t xml:space="preserve">[30:16] </w:t>
      </w:r>
      <w:r>
        <w:t>Muslim empowerment mein, lekin mujhe yani yaqeen hai ek ek hi nahi ke mujhe maar kar ke idhar se udhar kar diya gaya.</w:t>
      </w:r>
    </w:p>
    <w:p>
      <w:pPr>
        <w:jc w:val="right"/>
      </w:pPr>
      <w:r>
        <w:t>مسلم ایمپاورمنٹ میں، لیکن مجھے یعنی یقین ہے ایک ایک ہی نہیں کہ مجھے مار کر کے ادھر سے ادھر کر دیا گیا۔</w:t>
      </w:r>
    </w:p>
    <w:p>
      <w:r>
        <w:rPr>
          <w:b/>
        </w:rPr>
        <w:t xml:space="preserve">[30:28] </w:t>
      </w:r>
      <w:r>
        <w:t>us jis tarah se Newton ko seb ki ball padi thi,</w:t>
      </w:r>
    </w:p>
    <w:p>
      <w:pPr>
        <w:jc w:val="right"/>
      </w:pPr>
      <w:r>
        <w:t>اس جس طرح سے ٹیوٹن نیوٹن کو سیب کی بال پڑی تھی،</w:t>
      </w:r>
    </w:p>
    <w:p>
      <w:r>
        <w:rPr>
          <w:b/>
        </w:rPr>
        <w:t xml:space="preserve">[30:37] </w:t>
      </w:r>
      <w:r>
        <w:t>apple shock to mere oper, mere oper apple shock ka waqia guzra mere oper, aur main muslim empowerment se mud kar dawat ki taraf aa gaya.</w:t>
      </w:r>
    </w:p>
    <w:p>
      <w:pPr>
        <w:jc w:val="right"/>
      </w:pPr>
      <w:r>
        <w:t>ایپل شاک تو میرے اوپر، میرے اوپر ایپل شاک کا واقعہ گزرا میرے اوپر، اور میں مسلم ایمپاورمنٹ سے مڑ کر دعوت کی طرف آ گیا۔</w:t>
      </w:r>
    </w:p>
    <w:p>
      <w:r>
        <w:rPr>
          <w:b/>
        </w:rPr>
        <w:t xml:space="preserve">[30:59] </w:t>
      </w:r>
      <w:r>
        <w:t>agar yeh shock log bara hotay to main yeh quran ka jo daai ban gaya, woh na hota.</w:t>
      </w:r>
    </w:p>
    <w:p>
      <w:pPr>
        <w:jc w:val="right"/>
      </w:pPr>
      <w:r>
        <w:t>اگر یہ شاک لوگ بڑا ہوتے تو میں یہ قرآن کا جو داعی بن گیا، وہ نہ ہوتا۔</w:t>
      </w:r>
    </w:p>
    <w:p>
      <w:r>
        <w:rPr>
          <w:b/>
        </w:rPr>
        <w:t xml:space="preserve">[31:09] </w:t>
      </w:r>
      <w:r>
        <w:t>maulana, abhi jaisay holi guzri to is mein facebook pe kafi ziyada negative commenting ho rahi thi musalmanon ki taraf se.</w:t>
      </w:r>
    </w:p>
    <w:p>
      <w:pPr>
        <w:jc w:val="right"/>
      </w:pPr>
      <w:r>
        <w:t>مولانا، ابھی جیسے ہولی گزری تو اس میں فیس بک پہ کافی زیادہ نیگیٹیو کمنٹنگ ہو رہی تھی مسلمانوں کی طرف سے۔</w:t>
      </w:r>
    </w:p>
    <w:p>
      <w:r>
        <w:rPr>
          <w:b/>
        </w:rPr>
        <w:t xml:space="preserve">[31:19] </w:t>
      </w:r>
      <w:r>
        <w:t>to main ne jab is mein aik photo aaya tha ke aik mazar pe wahan holi kheli jati hai, kyunke wahan ke peer apne time pe holi khelte thay.</w:t>
      </w:r>
    </w:p>
    <w:p>
      <w:pPr>
        <w:jc w:val="right"/>
      </w:pPr>
      <w:r>
        <w:t>تو میں نے جب اس میں ایک فوٹو آیا تھا کہ ایک مزار پہ وہاں ہولی کھیلی جاتی ہے، کیونکہ وہاں کے پیر اپنے ٹائم پہ ہولی کھیلتے تھے۔</w:t>
      </w:r>
    </w:p>
    <w:p>
      <w:r>
        <w:rPr>
          <w:b/>
        </w:rPr>
        <w:t xml:space="preserve">[31:29] </w:t>
      </w:r>
      <w:r>
        <w:t>to main ne jab wahan par positive baatein kaheen ke yeh part of culture hai, yeh part of kisi deen ka nahi hai, to us ko aap accept bhi kar sakte hain, ya agar aap ko nahi pasand hai to us ke baray mein itna negatively comment nahi karna hai.</w:t>
      </w:r>
    </w:p>
    <w:p>
      <w:pPr>
        <w:jc w:val="right"/>
      </w:pPr>
      <w:r>
        <w:t>تو میں نے جب وہاں پر پوزیٹیو باتیں کہیں کہ یہ پارٹ آف کلچر ہے، یہ پارٹ آف کسی دین کا نہیں ہے، تو اس کو آپ ایکسیپٹ بھی کر سکتے ہیں، یا اگر آپ کو نہیں پسند ہے تو اس کے بارے میں اتنا نیگیٹیولی کمنٹ نہیں کرنا ہے۔</w:t>
      </w:r>
    </w:p>
    <w:p>
      <w:r>
        <w:rPr>
          <w:b/>
        </w:rPr>
        <w:t xml:space="preserve">[31:43] </w:t>
      </w:r>
      <w:r>
        <w:t>to maulana, mujhe kisi ne aik hadith wahan likha jis mein yeh tha ke aap jis community ki pairvi karengay, aap unhi ke sath akhirat ke din kharay kiye jayengay, ya jin ko follow karengay.</w:t>
      </w:r>
    </w:p>
    <w:p>
      <w:pPr>
        <w:jc w:val="right"/>
      </w:pPr>
      <w:r>
        <w:t>تو مولانا، مجھے کسی نے ایک حدیث وہاں لکھا جس میں یہ تھا کہ آپ جس کمیونٹی کی پیروی کریں گے، آپ انہی کے ساتھ آخرت کے دن کھڑے کیے جائیں گے، یا جن کو فالو کریں گے۔</w:t>
      </w:r>
    </w:p>
    <w:p>
      <w:r>
        <w:rPr>
          <w:b/>
        </w:rPr>
        <w:t xml:space="preserve">[31:58] </w:t>
      </w:r>
      <w:r>
        <w:t>to maulana, mere pas is ka koi jawab nahi tha, to aap please is is hadith ko thora explain kar dijiye.</w:t>
      </w:r>
    </w:p>
    <w:p>
      <w:pPr>
        <w:jc w:val="right"/>
      </w:pPr>
      <w:r>
        <w:t>تو مولانا، میرے پاس اس کا کوئی جواب نہیں تھا، تو آپ پلیز اس اس حدیث کو تھوڑا ایکسپلین کر دیجئے۔</w:t>
      </w:r>
    </w:p>
    <w:p>
      <w:r>
        <w:rPr>
          <w:b/>
        </w:rPr>
        <w:t xml:space="preserve">[32:05] </w:t>
      </w:r>
      <w:r>
        <w:t>is hadith se kya talluq? yeh to jhooti hadith ko ab to jhoot ke liye istemal karna hai. woh baat to humein dil se dete hain, dil se.</w:t>
      </w:r>
    </w:p>
    <w:p>
      <w:pPr>
        <w:jc w:val="right"/>
      </w:pPr>
      <w:r>
        <w:t>اس حدیث سے کیا تعلق؟ یہ تو جھوٹی حدیث کو اب تو جھوٹ کے لیے استعمال کرنا ہے۔ وہ بات تو ہمیں دل سے دیتے ہیں، دل سے۔</w:t>
      </w:r>
    </w:p>
    <w:p>
      <w:r>
        <w:rPr>
          <w:b/>
        </w:rPr>
        <w:t xml:space="preserve">[32:20] </w:t>
      </w:r>
      <w:r>
        <w:t>baqi jo hadith jo hai</w:t>
      </w:r>
    </w:p>
    <w:p>
      <w:pPr>
        <w:jc w:val="right"/>
      </w:pPr>
      <w:r>
        <w:t>باقی جو حدیث جو ہے</w:t>
      </w:r>
    </w:p>
    <w:p>
      <w:r>
        <w:rPr>
          <w:b/>
        </w:rPr>
        <w:t xml:space="preserve">[32:21] </w:t>
      </w:r>
      <w:r>
        <w:t>muttashabih, yaad rakhiye, woh general mani mein harghiz nahi hai, harghiz nahi hai. woh sirf jo kisi kisi mazhabi ko giroh ki apne mazhabi shiaar ke oper un ka rai ho jaye, us ki us ki</w:t>
      </w:r>
    </w:p>
    <w:p>
      <w:pPr>
        <w:jc w:val="right"/>
      </w:pPr>
      <w:r>
        <w:t>متشبہ، یاد رکھیے، وہ جنرل معنی میں ہرگز نہیں ہے، ہرگز نہیں ہے۔ وہ صرف جو کسی کسی مذہبی کو گروہ کی اپنے مذہبی شیاط کے اوپر ان کا رائے ہو جائے، اس کی اس کی</w:t>
      </w:r>
    </w:p>
    <w:p>
      <w:r>
        <w:rPr>
          <w:b/>
        </w:rPr>
        <w:t xml:space="preserve">[32:42] </w:t>
      </w:r>
      <w:r>
        <w:t>tashabuh ki baat hai. mislan isai log latkatay hain saleeb, to woh un ka un ka taslees ka shiaar hai.</w:t>
      </w:r>
    </w:p>
    <w:p>
      <w:pPr>
        <w:jc w:val="right"/>
      </w:pPr>
      <w:r>
        <w:t>تشبہ کی بات ہے۔ مثلاً عیسائی لوگ لٹکاتے ہیں صلیب، تو وہ ان کا ان کا تثلیث کا شعار ہے۔</w:t>
      </w:r>
    </w:p>
    <w:p>
      <w:r>
        <w:rPr>
          <w:b/>
        </w:rPr>
        <w:t xml:space="preserve">[32:56] </w:t>
      </w:r>
      <w:r>
        <w:t>aisi cheez ke baray mein woh hadith hai,</w:t>
      </w:r>
    </w:p>
    <w:p>
      <w:pPr>
        <w:jc w:val="right"/>
      </w:pPr>
      <w:r>
        <w:t>ایسی چیز کے بارے میں وہ حدیث ہے،</w:t>
      </w:r>
    </w:p>
    <w:p>
      <w:r>
        <w:rPr>
          <w:b/>
        </w:rPr>
        <w:t xml:space="preserve">[33:00] </w:t>
      </w:r>
      <w:r>
        <w:t>woh general harghiz nahi hai. jo log usay general mani mein istemal karein, woh beshak gunah ka kaam karte hain. doosre log jo hain, woh aap aap ke braadar watan hain, un se mohabbat kijiye,</w:t>
      </w:r>
    </w:p>
    <w:p>
      <w:pPr>
        <w:jc w:val="right"/>
      </w:pPr>
      <w:r>
        <w:t>وہ جنرل ہرگز نہیں ہے۔ جو لوگ اسے جنرل معنی میں استعمال کریں، وہ بے شک گناہ کا کام کرتے ہیں۔ دوسرے لوگ جو ہیں، وہ آپ آپ کے برادر وطن ہیں، ان سے محبت کیجئے،</w:t>
      </w:r>
    </w:p>
    <w:p>
      <w:r>
        <w:rPr>
          <w:b/>
        </w:rPr>
        <w:t xml:space="preserve">[33:17] </w:t>
      </w:r>
      <w:r>
        <w:t>un ko un ke duaron par, un ko mubarakbad dijiye, un ko tohfa dijiye, un ko dil se apna watan bhai samjhiye.</w:t>
      </w:r>
    </w:p>
    <w:p>
      <w:pPr>
        <w:jc w:val="right"/>
      </w:pPr>
      <w:r>
        <w:t>ان کو ان کے دواروں پر، ان کو مبارکباد دیجئے، ان کو تحفہ دیجئے، ان کو دل سے اپنا وطن بھائی سمجھئے۔</w:t>
      </w:r>
    </w:p>
    <w:p>
      <w:r>
        <w:rPr>
          <w:b/>
        </w:rPr>
        <w:t xml:space="preserve">[33:41] </w:t>
      </w:r>
      <w:r>
        <w:t>Riyaz Bhat sahib ne likha hai Bangalore se, ah Maulana sahib, as I could understand that continuous study of Quran keeps triggering the thinking process of a believer, which becomes a deterrent against falling prey to distraction, and that is metaphorical meaning of kitab al kitab kitab al basharat.</w:t>
      </w:r>
    </w:p>
    <w:p>
      <w:pPr>
        <w:jc w:val="right"/>
      </w:pPr>
      <w:r>
        <w:t>اہ ریاض بھٹ صاحب نے لکھا ہے بینگلور سے، اہ مولانا صاحب، ایز آئی کڈ انڈرسٹینڈ دیٹ کنٹینیوس سٹڈی آف قرآن کیپس ٹریگرنگ دا تھنکنگ پروسیس آف ا بیلیور، وچ بیکمز ا ڈیٹرنٹ اگینسٹ فالنگ پری ٹو ڈسٹریکشن، اینڈ دیٹ از میٹافوریکل میننگ آف کتاب ال کتاب کتاب کتاب البشارت۔</w:t>
      </w:r>
    </w:p>
    <w:p>
      <w:r>
        <w:rPr>
          <w:b/>
        </w:rPr>
        <w:t xml:space="preserve">[34:08] </w:t>
      </w:r>
      <w:r>
        <w:t>Maulana, aik sawal aaya hai, ah Tahseen Fatima ka, ah unhon ne aap se poocha hai ke how to overcome distraction, how to overcome distraction during namaz?</w:t>
      </w:r>
    </w:p>
    <w:p>
      <w:pPr>
        <w:jc w:val="right"/>
      </w:pPr>
      <w:r>
        <w:t>مولانا، ایک سوال آیا ہے، اہ تحسین فاطمہ کا، اہ انہوں نے آپ سے پوچھا ہے کہ ہاؤ ٹو اوورکم ڈسٹریکٹ، ہاؤ ٹو اوورکم ڈسٹریکشن ڈیورنگ نماز؟</w:t>
      </w:r>
    </w:p>
    <w:p>
      <w:r>
        <w:rPr>
          <w:b/>
        </w:rPr>
        <w:t xml:space="preserve">[34:26] </w:t>
      </w:r>
      <w:r>
        <w:t>dekhein, namaz ke waqt jo khayalat aa jatay hain, to yeh hukum hi nahi hai ke khayalat na aanay paayein. woh haj o umrah jaisa aadmi kehta hai ke mere dil mein khayalat atay hain,</w:t>
      </w:r>
    </w:p>
    <w:p>
      <w:pPr>
        <w:jc w:val="right"/>
      </w:pPr>
      <w:r>
        <w:t>دیکھیں، نماز کے وقت جو خیرات آ جاتے ہیں، تو یہ حکم ہی نہیں ہے کہ خیرات نہ آنے پائیں۔ وہ حج و عمر جیسا آدمی کہتا ہے کہ میرے دل میں خیرات آتے ہیں،</w:t>
      </w:r>
    </w:p>
    <w:p>
      <w:r>
        <w:rPr>
          <w:b/>
        </w:rPr>
        <w:t xml:space="preserve">[34:42] </w:t>
      </w:r>
      <w:r>
        <w:t>to woh to fitri hai. khayalat aayenge,</w:t>
      </w:r>
    </w:p>
    <w:p>
      <w:pPr>
        <w:jc w:val="right"/>
      </w:pPr>
      <w:r>
        <w:t>تو وہ تو فطری ہے۔ خیرات آئیں گے،</w:t>
      </w:r>
    </w:p>
    <w:p>
      <w:r>
        <w:rPr>
          <w:b/>
        </w:rPr>
        <w:t xml:space="preserve">[34:50] </w:t>
      </w:r>
      <w:r>
        <w:t>us ke bawajood aap Allah ke ke liye Allah ho kar, mislan sajday mein aap aayein, farz kiya aap ko khayalat aaye, us ke bawajood to phir bhi aap yeh kehte hi hain: "Allah o Akbar, Allah o Akbar, Allah o Akbar", to woh to sawab ban gaya na?</w:t>
      </w:r>
    </w:p>
    <w:p>
      <w:pPr>
        <w:jc w:val="right"/>
      </w:pPr>
      <w:r>
        <w:t>اس کے باوجود آپ اللہ کے کے لیے اللہ ہو کر، مثلاً سجدے میں آپ آئیں، فرض کیا آپ کو خیرات آئے، اس کے باوجود تو پھر بھی آپ یہ کہتے ہی ہیں: "اللہ اکبر، اللہ اکبر، اللہ اکبر"، تو وہ تو ثواب بن گیا نا؟</w:t>
      </w:r>
    </w:p>
    <w:p>
      <w:r>
        <w:rPr>
          <w:b/>
        </w:rPr>
        <w:t xml:space="preserve">[35:12] </w:t>
      </w:r>
      <w:r>
        <w:t>woh sawab ban gaya hua. to namaz mein jo khayalat atay hain, woh harghiz harghiz us ka yeh matlab nahi hai.</w:t>
      </w:r>
    </w:p>
    <w:p>
      <w:pPr>
        <w:jc w:val="right"/>
      </w:pPr>
      <w:r>
        <w:t>وہ ثواب بن گیا ہوا۔ تو نماز میں جو خیرات آتے ہیں، وہ ہرگز ہرگز اس کا یہ مطلب نہیں ہے۔</w:t>
      </w:r>
    </w:p>
    <w:p>
      <w:r>
        <w:rPr>
          <w:b/>
        </w:rPr>
        <w:t xml:space="preserve">[35:24] </w:t>
      </w:r>
      <w:r>
        <w:t>to Maulana, yeh Syed Sajid Ali, unhon ne aik hadith quote ki hai aur kaha ke us ki kuch tashreeh farmayein.</w:t>
      </w:r>
    </w:p>
    <w:p>
      <w:pPr>
        <w:jc w:val="right"/>
      </w:pPr>
      <w:r>
        <w:t>تو مولانا، یہ سید ساجد علی، انہوں نے ایک حدیث کوٹ کی ہے اور کہا کہ اس کی کچھ تشریح فرمائیں۔</w:t>
      </w:r>
    </w:p>
    <w:p>
      <w:r>
        <w:rPr>
          <w:b/>
        </w:rPr>
        <w:t xml:space="preserve">[35:36] </w:t>
      </w:r>
      <w:r>
        <w:t>woh hadith hai: Nabi sallallahu alaihi wasallam ne kaha: "main ghazwa tabuk ke mauqa par Nabi sallallahu alaihi wasallam ke pas hazir hua,</w:t>
      </w:r>
    </w:p>
    <w:p>
      <w:pPr>
        <w:jc w:val="right"/>
      </w:pPr>
      <w:r>
        <w:t>وہ حدیث ہے: نبی صلی اللہ علیہ وسلم نے کہا: "میں غزوہ تبوک کے موقع پر نبی صلی اللہ علیہ وسلم کے پاس حاضر ہوا،</w:t>
      </w:r>
    </w:p>
    <w:p>
      <w:r>
        <w:rPr>
          <w:b/>
        </w:rPr>
        <w:t xml:space="preserve">[35:44] </w:t>
      </w:r>
      <w:r>
        <w:t>aap ne farmaya ke qyamat ki chah nishaniyan shumar kar lo: meri maut, phir baitul maqdis ki fateh, phir aik waba jo tum mein shiddat se phailay gi, jaisay bakriyon mein ta'un phail jata hai,</w:t>
      </w:r>
    </w:p>
    <w:p>
      <w:pPr>
        <w:jc w:val="right"/>
      </w:pPr>
      <w:r>
        <w:t>آپ نے فرمایا کہ قیامت کی چھ نشانیاں شمار کر لو: میری موت، پھر بیت المقدس کی فتح، پھر ایک وبا جو تم میں شدت سے پھیلے گی، جیسے بکریوں میں طاعون پھیل جاتا ہے،</w:t>
      </w:r>
    </w:p>
    <w:p>
      <w:r>
        <w:rPr>
          <w:b/>
        </w:rPr>
        <w:t xml:space="preserve">[36:00] </w:t>
      </w:r>
      <w:r>
        <w:t>phir maal ki kasrat is darja mein hogi ke aik shakhs sau dinar bhi agar kisi ko dega to us par bhi woh naraz hoga,</w:t>
      </w:r>
    </w:p>
    <w:p>
      <w:pPr>
        <w:jc w:val="right"/>
      </w:pPr>
      <w:r>
        <w:t>پھر مال کی کثرت اس درجہ میں ہوگی کہ ایک شخص سو دینار بھی اگر کسی کو دے گا تو اس پر بھی وہ ناراض ہوگا،</w:t>
      </w:r>
    </w:p>
    <w:p>
      <w:r>
        <w:rPr>
          <w:b/>
        </w:rPr>
        <w:t xml:space="preserve">[36:09] </w:t>
      </w:r>
      <w:r>
        <w:t>phir fitna itna tabah kun aam hoga ke arab ka koi bhi ghar baqi na rahega jo us ki lapait mein na aa gaya ho, phir sulah jo tumhare aur bani asfar nasari room ke darmian hogi,</w:t>
      </w:r>
    </w:p>
    <w:p>
      <w:pPr>
        <w:jc w:val="right"/>
      </w:pPr>
      <w:r>
        <w:t>پھر فتنہ اتنا تباہ کن عام ہوگا کہ عرب کا کوئی بھی گھر باقی نہ رہے گا جو اس کی لپیٹ میں نہ آ گیا ہو، پھر صلح جو تمہارے اور بنی اصفر نصاری روم کے درمیان ہوگی،</w:t>
      </w:r>
    </w:p>
    <w:p>
      <w:r>
        <w:rPr>
          <w:b/>
        </w:rPr>
        <w:t xml:space="preserve">[36:24] </w:t>
      </w:r>
      <w:r>
        <w:t>lekin woh daawa kareinge aur aik azeem lashkar ke saath tum par charhai kareinge.</w:t>
      </w:r>
    </w:p>
    <w:p>
      <w:pPr>
        <w:jc w:val="right"/>
      </w:pPr>
      <w:r>
        <w:t>لیکن وہ دعویٰ کریں گے اور ایک عظیم لشکر کے ساتھ تم پر چڑھائی کریں گے۔</w:t>
      </w:r>
    </w:p>
    <w:p>
      <w:r>
        <w:rPr>
          <w:b/>
        </w:rPr>
        <w:t xml:space="preserve">[36:30] </w:t>
      </w:r>
      <w:r>
        <w:t>is mein 80 jhande honge aur har jhande ke mahtahat barah hazar fouj hogi." sahih al bukhari hadith number 3176.</w:t>
      </w:r>
    </w:p>
    <w:p>
      <w:pPr>
        <w:jc w:val="right"/>
      </w:pPr>
      <w:r>
        <w:t>اس میں اسی جھنڈے 80 جھنڈے ہوں گے اور ہر جھنڈے کے ماتحت بارہ ہزار فوج ہوگی۔" صحیح البخاری حدیث نمبر 3176۔</w:t>
      </w:r>
    </w:p>
    <w:p>
      <w:r>
        <w:rPr>
          <w:b/>
        </w:rPr>
        <w:t xml:space="preserve">[36:41] </w:t>
      </w:r>
      <w:r>
        <w:t>toh is mein qayamat ki nishaniyon ke baray mein bataya hai, toh woh bolna hai ke is par kuch tashreeh ki jaiye.</w:t>
      </w:r>
    </w:p>
    <w:p>
      <w:pPr>
        <w:jc w:val="right"/>
      </w:pPr>
      <w:r>
        <w:t>تو اس میں قیامت کی نشانیوں کے بارے میں بتایا ہے، تو وہ بولنا ہے کہ اس پر کچھ تشریح کیجئے۔</w:t>
      </w:r>
    </w:p>
    <w:p>
      <w:r>
        <w:rPr>
          <w:b/>
        </w:rPr>
        <w:t xml:space="preserve">[36:50] </w:t>
      </w:r>
      <w:r>
        <w:t>maulana, aik aik cheez aap ne ah ah kal ya parson batayi thi ke aam taur se muhaddiseen ne qayamat ki nishaniyon ko kitab al fitan ke tehat darj kiya hai, jis se aik negative thinking aati hai,</w:t>
      </w:r>
    </w:p>
    <w:p>
      <w:pPr>
        <w:jc w:val="right"/>
      </w:pPr>
      <w:r>
        <w:t>مولانا، ایک ایک چیز آپ نے اہ اہ کل یا پرسوں بتائی تھی کہ عام طور سے محدثین نے قیامت کی نشانیوں کو کتاب الفتن کے تحت درج کیا ہے، جس سے ایک نیگیٹیو تھنکنگ آتی ہے،</w:t>
      </w:r>
    </w:p>
    <w:p>
      <w:r>
        <w:rPr>
          <w:b/>
        </w:rPr>
        <w:t xml:space="preserve">[37:06] </w:t>
      </w:r>
      <w:r>
        <w:t>lekin is mein</w:t>
      </w:r>
    </w:p>
    <w:p>
      <w:pPr>
        <w:jc w:val="right"/>
      </w:pPr>
      <w:r>
        <w:t>لیکن اس میں</w:t>
      </w:r>
    </w:p>
    <w:p>
      <w:r>
        <w:rPr>
          <w:b/>
        </w:rPr>
        <w:t xml:space="preserve">[37:07] </w:t>
      </w:r>
      <w:r>
        <w:t>positive thinking ki baat hai. is par aap hamein rehnumai kijiye. kitab al fitan kehna sahi kehne se negative thinking aati hai, baat positive baat kya hamare liye qayamat ki nishaniyon wali hadith mein?</w:t>
      </w:r>
    </w:p>
    <w:p>
      <w:pPr>
        <w:jc w:val="right"/>
      </w:pPr>
      <w:r>
        <w:t>پوزیٹیو تھنکنگ کی بات ہے۔ اس پر آپ ہمیں رہنمائی کیجئے۔ کتاب الفتن کہنا صحیح کہنے سے نیگیٹیو تھنکنگ آتی ہے، بات پوزیٹیو بات کیا ہمارے لیے قیامت کی نشانیوں والی حدیث میں؟</w:t>
      </w:r>
    </w:p>
    <w:p>
      <w:r>
        <w:rPr>
          <w:b/>
        </w:rPr>
        <w:t xml:space="preserve">[37:24] </w:t>
      </w:r>
      <w:r>
        <w:t>main samajhta hoon ke woh tareekhi waqiyat hain. kitab al tawarikh in ka hona chahiye. kitab al tawarikh,</w:t>
      </w:r>
    </w:p>
    <w:p>
      <w:pPr>
        <w:jc w:val="right"/>
      </w:pPr>
      <w:r>
        <w:t>میں سمجھتا ہوں کہ وہ تاریخی واقعات ہیں۔ کتاب التوارخ ان کا ہونا چاہیے۔ کتاب التوارخ،</w:t>
      </w:r>
    </w:p>
    <w:p>
      <w:r>
        <w:rPr>
          <w:b/>
        </w:rPr>
        <w:t xml:space="preserve">[37:37] </w:t>
      </w:r>
      <w:r>
        <w:t>tareekhi asbaaq, tareekhi waqiyat,</w:t>
      </w:r>
    </w:p>
    <w:p>
      <w:pPr>
        <w:jc w:val="right"/>
      </w:pPr>
      <w:r>
        <w:t>تاریخی اسباق، تاریخی واقعات،</w:t>
      </w:r>
    </w:p>
    <w:p>
      <w:r>
        <w:rPr>
          <w:b/>
        </w:rPr>
        <w:t xml:space="preserve">[37:44] </w:t>
      </w:r>
      <w:r>
        <w:t>kyun ke woh woh sab bhare hue hain</w:t>
      </w:r>
    </w:p>
    <w:p>
      <w:pPr>
        <w:jc w:val="right"/>
      </w:pPr>
      <w:r>
        <w:t>کیونکہ وہ وہ سب بھرے ہوئے ہیں</w:t>
      </w:r>
    </w:p>
    <w:p>
      <w:r>
        <w:rPr>
          <w:b/>
        </w:rPr>
        <w:t xml:space="preserve">[37:50] </w:t>
      </w:r>
      <w:r>
        <w:t>lesson se, sab asbaaq se.</w:t>
      </w:r>
    </w:p>
    <w:p>
      <w:pPr>
        <w:jc w:val="right"/>
      </w:pPr>
      <w:r>
        <w:t>لیسن سے، سب اسباق سے۔</w:t>
      </w:r>
    </w:p>
    <w:p>
      <w:r>
        <w:rPr>
          <w:b/>
        </w:rPr>
        <w:t xml:space="preserve">[37:55] </w:t>
      </w:r>
      <w:r>
        <w:t>woh fitna se, woh fitna fitna se bhare hue nahi hain, woh woh lesson se bhare hue hain.</w:t>
      </w:r>
    </w:p>
    <w:p>
      <w:pPr>
        <w:jc w:val="right"/>
      </w:pPr>
      <w:r>
        <w:t>وہ فتنہ سے، وہ فتنہ فتنہ سے بھرے ہوئے نہیں ہیں، وہ وہ لیسن سے بھرے ہوئے ہیں۔</w:t>
      </w:r>
    </w:p>
    <w:p>
      <w:r>
        <w:rPr>
          <w:b/>
        </w:rPr>
        <w:t xml:space="preserve">[38:04] </w:t>
      </w:r>
      <w:r>
        <w:t>maulana abdullah ibn masood ka qaul hai: "in al momin yara zunubahu fi asal jabal alayh, wa in al fajir yara zunubahu wa qa ala anfih" ke momin jo hai apne gunahon ko dekhta hai, goya woh pahaad ke daaman mein ho aur us ko aur woh dar raha ho ke woh pahaad us par gir jayega.</w:t>
      </w:r>
    </w:p>
    <w:p>
      <w:pPr>
        <w:jc w:val="right"/>
      </w:pPr>
      <w:r>
        <w:t>مولانا عبداللہ ابن مسعود کا قول ہے: "ان المومن یرا ذنوبہ فی اصل جبل علیہ، وان الفاجر یرا ذنوبہ وقا علی انفہ" کہ مومن جو ہے اپنے گناہوں کو دیکھتا ہے، گویا وہ پہاڑ کے دامن میں ہو اور اس کو اور وہ ڈر رہا ہو کہ وہ پہاڑ اس پر گر جائے گا۔</w:t>
      </w:r>
    </w:p>
    <w:p>
      <w:r>
        <w:rPr>
          <w:b/>
        </w:rPr>
        <w:t xml:space="preserve">[38:33] </w:t>
      </w:r>
      <w:r>
        <w:t>aur fajar aadmi apne gunah ko makkhi ki tarah dekhta hai jo us ke naak par aa kar baith jati hai. is se yeh maloom hota hai ke momin jo hota hai woh bohat hi serious aur sincere insaan hota hai, woh careless nahi hota hai.</w:t>
      </w:r>
    </w:p>
    <w:p>
      <w:pPr>
        <w:jc w:val="right"/>
      </w:pPr>
      <w:r>
        <w:t>اور فاجر آدمی اپنے گناہ کو مکھی کی طرح دیکھتا ہے جو اس کے ناک پر آ کر بیٹھ جاتی ہے۔ اس سے یہ معلوم ہوتا ہے کہ مومن جو ہوتا ہے وہ بہت ہی سیریس اور سنسیئر انسان ہوتا ہے، وہ کیئرلیس نہیں ہوتا ہے۔</w:t>
      </w:r>
    </w:p>
    <w:p>
      <w:r>
        <w:rPr>
          <w:b/>
        </w:rPr>
        <w:t xml:space="preserve">[38:48] </w:t>
      </w:r>
      <w:r>
        <w:t>toh yeh sifat kaise paida ho sakti hai aik insaan ke andar?</w:t>
      </w:r>
    </w:p>
    <w:p>
      <w:pPr>
        <w:jc w:val="right"/>
      </w:pPr>
      <w:r>
        <w:t>تو یہ صفت کیسے پیدا ہو سکتی ہے ایک انسان کے اندر؟</w:t>
      </w:r>
    </w:p>
    <w:p>
      <w:r>
        <w:rPr>
          <w:b/>
        </w:rPr>
        <w:t xml:space="preserve">[38:53] </w:t>
      </w:r>
      <w:r>
        <w:t>jitna zyada woh rasta lapak kar aap kehne ki koshish kareinge, toh hadith mein aata hai ke momin meri taraf chal kar aayega toh main us ki taraf daud kar aaunga, daud kar.</w:t>
      </w:r>
    </w:p>
    <w:p>
      <w:pPr>
        <w:jc w:val="right"/>
      </w:pPr>
      <w:r>
        <w:t>جتنا زیادہ وہ راستہ لپک کر آپ کہنے کی کوشش کریں گے، تو حدیث میں آتا ہے کہ مومن میری طرف چل کر آئے گا تو میں اس کی طرف دوڑ کر آؤں گا، دوڑ کر۔</w:t>
      </w:r>
    </w:p>
    <w:p>
      <w:r>
        <w:rPr>
          <w:b/>
        </w:rPr>
        <w:t xml:space="preserve">[39:08] </w:t>
      </w:r>
      <w:r>
        <w:t>toh yeh kijiye aap, aaj chal kar rab ki taraf jaiye ke rab daud kar aap ki taraf aayega.</w:t>
      </w:r>
    </w:p>
    <w:p>
      <w:pPr>
        <w:jc w:val="right"/>
      </w:pPr>
      <w:r>
        <w:t>تو یہ کیجئے آپ، آج چل کر رب کی طرف جائیے کہ رب دوڑ کر آپ کی طرف آئے گا۔</w:t>
      </w:r>
    </w:p>
    <w:p>
      <w:r>
        <w:rPr>
          <w:b/>
        </w:rPr>
        <w:t xml:space="preserve">[39:17] </w:t>
      </w:r>
      <w:r>
        <w:t>karamaye ga, goya</w:t>
      </w:r>
    </w:p>
    <w:p>
      <w:pPr>
        <w:jc w:val="right"/>
      </w:pPr>
      <w:r>
        <w:t>کرمائے گا، گویا</w:t>
      </w:r>
    </w:p>
    <w:p>
      <w:r>
        <w:rPr>
          <w:b/>
        </w:rPr>
        <w:t xml:space="preserve">[39:21] </w:t>
      </w:r>
      <w:r>
        <w:t>rampur gaya.</w:t>
      </w:r>
    </w:p>
    <w:p>
      <w:pPr>
        <w:jc w:val="right"/>
      </w:pPr>
      <w:r>
        <w:t>رام پور 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