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Surah Al-'Asr I November 23, 2014</w:t>
      </w:r>
    </w:p>
    <w:p>
      <w:r>
        <w:t>https://www.youtube.com/watch?v=K1G2YJVBE5U</w:t>
      </w:r>
    </w:p>
    <w:p>
      <w:r>
        <w:rPr>
          <w:b/>
        </w:rPr>
        <w:t xml:space="preserve">[00:14] </w:t>
      </w:r>
      <w:r>
        <w:t>bismillah al rahman al rahim, wa salla Allahu ala nabiy al kareem.</w:t>
      </w:r>
    </w:p>
    <w:p>
      <w:pPr>
        <w:jc w:val="right"/>
      </w:pPr>
      <w:r>
        <w:t>بسم اللہ الرحمن الرحیم، وصلی اللہ علی نبی الکریم۔</w:t>
      </w:r>
    </w:p>
    <w:p>
      <w:r>
        <w:rPr>
          <w:b/>
        </w:rPr>
        <w:t xml:space="preserve">[00:23] </w:t>
      </w:r>
      <w:r>
        <w:t>rab ishrah li sadri, wa yassir li amri, wah al uqdatan min lisani,</w:t>
      </w:r>
    </w:p>
    <w:p>
      <w:pPr>
        <w:jc w:val="right"/>
      </w:pPr>
      <w:r>
        <w:t>رب اشرح لی صدری، ویسر لی امری، واحل العقدۃ من لسانی،</w:t>
      </w:r>
    </w:p>
    <w:p>
      <w:r>
        <w:rPr>
          <w:b/>
        </w:rPr>
        <w:t xml:space="preserve">[00:33] </w:t>
      </w:r>
      <w:r>
        <w:t>yafqahu qawli.</w:t>
      </w:r>
    </w:p>
    <w:p>
      <w:pPr>
        <w:jc w:val="right"/>
      </w:pPr>
      <w:r>
        <w:t>یفقہ قولی۔</w:t>
      </w:r>
    </w:p>
    <w:p>
      <w:r>
        <w:rPr>
          <w:b/>
        </w:rPr>
        <w:t xml:space="preserve">[00:42] </w:t>
      </w:r>
      <w:r>
        <w:t>aaj ka topic hai quran ki surah al asr.</w:t>
      </w:r>
    </w:p>
    <w:p>
      <w:pPr>
        <w:jc w:val="right"/>
      </w:pPr>
      <w:r>
        <w:t>آج کا ٹاپک ہے قرآن کی سورہ العصر۔</w:t>
      </w:r>
    </w:p>
    <w:p>
      <w:r>
        <w:rPr>
          <w:b/>
        </w:rPr>
        <w:t xml:space="preserve">[00:50] </w:t>
      </w:r>
      <w:r>
        <w:t>quran mein aap jante hain ke 114 suratein hain,</w:t>
      </w:r>
    </w:p>
    <w:p>
      <w:pPr>
        <w:jc w:val="right"/>
      </w:pPr>
      <w:r>
        <w:t>قرآن میں آپ جانتے ہیں کہ 114 سورتیں ہیں،</w:t>
      </w:r>
    </w:p>
    <w:p>
      <w:r>
        <w:rPr>
          <w:b/>
        </w:rPr>
        <w:t xml:space="preserve">[01:00] </w:t>
      </w:r>
      <w:r>
        <w:t>aur surah number 103 al asr hai. yeh choti surah hai,</w:t>
      </w:r>
    </w:p>
    <w:p>
      <w:pPr>
        <w:jc w:val="right"/>
      </w:pPr>
      <w:r>
        <w:t>اور سورہ نمبر 103 العصر ہے۔ یہ چھوٹی سورہ ہے،</w:t>
      </w:r>
    </w:p>
    <w:p>
      <w:r>
        <w:rPr>
          <w:b/>
        </w:rPr>
        <w:t xml:space="preserve">[01:12] </w:t>
      </w:r>
      <w:r>
        <w:t>bohat choti,</w:t>
      </w:r>
    </w:p>
    <w:p>
      <w:pPr>
        <w:jc w:val="right"/>
      </w:pPr>
      <w:r>
        <w:t>بہت چھوٹی،</w:t>
      </w:r>
    </w:p>
    <w:p>
      <w:r>
        <w:rPr>
          <w:b/>
        </w:rPr>
        <w:t xml:space="preserve">[01:15] </w:t>
      </w:r>
      <w:r>
        <w:t>lekin is ke bare mein riwayat mein bohat ahem baatein aayi hain.</w:t>
      </w:r>
    </w:p>
    <w:p>
      <w:pPr>
        <w:jc w:val="right"/>
      </w:pPr>
      <w:r>
        <w:t>لیکن اس کے بارے میں روایات میں بہت اہم باتیں آئی ہیں۔</w:t>
      </w:r>
    </w:p>
    <w:p>
      <w:r>
        <w:rPr>
          <w:b/>
        </w:rPr>
        <w:t xml:space="preserve">[01:27] </w:t>
      </w:r>
      <w:r>
        <w:t>mislan imam shafi ne kaha hai: "lo tadabbara al-nasu hathi al-surah la-wasa'athum" .</w:t>
      </w:r>
    </w:p>
    <w:p>
      <w:pPr>
        <w:jc w:val="right"/>
      </w:pPr>
      <w:r>
        <w:t>مثلاً امام شافعی نے کہا ہے: "لو تدبر الناس هذه السورة لوسعتهم" ۔</w:t>
      </w:r>
    </w:p>
    <w:p>
      <w:r>
        <w:rPr>
          <w:b/>
        </w:rPr>
        <w:t xml:space="preserve">[01:42] </w:t>
      </w:r>
      <w:r>
        <w:t>log agar is surah, yani al-asr, par ghor karein</w:t>
      </w:r>
    </w:p>
    <w:p>
      <w:pPr>
        <w:jc w:val="right"/>
      </w:pPr>
      <w:r>
        <w:t>لوگ اگر اس سورہ، یعنی العصر، پر غور کریں</w:t>
      </w:r>
    </w:p>
    <w:p>
      <w:r>
        <w:rPr>
          <w:b/>
        </w:rPr>
        <w:t xml:space="preserve">[01:47] </w:t>
      </w:r>
      <w:r>
        <w:t>to wahi un ke liye kafi ho jaye.</w:t>
      </w:r>
    </w:p>
    <w:p>
      <w:pPr>
        <w:jc w:val="right"/>
      </w:pPr>
      <w:r>
        <w:t>تو وہی ان کے لیے کافی ہو جائے۔</w:t>
      </w:r>
    </w:p>
    <w:p>
      <w:r>
        <w:rPr>
          <w:b/>
        </w:rPr>
        <w:t xml:space="preserve">[01:56] </w:t>
      </w:r>
      <w:r>
        <w:t>isi tarah se riwayat mein aaya hai: tabrani ki ek riwayat hai jis ko ibn kathir ne naqal kiya hai apni tafsir mein, ke sahaba rasool ka tareeqa tha ke do aadmi agar milte</w:t>
      </w:r>
    </w:p>
    <w:p>
      <w:pPr>
        <w:jc w:val="right"/>
      </w:pPr>
      <w:r>
        <w:t>اسی طرح سے روایات میں آیا ہے: الطبرانی کی ایک روایت ہے جس کو ابن کثیر نے نقل کیا ہے اپنی تفسیر میں، کہ صحابہ رسول کا طریقہ تھا کہ دو آدمی اگر ملتے</w:t>
      </w:r>
    </w:p>
    <w:p>
      <w:r>
        <w:rPr>
          <w:b/>
        </w:rPr>
        <w:t xml:space="preserve">[02:16] </w:t>
      </w:r>
      <w:r>
        <w:t>to hamesha juda hone se pehle woh surah al-asr ek doosre ko sunate, phir salam kar ke alag hote.</w:t>
      </w:r>
    </w:p>
    <w:p>
      <w:pPr>
        <w:jc w:val="right"/>
      </w:pPr>
      <w:r>
        <w:t>تو ہمیشہ جدا ہونے سے پہلے وہ سورہ والعصر ایک دوسرے کو سناتے، پھر سلام کر کے الگ ہوتے۔</w:t>
      </w:r>
    </w:p>
    <w:p>
      <w:r>
        <w:rPr>
          <w:b/>
        </w:rPr>
        <w:t xml:space="preserve">[02:28] </w:t>
      </w:r>
      <w:r>
        <w:t>to yeh baat bohat dinon se mere zehen mein thi ke surah al-asr ke bare mein</w:t>
      </w:r>
    </w:p>
    <w:p>
      <w:pPr>
        <w:jc w:val="right"/>
      </w:pPr>
      <w:r>
        <w:t>تو یہ بات بہت دنوں سے میرے ذہن میں تھی کہ سورہ والعصر کے بارے میں</w:t>
      </w:r>
    </w:p>
    <w:p>
      <w:r>
        <w:rPr>
          <w:b/>
        </w:rPr>
        <w:t xml:space="preserve">[02:32] </w:t>
      </w:r>
      <w:r>
        <w:t>is tarah ki baatein hain. main sochta rehta tha ke aakhir yeh maamla kya hai, kya ahmiyat hai surah al-asr ki.</w:t>
      </w:r>
    </w:p>
    <w:p>
      <w:pPr>
        <w:jc w:val="right"/>
      </w:pPr>
      <w:r>
        <w:t>اس طرح کی باتیں ہیں۔ میں سوچتا رہتا تھا کہ آخر یہ معاملہ کیا ہے، کیا اہمیت ہے سورہ والعصر کی۔</w:t>
      </w:r>
    </w:p>
    <w:p>
      <w:r>
        <w:rPr>
          <w:b/>
        </w:rPr>
        <w:t xml:space="preserve">[02:45] </w:t>
      </w:r>
      <w:r>
        <w:t>surah al-asr ki itni zyada ahmiyat kyun hai?</w:t>
      </w:r>
    </w:p>
    <w:p>
      <w:pPr>
        <w:jc w:val="right"/>
      </w:pPr>
      <w:r>
        <w:t>سورہ والعصر کی اتنی زیادہ اہمیت کیوں ہے؟</w:t>
      </w:r>
    </w:p>
    <w:p>
      <w:r>
        <w:rPr>
          <w:b/>
        </w:rPr>
        <w:t xml:space="preserve">[02:52] </w:t>
      </w:r>
      <w:r>
        <w:t>tafsiron mein mujhe is ka koi wazeh jawab nahi mila.</w:t>
      </w:r>
    </w:p>
    <w:p>
      <w:pPr>
        <w:jc w:val="right"/>
      </w:pPr>
      <w:r>
        <w:t>تفسیروں میں مجھے اس کا کوئی واضح جواب نہیں ملا۔</w:t>
      </w:r>
    </w:p>
    <w:p>
      <w:r>
        <w:rPr>
          <w:b/>
        </w:rPr>
        <w:t xml:space="preserve">[03:01] </w:t>
      </w:r>
      <w:r>
        <w:t>lekin is ka jo shuru ka hissa hai: wal-asr inna al-insana lafi khusr .</w:t>
      </w:r>
    </w:p>
    <w:p>
      <w:pPr>
        <w:jc w:val="right"/>
      </w:pPr>
      <w:r>
        <w:t>لیکن اس کا جو شروع کا حصہ ہے: والعصر إن الإنسان لفي خسر ۔</w:t>
      </w:r>
    </w:p>
    <w:p>
      <w:r>
        <w:rPr>
          <w:b/>
        </w:rPr>
        <w:t xml:space="preserve">[03:11] </w:t>
      </w:r>
      <w:r>
        <w:t>zamana gawah hai ke insaan ghaate mein hai.</w:t>
      </w:r>
    </w:p>
    <w:p>
      <w:pPr>
        <w:jc w:val="right"/>
      </w:pPr>
      <w:r>
        <w:t>زمانہ گواہ ہے کہ انسان گھاٹے میں ہے۔</w:t>
      </w:r>
    </w:p>
    <w:p>
      <w:r>
        <w:rPr>
          <w:b/>
        </w:rPr>
        <w:t xml:space="preserve">[03:18] </w:t>
      </w:r>
      <w:r>
        <w:t>time is a witness that man is in loss. dekhein, yahan time ka jo lafz hai woh history ke bare mein hai, human history.</w:t>
      </w:r>
    </w:p>
    <w:p>
      <w:pPr>
        <w:jc w:val="right"/>
      </w:pPr>
      <w:r>
        <w:t>Time is a witness that man is in loss. دیکھیں، یہاں ٹائم کا جو لفظ ہے وہ ہسٹری کے بارے میں ہے، ہیومن ہسٹری۔</w:t>
      </w:r>
    </w:p>
    <w:p>
      <w:r>
        <w:rPr>
          <w:b/>
        </w:rPr>
        <w:t xml:space="preserve">[03:34] </w:t>
      </w:r>
      <w:r>
        <w:t>ke insaan ki tareekh is baat ki gawah hai</w:t>
      </w:r>
    </w:p>
    <w:p>
      <w:pPr>
        <w:jc w:val="right"/>
      </w:pPr>
      <w:r>
        <w:t>کہ انسان کی تاریخ اس بات کی گواہ ہے</w:t>
      </w:r>
    </w:p>
    <w:p>
      <w:r>
        <w:rPr>
          <w:b/>
        </w:rPr>
        <w:t xml:space="preserve">[03:38] </w:t>
      </w:r>
      <w:r>
        <w:t>ke insaan ghaate mein hai.</w:t>
      </w:r>
    </w:p>
    <w:p>
      <w:pPr>
        <w:jc w:val="right"/>
      </w:pPr>
      <w:r>
        <w:t>کہ انسان گھاٹے میں ہے۔</w:t>
      </w:r>
    </w:p>
    <w:p>
      <w:r>
        <w:rPr>
          <w:b/>
        </w:rPr>
        <w:t xml:space="preserve">[03:46] </w:t>
      </w:r>
      <w:r>
        <w:t>to main sochta tha aakhir is ka kya matlab hai, kyun itni zyada ahmiyat is surah ki hai. to main aisa hai ke rozana main all india radio sunta hoon.</w:t>
      </w:r>
    </w:p>
    <w:p>
      <w:pPr>
        <w:jc w:val="right"/>
      </w:pPr>
      <w:r>
        <w:t>تو میں سوچتا تھا آخر اس کا کیا مطلب ہے، کیوں اتنی زیادہ اہمیت اس سورہ کی ہے۔ تو میں ایسا ہے کہ روزانہ میں آل انڈیا ڈیلی سنتا ہوں۔</w:t>
      </w:r>
    </w:p>
    <w:p>
      <w:r>
        <w:rPr>
          <w:b/>
        </w:rPr>
        <w:t xml:space="preserve">[04:01] </w:t>
      </w:r>
      <w:r>
        <w:t>is mein aksar interview aate hain logon ke, rozana hi taqreeban.</w:t>
      </w:r>
    </w:p>
    <w:p>
      <w:pPr>
        <w:jc w:val="right"/>
      </w:pPr>
      <w:r>
        <w:t>اس میں اکثر انٹرویو آتے ہیں لوگوں کے، روزانہ ہی تقریباً۔</w:t>
      </w:r>
    </w:p>
    <w:p>
      <w:r>
        <w:rPr>
          <w:b/>
        </w:rPr>
        <w:t xml:space="preserve">[04:09] </w:t>
      </w:r>
      <w:r>
        <w:t>to main sun raha tha, sun raha tha muddaton se, har insaan apne bare mein neki ki khabar deta hai.</w:t>
      </w:r>
    </w:p>
    <w:p>
      <w:pPr>
        <w:jc w:val="right"/>
      </w:pPr>
      <w:r>
        <w:t>تو میں سن رہا تھا، سن رہا تھا مدتوں سے، ہر انسان اپنے بارے میں نیکی کی خبر دیتا ہے۔</w:t>
      </w:r>
    </w:p>
    <w:p>
      <w:r>
        <w:rPr>
          <w:b/>
        </w:rPr>
        <w:t xml:space="preserve">[04:21] </w:t>
      </w:r>
      <w:r>
        <w:t>koi khushi ki khabar nahi deta.</w:t>
      </w:r>
    </w:p>
    <w:p>
      <w:pPr>
        <w:jc w:val="right"/>
      </w:pPr>
      <w:r>
        <w:t>کوئی خوشی کی خبر نہیں دیتا۔</w:t>
      </w:r>
    </w:p>
    <w:p>
      <w:r>
        <w:rPr>
          <w:b/>
        </w:rPr>
        <w:t xml:space="preserve">[04:27] </w:t>
      </w:r>
      <w:r>
        <w:t>har aadmi ki zindagi ek</w:t>
      </w:r>
    </w:p>
    <w:p>
      <w:pPr>
        <w:jc w:val="right"/>
      </w:pPr>
      <w:r>
        <w:t>ہر آدمی کی زندگی ایک</w:t>
      </w:r>
    </w:p>
    <w:p>
      <w:r>
        <w:rPr>
          <w:b/>
        </w:rPr>
        <w:t xml:space="preserve">[04:36] </w:t>
      </w:r>
      <w:r>
        <w:t>mayusi ke tajrube par khatam hoti hai. is ko le kar maine socha. to mujhe samajh mein aaya ke yeh haqeeqat pasandana approach hai ke aap zindagi mein is ke manfi pehlu ko le kar sochein.</w:t>
      </w:r>
    </w:p>
    <w:p>
      <w:pPr>
        <w:jc w:val="right"/>
      </w:pPr>
      <w:r>
        <w:t>مایوسی کے تجربے پر ختم ہوتی ہے۔ اس کو لے کر میں نے سوچا۔ تو مجھے سمجھ میں آیا کہ یہ حقیقت پسندانہ اپروچ ہے کہ آپ زندگی میں اس کے منفی پہلو کو لے کر سوچیں۔</w:t>
      </w:r>
    </w:p>
    <w:p>
      <w:r>
        <w:rPr>
          <w:b/>
        </w:rPr>
        <w:t xml:space="preserve">[04:57] </w:t>
      </w:r>
      <w:r>
        <w:t>yani faide ke bajaye nuqsan ko le kar sochein.</w:t>
      </w:r>
    </w:p>
    <w:p>
      <w:pPr>
        <w:jc w:val="right"/>
      </w:pPr>
      <w:r>
        <w:t>یعنی فائدے کے بجائے نقصان کو لے کر سوچیں۔</w:t>
      </w:r>
    </w:p>
    <w:p>
      <w:r>
        <w:rPr>
          <w:b/>
        </w:rPr>
        <w:t xml:space="preserve">[05:03] </w:t>
      </w:r>
      <w:r>
        <w:t>kyun ke haqeeqi jo tajruba hai woh to nuqsan ka hai, ghaate ka hai, paane ka nahi hai.</w:t>
      </w:r>
    </w:p>
    <w:p>
      <w:pPr>
        <w:jc w:val="right"/>
      </w:pPr>
      <w:r>
        <w:t>کیونکہ حقیقی جو تجربہ ہے وہ تو نقصان کا ہے، گھاٹے کا ہے، پانے کا نہیں ہے۔</w:t>
      </w:r>
    </w:p>
    <w:p>
      <w:r>
        <w:rPr>
          <w:b/>
        </w:rPr>
        <w:t xml:space="preserve">[05:13] </w:t>
      </w:r>
      <w:r>
        <w:t>insaan chahta hai paana lekin is se woh khona aata hai.</w:t>
      </w:r>
    </w:p>
    <w:p>
      <w:pPr>
        <w:jc w:val="right"/>
      </w:pPr>
      <w:r>
        <w:t>انسان چاہتا ہے پانا لیکن اس سے وہ کھونا آتا ہے۔</w:t>
      </w:r>
    </w:p>
    <w:p>
      <w:r>
        <w:rPr>
          <w:b/>
        </w:rPr>
        <w:t xml:space="preserve">[05:20] </w:t>
      </w:r>
      <w:r>
        <w:t>is ka matlab yeh hua ke aadmi apni jazbat ke aitbar se to chahta hai paana lekin amli taur par duniya mein woh sirf is ko tajruba hota hai khone ka,</w:t>
      </w:r>
    </w:p>
    <w:p>
      <w:pPr>
        <w:jc w:val="right"/>
      </w:pPr>
      <w:r>
        <w:t>اس کا معنی یہ ہوا کہ آدمی اپنی جذبات کے اعتبار سے تو چاہتا ہے پانا لیکن عملی طور پر دنیا میں وہ صرف اس کو تجربہ ہوتا ہے کھونے کا،</w:t>
      </w:r>
    </w:p>
    <w:p>
      <w:r>
        <w:rPr>
          <w:b/>
        </w:rPr>
        <w:t xml:space="preserve">[05:39] </w:t>
      </w:r>
      <w:r>
        <w:t>jis ko quran mein nuqsan kaha gaya hai.</w:t>
      </w:r>
    </w:p>
    <w:p>
      <w:pPr>
        <w:jc w:val="right"/>
      </w:pPr>
      <w:r>
        <w:t>جس کو قرآن میں نقصان کہا گیا ہے۔</w:t>
      </w:r>
    </w:p>
    <w:p>
      <w:r>
        <w:rPr>
          <w:b/>
        </w:rPr>
        <w:t xml:space="preserve">[05:45] </w:t>
      </w:r>
      <w:r>
        <w:t>to main ne socha ke is sahaba karam jo the wo kyon is ko ahmiyat dete the? kaha hum apni zindagi ke nuqsan wale pehlu ko le kar sochen, yani faide wale pehlu ko nahi</w:t>
      </w:r>
    </w:p>
    <w:p>
      <w:pPr>
        <w:jc w:val="right"/>
      </w:pPr>
      <w:r>
        <w:t>تو میں نے سوچا کہ اس صحابہ کرام جو تھے وہ کیوں اس کو اہمیت دیتے تھے؟ کہا ہم اپنی زندگی کے نقصان والے پہلو کو لے کر سوچیں، یعنی فائدے والے پہلو کو نہیں</w:t>
      </w:r>
    </w:p>
    <w:p>
      <w:r>
        <w:rPr>
          <w:b/>
        </w:rPr>
        <w:t xml:space="preserve">[06:01] </w:t>
      </w:r>
      <w:r>
        <w:t>balkeh khone wale pehlu ko le kar sochen.</w:t>
      </w:r>
    </w:p>
    <w:p>
      <w:pPr>
        <w:jc w:val="right"/>
      </w:pPr>
      <w:r>
        <w:t>بلکہ کھونے والے پہلو کو لے کر سوچیں۔</w:t>
      </w:r>
    </w:p>
    <w:p>
      <w:r>
        <w:rPr>
          <w:b/>
        </w:rPr>
        <w:t xml:space="preserve">[06:09] </w:t>
      </w:r>
      <w:r>
        <w:t>to mujhe samajh mein aaya ke yeh bohat bari hikmat hai, bohat bari hikmat hai. is liye ke agar aap apne paane wali cheezon ko sochen, jo aap ko faida hua us ko le kar sochen to kya hoga?</w:t>
      </w:r>
    </w:p>
    <w:p>
      <w:pPr>
        <w:jc w:val="right"/>
      </w:pPr>
      <w:r>
        <w:t>تو مجھے سمجھ میں آیا کہ یہ بہت بڑی حکمت ہے، بہت بڑی حکمت ہے۔ اس لیے کہ اگر آپ اپنے پانے والی چیزوں کو سوچیں، جو آپ کو فائدہ ہوا اس کو لے کر سوچیں تو کیا ہوگا؟</w:t>
      </w:r>
    </w:p>
    <w:p>
      <w:r>
        <w:rPr>
          <w:b/>
        </w:rPr>
        <w:t xml:space="preserve">[06:27] </w:t>
      </w:r>
      <w:r>
        <w:t>aap ke andar fakhar aaye ga, gharoor aaye ga, aala pan ka ehsas aaye ga, jo kisi insan ke liye sab se buri cheez hai.</w:t>
      </w:r>
    </w:p>
    <w:p>
      <w:pPr>
        <w:jc w:val="right"/>
      </w:pPr>
      <w:r>
        <w:t>آپ کے اندر فخر آئے گا، غرور آئے گا، اعلیٰ پن کا احساس آئے گا، جو کسی انسان کے لیے سب سے بری چیز ہے۔</w:t>
      </w:r>
    </w:p>
    <w:p>
      <w:r>
        <w:rPr>
          <w:b/>
        </w:rPr>
        <w:t xml:space="preserve">[06:43] </w:t>
      </w:r>
      <w:r>
        <w:t>lekin agar aap nuqsan ko le kar sochen</w:t>
      </w:r>
    </w:p>
    <w:p>
      <w:pPr>
        <w:jc w:val="right"/>
      </w:pPr>
      <w:r>
        <w:t>لیکن اگر آپ نقصان کو لے کر سوچیں</w:t>
      </w:r>
    </w:p>
    <w:p>
      <w:r>
        <w:rPr>
          <w:b/>
        </w:rPr>
        <w:t xml:space="preserve">[06:47] </w:t>
      </w:r>
      <w:r>
        <w:t>to aap ke andar ajzi aaye gi, tawazu aaye gi, izzat aaye gi.</w:t>
      </w:r>
    </w:p>
    <w:p>
      <w:pPr>
        <w:jc w:val="right"/>
      </w:pPr>
      <w:r>
        <w:t>تو آپ کے اندر عاجزی آئے گی، تواضع آئے گی، عزت آئے گی۔</w:t>
      </w:r>
    </w:p>
    <w:p>
      <w:r>
        <w:rPr>
          <w:b/>
        </w:rPr>
        <w:t xml:space="preserve">[06:56] </w:t>
      </w:r>
      <w:r>
        <w:t>aur yahi sab se bari cheez hai insan ke liye. kyunke isi se aata hai, isi se aati hai wo cheez jis ko kehte hain haqiqat pasandana mizaj.</w:t>
      </w:r>
    </w:p>
    <w:p>
      <w:pPr>
        <w:jc w:val="right"/>
      </w:pPr>
      <w:r>
        <w:t>اور یہی سب سے بڑی چیز ہے انسان کے لیے۔ کیونکہ اسی سے آتا ہے، اسی سے آتی ہے وہ چیز جس کو کہتے ہیں حقیقت پسندانہ مزاج۔</w:t>
      </w:r>
    </w:p>
    <w:p>
      <w:r>
        <w:rPr>
          <w:b/>
        </w:rPr>
        <w:t xml:space="preserve">[07:12] </w:t>
      </w:r>
      <w:r>
        <w:t>to main sochta hoon ke yeh koi saada baat nahi hai ke sahaba karam aapas mein is surah ko bohat ziyada zikr karte the.</w:t>
      </w:r>
    </w:p>
    <w:p>
      <w:pPr>
        <w:jc w:val="right"/>
      </w:pPr>
      <w:r>
        <w:t>تو میں سوچتا ہوں کہ یہ کوئی سادہ بات نہیں ہے کہ صحابہ کرام آپس میں اس سورہ کو بہت زیادہ ذکر کرتے تھے۔</w:t>
      </w:r>
    </w:p>
    <w:p>
      <w:r>
        <w:rPr>
          <w:b/>
        </w:rPr>
        <w:t xml:space="preserve">[07:27] </w:t>
      </w:r>
      <w:r>
        <w:t>doosri baat yeh hai ke jab aap nuqsan ko le kar sochen bajaye faide ke to amalan wo kya hota hai?</w:t>
      </w:r>
    </w:p>
    <w:p>
      <w:pPr>
        <w:jc w:val="right"/>
      </w:pPr>
      <w:r>
        <w:t>دوسری بات یہ ہے کہ جب آپ نقصان کو لے کر سوچیں بجائے فائدے کے تو عملاً وہ کیا ہوتا ہے؟</w:t>
      </w:r>
    </w:p>
    <w:p>
      <w:r>
        <w:rPr>
          <w:b/>
        </w:rPr>
        <w:t xml:space="preserve">[07:37] </w:t>
      </w:r>
      <w:r>
        <w:t>wo hoti hai akhirat markooz soch. kyunke</w:t>
      </w:r>
    </w:p>
    <w:p>
      <w:pPr>
        <w:jc w:val="right"/>
      </w:pPr>
      <w:r>
        <w:t>وہ ہوتی ہے آخرت مرکوز سوچ۔ کیونکہ</w:t>
      </w:r>
    </w:p>
    <w:p>
      <w:r>
        <w:rPr>
          <w:b/>
        </w:rPr>
        <w:t xml:space="preserve">[07:45] </w:t>
      </w:r>
      <w:r>
        <w:t>aap ko yeh baat khulti hai aap ke upar ke dunya to paane ki jagah hai hi nahi, paane ki jagah to akhirat hai.</w:t>
      </w:r>
    </w:p>
    <w:p>
      <w:pPr>
        <w:jc w:val="right"/>
      </w:pPr>
      <w:r>
        <w:t>آپ کو یہ بات کھلتی ہے آپ کے اوپر کہ دنیا تو پانے کی جگہ ہے ہی نہیں، پانے کی جگہ تو آخرت ہے۔</w:t>
      </w:r>
    </w:p>
    <w:p>
      <w:r>
        <w:rPr>
          <w:b/>
        </w:rPr>
        <w:t xml:space="preserve">[07:57] </w:t>
      </w:r>
      <w:r>
        <w:t>jis jo jannat hum talash kar rahe hain wo jannat yahan hai hi nahi, wo to akhirat mein hai.</w:t>
      </w:r>
    </w:p>
    <w:p>
      <w:pPr>
        <w:jc w:val="right"/>
      </w:pPr>
      <w:r>
        <w:t>جس جو جنت ہم تلاش کر رہے ہیں وہ جنت یہاں ہے ہی نہیں، وہ تو آخرت میں ہے۔</w:t>
      </w:r>
    </w:p>
    <w:p>
      <w:r>
        <w:rPr>
          <w:b/>
        </w:rPr>
        <w:t xml:space="preserve">[08:03] </w:t>
      </w:r>
      <w:r>
        <w:t>to akhirat rukh zehan banta hai. aur yeh sab se bari aham cheez hai. sab se bari aham cheez yahi hai.</w:t>
      </w:r>
    </w:p>
    <w:p>
      <w:pPr>
        <w:jc w:val="right"/>
      </w:pPr>
      <w:r>
        <w:t>تو آخرت رخِ ذہن بنتا ہے۔ اور یہ سب سے بڑی اہم چیز ہے۔ سب سے بڑی اہم چیز یہی ہے۔</w:t>
      </w:r>
    </w:p>
    <w:p>
      <w:r>
        <w:rPr>
          <w:b/>
        </w:rPr>
        <w:t xml:space="preserve">[08:15] </w:t>
      </w:r>
      <w:r>
        <w:t>aur yeh poori tareekh mein insan ki soch jo hai</w:t>
      </w:r>
    </w:p>
    <w:p>
      <w:pPr>
        <w:jc w:val="right"/>
      </w:pPr>
      <w:r>
        <w:t>اور یہ پوری تاریخ میں انسان کی سوچ جو ہے</w:t>
      </w:r>
    </w:p>
    <w:p>
      <w:r>
        <w:rPr>
          <w:b/>
        </w:rPr>
        <w:t xml:space="preserve">[08:21] </w:t>
      </w:r>
      <w:r>
        <w:t>haal ke liye kar rahi hai. aaj kal kaha jata hai: "right hereright now".</w:t>
      </w:r>
    </w:p>
    <w:p>
      <w:pPr>
        <w:jc w:val="right"/>
      </w:pPr>
      <w:r>
        <w:t>حال کے لیے کر رہی ہے۔ آج کل کہا جاتا ہے: "right hereright now"۔</w:t>
      </w:r>
    </w:p>
    <w:p>
      <w:r>
        <w:rPr>
          <w:b/>
        </w:rPr>
        <w:t xml:space="preserve">[08:31] </w:t>
      </w:r>
      <w:r>
        <w:t>yani aaj hi ko le kar sochna. lekin sawal yeh hai ke kis ne aaj ko paya?</w:t>
      </w:r>
    </w:p>
    <w:p>
      <w:pPr>
        <w:jc w:val="right"/>
      </w:pPr>
      <w:r>
        <w:t>یعنی آج ہی کو لے کر سوچنا۔ لیکن سوال یہ ہے کہ کس نے آج کو پایا؟</w:t>
      </w:r>
    </w:p>
    <w:p>
      <w:r>
        <w:rPr>
          <w:b/>
        </w:rPr>
        <w:t xml:space="preserve">[08:40] </w:t>
      </w:r>
      <w:r>
        <w:t>yani "right hereright now" ka jo</w:t>
      </w:r>
    </w:p>
    <w:p>
      <w:pPr>
        <w:jc w:val="right"/>
      </w:pPr>
      <w:r>
        <w:t>یعنی "right hereright now" کا جو</w:t>
      </w:r>
    </w:p>
    <w:p>
      <w:r>
        <w:rPr>
          <w:b/>
        </w:rPr>
        <w:t xml:space="preserve">[08:45] </w:t>
      </w:r>
      <w:r>
        <w:t>jo falsafi hai wo to wo to bilkul nakaam falsafi hai. kisi ko "right hereright now" par khushi hasil nahi hui.</w:t>
      </w:r>
    </w:p>
    <w:p>
      <w:pPr>
        <w:jc w:val="right"/>
      </w:pPr>
      <w:r>
        <w:t>جو فلسفی ہے وہ تو وہ تو بالکل ناکام فلسفی ہے۔ کسی کو "right hereright now" پر خوشی حاصل نہیں ہوئی۔</w:t>
      </w:r>
    </w:p>
    <w:p>
      <w:r>
        <w:rPr>
          <w:b/>
        </w:rPr>
        <w:t xml:space="preserve">[09:02] </w:t>
      </w:r>
      <w:r>
        <w:t>kal ek sahab se meri mulaqat thi, wo mumbai se aaye the. to unhone kaha ke main ek majlis mein, mujhe ittefaq hua jane ka.</w:t>
      </w:r>
    </w:p>
    <w:p>
      <w:pPr>
        <w:jc w:val="right"/>
      </w:pPr>
      <w:r>
        <w:t>کل ایک صاحب سے میری ملاقات تھی، وہ ممبئی سے آئے تھے۔ تو انہوں نے کہا کہ میں ایک مجلس میں، مجھے اتفاق ہوا جانے کا۔</w:t>
      </w:r>
    </w:p>
    <w:p>
      <w:r>
        <w:rPr>
          <w:b/>
        </w:rPr>
        <w:t xml:space="preserve">[09:12] </w:t>
      </w:r>
      <w:r>
        <w:t>to wahan sab jo super star log the, jo kahe jate hain super star, wo the ittefaq se wahan par.</w:t>
      </w:r>
    </w:p>
    <w:p>
      <w:pPr>
        <w:jc w:val="right"/>
      </w:pPr>
      <w:r>
        <w:t>تو وہاں سب جو سپر اسٹار لوگ تھے، جو کہے جاتے ہیں سپر اسٹار، وہ تھے اتفاق سے وہاں پر۔</w:t>
      </w:r>
    </w:p>
    <w:p>
      <w:r>
        <w:rPr>
          <w:b/>
        </w:rPr>
        <w:t xml:space="preserve">[09:23] </w:t>
      </w:r>
      <w:r>
        <w:t>to make up kiye hue nahi the. jab make up kar ke aate hain wo stage par to un ka haliya doosra hota hai. to unhone kaha ke wahan par ek ghair rasmi meeting thi, wo bohat hi top ke log wahan par the.</w:t>
      </w:r>
    </w:p>
    <w:p>
      <w:pPr>
        <w:jc w:val="right"/>
      </w:pPr>
      <w:r>
        <w:t>تو میک اپ کیے ہوئے نہیں تھے۔ جب میک اپ کر کے آتے ہیں وہ اسٹیج پر تو ان کا حلیہ دوسرا ہوتا ہے۔ تو انہوں نے کہا کہ وہاں پر ایک غیر رسمی میٹنگ تھی، وہ بہت ہی ٹاپ کے لوگ وہاں پر تھے۔</w:t>
      </w:r>
    </w:p>
    <w:p>
      <w:r>
        <w:rPr>
          <w:b/>
        </w:rPr>
        <w:t xml:space="preserve">[09:42] </w:t>
      </w:r>
      <w:r>
        <w:t>yeh ittefaq se wahan aaye. yeh ek bari company mein yeh manager hain, to un ko moqa mila wahan par jane ka.</w:t>
      </w:r>
    </w:p>
    <w:p>
      <w:pPr>
        <w:jc w:val="right"/>
      </w:pPr>
      <w:r>
        <w:t>یہ اتفاق سے وہاں آئے۔ یہ ایک بڑی کمپنی میں یہ مینیجر ہیں، تو ان کو موقع ملا وہاں پر جانے کا۔</w:t>
      </w:r>
    </w:p>
    <w:p>
      <w:r>
        <w:rPr>
          <w:b/>
        </w:rPr>
        <w:t xml:space="preserve">[09:55] </w:t>
      </w:r>
      <w:r>
        <w:t>to unhone kaha ke main un ke chehre par bohat ziyada ghore karta raha, kisi ke chehre par mujhe khushi nahi mili.</w:t>
      </w:r>
    </w:p>
    <w:p>
      <w:pPr>
        <w:jc w:val="right"/>
      </w:pPr>
      <w:r>
        <w:t>تو انہوں نے کہا کہ میں ان کے چہرے پر بہت زیادہ غور کرتا رہا، کسی کے چہرے پر مجھے خوشی نہیں ملی۔</w:t>
      </w:r>
    </w:p>
    <w:p>
      <w:r>
        <w:rPr>
          <w:b/>
        </w:rPr>
        <w:t xml:space="preserve">[10:06] </w:t>
      </w:r>
      <w:r>
        <w:t>yeh sab top ke jo star kahe jate hain wo log the yeh. to unhone kaha kisi ke chehre par mujhe khushi nahi mili.</w:t>
      </w:r>
    </w:p>
    <w:p>
      <w:pPr>
        <w:jc w:val="right"/>
      </w:pPr>
      <w:r>
        <w:t>یہ سب ٹاپ کے جو اسٹار کہے جاتے ہیں وہ لوگ تھے یہ۔ تو انہوں نے کہا کسی کے چہرے پر مجھے خوشی نہیں ملی۔</w:t>
      </w:r>
    </w:p>
    <w:p>
      <w:r>
        <w:rPr>
          <w:b/>
        </w:rPr>
        <w:t xml:space="preserve">[10:18] </w:t>
      </w:r>
      <w:r>
        <w:t>to yeh aik baat nahi hai, yeh poori tareekh ke baray mein yahi baat hai. Wal asr innal insana lafi khusr ke poori history ke baray mein quran yeh kehta hai</w:t>
      </w:r>
    </w:p>
    <w:p>
      <w:pPr>
        <w:jc w:val="right"/>
      </w:pPr>
      <w:r>
        <w:t>تو یہ ایک بات نہیں ہے، یہ پوری تاریخ کے بارے میں یہی بات ہے۔ والعصر إن الإنسان لفي خسر کہ پوری ہسٹری کے بارے میں قرآن یہ کہتا ہے</w:t>
      </w:r>
    </w:p>
    <w:p>
      <w:r>
        <w:rPr>
          <w:b/>
        </w:rPr>
        <w:t xml:space="preserve">[10:31] </w:t>
      </w:r>
      <w:r>
        <w:t>ke insan ghaatay mein hai. Ghaatay mein, yahan par sochiye ghaatay ka matlab kya hai? Ghaatay ka matlab hai ke khanay peenay ko nahi milta, kapray ko nahi milte, pehannay ko nahi hota kisi ke paas.</w:t>
      </w:r>
    </w:p>
    <w:p>
      <w:pPr>
        <w:jc w:val="right"/>
      </w:pPr>
      <w:r>
        <w:t>کہ انسان گھاٹے میں ہے۔ گھاٹے میں، یہاں پر سوچیے گھاٹے کا معنی کیا ہے؟ گھاٹے کا معنی ہے کہ کھانے پینے کو نہیں ملتا، کپڑے کو نہیں ملتے، پہننے کو نہیں ہوتا کسی کے پاس۔</w:t>
      </w:r>
    </w:p>
    <w:p>
      <w:r>
        <w:rPr>
          <w:b/>
        </w:rPr>
        <w:t xml:space="preserve">[10:46] </w:t>
      </w:r>
      <w:r>
        <w:t>yeh matlab nahi hai.</w:t>
      </w:r>
    </w:p>
    <w:p>
      <w:pPr>
        <w:jc w:val="right"/>
      </w:pPr>
      <w:r>
        <w:t>یہ مطلب نہیں ہے۔</w:t>
      </w:r>
    </w:p>
    <w:p>
      <w:r>
        <w:rPr>
          <w:b/>
        </w:rPr>
        <w:t xml:space="preserve">[10:49] </w:t>
      </w:r>
      <w:r>
        <w:t>Ghaata ka matlab yeh hai ke jo woh chahta tha us ko woh na pa saka.</w:t>
      </w:r>
    </w:p>
    <w:p>
      <w:pPr>
        <w:jc w:val="right"/>
      </w:pPr>
      <w:r>
        <w:t>گھاٹا کا مطلب یہ ہے کہ جو وہ چاہتا تھا اس کو وہ نہ پا سکا۔</w:t>
      </w:r>
    </w:p>
    <w:p>
      <w:r>
        <w:rPr>
          <w:b/>
        </w:rPr>
        <w:t xml:space="preserve">[10:57] </w:t>
      </w:r>
      <w:r>
        <w:t>Warna dekhen to kapra to sabhi ke paas hai, khana sabhi ke paas hai. To yahan par jo ghaata ya nuqsan hai, woh is matlab mein hai ke insan jo</w:t>
      </w:r>
    </w:p>
    <w:p>
      <w:pPr>
        <w:jc w:val="right"/>
      </w:pPr>
      <w:r>
        <w:t>ورنہ دیکھیں تو کپڑا تو سبھی کے پاس ہے، کھانا سبھی کے پاس ہے۔ تو یہاں پر جو گھاٹا یا نقصان ہے، وہ اس معنی میں ہے کہ انسان جو</w:t>
      </w:r>
    </w:p>
    <w:p>
      <w:r>
        <w:rPr>
          <w:b/>
        </w:rPr>
        <w:t xml:space="preserve">[11:15] </w:t>
      </w:r>
      <w:r>
        <w:t>insan ne jo chaha woh us ko nahi mila.</w:t>
      </w:r>
    </w:p>
    <w:p>
      <w:pPr>
        <w:jc w:val="right"/>
      </w:pPr>
      <w:r>
        <w:t>انسان نے جو چاہا وہ اس کو نہیں ملا۔</w:t>
      </w:r>
    </w:p>
    <w:p>
      <w:r>
        <w:rPr>
          <w:b/>
        </w:rPr>
        <w:t xml:space="preserve">[11:21] </w:t>
      </w:r>
      <w:r>
        <w:t>Logon ki zindagi'on ko parhiye, is baray mein jo aap jantay hain ke riwaj hai zindagi likhnay ka. To bohat zindagi logon ki maujood hai, aap parh sakte hain.</w:t>
      </w:r>
    </w:p>
    <w:p>
      <w:pPr>
        <w:jc w:val="right"/>
      </w:pPr>
      <w:r>
        <w:t>لوگوں کی زندگیوں کو پڑھیے، اس بارے میں جو آپ جانتے ہیں کہ رواج ہے زندگی لکھنے کا۔ تو بہت زندگی لوگوں کی موجود ہے، آپ پڑھ سکتے ہیں۔</w:t>
      </w:r>
    </w:p>
    <w:p>
      <w:r>
        <w:rPr>
          <w:b/>
        </w:rPr>
        <w:t xml:space="preserve">[11:32] </w:t>
      </w:r>
      <w:r>
        <w:t>Har aik ki zindagi mein mein ne paya ke us ki zindagi ki jo shuruaat hai</w:t>
      </w:r>
    </w:p>
    <w:p>
      <w:pPr>
        <w:jc w:val="right"/>
      </w:pPr>
      <w:r>
        <w:t>ہر ایک کی زندگی میں میں نے پایا کہ اس کی زندگی کی جو شروعات ہے</w:t>
      </w:r>
    </w:p>
    <w:p>
      <w:r>
        <w:rPr>
          <w:b/>
        </w:rPr>
        <w:t xml:space="preserve">[11:39] </w:t>
      </w:r>
      <w:r>
        <w:t>woh bohat hi husn o jamal ke sath hoti hai. Baray shauq, baray jazbay, baray hoslay ke sath hoti hai. Lekin aakhir umar mein woh marta hai to mayoosi mein marta hai.</w:t>
      </w:r>
    </w:p>
    <w:p>
      <w:pPr>
        <w:jc w:val="right"/>
      </w:pPr>
      <w:r>
        <w:t>وہ بہت ہی حسن و جمال کے ساتھ ہوتی ہے۔ بڑے شوق، بڑے جذبہ، بڑے حوصلے کے ساتھ ہوتی ہے۔ لیکن آخر عمر میں وہ مرتا ہے تو مایوسی میں مرتا ہے۔</w:t>
      </w:r>
    </w:p>
    <w:p>
      <w:r>
        <w:rPr>
          <w:b/>
        </w:rPr>
        <w:t xml:space="preserve">[11:54] </w:t>
      </w:r>
      <w:r>
        <w:t>Sab ka yeh haal hai.</w:t>
      </w:r>
    </w:p>
    <w:p>
      <w:pPr>
        <w:jc w:val="right"/>
      </w:pPr>
      <w:r>
        <w:t>سب کا یہ حال ہے۔</w:t>
      </w:r>
    </w:p>
    <w:p>
      <w:r>
        <w:rPr>
          <w:b/>
        </w:rPr>
        <w:t xml:space="preserve">[12:02] </w:t>
      </w:r>
      <w:r>
        <w:t>Misalan mein aap ko kahoon ga ke aap parhiye Bernie Russell ki zindagi. Khud likhi hai us ne, choti si hai.</w:t>
      </w:r>
    </w:p>
    <w:p>
      <w:pPr>
        <w:jc w:val="right"/>
      </w:pPr>
      <w:r>
        <w:t>مثلاً میں آپ کو کہوں گا کہ آپ پڑھیے برنی رسل کی زندگی۔ خود لکھی ہے اس نے، چھوٹی سی ہے۔</w:t>
      </w:r>
    </w:p>
    <w:p>
      <w:r>
        <w:rPr>
          <w:b/>
        </w:rPr>
        <w:t xml:space="preserve">[12:15] </w:t>
      </w:r>
      <w:r>
        <w:t>Us mein woh likhta hai aakhir mein ke mein</w:t>
      </w:r>
    </w:p>
    <w:p>
      <w:pPr>
        <w:jc w:val="right"/>
      </w:pPr>
      <w:r>
        <w:t>اس میں وہ لکھتا ہے آخر میں کہ میں</w:t>
      </w:r>
    </w:p>
    <w:p>
      <w:r>
        <w:rPr>
          <w:b/>
        </w:rPr>
        <w:t xml:space="preserve">[12:20] </w:t>
      </w:r>
      <w:r>
        <w:t>bohat bharpoor zindagi mujhe mili, mein ne bohat parha. Nobel prize bhi mila us ko. Bohat sari kitaben us ki hain, bohat shohrat hai us ki.</w:t>
      </w:r>
    </w:p>
    <w:p>
      <w:pPr>
        <w:jc w:val="right"/>
      </w:pPr>
      <w:r>
        <w:t>بہت بھرپور زندگی مجھے ملی، میں نے بہت پڑھا۔ نوبل پرائز بھی ملا اس کو۔ بہت ساری کتابیں اس کی ہیں، بہت شہرت ہے اس کی۔</w:t>
      </w:r>
    </w:p>
    <w:p>
      <w:r>
        <w:rPr>
          <w:b/>
        </w:rPr>
        <w:t xml:space="preserve">[12:33] </w:t>
      </w:r>
      <w:r>
        <w:t>Woh khud likhta hai ke mein apni umar ke aakhri hissay mein</w:t>
      </w:r>
    </w:p>
    <w:p>
      <w:pPr>
        <w:jc w:val="right"/>
      </w:pPr>
      <w:r>
        <w:t>وہ خود لکھتا ہے کہ میں اپنی عمر کے آخری حصے میں</w:t>
      </w:r>
    </w:p>
    <w:p>
      <w:r>
        <w:rPr>
          <w:b/>
        </w:rPr>
        <w:t xml:space="preserve">[12:41] </w:t>
      </w:r>
      <w:r>
        <w:t>is sawal se dochar hon ke what is the purpose of</w:t>
      </w:r>
    </w:p>
    <w:p>
      <w:pPr>
        <w:jc w:val="right"/>
      </w:pPr>
      <w:r>
        <w:t>اس سوال سے دوچار ہوں کہ what is the purpose of</w:t>
      </w:r>
    </w:p>
    <w:p>
      <w:r>
        <w:rPr>
          <w:b/>
        </w:rPr>
        <w:t xml:space="preserve">[12:44] </w:t>
      </w:r>
      <w:r>
        <w:t>life?</w:t>
      </w:r>
    </w:p>
    <w:p>
      <w:pPr>
        <w:jc w:val="right"/>
      </w:pPr>
      <w:r>
        <w:t>life?</w:t>
      </w:r>
    </w:p>
    <w:p>
      <w:r>
        <w:rPr>
          <w:b/>
        </w:rPr>
        <w:t xml:space="preserve">[12:48] </w:t>
      </w:r>
      <w:r>
        <w:t>is of</w:t>
      </w:r>
    </w:p>
    <w:p>
      <w:pPr>
        <w:jc w:val="right"/>
      </w:pPr>
      <w:r>
        <w:t>is of</w:t>
      </w:r>
    </w:p>
    <w:p>
      <w:r>
        <w:rPr>
          <w:b/>
        </w:rPr>
        <w:t xml:space="preserve">[12:52] </w:t>
      </w:r>
      <w:r>
        <w:t>kyun ke kaha to kuch mila nahi, mayoosi hi mayoosi hai. To dekhen yeh saada baat nahi hai.</w:t>
      </w:r>
    </w:p>
    <w:p>
      <w:pPr>
        <w:jc w:val="right"/>
      </w:pPr>
      <w:r>
        <w:t>کیوں کہ کہا تو کچھ ملا نہیں، مایوسی ہی مایوسی ہے۔ تو دیکھیں یہ سادہ بات نہیں ہے۔</w:t>
      </w:r>
    </w:p>
    <w:p>
      <w:r>
        <w:rPr>
          <w:b/>
        </w:rPr>
        <w:t xml:space="preserve">[13:04] </w:t>
      </w:r>
      <w:r>
        <w:t>Allah taala ne yeh soorat-e-haal jo dunya mein rakhi hai ke insan ne apnay khwahish ko na pa saka,</w:t>
      </w:r>
    </w:p>
    <w:p>
      <w:pPr>
        <w:jc w:val="right"/>
      </w:pPr>
      <w:r>
        <w:t>اللہ تعالیٰ نے یہ صورتحال جو دنیا میں رکھی ہے کہ انسان نے اپنے خواہش کو نہ پا سکا،</w:t>
      </w:r>
    </w:p>
    <w:p>
      <w:r>
        <w:rPr>
          <w:b/>
        </w:rPr>
        <w:t xml:space="preserve">[13:12] </w:t>
      </w:r>
      <w:r>
        <w:t>apnay baray baray plan banaye lekin aakhir mein laga hai us ko ke mujhe mera maqsad to hasil nahi hua. Us ko poori kamyabi na mili, us ko apni safa'ain na milen.</w:t>
      </w:r>
    </w:p>
    <w:p>
      <w:pPr>
        <w:jc w:val="right"/>
      </w:pPr>
      <w:r>
        <w:t>اپنے بڑے بڑے پلان بنائے لیکن آخر میں لگا ہے اس کو کہ مجھے میرا مقصد تو حاصل نہیں ہوا۔ اس کو پوری کامیابی نہ ملی، اس کو اپنی صفائیں نہ ملیں۔</w:t>
      </w:r>
    </w:p>
    <w:p>
      <w:r>
        <w:rPr>
          <w:b/>
        </w:rPr>
        <w:t xml:space="preserve">[13:24] </w:t>
      </w:r>
      <w:r>
        <w:t>Yeh jo soorat-e-haal hai, mein sochta hoon ke yeh Allah taala ki sab se bari rehmat hai.</w:t>
      </w:r>
    </w:p>
    <w:p>
      <w:pPr>
        <w:jc w:val="right"/>
      </w:pPr>
      <w:r>
        <w:t>یہ جو صورتحال ہے، میں سوچتا ہوں کہ یہ اللہ تعالیٰ کی سب سے بڑی رحمت ہے۔</w:t>
      </w:r>
    </w:p>
    <w:p>
      <w:r>
        <w:rPr>
          <w:b/>
        </w:rPr>
        <w:t xml:space="preserve">[13:33] </w:t>
      </w:r>
      <w:r>
        <w:t>Sab se bari rehmat hai. Wal asr innal insana lafi khusr ke tareekh is baat ki gawahi hai ke insan ghaatay mein hai.</w:t>
      </w:r>
    </w:p>
    <w:p>
      <w:pPr>
        <w:jc w:val="right"/>
      </w:pPr>
      <w:r>
        <w:t>سب سے بڑی رحمت ہے۔ والعصر إن الإنسان لفي خسر کہ تاریخ اس بات کی گواہی ہے کہ انسان گھاٹے میں ہے۔</w:t>
      </w:r>
    </w:p>
    <w:p>
      <w:r>
        <w:rPr>
          <w:b/>
        </w:rPr>
        <w:t xml:space="preserve">[13:44] </w:t>
      </w:r>
      <w:r>
        <w:t>Yeh Allah ki aik rehmat ka zikr hai yahan par. Kisi</w:t>
      </w:r>
    </w:p>
    <w:p>
      <w:pPr>
        <w:jc w:val="right"/>
      </w:pPr>
      <w:r>
        <w:t>یہ اللہ کی ایک رحمت کا ذکر ہے یہاں پر۔ کسی</w:t>
      </w:r>
    </w:p>
    <w:p>
      <w:r>
        <w:rPr>
          <w:b/>
        </w:rPr>
        <w:t xml:space="preserve">[13:51] </w:t>
      </w:r>
      <w:r>
        <w:t>kisi</w:t>
      </w:r>
    </w:p>
    <w:p>
      <w:pPr>
        <w:jc w:val="right"/>
      </w:pPr>
      <w:r>
        <w:t>کسی</w:t>
      </w:r>
    </w:p>
    <w:p>
      <w:r>
        <w:rPr>
          <w:b/>
        </w:rPr>
        <w:t xml:space="preserve">[13:54] </w:t>
      </w:r>
      <w:r>
        <w:t>history ke shar ka zikr nahi hai. Aik bohat bari rehmat ka. Ke Allah taala ne insan ki fitrat ko aisa banaya, dunya ko aisa banaya ke insan ko yahan par</w:t>
      </w:r>
    </w:p>
    <w:p>
      <w:pPr>
        <w:jc w:val="right"/>
      </w:pPr>
      <w:r>
        <w:t>ہسٹری کے شر کا ذکر نہیں ہے۔ ایک بہت بڑی رحمت کا۔ کہ اللہ تعالیٰ نے انسان کی فطرت کو ایسا بنایا، دنیا کو ایسا بنایا کہ انسان کو یہاں پر</w:t>
      </w:r>
    </w:p>
    <w:p>
      <w:r>
        <w:rPr>
          <w:b/>
        </w:rPr>
        <w:t xml:space="preserve">[14:11] </w:t>
      </w:r>
      <w:r>
        <w:t>puri kamyabi na milay. apni safaain na milay.</w:t>
      </w:r>
    </w:p>
    <w:p>
      <w:pPr>
        <w:jc w:val="right"/>
      </w:pPr>
      <w:r>
        <w:t>پوری کامیابی نہ ملے۔ اپنی صفائیں نہ ملیں۔</w:t>
      </w:r>
    </w:p>
    <w:p>
      <w:r>
        <w:rPr>
          <w:b/>
        </w:rPr>
        <w:t xml:space="preserve">[14:20] </w:t>
      </w:r>
      <w:r>
        <w:t>to kiya hoga? phir sochay ga woh.</w:t>
      </w:r>
    </w:p>
    <w:p>
      <w:pPr>
        <w:jc w:val="right"/>
      </w:pPr>
      <w:r>
        <w:t>تو کیا ہوگا؟ پھر سوچے گا وہ۔</w:t>
      </w:r>
    </w:p>
    <w:p>
      <w:r>
        <w:rPr>
          <w:b/>
        </w:rPr>
        <w:t xml:space="preserve">[14:26] </w:t>
      </w:r>
      <w:r>
        <w:t>phir woh sochay ga.</w:t>
      </w:r>
    </w:p>
    <w:p>
      <w:pPr>
        <w:jc w:val="right"/>
      </w:pPr>
      <w:r>
        <w:t>پھر وہ سوچے گا۔</w:t>
      </w:r>
    </w:p>
    <w:p>
      <w:r>
        <w:rPr>
          <w:b/>
        </w:rPr>
        <w:t xml:space="preserve">[14:32] </w:t>
      </w:r>
      <w:r>
        <w:t>jab aadmi kisi jab aadmi kisi nuqsan se dochar hota hai, jab zindagi mein is ko koi manfi tajurba hota hai to woh sochta hai ke where I missed the pass</w:t>
      </w:r>
    </w:p>
    <w:p>
      <w:pPr>
        <w:jc w:val="right"/>
      </w:pPr>
      <w:r>
        <w:t>جب آدمی کسی جب آدمی کسی نقصان سے دوچار ہوتا ہے، جب زندگی میں اس کو کوئی منفی تجربہ ہوتا ہے تو وہ سوچتا ہے کہ where I missed the pass</w:t>
      </w:r>
    </w:p>
    <w:p>
      <w:r>
        <w:rPr>
          <w:b/>
        </w:rPr>
        <w:t xml:space="preserve">[14:53] </w:t>
      </w:r>
      <w:r>
        <w:t>kya ghalti mujh se ho gayi? yeh insaan ki fitrat mein hai ke jab is ko koi manfi tajurba ho to woh sochay</w:t>
      </w:r>
    </w:p>
    <w:p>
      <w:pPr>
        <w:jc w:val="right"/>
      </w:pPr>
      <w:r>
        <w:t>کیا غلطی مجھ سے ہو گئی؟ یہ انسان کی فطرت میں ہے کہ جب اس کو کوئی منفی تجربہ ہو تو وہ سوچے</w:t>
      </w:r>
    </w:p>
    <w:p>
      <w:r>
        <w:rPr>
          <w:b/>
        </w:rPr>
        <w:t xml:space="preserve">[15:10] </w:t>
      </w:r>
      <w:r>
        <w:t>ke what was wrong</w:t>
      </w:r>
    </w:p>
    <w:p>
      <w:pPr>
        <w:jc w:val="right"/>
      </w:pPr>
      <w:r>
        <w:t>کہ what was wrong</w:t>
      </w:r>
    </w:p>
    <w:p>
      <w:r>
        <w:rPr>
          <w:b/>
        </w:rPr>
        <w:t xml:space="preserve">[15:13] </w:t>
      </w:r>
      <w:r>
        <w:t>. yeh bohat hi bari rehmat Allah taala ki hai ke insaan ko is sawal se dochar kar diya.</w:t>
      </w:r>
    </w:p>
    <w:p>
      <w:pPr>
        <w:jc w:val="right"/>
      </w:pPr>
      <w:r>
        <w:t>۔ یہ بہت ہی بڑی رحمت اللہ تعالیٰ کی ہے کہ انسان کو اس سوال سے دوچار کر دیا۔</w:t>
      </w:r>
    </w:p>
    <w:p>
      <w:r>
        <w:rPr>
          <w:b/>
        </w:rPr>
        <w:t xml:space="preserve">[15:22] </w:t>
      </w:r>
      <w:r>
        <w:t>agar aisa hota ke dunya mein aadmi ko puri kamyabi milti, khoob apni safaain milti, jo chahta hai woh sab milta is ko.</w:t>
      </w:r>
    </w:p>
    <w:p>
      <w:pPr>
        <w:jc w:val="right"/>
      </w:pPr>
      <w:r>
        <w:t>اگر ایسا ہوتا کہ دنیا میں آدمی کو پوری کامیابی ملتی، خوب اپنی صفائیں ملتیں، جو چاہتا ہے وہ سب ملتا اس کو۔</w:t>
      </w:r>
    </w:p>
    <w:p>
      <w:r>
        <w:rPr>
          <w:b/>
        </w:rPr>
        <w:t xml:space="preserve">[15:35] </w:t>
      </w:r>
      <w:r>
        <w:t>to is ka maani kiya hai ke is ke zehn mein sawal hi na jagta.</w:t>
      </w:r>
    </w:p>
    <w:p>
      <w:pPr>
        <w:jc w:val="right"/>
      </w:pPr>
      <w:r>
        <w:t>تو اس کا معنی کیا ہے کہ اس کے ذہن میں سوال ہی نہ جاگتا۔</w:t>
      </w:r>
    </w:p>
    <w:p>
      <w:r>
        <w:rPr>
          <w:b/>
        </w:rPr>
        <w:t xml:space="preserve">[15:40] </w:t>
      </w:r>
      <w:r>
        <w:t>yeh sochta hi nahi ke kya is dunya ke ilawa koi dunya hai jahan mein puri kamyabi ko hasil kar sakoon. phir to isi dunya ko, phir to wohi right here right now banta hai is ke zehn mein.</w:t>
      </w:r>
    </w:p>
    <w:p>
      <w:pPr>
        <w:jc w:val="right"/>
      </w:pPr>
      <w:r>
        <w:t>یہ سوچتا ہی نہیں کہ کیا اس دنیا کے علاوہ کوئی دنیا ہے جہاں میں پوری کامیابی کو حاصل کر سکوں۔ پھر تو اسی دنیا کو، پھر تو وہیright hereright now بنتا ہے اس کے ذہن میں۔</w:t>
      </w:r>
    </w:p>
    <w:p>
      <w:r>
        <w:rPr>
          <w:b/>
        </w:rPr>
        <w:t xml:space="preserve">[15:54] </w:t>
      </w:r>
      <w:r>
        <w:t>abhi to right hereright now jo bana hai woh to jhoot par bana hai.</w:t>
      </w:r>
    </w:p>
    <w:p>
      <w:pPr>
        <w:jc w:val="right"/>
      </w:pPr>
      <w:r>
        <w:t>ابھی توright hereright now جو بنا ہے وہ تو جھوٹ پر بنا ہے۔</w:t>
      </w:r>
    </w:p>
    <w:p>
      <w:r>
        <w:rPr>
          <w:b/>
        </w:rPr>
        <w:t xml:space="preserve">[16:01] </w:t>
      </w:r>
      <w:r>
        <w:t>jhoot par. kyunke milta to kuch nahi.</w:t>
      </w:r>
    </w:p>
    <w:p>
      <w:pPr>
        <w:jc w:val="right"/>
      </w:pPr>
      <w:r>
        <w:t>جھوٹ پر۔ کیونکہ ملتا تو کچھ نہیں۔</w:t>
      </w:r>
    </w:p>
    <w:p>
      <w:r>
        <w:rPr>
          <w:b/>
        </w:rPr>
        <w:t xml:space="preserve">[16:07] </w:t>
      </w:r>
      <w:r>
        <w:t>phir to woh samjhta ke yeh to sab cheez mil gayi. jo hum ne chaha tha woh mil gaya hum ko. to walasr innal insana lafi khusr jo ayat hai ke tareekh is baat ki gawah hai ke insaan ghaate mein hai,</w:t>
      </w:r>
    </w:p>
    <w:p>
      <w:pPr>
        <w:jc w:val="right"/>
      </w:pPr>
      <w:r>
        <w:t>پھر تو وہ سمجھتا کہ یہ تو سب چیز مل گئی۔ جو ہم نے چاہا تھا وہ مل گیا ہم کو۔ تو والعصر إن الإنسان لفي خسر جو آیت ہے کہ تاریخ اس بات کی گواہ ہے کہ انسان گھاٹے میں ہے،</w:t>
      </w:r>
    </w:p>
    <w:p>
      <w:r>
        <w:rPr>
          <w:b/>
        </w:rPr>
        <w:t xml:space="preserve">[16:23] </w:t>
      </w:r>
      <w:r>
        <w:t>yeh Allah taala ki rehmat ka zikr hai, rehmat ka.</w:t>
      </w:r>
    </w:p>
    <w:p>
      <w:pPr>
        <w:jc w:val="right"/>
      </w:pPr>
      <w:r>
        <w:t>یہ اللہ تعالیٰ کی رحمت کا ذکر ہے، رحمت کا۔</w:t>
      </w:r>
    </w:p>
    <w:p>
      <w:r>
        <w:rPr>
          <w:b/>
        </w:rPr>
        <w:t xml:space="preserve">[16:32] </w:t>
      </w:r>
      <w:r>
        <w:t>yaani haq insaan ke hawale se Allah ki sab se bari rehmat ka zikr hai yeh.</w:t>
      </w:r>
    </w:p>
    <w:p>
      <w:pPr>
        <w:jc w:val="right"/>
      </w:pPr>
      <w:r>
        <w:t>یعنی حق انسان کے حوالے سے اللہ کی سب سے بڑی رحمت کا ذکر ہے یہ۔</w:t>
      </w:r>
    </w:p>
    <w:p>
      <w:r>
        <w:rPr>
          <w:b/>
        </w:rPr>
        <w:t xml:space="preserve">[16:49] </w:t>
      </w:r>
      <w:r>
        <w:t>to yeh yeh jab is tarah mein ne socha ke yeh ayat bari musbat ban gayi. bazahir har aik ki manfi lagti hai woh.</w:t>
      </w:r>
    </w:p>
    <w:p>
      <w:pPr>
        <w:jc w:val="right"/>
      </w:pPr>
      <w:r>
        <w:t>تو یہ یہ جب اس طرح میں نے سوچا کہ یہ آیت بڑی مثبت بن گئی۔ بظاہر ہر ایک کی منفی لگتی ہے وہ۔</w:t>
      </w:r>
    </w:p>
    <w:p>
      <w:r>
        <w:rPr>
          <w:b/>
        </w:rPr>
        <w:t xml:space="preserve">[17:01] </w:t>
      </w:r>
      <w:r>
        <w:t>aik baap ki kahani mein ne parhi, is baap ne kafi paisa kamaya tha. lekin aakhir zamanay mein is ne apnay saray paisay ko khairat kar diya.</w:t>
      </w:r>
    </w:p>
    <w:p>
      <w:pPr>
        <w:jc w:val="right"/>
      </w:pPr>
      <w:r>
        <w:t>ایک باپ کی کہانی میں نے پڑھی، اس باپ نے کافی پیسہ کمایا تھا۔ لیکن آخر زمانے میں اس نے اپنے سارے پیسے کو خیرات کر دیا۔</w:t>
      </w:r>
    </w:p>
    <w:p>
      <w:r>
        <w:rPr>
          <w:b/>
        </w:rPr>
        <w:t xml:space="preserve">[17:15] </w:t>
      </w:r>
      <w:r>
        <w:t>sara paisa. logon ne poocha ke bhai tumharay bachay hain to sara paisa khairat kyun kartay ho?</w:t>
      </w:r>
    </w:p>
    <w:p>
      <w:pPr>
        <w:jc w:val="right"/>
      </w:pPr>
      <w:r>
        <w:t>سارا پیسہ۔ لوگوں نے پوچھا کہ بھئی تمہارے بچے ہیں تو سارا پیسہ خیرات کیوں کرتے ہو؟</w:t>
      </w:r>
    </w:p>
    <w:p>
      <w:r>
        <w:rPr>
          <w:b/>
        </w:rPr>
        <w:t xml:space="preserve">[17:26] </w:t>
      </w:r>
      <w:r>
        <w:t>to is ne kaha ke mere bachon ko muft mein agar mil gayi dolat to woh to kuch sochay ga nahi.</w:t>
      </w:r>
    </w:p>
    <w:p>
      <w:pPr>
        <w:jc w:val="right"/>
      </w:pPr>
      <w:r>
        <w:t>تو اس نے کہا کہ میرے بچوں کو مفت میں اگر مل گئی دولت تو وہ تو کچھ سوچیں گے نہیں۔</w:t>
      </w:r>
    </w:p>
    <w:p>
      <w:r>
        <w:rPr>
          <w:b/>
        </w:rPr>
        <w:t xml:space="preserve">[17:37] </w:t>
      </w:r>
      <w:r>
        <w:t>woh to bilkul bekar ho jayen gay. kyunke dolat nahi mile gi to mere baad woh sochay gay ke ab to baap chala gaya, hamaray paas paisa bhi nahi, ab to humein mehnat karna hai.</w:t>
      </w:r>
    </w:p>
    <w:p>
      <w:pPr>
        <w:jc w:val="right"/>
      </w:pPr>
      <w:r>
        <w:t>وہ تو بالکل بیکار ہو جائیں گے۔ کیونکہ دولت نہیں ملے گی تو میرے بعد وہ سوچیں گے کہ اب تو باپ چلا گیا، ہمارے پاس پیسہ بھی نہیں، اب تو ہمیں محنت کرنا ہے۔</w:t>
      </w:r>
    </w:p>
    <w:p>
      <w:r>
        <w:rPr>
          <w:b/>
        </w:rPr>
        <w:t xml:space="preserve">[17:52] </w:t>
      </w:r>
      <w:r>
        <w:t>jab mein zinda hoon to samajhtay hain ke mere baap ka sahara mere oopar hai.</w:t>
      </w:r>
    </w:p>
    <w:p>
      <w:pPr>
        <w:jc w:val="right"/>
      </w:pPr>
      <w:r>
        <w:t>جب میں زندہ ہوں تو سمجھتے ہیں کہ میرے باپ کا سہارا میرے اوپر ہے۔</w:t>
      </w:r>
    </w:p>
    <w:p>
      <w:r>
        <w:rPr>
          <w:b/>
        </w:rPr>
        <w:t xml:space="preserve">[17:56] </w:t>
      </w:r>
      <w:r>
        <w:t>aur mere baad agar in ko paisa mil gaya to samjhay gay ke ab tumharay oopar paisa aya, ab tum.</w:t>
      </w:r>
    </w:p>
    <w:p>
      <w:pPr>
        <w:jc w:val="right"/>
      </w:pPr>
      <w:r>
        <w:t>اور میرے بعد اگر ان کو پیسہ مل گیا تو سمجھیں گے کہ اب تمہارے اوپر پیسہ آیا، اب تم۔</w:t>
      </w:r>
    </w:p>
    <w:p>
      <w:r>
        <w:rPr>
          <w:b/>
        </w:rPr>
        <w:t xml:space="preserve">[18:05] </w:t>
      </w:r>
      <w:r>
        <w:t>to soch nahi jagay gi soch.</w:t>
      </w:r>
    </w:p>
    <w:p>
      <w:pPr>
        <w:jc w:val="right"/>
      </w:pPr>
      <w:r>
        <w:t>تو سوچ نہیں جاگے گی سوچ۔</w:t>
      </w:r>
    </w:p>
    <w:p>
      <w:r>
        <w:rPr>
          <w:b/>
        </w:rPr>
        <w:t xml:space="preserve">[18:10] </w:t>
      </w:r>
      <w:r>
        <w:t>to aadmi jab khota hai tab is ka soch jagti hai. agar agar woh na khoye to soch hi nahi jagay gi.</w:t>
      </w:r>
    </w:p>
    <w:p>
      <w:pPr>
        <w:jc w:val="right"/>
      </w:pPr>
      <w:r>
        <w:t>تو آدمی جب کھوتا ہے تب اس کا سوچ جاگتی ہے۔ اگر اگر وہ نہ کھوئے تو سوچ ہی نہیں جاگے گی۔</w:t>
      </w:r>
    </w:p>
    <w:p>
      <w:r>
        <w:rPr>
          <w:b/>
        </w:rPr>
        <w:t xml:space="preserve">[18:22] </w:t>
      </w:r>
      <w:r>
        <w:t>to is tarah jab mein ne socha to mujhe laga ke yeh ayat bazahir to hai ke is mein ghaate ki khabar di gayi hai.</w:t>
      </w:r>
    </w:p>
    <w:p>
      <w:pPr>
        <w:jc w:val="right"/>
      </w:pPr>
      <w:r>
        <w:t>تو اس طرح جب میں نے سوچا تو مجھے لگا کہ یہ آیت بظاہر تو ہے کہ اس میں گھاٹے کی خبر دی گئی ہے۔</w:t>
      </w:r>
    </w:p>
    <w:p>
      <w:r>
        <w:rPr>
          <w:b/>
        </w:rPr>
        <w:t xml:space="preserve">[18:29] </w:t>
      </w:r>
      <w:r>
        <w:t>lekin is mein sab se barhe nafe ki khabar hai. ek ghaate ki baat, ghaate ke dar mein nafe ki khabar hai.</w:t>
      </w:r>
    </w:p>
    <w:p>
      <w:pPr>
        <w:jc w:val="right"/>
      </w:pPr>
      <w:r>
        <w:t>لیکن اس میں سب سے بڑے نفع کی خبر ہے۔ ایک گھاٹے کی بات، گھاٹے کے ڈر میں نفع کی خبر ہے۔</w:t>
      </w:r>
    </w:p>
    <w:p>
      <w:r>
        <w:rPr>
          <w:b/>
        </w:rPr>
        <w:t xml:space="preserve">[18:45] </w:t>
      </w:r>
      <w:r>
        <w:t>jaise kisi ne kaha ke</w:t>
      </w:r>
    </w:p>
    <w:p>
      <w:pPr>
        <w:jc w:val="right"/>
      </w:pPr>
      <w:r>
        <w:t>جیسے کسی نے کہا کہ</w:t>
      </w:r>
    </w:p>
    <w:p>
      <w:r>
        <w:rPr>
          <w:b/>
        </w:rPr>
        <w:t xml:space="preserve">[18:50] </w:t>
      </w:r>
      <w:r>
        <w:t>ke jo insaan</w:t>
      </w:r>
    </w:p>
    <w:p>
      <w:pPr>
        <w:jc w:val="right"/>
      </w:pPr>
      <w:r>
        <w:t>کہ جو انسان</w:t>
      </w:r>
    </w:p>
    <w:p>
      <w:r>
        <w:rPr>
          <w:b/>
        </w:rPr>
        <w:t xml:space="preserve">[18:54] </w:t>
      </w:r>
      <w:r>
        <w:t>is tarah paida ho ke is ke paas kuch bhi na ho ghar mein is ke, to woh ek bohat bari cheez le kar paida hota hai.</w:t>
      </w:r>
    </w:p>
    <w:p>
      <w:pPr>
        <w:jc w:val="right"/>
      </w:pPr>
      <w:r>
        <w:t>اس طرح پیدا ہو کہ اس کے پاس کچھ بھی نہ ہو گھر میں اس کے، تو وہ ایک بہت بڑی چیز لے کر پیدا ہوتا ہے۔</w:t>
      </w:r>
    </w:p>
    <w:p>
      <w:r>
        <w:rPr>
          <w:b/>
        </w:rPr>
        <w:t xml:space="preserve">[19:04] </w:t>
      </w:r>
      <w:r>
        <w:t>woh incentive, motivation. woh dekhta hai ke mere paas to kuch nahi hai.</w:t>
      </w:r>
    </w:p>
    <w:p>
      <w:pPr>
        <w:jc w:val="right"/>
      </w:pPr>
      <w:r>
        <w:t>وہ انسنٹیو، موٹیویشن۔ وہ دیکھتا ہے کہ میرے پاس تو کچھ نہیں ہے۔</w:t>
      </w:r>
    </w:p>
    <w:p>
      <w:r>
        <w:rPr>
          <w:b/>
        </w:rPr>
        <w:t xml:space="preserve">[19:11] </w:t>
      </w:r>
      <w:r>
        <w:t>to incentive jaagta hai ke mujhe to karna pare ga, nahi karun ga to mera kaam koi chale ga. to bazahir is surah mein ghaate ki baat hai lekin woh nafe ki baat hai.</w:t>
      </w:r>
    </w:p>
    <w:p>
      <w:pPr>
        <w:jc w:val="right"/>
      </w:pPr>
      <w:r>
        <w:t>تو انسنٹیو جاگتا ہے کہ مجھے تو کرنا پڑے گا، نہیں کروں گا تو میرا کام کوئی چلے گا۔ تو بظاہر اس سورہ میں گھاٹے کی بات ہے لیکن وہ نفع کی بات ہے۔</w:t>
      </w:r>
    </w:p>
    <w:p>
      <w:r>
        <w:rPr>
          <w:b/>
        </w:rPr>
        <w:t xml:space="preserve">[19:26] </w:t>
      </w:r>
      <w:r>
        <w:t>insaan ke liye</w:t>
      </w:r>
    </w:p>
    <w:p>
      <w:pPr>
        <w:jc w:val="right"/>
      </w:pPr>
      <w:r>
        <w:t>انسان کے لیے</w:t>
      </w:r>
    </w:p>
    <w:p>
      <w:r>
        <w:rPr>
          <w:b/>
        </w:rPr>
        <w:t xml:space="preserve">[19:28] </w:t>
      </w:r>
      <w:r>
        <w:t>sab se bari bhalaai ki baat hai.</w:t>
      </w:r>
    </w:p>
    <w:p>
      <w:pPr>
        <w:jc w:val="right"/>
      </w:pPr>
      <w:r>
        <w:t>سب سے بڑی بھلائی کی بات ہے۔</w:t>
      </w:r>
    </w:p>
    <w:p>
      <w:r>
        <w:rPr>
          <w:b/>
        </w:rPr>
        <w:t xml:space="preserve">[19:33] </w:t>
      </w:r>
      <w:r>
        <w:t>kaisi ajeeb cheez hai.</w:t>
      </w:r>
    </w:p>
    <w:p>
      <w:pPr>
        <w:jc w:val="right"/>
      </w:pPr>
      <w:r>
        <w:t>کیسی عجیب چیز ہے۔</w:t>
      </w:r>
    </w:p>
    <w:p>
      <w:r>
        <w:rPr>
          <w:b/>
        </w:rPr>
        <w:t xml:space="preserve">[19:38] </w:t>
      </w:r>
      <w:r>
        <w:t>is liye tareekh mein likhe jo log seekhar thay, seekhar. jin ke andar talash ka jazba paida hua.</w:t>
      </w:r>
    </w:p>
    <w:p>
      <w:pPr>
        <w:jc w:val="right"/>
      </w:pPr>
      <w:r>
        <w:t>اس لیے تاریخ میں لکھے جو لوگ سیکھر تھے، سیکھر۔ جن کے اندر تلاش کا جذبہ پیدا ہوا۔</w:t>
      </w:r>
    </w:p>
    <w:p>
      <w:r>
        <w:rPr>
          <w:b/>
        </w:rPr>
        <w:t xml:space="preserve">[19:48] </w:t>
      </w:r>
      <w:r>
        <w:t>woh wahi thay jinho ne khoya tha. khud mein apne baray mein batata hoon aap ko.</w:t>
      </w:r>
    </w:p>
    <w:p>
      <w:pPr>
        <w:jc w:val="right"/>
      </w:pPr>
      <w:r>
        <w:t>وہ وہی تھے جنہوں نے کھویا تھا۔ خود میں اپنے بارے میں بتاتا ہوں آپ کو۔</w:t>
      </w:r>
    </w:p>
    <w:p>
      <w:r>
        <w:rPr>
          <w:b/>
        </w:rPr>
        <w:t xml:space="preserve">[19:57] </w:t>
      </w:r>
      <w:r>
        <w:t>ke mere jo barhay bhai thay woh kafi paise walay thay. ek bari firm ki thi, light and company private limited.</w:t>
      </w:r>
    </w:p>
    <w:p>
      <w:pPr>
        <w:jc w:val="right"/>
      </w:pPr>
      <w:r>
        <w:t>کہ میرے جو بڑے بھائی تھے وہ کافی پیسے والے تھے۔ ایک بڑی فرم کی تھی، لائٹ اینڈ کمپنی پرائیویٹ لمیٹڈ۔</w:t>
      </w:r>
    </w:p>
    <w:p>
      <w:r>
        <w:rPr>
          <w:b/>
        </w:rPr>
        <w:t xml:space="preserve">[20:08] </w:t>
      </w:r>
      <w:r>
        <w:t>to woh chahte thay ke mein koi business karun. to unho ne kai business karwaye mujh se.</w:t>
      </w:r>
    </w:p>
    <w:p>
      <w:pPr>
        <w:jc w:val="right"/>
      </w:pPr>
      <w:r>
        <w:t>تو وہ چاہتے تھے کہ میں کوئی بزنس کروں۔ تو انہوں نے کئی بزنس کروائے مجھ سے۔</w:t>
      </w:r>
    </w:p>
    <w:p>
      <w:r>
        <w:rPr>
          <w:b/>
        </w:rPr>
        <w:t xml:space="preserve">[20:18] </w:t>
      </w:r>
      <w:r>
        <w:t>paisa laga kar ke.</w:t>
      </w:r>
    </w:p>
    <w:p>
      <w:pPr>
        <w:jc w:val="right"/>
      </w:pPr>
      <w:r>
        <w:t>پیسہ لگا کر کے۔</w:t>
      </w:r>
    </w:p>
    <w:p>
      <w:r>
        <w:rPr>
          <w:b/>
        </w:rPr>
        <w:t xml:space="preserve">[20:22] </w:t>
      </w:r>
      <w:r>
        <w:t>ek din mein ne gina to ghaliban das bar unho ne mujhe koshish ki ke mein koi business karun. aur sab mein fail ho gaya mein.</w:t>
      </w:r>
    </w:p>
    <w:p>
      <w:pPr>
        <w:jc w:val="right"/>
      </w:pPr>
      <w:r>
        <w:t>ایک دن میں نے گنا تو غالباً دس بار انہوں نے مجھے کوشش کی کہ میں کوئی بزنس کروں۔ اور سب میں فیل ہو گیا میں۔</w:t>
      </w:r>
    </w:p>
    <w:p>
      <w:r>
        <w:rPr>
          <w:b/>
        </w:rPr>
        <w:t xml:space="preserve">[20:36] </w:t>
      </w:r>
      <w:r>
        <w:t>show material ka business, brass wire ka business, glass weights ka business.</w:t>
      </w:r>
    </w:p>
    <w:p>
      <w:pPr>
        <w:jc w:val="right"/>
      </w:pPr>
      <w:r>
        <w:t>شو میٹیریل کا بزنس، براس وائر کا بزنس، گلاس ویٹس کا بزنس۔</w:t>
      </w:r>
    </w:p>
    <w:p>
      <w:r>
        <w:rPr>
          <w:b/>
        </w:rPr>
        <w:t xml:space="preserve">[20:45] </w:t>
      </w:r>
      <w:r>
        <w:t>to kai bar unho ne mujhe business karwaye. ek saathi mere thay woh bhi chahte hain yahi.</w:t>
      </w:r>
    </w:p>
    <w:p>
      <w:pPr>
        <w:jc w:val="right"/>
      </w:pPr>
      <w:r>
        <w:t>تو کئی بار انہوں نے مجھے بزنس کروائے۔ ایک ساتھی میرے تھے وہ بھی چاہتے ہیں یہی۔</w:t>
      </w:r>
    </w:p>
    <w:p>
      <w:r>
        <w:rPr>
          <w:b/>
        </w:rPr>
        <w:t xml:space="preserve">[20:54] </w:t>
      </w:r>
      <w:r>
        <w:t>to mein ne janpur mein business kiya,</w:t>
      </w:r>
    </w:p>
    <w:p>
      <w:pPr>
        <w:jc w:val="right"/>
      </w:pPr>
      <w:r>
        <w:t>تو میں نے جانپور میں بزنس کیا،</w:t>
      </w:r>
    </w:p>
    <w:p>
      <w:r>
        <w:rPr>
          <w:b/>
        </w:rPr>
        <w:t xml:space="preserve">[20:57] </w:t>
      </w:r>
      <w:r>
        <w:t>kanpur mein business kiya, adhkour mein business kiya, banaras mein business kiya. sab fail, sab fail. kuch bhi mein haasil nahi kar saka.</w:t>
      </w:r>
    </w:p>
    <w:p>
      <w:pPr>
        <w:jc w:val="right"/>
      </w:pPr>
      <w:r>
        <w:t>کانپور میں بزنس کیا، آدھکور میں بزنس کیا، بنارس میں بزنس کیا۔ سب فیل، سب فیل۔ کچھ بھی میں حاصل نہیں کر سکا۔</w:t>
      </w:r>
    </w:p>
    <w:p>
      <w:r>
        <w:rPr>
          <w:b/>
        </w:rPr>
        <w:t xml:space="preserve">[21:12] </w:t>
      </w:r>
      <w:r>
        <w:t>yehi se mein seekhar ban gaya, seekhar.</w:t>
      </w:r>
    </w:p>
    <w:p>
      <w:pPr>
        <w:jc w:val="right"/>
      </w:pPr>
      <w:r>
        <w:t>یہیں سے میں سیکھر بن گیا، سیکھر۔</w:t>
      </w:r>
    </w:p>
    <w:p>
      <w:r>
        <w:rPr>
          <w:b/>
        </w:rPr>
        <w:t xml:space="preserve">[21:17] </w:t>
      </w:r>
      <w:r>
        <w:t>agar mera business chal jata to mein seekhar na banta. ye mera zaati tajurba hai, apna zaati tajurba hai.</w:t>
      </w:r>
    </w:p>
    <w:p>
      <w:pPr>
        <w:jc w:val="right"/>
      </w:pPr>
      <w:r>
        <w:t>اگر میرا بزنس چل جاتا تو میں سیکھر نہ بنتا۔ یہ میرا ذاتی تجربہ ہے، اپنا ذاتی تجربہ ہے۔</w:t>
      </w:r>
    </w:p>
    <w:p>
      <w:r>
        <w:rPr>
          <w:b/>
        </w:rPr>
        <w:t xml:space="preserve">[21:29] </w:t>
      </w:r>
      <w:r>
        <w:t>mere ek saathi thay madrase ke, unho ne bhi yahi koshish ki mere baray mein. aur mere barhay bhai ne koshish ki mere baray mein.</w:t>
      </w:r>
    </w:p>
    <w:p>
      <w:pPr>
        <w:jc w:val="right"/>
      </w:pPr>
      <w:r>
        <w:t>میرے ایک ساتھی تھے مدرسے کے، انہوں نے بھی یہی کوشش کی میرے بارے میں۔ اور میرے بڑے بھائی نے کوشش کی میرے بارے میں۔</w:t>
      </w:r>
    </w:p>
    <w:p>
      <w:r>
        <w:rPr>
          <w:b/>
        </w:rPr>
        <w:t xml:space="preserve">[21:39] </w:t>
      </w:r>
      <w:r>
        <w:t>to kai bar aisa hua ke mujhe un logo ne business mein lagaya.</w:t>
      </w:r>
    </w:p>
    <w:p>
      <w:pPr>
        <w:jc w:val="right"/>
      </w:pPr>
      <w:r>
        <w:t>تو کئی بار ایسا ہوا کہ مجھے ان لوگوں نے بزنس میں لگایا۔</w:t>
      </w:r>
    </w:p>
    <w:p>
      <w:r>
        <w:rPr>
          <w:b/>
        </w:rPr>
        <w:t xml:space="preserve">[21:47] </w:t>
      </w:r>
      <w:r>
        <w:t>bohat ajeeb baat ye hai. janpur mein, kanpur mein, adhkour mein, banaras mein. aur kahan.</w:t>
      </w:r>
    </w:p>
    <w:p>
      <w:pPr>
        <w:jc w:val="right"/>
      </w:pPr>
      <w:r>
        <w:t>بہت عجیب بات یہ ہے۔ جانپور میں، کانپور میں، آدھکور میں، بنارس میں۔ اور کہاں۔</w:t>
      </w:r>
    </w:p>
    <w:p>
      <w:r>
        <w:rPr>
          <w:b/>
        </w:rPr>
        <w:t xml:space="preserve">[21:59] </w:t>
      </w:r>
      <w:r>
        <w:t>ek din mein ne gina to ghaliban das bar aisa hua ke mein ne business kiya.</w:t>
      </w:r>
    </w:p>
    <w:p>
      <w:pPr>
        <w:jc w:val="right"/>
      </w:pPr>
      <w:r>
        <w:t>ایک دن میں نے گنا تو غالباً دس بار ایسا ہوا کہ میں نے بزنس کیا۔</w:t>
      </w:r>
    </w:p>
    <w:p>
      <w:r>
        <w:rPr>
          <w:b/>
        </w:rPr>
        <w:t xml:space="preserve">[22:04] </w:t>
      </w:r>
      <w:r>
        <w:t>aur fail ho gaya mein. yahi mera failure jo tha, yeh meri nakami hui thi is se mein seekhar bana.</w:t>
      </w:r>
    </w:p>
    <w:p>
      <w:pPr>
        <w:jc w:val="right"/>
      </w:pPr>
      <w:r>
        <w:t>اور فیل ہو گیا میں۔ یہی میرا فیلئیر جو تھا، یہ میری ناکامی ہوئی تھی اس سے میں سیکھر بنا۔</w:t>
      </w:r>
    </w:p>
    <w:p>
      <w:r>
        <w:rPr>
          <w:b/>
        </w:rPr>
        <w:t xml:space="preserve">[22:13] </w:t>
      </w:r>
      <w:r>
        <w:t>seekhar. aur phir mein sachai tak pohancha.</w:t>
      </w:r>
    </w:p>
    <w:p>
      <w:pPr>
        <w:jc w:val="right"/>
      </w:pPr>
      <w:r>
        <w:t>سیکھر۔ اور پھر میں سچائی تک پہنچا۔</w:t>
      </w:r>
    </w:p>
    <w:p>
      <w:r>
        <w:rPr>
          <w:b/>
        </w:rPr>
        <w:t xml:space="preserve">[22:21] </w:t>
      </w:r>
      <w:r>
        <w:t>yeh kitab meri hai aap jante honge, Islam Rediscovered. to Islam ko jo maine Rediscover kiya, us ke peeche nakami ki kahani hai.</w:t>
      </w:r>
    </w:p>
    <w:p>
      <w:pPr>
        <w:jc w:val="right"/>
      </w:pPr>
      <w:r>
        <w:t>یہ کتاب میری ہے آپ جانتے ہوں گے، اسلام ری ڈسکورڈ۔ تو اسلام کو جو میں نے ری ڈسکور کیا، اس کے پیچھے ناکامی کی کہانی ہے۔</w:t>
      </w:r>
    </w:p>
    <w:p>
      <w:r>
        <w:rPr>
          <w:b/>
        </w:rPr>
        <w:t xml:space="preserve">[22:37] </w:t>
      </w:r>
      <w:r>
        <w:t>us ke peeche nakami ki kahani hai.</w:t>
      </w:r>
    </w:p>
    <w:p>
      <w:pPr>
        <w:jc w:val="right"/>
      </w:pPr>
      <w:r>
        <w:t>اس کے پیچھے ناکامی کی کہانی ہے۔</w:t>
      </w:r>
    </w:p>
    <w:p>
      <w:r>
        <w:rPr>
          <w:b/>
        </w:rPr>
        <w:t xml:space="preserve">[22:44] </w:t>
      </w:r>
      <w:r>
        <w:t>to yeh yeh jo Quran mein hai ke tareekh gawah hai ke insaan ghaate mein hai, is ka matlab hai ke tareekh gawah hai ke Allah ne insaan ke upar bohat bara ehsan kiya hai.</w:t>
      </w:r>
    </w:p>
    <w:p>
      <w:pPr>
        <w:jc w:val="right"/>
      </w:pPr>
      <w:r>
        <w:t>تو یہ یہ جو قرآن میں ہے کہ تاریخ گواہ ہے کہ انسان گھاٹے میں ہے، اس کا مطلب ہے کہ تاریخ گواہ ہے کہ اللہ نے انسان کے اوپر بہت بڑا احسان کیا ہے۔</w:t>
      </w:r>
    </w:p>
    <w:p>
      <w:r>
        <w:rPr>
          <w:b/>
        </w:rPr>
        <w:t xml:space="preserve">[22:55] </w:t>
      </w:r>
      <w:r>
        <w:t>bohat rehmat ka muamla kiya hai. is ke bohat bare nafe ki rasta dikhaya hai is ko.</w:t>
      </w:r>
    </w:p>
    <w:p>
      <w:pPr>
        <w:jc w:val="right"/>
      </w:pPr>
      <w:r>
        <w:t>بہت رحمت کا معاملہ کیا ہے۔ اس کے بہت بڑے نفع کی راستہ دکھایا ہے اس کو۔</w:t>
      </w:r>
    </w:p>
    <w:p>
      <w:r>
        <w:rPr>
          <w:b/>
        </w:rPr>
        <w:t xml:space="preserve">[23:06] </w:t>
      </w:r>
      <w:r>
        <w:t>ke woh kisi kaam mein is ko sachi khushi na mile. kisi kaam mein is ko poori kamyabi na mile.</w:t>
      </w:r>
    </w:p>
    <w:p>
      <w:pPr>
        <w:jc w:val="right"/>
      </w:pPr>
      <w:r>
        <w:t>کہ وہ کسی کام میں اس کو سچی خوشی نہ ملے۔ کسی کام میں اس کو پوری کامیابی نہ ملے۔</w:t>
      </w:r>
    </w:p>
    <w:p>
      <w:r>
        <w:rPr>
          <w:b/>
        </w:rPr>
        <w:t xml:space="preserve">[23:18] </w:t>
      </w:r>
      <w:r>
        <w:t>yeh jo Allah taala ne nizam banaya,</w:t>
      </w:r>
    </w:p>
    <w:p>
      <w:pPr>
        <w:jc w:val="right"/>
      </w:pPr>
      <w:r>
        <w:t>یہ جو اللہ تعالیٰ نے نظام بنایا،</w:t>
      </w:r>
    </w:p>
    <w:p>
      <w:r>
        <w:rPr>
          <w:b/>
        </w:rPr>
        <w:t xml:space="preserve">[23:23] </w:t>
      </w:r>
      <w:r>
        <w:t>insaan ke upar bohat bara ehsan kiya.</w:t>
      </w:r>
    </w:p>
    <w:p>
      <w:pPr>
        <w:jc w:val="right"/>
      </w:pPr>
      <w:r>
        <w:t>انسان کے اوپر بہت بڑا احسان کیا۔</w:t>
      </w:r>
    </w:p>
    <w:p>
      <w:r>
        <w:rPr>
          <w:b/>
        </w:rPr>
        <w:t xml:space="preserve">[23:28] </w:t>
      </w:r>
      <w:r>
        <w:t>warna kya hota? sare log sarkash ho jate. ek bhi insaan aisa nahi nikalta tareekh mein jis ke andar sachai ko pane ka jazba ho.</w:t>
      </w:r>
    </w:p>
    <w:p>
      <w:pPr>
        <w:jc w:val="right"/>
      </w:pPr>
      <w:r>
        <w:t>ورنہ کیا ہوتا؟ سارے لوگ سرکش ہو جاتے۔ ایک بھی انسان ایسا نہیں نکلتا تاریخ میں جس کے اندر سچائی کو پانے کا جذبہ ہو۔</w:t>
      </w:r>
    </w:p>
    <w:p>
      <w:r>
        <w:rPr>
          <w:b/>
        </w:rPr>
        <w:t xml:space="preserve">[23:42] </w:t>
      </w:r>
      <w:r>
        <w:t>jis ke andar khair ki talab ho.</w:t>
      </w:r>
    </w:p>
    <w:p>
      <w:pPr>
        <w:jc w:val="right"/>
      </w:pPr>
      <w:r>
        <w:t>جس کے اندر خیر کی طلب ہو۔</w:t>
      </w:r>
    </w:p>
    <w:p>
      <w:r>
        <w:rPr>
          <w:b/>
        </w:rPr>
        <w:t xml:space="preserve">[23:45] </w:t>
      </w:r>
      <w:r>
        <w:t>ek bhi insaan nahi nikalta.</w:t>
      </w:r>
    </w:p>
    <w:p>
      <w:pPr>
        <w:jc w:val="right"/>
      </w:pPr>
      <w:r>
        <w:t>ایک بھی انسان نہیں نکلتا۔</w:t>
      </w:r>
    </w:p>
    <w:p>
      <w:r>
        <w:rPr>
          <w:b/>
        </w:rPr>
        <w:t xml:space="preserve">[23:50] </w:t>
      </w:r>
      <w:r>
        <w:t>aur shayad Allah taala ne zindagi ke aaghaz mein is ki ek misaal qaim kar di. aap dekhen Hazrat Adam ko sab kuch mil gaya.</w:t>
      </w:r>
    </w:p>
    <w:p>
      <w:pPr>
        <w:jc w:val="right"/>
      </w:pPr>
      <w:r>
        <w:t>اور شاید اللہ تعالیٰ نے زندگی کے آغاز میں اس کی ایک مثال قائم کر دی۔ آپ دیکھیں حضرت آدم کو سب کچھ مل گیا۔</w:t>
      </w:r>
    </w:p>
    <w:p>
      <w:r>
        <w:rPr>
          <w:b/>
        </w:rPr>
        <w:t xml:space="preserve">[24:01] </w:t>
      </w:r>
      <w:r>
        <w:t>idhar paida hue, idhar jannat mil gayi un ko. kaisi anokhi baat hai.</w:t>
      </w:r>
    </w:p>
    <w:p>
      <w:pPr>
        <w:jc w:val="right"/>
      </w:pPr>
      <w:r>
        <w:t>ادھر پیدا ہوئے، ادھر جنت مل گئی ان کو۔ کیسی انوکھی بات ہے۔</w:t>
      </w:r>
    </w:p>
    <w:p>
      <w:r>
        <w:rPr>
          <w:b/>
        </w:rPr>
        <w:t xml:space="preserve">[24:10] </w:t>
      </w:r>
      <w:r>
        <w:t>paida hote hi un ko ek achi biwi mil gayi.</w:t>
      </w:r>
    </w:p>
    <w:p>
      <w:pPr>
        <w:jc w:val="right"/>
      </w:pPr>
      <w:r>
        <w:t>پیدا ہوتے ہی ان کو ایک اچھی بیوی مل گئی۔</w:t>
      </w:r>
    </w:p>
    <w:p>
      <w:r>
        <w:rPr>
          <w:b/>
        </w:rPr>
        <w:t xml:space="preserve">[24:17] </w:t>
      </w:r>
      <w:r>
        <w:t>aur paida hote hi un ko jannat mil gayi. baghon ka ghar mil gaya. paida hote hi.</w:t>
      </w:r>
    </w:p>
    <w:p>
      <w:pPr>
        <w:jc w:val="right"/>
      </w:pPr>
      <w:r>
        <w:t>اور پیدا ہوتے ہی ان کو جنت مل گئی۔ باغوں کا گھر مل گیا۔ پیدا ہوتے ہی۔</w:t>
      </w:r>
    </w:p>
    <w:p>
      <w:r>
        <w:rPr>
          <w:b/>
        </w:rPr>
        <w:t xml:space="preserve">[24:26] </w:t>
      </w:r>
      <w:r>
        <w:t>to kya hua dekhen aap.</w:t>
      </w:r>
    </w:p>
    <w:p>
      <w:pPr>
        <w:jc w:val="right"/>
      </w:pPr>
      <w:r>
        <w:t>تو کیا ہوا دیکھیں آپ۔</w:t>
      </w:r>
    </w:p>
    <w:p>
      <w:r>
        <w:rPr>
          <w:b/>
        </w:rPr>
        <w:t xml:space="preserve">[24:33] </w:t>
      </w:r>
      <w:r>
        <w:t>kitni bari unhon ne bari ghalti unhon ne ki. yeh sab kuch hote hue Allah ke hukum ke khilaf kiya unhon ne.</w:t>
      </w:r>
    </w:p>
    <w:p>
      <w:pPr>
        <w:jc w:val="right"/>
      </w:pPr>
      <w:r>
        <w:t>کتنی بڑی انہوں نے بڑی غلطی انہوں نے کی۔ یہ سب کچھ ہوتے ہوئے اللہ کے حکم کے خلاف کیا انہوں نے۔</w:t>
      </w:r>
    </w:p>
    <w:p>
      <w:r>
        <w:rPr>
          <w:b/>
        </w:rPr>
        <w:t xml:space="preserve">[24:45] </w:t>
      </w:r>
      <w:r>
        <w:t>yeh kaha tha Allah ne saaf saaf kaha tha ke tum is drakht ke paas na jana. is ka phal na khana.</w:t>
      </w:r>
    </w:p>
    <w:p>
      <w:pPr>
        <w:jc w:val="right"/>
      </w:pPr>
      <w:r>
        <w:t>یہ کہا تھا اللہ نے صاف صاف کہا تھا کہ تم اس درخت کے پاس نہ جانا۔ اس کا پھل نہ کھانا۔</w:t>
      </w:r>
    </w:p>
    <w:p>
      <w:r>
        <w:rPr>
          <w:b/>
        </w:rPr>
        <w:t xml:space="preserve">[24:53] </w:t>
      </w:r>
      <w:r>
        <w:t>is is jannat mein sirf ek drakht tha jo jo tree ki hesiyat rakhta tha. isi ko ja kar lage khane hain. to sab kuch jab mil gaya to to aadmi ko sarkashi aati hai.</w:t>
      </w:r>
    </w:p>
    <w:p>
      <w:pPr>
        <w:jc w:val="right"/>
      </w:pPr>
      <w:r>
        <w:t>اس اس جنت میں صرف ایک درخت تھا جو جو ٹری کی حیثیت رکھتا تھا۔ اسی کو جا کر لگے کھانے ہیں۔ تو سب کچھ جب مل گیا تو تو آدمی کو سرکشی آتی ہے۔</w:t>
      </w:r>
    </w:p>
    <w:p>
      <w:r>
        <w:rPr>
          <w:b/>
        </w:rPr>
        <w:t xml:space="preserve">[25:08] </w:t>
      </w:r>
      <w:r>
        <w:t>jab sab kuch mil jaye aap ko to sarkashi aayegi.</w:t>
      </w:r>
    </w:p>
    <w:p>
      <w:pPr>
        <w:jc w:val="right"/>
      </w:pPr>
      <w:r>
        <w:t>جب سب کچھ مل جائے آپ کو تو سرکشی آئے گی۔</w:t>
      </w:r>
    </w:p>
    <w:p>
      <w:r>
        <w:rPr>
          <w:b/>
        </w:rPr>
        <w:t xml:space="preserve">[25:13] </w:t>
      </w:r>
      <w:r>
        <w:t>is ke mani hain ke agar insaan ko Khuda ne de diya hota sab kuch, wahi haal hota jo Adam ka haal hua.</w:t>
      </w:r>
    </w:p>
    <w:p>
      <w:pPr>
        <w:jc w:val="right"/>
      </w:pPr>
      <w:r>
        <w:t>اس کے معنی ہیں کہ اگر انسان کو خدا نے دے دیا ہوتا سب کچھ، وہی حال ہوتا جو آدم کا حال ہوا۔</w:t>
      </w:r>
    </w:p>
    <w:p>
      <w:r>
        <w:rPr>
          <w:b/>
        </w:rPr>
        <w:t xml:space="preserve">[25:24] </w:t>
      </w:r>
      <w:r>
        <w:t>ke har aadmi sarkash ban jata, har aadmi maghroor ban jata, har aadmi ke andar</w:t>
      </w:r>
    </w:p>
    <w:p>
      <w:pPr>
        <w:jc w:val="right"/>
      </w:pPr>
      <w:r>
        <w:t>کہ ہر آدمی سرکش بن جاتا، ہر آدمی مغرور بن جاتا، ہر آدمی کے اندر</w:t>
      </w:r>
    </w:p>
    <w:p>
      <w:r>
        <w:rPr>
          <w:b/>
        </w:rPr>
        <w:t xml:space="preserve">[25:30] </w:t>
      </w:r>
      <w:r>
        <w:t>pride aa jata, har aadmi aisa ho jata hai ke kuch sunta nahi woh.</w:t>
      </w:r>
    </w:p>
    <w:p>
      <w:pPr>
        <w:jc w:val="right"/>
      </w:pPr>
      <w:r>
        <w:t>پریڈ آ جاتا، ہر آدمی ایسا ہو جاتا ہے کہ کچھ سنتا نہیں وہ۔</w:t>
      </w:r>
    </w:p>
    <w:p>
      <w:r>
        <w:rPr>
          <w:b/>
        </w:rPr>
        <w:t xml:space="preserve">[25:40] </w:t>
      </w:r>
      <w:r>
        <w:t>to is is surah mein ghaate ka zikr nahi hai, nafe ka zikr hai. is surah mein kisi ghazab ka zikr nahi, rehmat ka zikr hai.</w:t>
      </w:r>
    </w:p>
    <w:p>
      <w:pPr>
        <w:jc w:val="right"/>
      </w:pPr>
      <w:r>
        <w:t>تو اس اس سورہ میں گھاٹے کا ذکر نہیں ہے، نفع کا ذکر ہے۔ اس سورہ میں کسی غضب کا ذکر نہیں، رحمت کا ذکر ہے۔</w:t>
      </w:r>
    </w:p>
    <w:p>
      <w:r>
        <w:rPr>
          <w:b/>
        </w:rPr>
        <w:t xml:space="preserve">[25:54] </w:t>
      </w:r>
      <w:r>
        <w:t>yani ghaate ke istilaah mein, ghaate ke term mein paane ka raaz bataya gaya hai.</w:t>
      </w:r>
    </w:p>
    <w:p>
      <w:pPr>
        <w:jc w:val="right"/>
      </w:pPr>
      <w:r>
        <w:t>یعنی گھاٹے کے اصطلاح میں، گھاٹے کے ٹرم میں پانے کا راز بتایا گیا ہے۔</w:t>
      </w:r>
    </w:p>
    <w:p>
      <w:r>
        <w:rPr>
          <w:b/>
        </w:rPr>
        <w:t xml:space="preserve">[26:08] </w:t>
      </w:r>
      <w:r>
        <w:t>aur sachi baat hai ke yeh jo dunya mein nizaam hai ke yahan sachi khushi kisi ko milti nahin. sab kuch pa kar bhi</w:t>
      </w:r>
    </w:p>
    <w:p>
      <w:pPr>
        <w:jc w:val="right"/>
      </w:pPr>
      <w:r>
        <w:t>اور سچی بات ہے کہ یہ جو دنیا میں نظام ہے کہ یہاں سچی خوشی کسی کو ملتی نہیں۔ سب کچھ پا کر بھی</w:t>
      </w:r>
    </w:p>
    <w:p>
      <w:r>
        <w:rPr>
          <w:b/>
        </w:rPr>
        <w:t xml:space="preserve">[26:22] </w:t>
      </w:r>
      <w:r>
        <w:t>woh maghroor bhi paata hai apne aap ko. ek baar mein mumbai gaya, wahan ek saahab ke ghar mein thehra tha. ek do din.</w:t>
      </w:r>
    </w:p>
    <w:p>
      <w:pPr>
        <w:jc w:val="right"/>
      </w:pPr>
      <w:r>
        <w:t>وہ مغرور بھی پاتا ہے اپنے آپ کو۔ ایک بار میں ممبئی گیا، وہاں ایک صاحب کے گھر میں ٹھہرا تھا۔ ایک دو دن۔</w:t>
      </w:r>
    </w:p>
    <w:p>
      <w:r>
        <w:rPr>
          <w:b/>
        </w:rPr>
        <w:t xml:space="preserve">[26:34] </w:t>
      </w:r>
      <w:r>
        <w:t>toh woh bohat paise wale aadmi thay. un ke paas sab kuch tha.</w:t>
      </w:r>
    </w:p>
    <w:p>
      <w:pPr>
        <w:jc w:val="right"/>
      </w:pPr>
      <w:r>
        <w:t>تو وہ بہت پیسے والے آدمی تھے۔ ان کے پاس سب کچھ تھا۔</w:t>
      </w:r>
    </w:p>
    <w:p>
      <w:r>
        <w:rPr>
          <w:b/>
        </w:rPr>
        <w:t xml:space="preserve">[26:41] </w:t>
      </w:r>
      <w:r>
        <w:t>toh mein aur woh dono ek hi kamre mein sote. un ka jo ghar tha, us ghar mein hum dono ek hi kamre mein soye.</w:t>
      </w:r>
    </w:p>
    <w:p>
      <w:pPr>
        <w:jc w:val="right"/>
      </w:pPr>
      <w:r>
        <w:t>تو میں اور وہ دونوں ایک ہی کمرے میں سوتے۔ ان کا جو گھر تھا، اس گھر میں ہم دونوں ایک ہی کمرے میں سوئے۔</w:t>
      </w:r>
    </w:p>
    <w:p>
      <w:r>
        <w:rPr>
          <w:b/>
        </w:rPr>
        <w:t xml:space="preserve">[26:55] </w:t>
      </w:r>
      <w:r>
        <w:t>toh raat ko meri neend khuli. ek neend lene ke baad, ek neend poori hoti hai toh aadmi ki neend khulti hai.</w:t>
      </w:r>
    </w:p>
    <w:p>
      <w:pPr>
        <w:jc w:val="right"/>
      </w:pPr>
      <w:r>
        <w:t>تو رات کو میری نیند کھلی۔ ایک نیند لینے کے بعد، ایک نیند پوری ہوتی ہے تو آدمی کی نیند کھلتی ہے۔</w:t>
      </w:r>
    </w:p>
    <w:p>
      <w:r>
        <w:rPr>
          <w:b/>
        </w:rPr>
        <w:t xml:space="preserve">[27:06] </w:t>
      </w:r>
      <w:r>
        <w:t>toh ek neend khuli, shayad ek ek bajay. toh woh apne bistar par baithe hue thay.</w:t>
      </w:r>
    </w:p>
    <w:p>
      <w:pPr>
        <w:jc w:val="right"/>
      </w:pPr>
      <w:r>
        <w:t>تو ایک نیند کھلی، شاید ایک ایک بجے۔ تو وہ اپنے بستر پر بیٹھے ہوئے تھے۔</w:t>
      </w:r>
    </w:p>
    <w:p>
      <w:r>
        <w:rPr>
          <w:b/>
        </w:rPr>
        <w:t xml:space="preserve">[27:15] </w:t>
      </w:r>
      <w:r>
        <w:t>toh mein ne un se poocha ke aap baithe hue kyun hain? toh jaante hain unhon ne kya jawab diya? mujhe neend kahan aati hai?</w:t>
      </w:r>
    </w:p>
    <w:p>
      <w:pPr>
        <w:jc w:val="right"/>
      </w:pPr>
      <w:r>
        <w:t>تو میں نے ان سے پوچھا کہ آپ بیٹھے ہوئے کیوں ہیں؟ تو جانتے ہیں انہوں نے کیا جواب دیا؟ مجھے نیند کہاں آتی ہے؟</w:t>
      </w:r>
    </w:p>
    <w:p>
      <w:r>
        <w:rPr>
          <w:b/>
        </w:rPr>
        <w:t xml:space="preserve">[27:27] </w:t>
      </w:r>
      <w:r>
        <w:t>mujhe neend kahan aati hai? sab kuch hai in ke paas.</w:t>
      </w:r>
    </w:p>
    <w:p>
      <w:pPr>
        <w:jc w:val="right"/>
      </w:pPr>
      <w:r>
        <w:t>مجھے نیند کہاں آتی ہے؟ سب کچھ ہے ان کے پاس۔</w:t>
      </w:r>
    </w:p>
    <w:p>
      <w:r>
        <w:rPr>
          <w:b/>
        </w:rPr>
        <w:t xml:space="preserve">[27:33] </w:t>
      </w:r>
      <w:r>
        <w:t>car hai, ghar hai, paisa hai, business hai. lekin neend nahin aati. aap sochiye aise aadmi ko kya khushi mile gi?</w:t>
      </w:r>
    </w:p>
    <w:p>
      <w:pPr>
        <w:jc w:val="right"/>
      </w:pPr>
      <w:r>
        <w:t>کار ہے، گھر ہے، پیسہ ہے، بزنس ہے۔ لیکن نیند نہیں آتی۔ آپ سوچیے ایسے آدمی کو کیا خوشی ملے گی؟</w:t>
      </w:r>
    </w:p>
    <w:p>
      <w:r>
        <w:rPr>
          <w:b/>
        </w:rPr>
        <w:t xml:space="preserve">[27:46] </w:t>
      </w:r>
      <w:r>
        <w:t>aise hi ek baar tha mein ek shehar mein gaya. is shehar mein ek saahab ka bari dukaan thi wahan par. toh kisi mauqa par woh mujh ko apne godaam mein le gaye.</w:t>
      </w:r>
    </w:p>
    <w:p>
      <w:pPr>
        <w:jc w:val="right"/>
      </w:pPr>
      <w:r>
        <w:t>ایسے ہی ایک بار تھا میں ایک شہر میں گیا۔ اس شہر میں ایک صاحب کا بڑی دکان تھی وہاں پر۔ تو کسی موقع پر وہ مجھ کو اپنے گودام میں لے گئے۔</w:t>
      </w:r>
    </w:p>
    <w:p>
      <w:r>
        <w:rPr>
          <w:b/>
        </w:rPr>
        <w:t xml:space="preserve">[27:59] </w:t>
      </w:r>
      <w:r>
        <w:t>godaam jo kaha jaata hai us ko.</w:t>
      </w:r>
    </w:p>
    <w:p>
      <w:pPr>
        <w:jc w:val="right"/>
      </w:pPr>
      <w:r>
        <w:t>گودام جو کہا جاتا ہے اس کو۔</w:t>
      </w:r>
    </w:p>
    <w:p>
      <w:r>
        <w:rPr>
          <w:b/>
        </w:rPr>
        <w:t xml:space="preserve">[28:02] </w:t>
      </w:r>
      <w:r>
        <w:t>wahan par un ka jo dukaan ka saamaan mangate thay, wahan rakha jaata tha. phir woh darood ke waqt dukaan par aata tha.</w:t>
      </w:r>
    </w:p>
    <w:p>
      <w:pPr>
        <w:jc w:val="right"/>
      </w:pPr>
      <w:r>
        <w:t>وہاں پر ان کا جو دکان کا سامان منگاتے تھے، وہاں رکھا جاتا تھا۔ پھر وہ درود کے وقت دکان پر آتا تھا۔</w:t>
      </w:r>
    </w:p>
    <w:p>
      <w:r>
        <w:rPr>
          <w:b/>
        </w:rPr>
        <w:t xml:space="preserve">[28:14] </w:t>
      </w:r>
      <w:r>
        <w:t>toh mein aur woh gaye. toh wahan ek mazdoor tha, bekhabar so raha tha.</w:t>
      </w:r>
    </w:p>
    <w:p>
      <w:pPr>
        <w:jc w:val="right"/>
      </w:pPr>
      <w:r>
        <w:t>تو میں اور وہ گئے۔ تو وہاں ایک مزدور تھا، بے خبر سو رہا تھا۔</w:t>
      </w:r>
    </w:p>
    <w:p>
      <w:r>
        <w:rPr>
          <w:b/>
        </w:rPr>
        <w:t xml:space="preserve">[28:21] </w:t>
      </w:r>
      <w:r>
        <w:t>godaam ke andar na bistar, na koi saamaan rahat, kuch bhi nahin. aur bekhabar so raha hai.</w:t>
      </w:r>
    </w:p>
    <w:p>
      <w:pPr>
        <w:jc w:val="right"/>
      </w:pPr>
      <w:r>
        <w:t>گودام کے اندر نہ بستر، نہ کوئی سامان راحت، کچھ بھی نہیں۔ اور بے خبر سو رہا ہے۔</w:t>
      </w:r>
    </w:p>
    <w:p>
      <w:r>
        <w:rPr>
          <w:b/>
        </w:rPr>
        <w:t xml:space="preserve">[28:32] </w:t>
      </w:r>
      <w:r>
        <w:t>toh unhon ne mujh se kaha ke is tarah ki neend mujhe kabhi naseeb nahin hui. jaise yeh so raha hai godaam mein, mein narm bistar par bhi is tarah nahin so sakta.</w:t>
      </w:r>
    </w:p>
    <w:p>
      <w:pPr>
        <w:jc w:val="right"/>
      </w:pPr>
      <w:r>
        <w:t>تو انہوں نے مجھ سے کہا کہ اس طرح کی نیند مجھے کبھی نصیب نہیں ہوئی۔ جیسے یہ سو رہا ہے گودام میں، میں نرم بستر پر بھی اس طرح نہیں سو سکتا۔</w:t>
      </w:r>
    </w:p>
    <w:p>
      <w:r>
        <w:rPr>
          <w:b/>
        </w:rPr>
        <w:t xml:space="preserve">[28:44] </w:t>
      </w:r>
      <w:r>
        <w:t>aap ghore kijiye kya khushi un ko ho gi. kya khushi ho gi. ek martaba mein Maulana Taqeeb Ali saahab ke ek jaan ne wale thay, woh mujhe le gaye ek saahab ke haan.</w:t>
      </w:r>
    </w:p>
    <w:p>
      <w:pPr>
        <w:jc w:val="right"/>
      </w:pPr>
      <w:r>
        <w:t>آپ غور کیجیے کیا خوشی ان کو ہوگی۔ کیا خوشی ہوگی۔ ایک مرتبہ میں مولانا تقیب علی صاحب کے ایک جاننے والے تھے، وہ مجھے لے گئے ایک صاحب کے ہاں۔</w:t>
      </w:r>
    </w:p>
    <w:p>
      <w:r>
        <w:rPr>
          <w:b/>
        </w:rPr>
        <w:t xml:space="preserve">[29:01] </w:t>
      </w:r>
      <w:r>
        <w:t>toh ek saahab thay, un ke do bete thay. ek bete ko unhon ne business karwa diya. ek beta chahta tha ke mein ek koi pasand ki ladki thi us ki, usay shadi karoon.</w:t>
      </w:r>
    </w:p>
    <w:p>
      <w:pPr>
        <w:jc w:val="right"/>
      </w:pPr>
      <w:r>
        <w:t>تو ایک صاحب تھے، ان کے دو بیٹے تھے۔ ایک بیٹے کو انہوں نے بزنس کروا دیا۔ ایک بیٹا چاہتا تھا کہ میں ایک کوئی پسند کی لڑکی تھی اس کی، اسے شادی کروں۔</w:t>
      </w:r>
    </w:p>
    <w:p>
      <w:r>
        <w:rPr>
          <w:b/>
        </w:rPr>
        <w:t xml:space="preserve">[29:19] </w:t>
      </w:r>
      <w:r>
        <w:t>toh israr tha us ko ke mein us se shadi karoon ga, apni pasand ki ladki se. toh unhon ne us ladki ko, usi ladki se un ki shadi kar di.</w:t>
      </w:r>
    </w:p>
    <w:p>
      <w:pPr>
        <w:jc w:val="right"/>
      </w:pPr>
      <w:r>
        <w:t>تو اصرار تھا اس کو کہ میں اس سے شادی کروں گا، اپنی پسند کی لڑکی سے۔ تو انہوں نے اس لڑکی کو، اسی لڑکی سے ان کی شادی کر دی۔</w:t>
      </w:r>
    </w:p>
    <w:p>
      <w:r>
        <w:rPr>
          <w:b/>
        </w:rPr>
        <w:t xml:space="preserve">[29:30] </w:t>
      </w:r>
      <w:r>
        <w:t>aur us ko ek farm house de diya. mein khud gaya wahan par dekha. ek farm house.</w:t>
      </w:r>
    </w:p>
    <w:p>
      <w:pPr>
        <w:jc w:val="right"/>
      </w:pPr>
      <w:r>
        <w:t>اور اس کو ایک فارم ہاؤس دے دیا۔ میں خود گیا وہاں پر دیکھا۔ ایک فارم ہاؤس۔</w:t>
      </w:r>
    </w:p>
    <w:p>
      <w:r>
        <w:rPr>
          <w:b/>
        </w:rPr>
        <w:t xml:space="preserve">[29:35] </w:t>
      </w:r>
      <w:r>
        <w:t>us farm house mein woh us pasand ki ladki ke saath rehne laga. toh hum log jo gaye thay toh kai saal ke baad, shadi ke kai saal ke baad.</w:t>
      </w:r>
    </w:p>
    <w:p>
      <w:pPr>
        <w:jc w:val="right"/>
      </w:pPr>
      <w:r>
        <w:t>اس فارم ہاؤس میں وہ اس پسند کی لڑکی کے ساتھ رہنے لگا۔ تو ہم لوگ جو گئے تھے تو کئی سال کے بعد، شادی کے کئی سال کے بعد۔</w:t>
      </w:r>
    </w:p>
    <w:p>
      <w:r>
        <w:rPr>
          <w:b/>
        </w:rPr>
        <w:t xml:space="preserve">[29:49] </w:t>
      </w:r>
      <w:r>
        <w:t>toh Maulana Taqeeb Ali saahab se un ki jaan pehchaan thi, mujh se toh nahin thi lekin mein un ka saathi tha woh. toh wahan mein ne dekha ke woh log jo hain, alag alag bilkul, koi baat aapas mein nahin hoti thi wahan.</w:t>
      </w:r>
    </w:p>
    <w:p>
      <w:pPr>
        <w:jc w:val="right"/>
      </w:pPr>
      <w:r>
        <w:t>تو مولانا تقیب علی صاحب سے ان کی جان پہچان تھی، مجھ سے تو نہیں تھی لیکن میں ان کا ساتھی تھا وہ۔ تو وہاں میں نے دیکھا کہ وہ لوگ جو ہیں، الگ الگ بالکل، کوئی بات آپس میں نہیں ہوتی تھی وہاں۔</w:t>
      </w:r>
    </w:p>
    <w:p>
      <w:r>
        <w:rPr>
          <w:b/>
        </w:rPr>
        <w:t xml:space="preserve">[30:06] </w:t>
      </w:r>
      <w:r>
        <w:t>shayad do din hum wahan rahe,</w:t>
      </w:r>
    </w:p>
    <w:p>
      <w:pPr>
        <w:jc w:val="right"/>
      </w:pPr>
      <w:r>
        <w:t>شاید دو دن ہم وہاں رہے،</w:t>
      </w:r>
    </w:p>
    <w:p>
      <w:r>
        <w:rPr>
          <w:b/>
        </w:rPr>
        <w:t xml:space="preserve">[30:09] </w:t>
      </w:r>
      <w:r>
        <w:t>un ke chehre par kabhi apni khushi nahin dekhi. bohat acha ghar tha, ghar ke chaaron taraf baagh tha, un ke paas sab kuch tha.</w:t>
      </w:r>
    </w:p>
    <w:p>
      <w:pPr>
        <w:jc w:val="right"/>
      </w:pPr>
      <w:r>
        <w:t>ان کے چہرے پر کبھی اپنی خوشی نہیں دیکھی۔ بہت اچھا گھر تھا، گھر کے چاروں طرف باغ تھا، ان کے پاس سب کچھ تھا۔</w:t>
      </w:r>
    </w:p>
    <w:p>
      <w:r>
        <w:rPr>
          <w:b/>
        </w:rPr>
        <w:t xml:space="preserve">[30:19] </w:t>
      </w:r>
      <w:r>
        <w:t>aur jo jis jis apni pasand ke mutabiq jis aurat se unhon ne shadi ki thi, woh bhi un ke saath thi.</w:t>
      </w:r>
    </w:p>
    <w:p>
      <w:pPr>
        <w:jc w:val="right"/>
      </w:pPr>
      <w:r>
        <w:t>اور جو جس جس اپنی پسند کے مطابق جس عورت سے انہوں نے شادی کی تھی، وہ بھی ان کے ساتھ تھی۔</w:t>
      </w:r>
    </w:p>
    <w:p>
      <w:r>
        <w:rPr>
          <w:b/>
        </w:rPr>
        <w:t xml:space="preserve">[30:29] </w:t>
      </w:r>
      <w:r>
        <w:t>lekin dono ko main ne kabhi hanste hue nahin paaya. balke aapas mein baat bhi karte hue nahin paaya.</w:t>
      </w:r>
    </w:p>
    <w:p>
      <w:pPr>
        <w:jc w:val="right"/>
      </w:pPr>
      <w:r>
        <w:t>لیکن دونوں کو میں نے کبھی ہنستے ہوئے نہیں پایا۔ بلکہ آپس میں بات بھی کرتے ہوئے نہیں پایا۔</w:t>
      </w:r>
    </w:p>
    <w:p>
      <w:r>
        <w:rPr>
          <w:b/>
        </w:rPr>
        <w:t xml:space="preserve">[30:40] </w:t>
      </w:r>
      <w:r>
        <w:t>yeh poori tareekh ki kahani hai. wa laisa lil insaani rab khuzrun yaani poori tareekh ka yahi haal hai. poori tareekh ka haal hai.</w:t>
      </w:r>
    </w:p>
    <w:p>
      <w:pPr>
        <w:jc w:val="right"/>
      </w:pPr>
      <w:r>
        <w:t>یہ پوری تاریخ کی کہانی ہے۔ وَلَسْ لِلْإِنْسَانِ رَبِّ خُذْرٍ یعنی پوری تاریخ کا یہی حال ہے۔ پوری تاریخ کا حال ہے۔</w:t>
      </w:r>
    </w:p>
    <w:p>
      <w:r>
        <w:rPr>
          <w:b/>
        </w:rPr>
        <w:t xml:space="preserve">[30:54] </w:t>
      </w:r>
      <w:r>
        <w:t>poori tareekh ka yahi haal hai.</w:t>
      </w:r>
    </w:p>
    <w:p>
      <w:pPr>
        <w:jc w:val="right"/>
      </w:pPr>
      <w:r>
        <w:t>پوری تاریخ کا یہی حال ہے۔</w:t>
      </w:r>
    </w:p>
    <w:p>
      <w:r>
        <w:rPr>
          <w:b/>
        </w:rPr>
        <w:t xml:space="preserve">[31:01] </w:t>
      </w:r>
      <w:r>
        <w:t>ek martaba main ek ek baadshah, ek muslim baadshah, jo ab un ka wafat ho chuki hai, un ke mahal mein jaane ka ittefaq hua.</w:t>
      </w:r>
    </w:p>
    <w:p>
      <w:pPr>
        <w:jc w:val="right"/>
      </w:pPr>
      <w:r>
        <w:t>ایک مرتبہ میں ایک ایک بادشاہ، ایک مسلم بادشاہ، جو اب ان کا وفات ہو چکی ہے، ان کے محل میں جانے کا اتفاق ہوا۔</w:t>
      </w:r>
    </w:p>
    <w:p>
      <w:r>
        <w:rPr>
          <w:b/>
        </w:rPr>
        <w:t xml:space="preserve">[31:14] </w:t>
      </w:r>
      <w:r>
        <w:t>to wahan par ek mun aur ek ulama ki meeting rakhi thi, is mein main bhi shareek tha. to un ke liye bohat khaas gadah la kar bichhaya gaya.</w:t>
      </w:r>
    </w:p>
    <w:p>
      <w:pPr>
        <w:jc w:val="right"/>
      </w:pPr>
      <w:r>
        <w:t>تو وہاں پر ایک مون اور ایک علماء کی میٹنگ رکھی تھی، اس میں میں بھی شریک تھا۔ تو ان کے لیے بہت خاص گدہ لا کر بچھایا گیا۔</w:t>
      </w:r>
    </w:p>
    <w:p>
      <w:r>
        <w:rPr>
          <w:b/>
        </w:rPr>
        <w:t xml:space="preserve">[31:28] </w:t>
      </w:r>
      <w:r>
        <w:t>bohat shandaar gadah tha, us par baithe woh. to main ne dekha ke woh jo tissue paper ka woh dabba rakha hua tha,</w:t>
      </w:r>
    </w:p>
    <w:p>
      <w:pPr>
        <w:jc w:val="right"/>
      </w:pPr>
      <w:r>
        <w:t>بہت شاندار گدہ تھا، اس پر بیٹھے وہ۔ تو میں نے دیکھا کہ وہ جو ٹشو پیپر کا وہ ڈبہ رکھا ہوا تھا،</w:t>
      </w:r>
    </w:p>
    <w:p>
      <w:r>
        <w:rPr>
          <w:b/>
        </w:rPr>
        <w:t xml:space="preserve">[31:37] </w:t>
      </w:r>
      <w:r>
        <w:t>aur un ko zukaam tha to baar baar us se safai karte thay. baar baar. tissue paper le le ke baar baar safai karte thay.</w:t>
      </w:r>
    </w:p>
    <w:p>
      <w:pPr>
        <w:jc w:val="right"/>
      </w:pPr>
      <w:r>
        <w:t>اور ان کو زکام تھا تو بار بار اس سے صفائی کرتے تھے۔ بار بار۔ ٹشو پیپر لے لے کے بار بار صفائی کرتے تھے۔</w:t>
      </w:r>
    </w:p>
    <w:p>
      <w:r>
        <w:rPr>
          <w:b/>
        </w:rPr>
        <w:t xml:space="preserve">[31:48] </w:t>
      </w:r>
      <w:r>
        <w:t>abdaai ke mahal mein rehte thay, aur un ke paas paise ki kami nahin. shandaar har cheez. ab isi par pareshan hain woh.</w:t>
      </w:r>
    </w:p>
    <w:p>
      <w:pPr>
        <w:jc w:val="right"/>
      </w:pPr>
      <w:r>
        <w:t>ابدائی کے محل میں رہتے تھے، اور ان کے پاس پیسے کی کمی نہیں۔ شاندار ہر چیز۔ اب اسی پر پریشان ہیں وہ۔</w:t>
      </w:r>
    </w:p>
    <w:p>
      <w:r>
        <w:rPr>
          <w:b/>
        </w:rPr>
        <w:t xml:space="preserve">[31:57] </w:t>
      </w:r>
      <w:r>
        <w:t>har waqt poochte thay, tissue paper nikaal nikaal kar. to main ne socha ke kya khushi un ko hogi.</w:t>
      </w:r>
    </w:p>
    <w:p>
      <w:pPr>
        <w:jc w:val="right"/>
      </w:pPr>
      <w:r>
        <w:t>ہر وقت پوچھتے تھے، ٹشو پیپر نکال نکال کر۔ تو میں نے سوچا کہ کیا خوشی ان کو ہوگی۔</w:t>
      </w:r>
    </w:p>
    <w:p>
      <w:r>
        <w:rPr>
          <w:b/>
        </w:rPr>
        <w:t xml:space="preserve">[32:04] </w:t>
      </w:r>
      <w:r>
        <w:t>kya khushi hogi.</w:t>
      </w:r>
    </w:p>
    <w:p>
      <w:pPr>
        <w:jc w:val="right"/>
      </w:pPr>
      <w:r>
        <w:t>کیا خوشی ہوگی۔</w:t>
      </w:r>
    </w:p>
    <w:p>
      <w:r>
        <w:rPr>
          <w:b/>
        </w:rPr>
        <w:t xml:space="preserve">[32:10] </w:t>
      </w:r>
      <w:r>
        <w:t>un sab baaton ko sochte hue mujhe ek bohat bari discovery hui.</w:t>
      </w:r>
    </w:p>
    <w:p>
      <w:pPr>
        <w:jc w:val="right"/>
      </w:pPr>
      <w:r>
        <w:t>ان سب باتوں کو سوچتے ہوئے مجھے ایک بہت بڑی ڈسکوری ہوئی۔</w:t>
      </w:r>
    </w:p>
    <w:p>
      <w:r>
        <w:rPr>
          <w:b/>
        </w:rPr>
        <w:t xml:space="preserve">[32:19] </w:t>
      </w:r>
      <w:r>
        <w:t>ke zindagi mein negative experience ki ahmiyat zyada hai ba muqabla positive experience ke.</w:t>
      </w:r>
    </w:p>
    <w:p>
      <w:pPr>
        <w:jc w:val="right"/>
      </w:pPr>
      <w:r>
        <w:t>کہ زندگی میں نیگیٹیو ایکسپیرینس کی اہمیت زیادہ ہے بمقابلہ پازیٹیو ایکسپیرینس کے۔</w:t>
      </w:r>
    </w:p>
    <w:p>
      <w:r>
        <w:rPr>
          <w:b/>
        </w:rPr>
        <w:t xml:space="preserve">[32:31] </w:t>
      </w:r>
      <w:r>
        <w:t>bohat ajeeb discovery mujhe hui. ke zindagi mein positive experience kam ahmiyat rakhta hai.</w:t>
      </w:r>
    </w:p>
    <w:p>
      <w:pPr>
        <w:jc w:val="right"/>
      </w:pPr>
      <w:r>
        <w:t>بہت عجیب ڈسکوری مجھے ہوئی۔ کہ زندگی میں پازیٹیو ایکسپیرینس کم اہمیت رکھتا ہے۔</w:t>
      </w:r>
    </w:p>
    <w:p>
      <w:r>
        <w:rPr>
          <w:b/>
        </w:rPr>
        <w:t xml:space="preserve">[32:40] </w:t>
      </w:r>
      <w:r>
        <w:t>aur negative experience zyada ahmiyat rakhta hai. kyun? yeh dekhen positive experience se aap ke andar</w:t>
      </w:r>
    </w:p>
    <w:p>
      <w:pPr>
        <w:jc w:val="right"/>
      </w:pPr>
      <w:r>
        <w:t>اور نیگیٹیو ایکسپیرینس زیادہ اہمیت رکھتا ہے۔ کیوں؟ یہ دیکھیں پازیٹیو ایکسپیرینس سے آپ کے اندر</w:t>
      </w:r>
    </w:p>
    <w:p>
      <w:r>
        <w:rPr>
          <w:b/>
        </w:rPr>
        <w:t xml:space="preserve">[32:49] </w:t>
      </w:r>
      <w:r>
        <w:t>ghumand aaye ga, gharoor aaye ga, superiority complex aaye ga.</w:t>
      </w:r>
    </w:p>
    <w:p>
      <w:pPr>
        <w:jc w:val="right"/>
      </w:pPr>
      <w:r>
        <w:t>گھمنڈ آئے گا، غرور آئے گا، سپیریٹی کمپلس آئے گا۔</w:t>
      </w:r>
    </w:p>
    <w:p>
      <w:r>
        <w:rPr>
          <w:b/>
        </w:rPr>
        <w:t xml:space="preserve">[33:00] </w:t>
      </w:r>
      <w:r>
        <w:t>apne ko abhraas hone lagen gay. aur yeh to is qism ki nafsiyaat to qala nafsiyaat hai.</w:t>
      </w:r>
    </w:p>
    <w:p>
      <w:pPr>
        <w:jc w:val="right"/>
      </w:pPr>
      <w:r>
        <w:t>اپنے کو ابراس ہونے لگیں گے۔ اور یہ تو اس قسم کی نفسیات تو کلر نفسیات ہے۔</w:t>
      </w:r>
    </w:p>
    <w:p>
      <w:r>
        <w:rPr>
          <w:b/>
        </w:rPr>
        <w:t xml:space="preserve">[33:11] </w:t>
      </w:r>
      <w:r>
        <w:t>aur jab aap ko negative experience hoga, aap khoyen gay, nuksaan uthayen gay, takleef pesh aaye gi aap ko.</w:t>
      </w:r>
    </w:p>
    <w:p>
      <w:pPr>
        <w:jc w:val="right"/>
      </w:pPr>
      <w:r>
        <w:t>اور جب آپ کو نیگیٹیو ایکسپیرینس ہوگا، آپ کھوئیں گے، نقصان اٹھائیں گے، تکلیف پیش آئے گی آپ کو۔</w:t>
      </w:r>
    </w:p>
    <w:p>
      <w:r>
        <w:rPr>
          <w:b/>
        </w:rPr>
        <w:t xml:space="preserve">[33:22] </w:t>
      </w:r>
      <w:r>
        <w:t>to aap mind ko size ho jayen gay.</w:t>
      </w:r>
    </w:p>
    <w:p>
      <w:pPr>
        <w:jc w:val="right"/>
      </w:pPr>
      <w:r>
        <w:t>تو آپ کٹرو سائز ہو جائیں گے۔</w:t>
      </w:r>
    </w:p>
    <w:p>
      <w:r>
        <w:rPr>
          <w:b/>
        </w:rPr>
        <w:t xml:space="preserve">[33:27] </w:t>
      </w:r>
      <w:r>
        <w:t>sab se bari baat insaan ke liye yeh hai ke woh mind ko size ban jaye. to woh sochta hai, us ke andar deep thinking aati hai.</w:t>
      </w:r>
    </w:p>
    <w:p>
      <w:pPr>
        <w:jc w:val="right"/>
      </w:pPr>
      <w:r>
        <w:t>سب سے بڑی بات انسان کے لیے یہ ہے کہ وہ مائنڈ کٹرو سائز بن جائے۔ تو وہ سوچتا ہے، اس کے اندر ڈیپ تھنکنگ آتی ہے۔</w:t>
      </w:r>
    </w:p>
    <w:p>
      <w:r>
        <w:rPr>
          <w:b/>
        </w:rPr>
        <w:t xml:space="preserve">[33:41] </w:t>
      </w:r>
      <w:r>
        <w:t>aap dekh len tajurba kar ke.</w:t>
      </w:r>
    </w:p>
    <w:p>
      <w:pPr>
        <w:jc w:val="right"/>
      </w:pPr>
      <w:r>
        <w:t>آپ دیکھ لیں تجربہ کر کے۔</w:t>
      </w:r>
    </w:p>
    <w:p>
      <w:r>
        <w:rPr>
          <w:b/>
        </w:rPr>
        <w:t xml:space="preserve">[33:46] </w:t>
      </w:r>
      <w:r>
        <w:t>to us ke andar soch aaye gi, deep thinking aaye gi, sachai ko talash kare ga woh. aur sab se bari baat yeh hai ke woh yeh soche ga ke is dunya mein to hamein mila nahin woh jo hum chahte thay.</w:t>
      </w:r>
    </w:p>
    <w:p>
      <w:pPr>
        <w:jc w:val="right"/>
      </w:pPr>
      <w:r>
        <w:t>تو اس کے اندر سوچ آئے گی، ڈیپ تھنکنگ آئے گی، سچائی کو تلاش کرے گا وہ۔ اور سب سے بڑی بات یہ ہے کہ وہ یہ سوچے گا کہ اس دنیا میں تو ہمیں ملا نہیں وہ جو ہم چاہتے تھے۔</w:t>
      </w:r>
    </w:p>
    <w:p>
      <w:r>
        <w:rPr>
          <w:b/>
        </w:rPr>
        <w:t xml:space="preserve">[34:03] </w:t>
      </w:r>
      <w:r>
        <w:t>to aur kahan hai woh, jis jo main chahta hoon.</w:t>
      </w:r>
    </w:p>
    <w:p>
      <w:pPr>
        <w:jc w:val="right"/>
      </w:pPr>
      <w:r>
        <w:t>تو اور کہاں ہے وہ، جس جو میں چاہتا ہوں۔</w:t>
      </w:r>
    </w:p>
    <w:p>
      <w:r>
        <w:rPr>
          <w:b/>
        </w:rPr>
        <w:t xml:space="preserve">[34:10] </w:t>
      </w:r>
      <w:r>
        <w:t>kal parson ki baat hai, main apne kamre mein baitha hua tha ke akela. aur yahi sab khayalaat dimagh aa rahe thay.</w:t>
      </w:r>
    </w:p>
    <w:p>
      <w:pPr>
        <w:jc w:val="right"/>
      </w:pPr>
      <w:r>
        <w:t>کل پرسوں کی بات ہے، میں اپنے کمرے میں بیٹھا ہوا تھا کہ اکیلا۔ اور یہی سب خیالات دماغ آ رہے تھے۔</w:t>
      </w:r>
    </w:p>
    <w:p>
      <w:r>
        <w:rPr>
          <w:b/>
        </w:rPr>
        <w:t xml:space="preserve">[34:19] </w:t>
      </w:r>
      <w:r>
        <w:t>to main ne socha ke khudaaya, tu ne mujh ko dimaagh diya. lekin dunya mein</w:t>
      </w:r>
    </w:p>
    <w:p>
      <w:pPr>
        <w:jc w:val="right"/>
      </w:pPr>
      <w:r>
        <w:t>تو میں نے سوچا کہ خدایا، تو نے مجھ کو دماغ دیا۔ لیکن دنیا میں</w:t>
      </w:r>
    </w:p>
    <w:p>
      <w:r>
        <w:rPr>
          <w:b/>
        </w:rPr>
        <w:t xml:space="preserve">[34:28] </w:t>
      </w:r>
      <w:r>
        <w:t>woh mahaul nahin jis mein mera dimaagh achhi tarah sochne ka qaboo pa sake. yahan to har waqt kahin koi ghaar baj raha hai, koi nashesh create kar raha hai, koi evil bikhair raha hai.</w:t>
      </w:r>
    </w:p>
    <w:p>
      <w:pPr>
        <w:jc w:val="right"/>
      </w:pPr>
      <w:r>
        <w:t>وہ ماحول نہیں جس میں میرا دماغ اچھی طرح سوچنے کا قابو پا سکے۔ یہاں تو ہر وقت کہیں کوئی گھار بج رہا ہے، کوئی نشست کریٹ کر رہا ہے، کوئی ایول بکھیر رہا ہے۔</w:t>
      </w:r>
    </w:p>
    <w:p>
      <w:r>
        <w:rPr>
          <w:b/>
        </w:rPr>
        <w:t xml:space="preserve">[34:42] </w:t>
      </w:r>
      <w:r>
        <w:t>itna bara dimagh aap ne diya,</w:t>
      </w:r>
    </w:p>
    <w:p>
      <w:pPr>
        <w:jc w:val="right"/>
      </w:pPr>
      <w:r>
        <w:t>اتنا بڑا دماغ آپ نے دیا،</w:t>
      </w:r>
    </w:p>
    <w:p>
      <w:r>
        <w:rPr>
          <w:b/>
        </w:rPr>
        <w:t xml:space="preserve">[34:45] </w:t>
      </w:r>
      <w:r>
        <w:t xml:space="preserve">lekin dimagh ko ab sochne ke liye environment maujood nahi yahan par. to maine kaha aap ne mujhe aankhein dein, lekin yeh aankhein jo scene dekhna chahti hain, jo manzar dekhna chahti hain, woh manzar yahan maujood nahi. </w:t>
      </w:r>
    </w:p>
    <w:p>
      <w:pPr>
        <w:jc w:val="right"/>
      </w:pPr>
      <w:r>
        <w:t>لیکن دماغ کو اب سوچنے کے لیے انوائرمنٹ موجود نہیں یہاں پر۔ تو میں نے کہا آپ نے مجھے آنکھیں دیں، لیکن یہ آنکھیں جو سین دیکھنا چاہتی ہیں، جو منظر دیکھنا چاہتی ہیں، وہ منظر یہاں موجود نہیں۔</w:t>
      </w:r>
    </w:p>
    <w:p>
      <w:r>
        <w:rPr>
          <w:b/>
        </w:rPr>
        <w:t xml:space="preserve">[35:10] </w:t>
      </w:r>
      <w:r>
        <w:t>hua yeh ke main radio sunta hoon to ghumata hoon to jo bhi aa jata hai us ko sunne lagta hoon sunne mein. to ek din maine ghumaya to ek gana aane laga.</w:t>
      </w:r>
    </w:p>
    <w:p>
      <w:pPr>
        <w:jc w:val="right"/>
      </w:pPr>
      <w:r>
        <w:t>ہوا یہ کہ میں ریڈیو سنتا ہوں تو گھماتا ہوں تو جو بھی آ جاتا ہے اس کو سننے لگتا ہوں سننے میں۔ تو ایک دن میں نے گھمایا تو ایک گانا آنے لگا۔</w:t>
      </w:r>
    </w:p>
    <w:p>
      <w:r>
        <w:rPr>
          <w:b/>
        </w:rPr>
        <w:t xml:space="preserve">[35:23] </w:t>
      </w:r>
      <w:r>
        <w:t>ek bohat hi super singer maani jati hain, ek khatoon.</w:t>
      </w:r>
    </w:p>
    <w:p>
      <w:pPr>
        <w:jc w:val="right"/>
      </w:pPr>
      <w:r>
        <w:t>ایک بہت ہی سپر سنگر مانے جاتی ہیں، ایک خاتون۔</w:t>
      </w:r>
    </w:p>
    <w:p>
      <w:r>
        <w:rPr>
          <w:b/>
        </w:rPr>
        <w:t xml:space="preserve">[35:28] </w:t>
      </w:r>
      <w:r>
        <w:t>bohat hi mashhoor shohrat hai in ki. in ko</w:t>
      </w:r>
    </w:p>
    <w:p>
      <w:pPr>
        <w:jc w:val="right"/>
      </w:pPr>
      <w:r>
        <w:t>بہت ہی مشہور شہرت ہے ان کی۔ ان کو</w:t>
      </w:r>
    </w:p>
    <w:p>
      <w:r>
        <w:rPr>
          <w:b/>
        </w:rPr>
        <w:t xml:space="preserve">[35:37] </w:t>
      </w:r>
      <w:r>
        <w:t>nightingale kaha jata hai. to un ka gana aa raha tha. to us gaane mein mujhe koi test nahi mila. test nahi mila.</w:t>
      </w:r>
    </w:p>
    <w:p>
      <w:pPr>
        <w:jc w:val="right"/>
      </w:pPr>
      <w:r>
        <w:t>نائٹنگ گیل کہا جاتا ہے۔ تو ان کا گانا آ رہا تھا۔ تو اس گانے میں مجھے کوئی ٹیسٹ نہیں ملا۔ ٹیسٹ نہیں ملا۔</w:t>
      </w:r>
    </w:p>
    <w:p>
      <w:r>
        <w:rPr>
          <w:b/>
        </w:rPr>
        <w:t xml:space="preserve">[35:50] </w:t>
      </w:r>
      <w:r>
        <w:t>to jab mind trigger ho gaya, us tajrube se mind trigger ho gaya ke khudaaya yeh kaan jo banaye hain aap ne,</w:t>
      </w:r>
    </w:p>
    <w:p>
      <w:pPr>
        <w:jc w:val="right"/>
      </w:pPr>
      <w:r>
        <w:t>تو جب مائنڈ ٹرگر ہو گیا، اس تجربے سے مائنڈ ٹرگر ہو گیا کہ خدایا یہ کان جو بنائے ہیں آپ نے،</w:t>
      </w:r>
    </w:p>
    <w:p>
      <w:r>
        <w:rPr>
          <w:b/>
        </w:rPr>
        <w:t xml:space="preserve">[36:03] </w:t>
      </w:r>
      <w:r>
        <w:t>jis naghme ko sunne ke liye, woh naghma yahan maujood nahi duniya mein. kahan hai woh naghma? kahan hai woh duniya jahan mere kaan is naghme ko sun saken jis se woh enjoy kar saken?</w:t>
      </w:r>
    </w:p>
    <w:p>
      <w:pPr>
        <w:jc w:val="right"/>
      </w:pPr>
      <w:r>
        <w:t>جس نغمے کو سننے کے لیے، وہ نغمہ یہاں موجود نہیں دنیا میں۔ کہاں ہے وہ نغمہ؟ کہاں ہے وہ دنیا جہاں میرے کان اس نغمے کو سن سکیں جس سے وہ انجوائے کر سکیں؟</w:t>
      </w:r>
    </w:p>
    <w:p>
      <w:r>
        <w:rPr>
          <w:b/>
        </w:rPr>
        <w:t xml:space="preserve">[36:22] </w:t>
      </w:r>
      <w:r>
        <w:t>to jab bhi main koi cheez dekhta hoon to lagta hai ke yeh manzar jo hai is se kam hai jo meri aankhein dekhna chahti hain.</w:t>
      </w:r>
    </w:p>
    <w:p>
      <w:pPr>
        <w:jc w:val="right"/>
      </w:pPr>
      <w:r>
        <w:t>تو جب بھی میں کوئی چیز دیکھتا ہوں تو لگتا ہے کہ یہ منظر جو ہے اس سے کم ہے جو میری آنکھیں دیکھنا چاہتی ہیں۔</w:t>
      </w:r>
    </w:p>
    <w:p>
      <w:r>
        <w:rPr>
          <w:b/>
        </w:rPr>
        <w:t xml:space="preserve">[36:33] </w:t>
      </w:r>
      <w:r>
        <w:t>to Allah taala ne dekhiye,</w:t>
      </w:r>
    </w:p>
    <w:p>
      <w:pPr>
        <w:jc w:val="right"/>
      </w:pPr>
      <w:r>
        <w:t>تو اللہ تعالیٰ نے دیکھیے،</w:t>
      </w:r>
    </w:p>
    <w:p>
      <w:r>
        <w:rPr>
          <w:b/>
        </w:rPr>
        <w:t xml:space="preserve">[36:39] </w:t>
      </w:r>
      <w:r>
        <w:t>laqad khalaqnal insana fi asri taqweem woh sab baatein mujhe yaad aane lagin. to maine kaha khudaaya, to mujhe dimagh diya ke main sochun, lekin sochne ke liye mahaul nahi.</w:t>
      </w:r>
    </w:p>
    <w:p>
      <w:pPr>
        <w:jc w:val="right"/>
      </w:pPr>
      <w:r>
        <w:t>لَقَدْ خَلَقْنَا الْإِنْسَانَ فِي عَصْرِ تَقْوِيمٍ وہ سب باتیں مجھے یاد آنے لگیں۔ تو میں نے کہا خدایا، تو مجھے دماغ دیا کہ میں سوچوں، لیکن سوچنے کے لیے ماحول نہیں۔</w:t>
      </w:r>
    </w:p>
    <w:p>
      <w:r>
        <w:rPr>
          <w:b/>
        </w:rPr>
        <w:t xml:space="preserve">[36:55] </w:t>
      </w:r>
      <w:r>
        <w:t>to ne mujhe aankh diya ke main dekhun, lekin dekhne ke liye manazir nahi.</w:t>
      </w:r>
    </w:p>
    <w:p>
      <w:pPr>
        <w:jc w:val="right"/>
      </w:pPr>
      <w:r>
        <w:t>تو نے مجھے آنکھ دیا کہ میں دیکھوں، لیکن دیکھنے کے لیے مناظر نہیں۔</w:t>
      </w:r>
    </w:p>
    <w:p>
      <w:r>
        <w:rPr>
          <w:b/>
        </w:rPr>
        <w:t xml:space="preserve">[37:00] </w:t>
      </w:r>
      <w:r>
        <w:t>to ne mujhe kaan diya ke main sunun, lekin sunne ke qabil naghma nahi duniya mein. hatta ke main sochte sochte aadmi kaha ke khudaaya, to ne mere paon diya,</w:t>
      </w:r>
    </w:p>
    <w:p>
      <w:pPr>
        <w:jc w:val="right"/>
      </w:pPr>
      <w:r>
        <w:t>تو نے مجھے کان دیا کہ میں سنوں، لیکن سننے کے قابل نغمہ نہیں دنیا میں۔ حتیٰ کہ میں سوچتے سوچتے آدمی کہا کہ خدایا، تو نے میرے پاؤں دیا،</w:t>
      </w:r>
    </w:p>
    <w:p>
      <w:r>
        <w:rPr>
          <w:b/>
        </w:rPr>
        <w:t xml:space="preserve">[37:13] </w:t>
      </w:r>
      <w:r>
        <w:t>lekin woh woh ghaas maujood nahi jis ghaas par main chalun. aap ne aage kabhi tajruba kiya ho ke bohat achhe lawn mein aap aap chalain, is par joota pehan kar nahi, balkeh joota utar kar,</w:t>
      </w:r>
    </w:p>
    <w:p>
      <w:pPr>
        <w:jc w:val="right"/>
      </w:pPr>
      <w:r>
        <w:t>لیکن وہ وہ گھاس موجود نہیں جس گھاس پر میں چلوں۔ آپ نے آگے کبھی تجربہ کیا ہو کہ بہت اچھے لان میں آپ آپ چلیں، اس پر جوتا پہن کر نہیں، بلکہ جوتا اتار کر،</w:t>
      </w:r>
    </w:p>
    <w:p>
      <w:r>
        <w:rPr>
          <w:b/>
        </w:rPr>
        <w:t xml:space="preserve">[37:30] </w:t>
      </w:r>
      <w:r>
        <w:t>to aap ka talwa jab us ghaas ko touch karta hai, is mein bhi lazzat hai.</w:t>
      </w:r>
    </w:p>
    <w:p>
      <w:pPr>
        <w:jc w:val="right"/>
      </w:pPr>
      <w:r>
        <w:t>تو آپ کا تلوہ جب اس گھاس کو ٹچ کرتا ہے، اس میں بھی لذت ہے۔</w:t>
      </w:r>
    </w:p>
    <w:p>
      <w:r>
        <w:rPr>
          <w:b/>
        </w:rPr>
        <w:t xml:space="preserve">[37:38] </w:t>
      </w:r>
      <w:r>
        <w:t>to maine socha khudaaya, mujhe to aap ne paon diya, lekin woh ghaasein maujood nahi hain jahan main chalun. to kahan hai woh?</w:t>
      </w:r>
    </w:p>
    <w:p>
      <w:pPr>
        <w:jc w:val="right"/>
      </w:pPr>
      <w:r>
        <w:t>تو میں نے سوچا خدایا، مجھے تو آپ نے پاؤں دیا، لیکن وہ گھاسیں موجود نہیں ہیں جہاں میں چلوں۔ تو کہاں ہے وہ؟</w:t>
      </w:r>
    </w:p>
    <w:p>
      <w:r>
        <w:rPr>
          <w:b/>
        </w:rPr>
        <w:t xml:space="preserve">[37:48] </w:t>
      </w:r>
      <w:r>
        <w:t>woh duniya kahan hai? tab samajh aaya ke woh duniya to jannat hai, yahan hai nahi woh.</w:t>
      </w:r>
    </w:p>
    <w:p>
      <w:pPr>
        <w:jc w:val="right"/>
      </w:pPr>
      <w:r>
        <w:t>وہ دنیا کہاں ہے؟ تب سمجھ آیا کہ وہ دنیا تو جنت ہے، یہاں ہے نہیں وہ۔</w:t>
      </w:r>
    </w:p>
    <w:p>
      <w:r>
        <w:rPr>
          <w:b/>
        </w:rPr>
        <w:t xml:space="preserve">[37:57] </w:t>
      </w:r>
      <w:r>
        <w:t>is cheez ko yaad dilane ke liye Allah taala ne zindagi ko is tarah banaya ke yahan aadmi sirf loss ka tajruba kare, ghaate ka tajruba kare.</w:t>
      </w:r>
    </w:p>
    <w:p>
      <w:pPr>
        <w:jc w:val="right"/>
      </w:pPr>
      <w:r>
        <w:t>اس چیز کو یاد دلانے کے لیے اللہ تعالیٰ نے زندگی کو اس طرح بنایا کہ یہاں آدمی صرف لاس کا تجربہ کرے، گھاٹے کا تجربہ کرے۔</w:t>
      </w:r>
    </w:p>
    <w:p>
      <w:r>
        <w:rPr>
          <w:b/>
        </w:rPr>
        <w:t xml:space="preserve">[38:09] </w:t>
      </w:r>
      <w:r>
        <w:t>is ko nafa ka tajruba hi na ho, peace of mind ka tajruba hi na ho.</w:t>
      </w:r>
    </w:p>
    <w:p>
      <w:pPr>
        <w:jc w:val="right"/>
      </w:pPr>
      <w:r>
        <w:t>اس کو نفع کا تجربہ ہی نہ ہو، پیس آف مائنڈ کا تجربہ ہی نہ ہو۔</w:t>
      </w:r>
    </w:p>
    <w:p>
      <w:r>
        <w:rPr>
          <w:b/>
        </w:rPr>
        <w:t xml:space="preserve">[38:19] </w:t>
      </w:r>
      <w:r>
        <w:t>isi liye ek hadith mein yeh alfaaz aaye hain: innal laaha izaa ahabb qouman abtalahum</w:t>
      </w:r>
    </w:p>
    <w:p>
      <w:pPr>
        <w:jc w:val="right"/>
      </w:pPr>
      <w:r>
        <w:t>اسی لیے ایک حدیث میں یہ الفاظ آئے ہیں: إِنَّ اللَّهَ إِذَا أَحَبَّ قَوْمًا ابْتَلَاهُمْ</w:t>
      </w:r>
    </w:p>
    <w:p>
      <w:r>
        <w:rPr>
          <w:b/>
        </w:rPr>
        <w:t xml:space="preserve">[38:35] </w:t>
      </w:r>
      <w:r>
        <w:t>Allah jab kisi se mohabbat karta hai to us ko museebat mein daal deta hai. ab dekhiye kaisi ajeeb baat hai.</w:t>
      </w:r>
    </w:p>
    <w:p>
      <w:pPr>
        <w:jc w:val="right"/>
      </w:pPr>
      <w:r>
        <w:t>اللہ جب کسی سے محبت کرتا ہے تو اس کو مصیبت میں ڈال دیتا ہے۔ اب دیکھیے کیسی عجیب بات ہے۔</w:t>
      </w:r>
    </w:p>
    <w:p>
      <w:r>
        <w:rPr>
          <w:b/>
        </w:rPr>
        <w:t xml:space="preserve">[38:46] </w:t>
      </w:r>
      <w:r>
        <w:t>yaani mohabbat to kiya, lekin daal diya museebat mein. kyun? maqsad is duniya se hatana, real duniya ki taraf le aana.</w:t>
      </w:r>
    </w:p>
    <w:p>
      <w:pPr>
        <w:jc w:val="right"/>
      </w:pPr>
      <w:r>
        <w:t>یعنی محبت تو کیا، لیکن ڈال دیا مصیبت میں۔ کیوں؟ مقصد اس دنیا سے ہٹانا، ریئل دنیا کی طرف لے آنا۔</w:t>
      </w:r>
    </w:p>
    <w:p>
      <w:r>
        <w:rPr>
          <w:b/>
        </w:rPr>
        <w:t xml:space="preserve">[38:57] </w:t>
      </w:r>
      <w:r>
        <w:t>aadmi ko batana ke yeh jo 70 80 saal jeena hai, jahan wahan to Allah ne kya rakha hai?</w:t>
      </w:r>
    </w:p>
    <w:p>
      <w:pPr>
        <w:jc w:val="right"/>
      </w:pPr>
      <w:r>
        <w:t>آدمی کو بتانا کہ یہ جو جو ستر اسی سال جینا ہے، جہاں وہاں تو اللہ نے کیا رکھا ہے؟</w:t>
      </w:r>
    </w:p>
    <w:p>
      <w:r>
        <w:rPr>
          <w:b/>
        </w:rPr>
        <w:t xml:space="preserve">[39:05] </w:t>
      </w:r>
      <w:r>
        <w:t>rakha to wahan hai jahan eternity hai, jahan abad tak rehna hai. rakha to wahan hai.</w:t>
      </w:r>
    </w:p>
    <w:p>
      <w:pPr>
        <w:jc w:val="right"/>
      </w:pPr>
      <w:r>
        <w:t>رکھا تو وہاں ہے جہاں ایٹرنیٹی ہے، جہاں ابد تک رہنا ہے۔ رکھا تو وہاں ہے۔</w:t>
      </w:r>
    </w:p>
    <w:p>
      <w:r>
        <w:rPr>
          <w:b/>
        </w:rPr>
        <w:t xml:space="preserve">[39:17] </w:t>
      </w:r>
      <w:r>
        <w:t>to is temporary world se nazar hata kar ke eternity ki taraf insaan ko le jaana, yeh hai maqsad.</w:t>
      </w:r>
    </w:p>
    <w:p>
      <w:pPr>
        <w:jc w:val="right"/>
      </w:pPr>
      <w:r>
        <w:t>تو اس ٹیمپریری ورلڈ سے نظر ہٹا کر کے ایٹرنیٹی کی طرف انسان کو لے جانا، یہ ہے مقصد۔</w:t>
      </w:r>
    </w:p>
    <w:p>
      <w:r>
        <w:rPr>
          <w:b/>
        </w:rPr>
        <w:t xml:space="preserve">[39:27] </w:t>
      </w:r>
      <w:r>
        <w:t>eternal world ko soche aadmi. jannat ko soche aadmi.</w:t>
      </w:r>
    </w:p>
    <w:p>
      <w:pPr>
        <w:jc w:val="right"/>
      </w:pPr>
      <w:r>
        <w:t>ایٹرنل ورلڈ کو سوچے آدمی۔ جنت کو سوچے آدمی۔</w:t>
      </w:r>
    </w:p>
    <w:p>
      <w:r>
        <w:rPr>
          <w:b/>
        </w:rPr>
        <w:t xml:space="preserve">[39:35] </w:t>
      </w:r>
      <w:r>
        <w:t>is dunya ko soche jahan ko mukammal maanon mein fulfillment milega, us ko soche. jab aap is aitbaar se sochenge to lagega ke sab se bari nemat to yahi hai ke aadmi ko dunya mein nemat na mile.</w:t>
      </w:r>
    </w:p>
    <w:p>
      <w:pPr>
        <w:jc w:val="right"/>
      </w:pPr>
      <w:r>
        <w:t>اس دنیا کو سوچے جہاں کو مکمل معنوں میں فلفلمنٹ ملے گا، اس کو سوچے۔ جب آپ اس اعتبار سے سوچیں گے تو لگے گا کہ سب سے بڑی نعمت تو یہی ہے کہ آدمی کو دنیا میں نعمت نہ ملے۔</w:t>
      </w:r>
    </w:p>
    <w:p>
      <w:r>
        <w:rPr>
          <w:b/>
        </w:rPr>
        <w:t xml:space="preserve">[39:52] </w:t>
      </w:r>
      <w:r>
        <w:t>sab se bare faide ki cheez to yahi hai ke dunya mein insaan ko ghata ho.</w:t>
      </w:r>
    </w:p>
    <w:p>
      <w:pPr>
        <w:jc w:val="right"/>
      </w:pPr>
      <w:r>
        <w:t>سب سے بڑے فائدے کی چیز تو یہی ہے کہ دنیا میں انسان کو گھاٹا ہو۔</w:t>
      </w:r>
    </w:p>
    <w:p>
      <w:r>
        <w:rPr>
          <w:b/>
        </w:rPr>
        <w:t xml:space="preserve">[39:58] </w:t>
      </w:r>
      <w:r>
        <w:t>sab se bare kaam yahi hai ke dunya mein insaan nakami ka tajurba kare.</w:t>
      </w:r>
    </w:p>
    <w:p>
      <w:pPr>
        <w:jc w:val="right"/>
      </w:pPr>
      <w:r>
        <w:t>سب سے بڑے کام یہی ہے کہ دنیا میں انسان ناکامی کا تجربہ کرے۔</w:t>
      </w:r>
    </w:p>
    <w:p>
      <w:r>
        <w:rPr>
          <w:b/>
        </w:rPr>
        <w:t xml:space="preserve">[40:05] </w:t>
      </w:r>
      <w:r>
        <w:t>walaysa lil insaani rabbi khuzrun tareekh gawah hai ke insaan ghate mein hai. to yeh ghate mein jo insaan hai, kis ne aisa banaya hai insaan ko?</w:t>
      </w:r>
    </w:p>
    <w:p>
      <w:pPr>
        <w:jc w:val="right"/>
      </w:pPr>
      <w:r>
        <w:t>وَلَسْ لِلْإِنْسَانِ رَبِّ خُذْرٍ تاریخ گواہ ہے کہ انسان گھاٹے میں ہے۔ تو یہ گھاٹے میں جو انسان ہے، کس نے ایسا بنایا ہے انسان کو؟</w:t>
      </w:r>
    </w:p>
    <w:p>
      <w:r>
        <w:rPr>
          <w:b/>
        </w:rPr>
        <w:t xml:space="preserve">[40:16] </w:t>
      </w:r>
      <w:r>
        <w:t>dunya ko? khuda ne banaya hai. jis ka matlab hai ke Allah taala ne insaan ko ek is dunya mein rakha hai</w:t>
      </w:r>
    </w:p>
    <w:p>
      <w:pPr>
        <w:jc w:val="right"/>
      </w:pPr>
      <w:r>
        <w:t>دنیا کو؟ خدا نے بنایا ہے۔ جس کا مطلب ہے کہ اللہ تعالیٰ نے انسان کو ایک اس دنیا میں رکھا ہے</w:t>
      </w:r>
    </w:p>
    <w:p>
      <w:r>
        <w:rPr>
          <w:b/>
        </w:rPr>
        <w:t xml:space="preserve">[40:26] </w:t>
      </w:r>
      <w:r>
        <w:t>jo apne apne takhleeq ke mutabiq, apne creation ke mutabiq ghate hi ka tajurba wahan hoga.</w:t>
      </w:r>
    </w:p>
    <w:p>
      <w:pPr>
        <w:jc w:val="right"/>
      </w:pPr>
      <w:r>
        <w:t>جو اپنے اپنے تخلیق کے مطابق، اپنے کریشن کے مطابق گھاٹے ہی کا تجربہ وہاں ہوگا۔</w:t>
      </w:r>
    </w:p>
    <w:p>
      <w:r>
        <w:rPr>
          <w:b/>
        </w:rPr>
        <w:t xml:space="preserve">[40:37] </w:t>
      </w:r>
      <w:r>
        <w:t>wahan nafe ka tajurba hone wala nahi hai. jis ka mani hai ke sab kuch Allah ka plan hai, Allah ka mansooba hai.</w:t>
      </w:r>
    </w:p>
    <w:p>
      <w:pPr>
        <w:jc w:val="right"/>
      </w:pPr>
      <w:r>
        <w:t>وہاں نفع کا تجربہ ہونے والا نہیں ہے۔ جس کا معنی ہے کہ سب کچھ اللہ کا پلان ہے، اللہ کا منصوبہ ہے۔</w:t>
      </w:r>
    </w:p>
    <w:p>
      <w:r>
        <w:rPr>
          <w:b/>
        </w:rPr>
        <w:t xml:space="preserve">[40:48] </w:t>
      </w:r>
      <w:r>
        <w:t>to kyun kiya Allah taala ne? zaroor is mein ek koi hikmat hogi. to hikmat yahi hai ke insaan ko temporary world se us ki nazar hatayi jaye aur us ko eternal world jo hai, us ki taraf dhyan uska lage.</w:t>
      </w:r>
    </w:p>
    <w:p>
      <w:pPr>
        <w:jc w:val="right"/>
      </w:pPr>
      <w:r>
        <w:t>تو کیوں کیا اللہ تعالیٰ نے؟ ضرور اس میں ایک کوئی حکمت ہوگی۔ تو حکمت یہی ہے کہ انسان کو ٹیمپریری ورلڈ سے اس کی نظر ہٹائی جائے اور اس کو ایٹرنل ورلڈ جو ہے، اس کی طرف دھیان اس کا لگے۔</w:t>
      </w:r>
    </w:p>
    <w:p>
      <w:r>
        <w:rPr>
          <w:b/>
        </w:rPr>
        <w:t xml:space="preserve">[41:05] </w:t>
      </w:r>
      <w:r>
        <w:t>dunya se zyada woh jannat ko soche.</w:t>
      </w:r>
    </w:p>
    <w:p>
      <w:pPr>
        <w:jc w:val="right"/>
      </w:pPr>
      <w:r>
        <w:t>دنیا سے زیادہ وہ جنت کو سوچے۔</w:t>
      </w:r>
    </w:p>
    <w:p>
      <w:r>
        <w:rPr>
          <w:b/>
        </w:rPr>
        <w:t xml:space="preserve">[41:12] </w:t>
      </w:r>
      <w:r>
        <w:t>dunya ki dunya ke kamon se zyada woh akhirat ke kamon ko soche. yeh bohat bari blessing hai Allah taala ki.</w:t>
      </w:r>
    </w:p>
    <w:p>
      <w:pPr>
        <w:jc w:val="right"/>
      </w:pPr>
      <w:r>
        <w:t>دنیا کی دنیا کے کاموں سے زیادہ وہ آخرت کے کاموں کو سوچے۔ یہ بہت بڑی بریسنگ ہے اللہ تعالیٰ کی۔</w:t>
      </w:r>
    </w:p>
    <w:p>
      <w:r>
        <w:rPr>
          <w:b/>
        </w:rPr>
        <w:t xml:space="preserve">[41:22] </w:t>
      </w:r>
      <w:r>
        <w:t>maqsad sochta ho yeh baat ke agar Allah ne aisa na kiya hota to tareekh guzar jati, ek bhi insaan paida na hota jo sachai ka seeker ho.</w:t>
      </w:r>
    </w:p>
    <w:p>
      <w:pPr>
        <w:jc w:val="right"/>
      </w:pPr>
      <w:r>
        <w:t>مقصد سوچتا ہو یہ بات کہ اگر اللہ نے ایسا نہ کیا ہوتا تو تاریخ گزر جاتی، ایک بھی انسان پیدا نہ ہوتا جو سچائی کا سیکھر ہو۔</w:t>
      </w:r>
    </w:p>
    <w:p>
      <w:r>
        <w:rPr>
          <w:b/>
        </w:rPr>
        <w:t xml:space="preserve">[41:35] </w:t>
      </w:r>
      <w:r>
        <w:t>ek bhi insaan nahi. sab sarkashi mein jeete.</w:t>
      </w:r>
    </w:p>
    <w:p>
      <w:pPr>
        <w:jc w:val="right"/>
      </w:pPr>
      <w:r>
        <w:t>ایک بھی انسان نہیں۔ سب سرکشی میں جیتے۔</w:t>
      </w:r>
    </w:p>
    <w:p>
      <w:r>
        <w:rPr>
          <w:b/>
        </w:rPr>
        <w:t xml:space="preserve">[41:44] </w:t>
      </w:r>
      <w:r>
        <w:t>sab is hisab se jeete ke hum ko jo jo hum chahte the woh mil gaya.</w:t>
      </w:r>
    </w:p>
    <w:p>
      <w:pPr>
        <w:jc w:val="right"/>
      </w:pPr>
      <w:r>
        <w:t>سب اس حساب سے جیتے کہ ہم کو جو جو ہم چاہتے تھے وہ مل گیا۔</w:t>
      </w:r>
    </w:p>
    <w:p>
      <w:r>
        <w:rPr>
          <w:b/>
        </w:rPr>
        <w:t xml:space="preserve">[41:55] </w:t>
      </w:r>
      <w:r>
        <w:t>ek martaba mein ek five star hotel mein thehra hua tha. aur wahan har qism ke khane the. behtareen khane har qism ke.</w:t>
      </w:r>
    </w:p>
    <w:p>
      <w:pPr>
        <w:jc w:val="right"/>
      </w:pPr>
      <w:r>
        <w:t>ایک مرتبہ میں ایک فائیو اسٹار ہوٹل میں ٹھہرا ہوا تھا۔ اور وہاں ہر قسم کے کھانے تھے۔ بہترین کھانے ہر قسم کے۔</w:t>
      </w:r>
    </w:p>
    <w:p>
      <w:r>
        <w:rPr>
          <w:b/>
        </w:rPr>
        <w:t xml:space="preserve">[42:07] </w:t>
      </w:r>
      <w:r>
        <w:t>to mez par</w:t>
      </w:r>
    </w:p>
    <w:p>
      <w:pPr>
        <w:jc w:val="right"/>
      </w:pPr>
      <w:r>
        <w:t>تو میز پر</w:t>
      </w:r>
    </w:p>
    <w:p>
      <w:r>
        <w:rPr>
          <w:b/>
        </w:rPr>
        <w:t xml:space="preserve">[42:14] </w:t>
      </w:r>
      <w:r>
        <w:t>money la kar wahan har aadmi apna apna khud leta tha khana. to mein liya wahan par aur rakha. ab is mein bilkul pure shehad thi, bilkul acha butter tha aur</w:t>
      </w:r>
    </w:p>
    <w:p>
      <w:pPr>
        <w:jc w:val="right"/>
      </w:pPr>
      <w:r>
        <w:t>منی لا کر وہاں ہر آدمی اپنا اپنا خود لیتا تھا کھانا۔ تو میں لیا وہاں پر اور رکھا۔ اب اس میں بالکل پیور شہد تھی، بالکل اچھا بٹر تھا اور</w:t>
      </w:r>
    </w:p>
    <w:p>
      <w:r>
        <w:rPr>
          <w:b/>
        </w:rPr>
        <w:t xml:space="preserve">[42:31] </w:t>
      </w:r>
      <w:r>
        <w:t>har cheez bohat hi umda. to aap aap aap yaqeen kijiye ke mein rota raha. kyunke jo cheez mein khata tha woh mere taste se kam lagti thi.</w:t>
      </w:r>
    </w:p>
    <w:p>
      <w:pPr>
        <w:jc w:val="right"/>
      </w:pPr>
      <w:r>
        <w:t>ہر چیز بہت ہی عمدہ۔ تو آپ آپ آپ یقین کیجیے کہ میں روتا رہا۔ کیونکہ جو چیز میں کھاتا تھا وہ میرے ٹیسٹ سے کم لگتی تھی۔</w:t>
      </w:r>
    </w:p>
    <w:p>
      <w:r>
        <w:rPr>
          <w:b/>
        </w:rPr>
        <w:t xml:space="preserve">[42:45] </w:t>
      </w:r>
      <w:r>
        <w:t>insaan jo taste words hain, woh taste words bohat hi perfect qism ke hain.</w:t>
      </w:r>
    </w:p>
    <w:p>
      <w:pPr>
        <w:jc w:val="right"/>
      </w:pPr>
      <w:r>
        <w:t>انسان جو ٹیسٹ ورڈز ہیں، وہ ٹیسٹ ورڈز بہت ہی پرفیکٹ قسم کے ہیں۔</w:t>
      </w:r>
    </w:p>
    <w:p>
      <w:r>
        <w:rPr>
          <w:b/>
        </w:rPr>
        <w:t xml:space="preserve">[42:52] </w:t>
      </w:r>
      <w:r>
        <w:t>dunya ki har cheez hamare taste words se kam hai.</w:t>
      </w:r>
    </w:p>
    <w:p>
      <w:pPr>
        <w:jc w:val="right"/>
      </w:pPr>
      <w:r>
        <w:t>دنیا کی ہر چیز ہمارے ٹیسٹ ورڈز سے کم ہے۔</w:t>
      </w:r>
    </w:p>
    <w:p>
      <w:r>
        <w:rPr>
          <w:b/>
        </w:rPr>
        <w:t xml:space="preserve">[42:58] </w:t>
      </w:r>
      <w:r>
        <w:t>to mein socha to us waqt socha maine ke khuda ya mujhe woh taste words diye tune, woh to perfect taste words hain. aur jo cheezein available hain, woh to imperfect hain.</w:t>
      </w:r>
    </w:p>
    <w:p>
      <w:pPr>
        <w:jc w:val="right"/>
      </w:pPr>
      <w:r>
        <w:t>تو میں سوچا تو اس وقت سوچا میں نے کہ خدایا مجھے وہ ٹیسٹ ورڈز دیے تو نے، وہ تو پرفیکٹ ٹیسٹ ورڈز ہیں۔ اور جو چیزیں اویلیبل ہیں، وہ تو امپرفیکٹ ہیں۔</w:t>
      </w:r>
    </w:p>
    <w:p>
      <w:r>
        <w:rPr>
          <w:b/>
        </w:rPr>
        <w:t xml:space="preserve">[43:09] </w:t>
      </w:r>
      <w:r>
        <w:t>kisi ajeeb yeh cheez hai.</w:t>
      </w:r>
    </w:p>
    <w:p>
      <w:pPr>
        <w:jc w:val="right"/>
      </w:pPr>
      <w:r>
        <w:t>کیسی عجیب یہ چیز ہے۔</w:t>
      </w:r>
    </w:p>
    <w:p>
      <w:r>
        <w:rPr>
          <w:b/>
        </w:rPr>
        <w:t xml:space="preserve">[43:14] </w:t>
      </w:r>
      <w:r>
        <w:t>mein der tak rota hi raha hoon, bohat shayad mein bohat kam kha saka.</w:t>
      </w:r>
    </w:p>
    <w:p>
      <w:pPr>
        <w:jc w:val="right"/>
      </w:pPr>
      <w:r>
        <w:t>میں دیر تک روتا ہی رہا ہوں، بہت شاید میں بہت کم کھا سکا۔</w:t>
      </w:r>
    </w:p>
    <w:p>
      <w:r>
        <w:rPr>
          <w:b/>
        </w:rPr>
        <w:t xml:space="preserve">[43:21] </w:t>
      </w:r>
      <w:r>
        <w:t>to yeh sawal aur insaan ke dimagh mein aaye, yeh jo Allah taala ne ki takhleeq mein, yani creation plan mein Allah ne loss rakh diya, allowable loss, ghata rakh diya,</w:t>
      </w:r>
    </w:p>
    <w:p>
      <w:pPr>
        <w:jc w:val="right"/>
      </w:pPr>
      <w:r>
        <w:t>تو یہ سوال اور انسان کے دماغ میں آئے، یہ جو اللہ تعالیٰ نے کی تخلیق میں، یعنی کریشن پلان میں اللہ نے لاس رکھ دیا، ایلو ریبلیس لاس، گھاٹا رکھ دیا،</w:t>
      </w:r>
    </w:p>
    <w:p>
      <w:r>
        <w:rPr>
          <w:b/>
        </w:rPr>
        <w:t xml:space="preserve">[43:38] </w:t>
      </w:r>
      <w:r>
        <w:t>woh takhleeq ka ek hissa hai.</w:t>
      </w:r>
    </w:p>
    <w:p>
      <w:pPr>
        <w:jc w:val="right"/>
      </w:pPr>
      <w:r>
        <w:t>وہ تخلیق کا ایک حصہ ہے۔</w:t>
      </w:r>
    </w:p>
    <w:p>
      <w:r>
        <w:rPr>
          <w:b/>
        </w:rPr>
        <w:t xml:space="preserve">[43:41] </w:t>
      </w:r>
      <w:r>
        <w:t>allah ke creation plan ka ek hissa hai, ghata, loss, aur poori tareekh mein chhaya hua hai.</w:t>
      </w:r>
    </w:p>
    <w:p>
      <w:pPr>
        <w:jc w:val="right"/>
      </w:pPr>
      <w:r>
        <w:t>اللہ کے کریشن پلان کا ایک حصہ ہے، گھاٹا، لاس، اور پوری تاریخ میں چھایا ہوا ہے۔</w:t>
      </w:r>
    </w:p>
    <w:p>
      <w:r>
        <w:rPr>
          <w:b/>
        </w:rPr>
        <w:t xml:space="preserve">[43:51] </w:t>
      </w:r>
      <w:r>
        <w:t>walas innal insana rabb khuzr history is witness that man is man in loss.</w:t>
      </w:r>
    </w:p>
    <w:p>
      <w:pPr>
        <w:jc w:val="right"/>
      </w:pPr>
      <w:r>
        <w:t>وَلَسْ اِنَّ الْإِنْسَانَ رَبِّ خُذْرٍ ہسٹری از وٹنس دیٹ مین از مین ان لاس۔</w:t>
      </w:r>
    </w:p>
    <w:p>
      <w:r>
        <w:rPr>
          <w:b/>
        </w:rPr>
        <w:t xml:space="preserve">[44:02] </w:t>
      </w:r>
      <w:r>
        <w:t>to main samajhta hoon ke allah taala ne bahut badi insaan ke sath nemat nemat ka muamla kiya hai ke insaan ko bhatkne se roka hai.</w:t>
      </w:r>
    </w:p>
    <w:p>
      <w:pPr>
        <w:jc w:val="right"/>
      </w:pPr>
      <w:r>
        <w:t>تو میں سمجھتا ہوں کہ اللہ تعالیٰ نے بہت بڑی انسان کے ساتھ نعمت نعمت کا معاملہ کیا ہے کہ انسان کو بھٹکنے سے روکا ہے۔</w:t>
      </w:r>
    </w:p>
    <w:p>
      <w:r>
        <w:rPr>
          <w:b/>
        </w:rPr>
        <w:t xml:space="preserve">[44:17] </w:t>
      </w:r>
      <w:r>
        <w:t>warna ek insaan bhi sachai ke raste par chalne wala nahi milta. sab sarkash ban jate hain ek taraf se. ek taraf se sab ke sab sarkash ban jate hain.</w:t>
      </w:r>
    </w:p>
    <w:p>
      <w:pPr>
        <w:jc w:val="right"/>
      </w:pPr>
      <w:r>
        <w:t>ورنہ ایک انسان بھی سچائی کے راستے پر چلنے والا نہیں ملتا۔ سب سرکش بن جاتے ہیں ایک طرف سے۔ ایک طرف سے سب کے سب سرکش بن جاتے ہیں۔</w:t>
      </w:r>
    </w:p>
    <w:p>
      <w:r>
        <w:rPr>
          <w:b/>
        </w:rPr>
        <w:t xml:space="preserve">[44:34] </w:t>
      </w:r>
      <w:r>
        <w:t>dekhen is mein ek sabak yeh bhi hai ke agar aap ko</w:t>
      </w:r>
    </w:p>
    <w:p>
      <w:pPr>
        <w:jc w:val="right"/>
      </w:pPr>
      <w:r>
        <w:t>دیکھیں اس میں ایک سبق یہ بھی ہے کہ اگر آپ کو</w:t>
      </w:r>
    </w:p>
    <w:p>
      <w:r>
        <w:rPr>
          <w:b/>
        </w:rPr>
        <w:t xml:space="preserve">[44:43] </w:t>
      </w:r>
      <w:r>
        <w:t>ghata ho, loss ho, koi negative experience ho, to is experience ko na sochein.</w:t>
      </w:r>
    </w:p>
    <w:p>
      <w:pPr>
        <w:jc w:val="right"/>
      </w:pPr>
      <w:r>
        <w:t>گھاٹا ہو، لاس ہو، کوئی نیگیٹیو ایکسپیرینس ہو، تو اس ایکسپیرینس کو نہ سوچیے۔</w:t>
      </w:r>
    </w:p>
    <w:p>
      <w:r>
        <w:rPr>
          <w:b/>
        </w:rPr>
        <w:t xml:space="preserve">[44:53] </w:t>
      </w:r>
      <w:r>
        <w:t>is ghate ko mat sochein. yeh sochein is ghate ke bawajood kya zinda hain aap?</w:t>
      </w:r>
    </w:p>
    <w:p>
      <w:pPr>
        <w:jc w:val="right"/>
      </w:pPr>
      <w:r>
        <w:t>اس گھاٹے کو مت سوچیے۔ یہ سوچیے اس گھاٹے کے باوجود کیا زندہ ہیں آپ؟</w:t>
      </w:r>
    </w:p>
    <w:p>
      <w:r>
        <w:rPr>
          <w:b/>
        </w:rPr>
        <w:t xml:space="preserve">[45:00] </w:t>
      </w:r>
      <w:r>
        <w:t>is ghate ke bawajood kya aap ko khana peena mil raha hai? is ghate ke bawajood kya aap ke badan par kapde hain? is ghate ke bawajood kya aap par rehne ke liye ghar hai?</w:t>
      </w:r>
    </w:p>
    <w:p>
      <w:pPr>
        <w:jc w:val="right"/>
      </w:pPr>
      <w:r>
        <w:t>اس گھاٹے کے باوجود کیا آپ کو کھانا پینا مل رہا ہے؟ اس گھاٹے کے باوجود کیا آپ کے بدن پر کپڑے ہیں؟ اس گھاٹے کے باوجود کیا آپ پر رہنے کے لیے گھر ہے؟</w:t>
      </w:r>
    </w:p>
    <w:p>
      <w:r>
        <w:rPr>
          <w:b/>
        </w:rPr>
        <w:t xml:space="preserve">[45:11] </w:t>
      </w:r>
      <w:r>
        <w:t>yeh sochein. agar hai to mashkoor kijiye.</w:t>
      </w:r>
    </w:p>
    <w:p>
      <w:pPr>
        <w:jc w:val="right"/>
      </w:pPr>
      <w:r>
        <w:t>یہ سوچیے۔ اگر ہے تو مشکور کیجیے۔</w:t>
      </w:r>
    </w:p>
    <w:p>
      <w:r>
        <w:rPr>
          <w:b/>
        </w:rPr>
        <w:t xml:space="preserve">[45:23] </w:t>
      </w:r>
      <w:r>
        <w:t>yeh woh ghata agar fatal nahi hai, fatal, to shukr kijiye is ke upar. aur zyada tar yeh hota hai ke logon ke pas sab kuch hota hai, lekin ek ek ghate ki baat ho gayi, ek nuksan ki baat ho gayi, to bas isi ko le kar ke</w:t>
      </w:r>
    </w:p>
    <w:p>
      <w:pPr>
        <w:jc w:val="right"/>
      </w:pPr>
      <w:r>
        <w:t>یہ وہ گھاٹا اگر فیٹل نہیں ہے، فیٹل، تو شکر کیجیے اس کے اوپر۔ اور زیادہ تر یہ ہوتا ہے کہ لوگوں کے پاس سب کچھ ہوتا ہے، لیکن ایک ایک گھاٹے کی بات ہو گئی، ایک نقصان کی بات ہو گئی، تو بس اسی کو لے کر کے</w:t>
      </w:r>
    </w:p>
    <w:p>
      <w:r>
        <w:rPr>
          <w:b/>
        </w:rPr>
        <w:t xml:space="preserve">[45:40] </w:t>
      </w:r>
      <w:r>
        <w:t>gham gham geene aate hain, sar peet te hain. to is surah mein badi zabardast hikmaten hain.</w:t>
      </w:r>
    </w:p>
    <w:p>
      <w:pPr>
        <w:jc w:val="right"/>
      </w:pPr>
      <w:r>
        <w:t>گھم گھم گینے آتے ہیں، سر پیٹتے ہیں۔ تو اس سورہ میں بڑی زبردست حکمتیں ہیں۔</w:t>
      </w:r>
    </w:p>
    <w:p>
      <w:r>
        <w:rPr>
          <w:b/>
        </w:rPr>
        <w:t xml:space="preserve">[45:52] </w:t>
      </w:r>
      <w:r>
        <w:t>isi mein se ek hikmat ki baat yeh bhi hai ke agar aap ko koi ghata ho to us ko creation plan of god ka hissa samjhiye.</w:t>
      </w:r>
    </w:p>
    <w:p>
      <w:pPr>
        <w:jc w:val="right"/>
      </w:pPr>
      <w:r>
        <w:t>اسی میں سے ایک حکمت کی بات یہ بھی ہے کہ اگر آپ کو کوئی گھاٹا ہو تو اس کو کریشن پلان آف گاڈ کا حصہ سمجھیے۔</w:t>
      </w:r>
    </w:p>
    <w:p>
      <w:r>
        <w:rPr>
          <w:b/>
        </w:rPr>
        <w:t xml:space="preserve">[46:04] </w:t>
      </w:r>
      <w:r>
        <w:t>misalan aaj ka musalman jo hai, sari duniya mein kya kar rahe hain? shikayat, shikayat</w:t>
      </w:r>
    </w:p>
    <w:p>
      <w:pPr>
        <w:jc w:val="right"/>
      </w:pPr>
      <w:r>
        <w:t>مثلاً آج کا مسلمان جو ہے، ساری دنیا میں کیا کر رہے ہیں؟ شکایت، شکایت</w:t>
      </w:r>
    </w:p>
    <w:p>
      <w:r>
        <w:rPr>
          <w:b/>
        </w:rPr>
        <w:t xml:space="preserve">[46:10] </w:t>
      </w:r>
      <w:r>
        <w:t>ke hum se hukoomat chheen liya. hum hum un ko discrimination hota hai hamare sath. hum ko yeh nahi dete, hum ko woh nahi dete. hum ko service nahi dete.</w:t>
      </w:r>
    </w:p>
    <w:p>
      <w:pPr>
        <w:jc w:val="right"/>
      </w:pPr>
      <w:r>
        <w:t>کہ ہم سے حکومت چھین لیا۔ ہم ہم ان کو ڈسکریمینیشن ہوتا ہے ہمارے ساتھ۔ ہم کو یہ نہیں دیتے، ہم کو وہ نہیں دیتے۔ ہم کو سروس نہیں دیتے۔</w:t>
      </w:r>
    </w:p>
    <w:p>
      <w:r>
        <w:rPr>
          <w:b/>
        </w:rPr>
        <w:t xml:space="preserve">[46:22] </w:t>
      </w:r>
      <w:r>
        <w:t>sawal yeh hai ke is kya is ke bawajood aap zinda hain? jo shikayat kar raha hai, us ko poochhiye ke kya tum ko subah sham khana nahi milta?</w:t>
      </w:r>
    </w:p>
    <w:p>
      <w:pPr>
        <w:jc w:val="right"/>
      </w:pPr>
      <w:r>
        <w:t>سوال یہ ہے کہ اس کیا اس کے باوجود آپ زندہ ہیں؟ جو شکایت کر رہا ہے، اس کو پوچھیے کہ کیا تم کو صبح شام کھانا نہیں ملتا؟</w:t>
      </w:r>
    </w:p>
    <w:p>
      <w:r>
        <w:rPr>
          <w:b/>
        </w:rPr>
        <w:t xml:space="preserve">[46:33] </w:t>
      </w:r>
      <w:r>
        <w:t>kya tumhare badan par kapde nahi hain? kya tumhare pas rehne ke liye ghar nahi hai? isi insaan se poochhiye jo kahega wohi sab kuch hai.</w:t>
      </w:r>
    </w:p>
    <w:p>
      <w:pPr>
        <w:jc w:val="right"/>
      </w:pPr>
      <w:r>
        <w:t>کیا تمہارے بند بدن پر کپڑے نہیں ہیں؟ کیا تمہارے پاس رہنے کے لیے گھر نہیں ہے؟ اسی انسان سے پوچھیے جو کہے گا وہی سب کچھ ہے۔</w:t>
      </w:r>
    </w:p>
    <w:p>
      <w:r>
        <w:rPr>
          <w:b/>
        </w:rPr>
        <w:t xml:space="preserve">[46:42] </w:t>
      </w:r>
      <w:r>
        <w:t>to sab kuch hai to is nuksan ko jo tumhein pesh aaya hai, us ko creation plan of god ka hissa samjho.</w:t>
      </w:r>
    </w:p>
    <w:p>
      <w:pPr>
        <w:jc w:val="right"/>
      </w:pPr>
      <w:r>
        <w:t>تو سب کچھ ہے تو اس نقصان کو جو تمہیں پیش آیا ہے، اس کو کریشن پلان آف گاڈ کا حصہ سمجھو۔</w:t>
      </w:r>
    </w:p>
    <w:p>
      <w:r>
        <w:rPr>
          <w:b/>
        </w:rPr>
        <w:t xml:space="preserve">[46:54] </w:t>
      </w:r>
      <w:r>
        <w:t>us ko shikayat ka subject na banao.</w:t>
      </w:r>
    </w:p>
    <w:p>
      <w:pPr>
        <w:jc w:val="right"/>
      </w:pPr>
      <w:r>
        <w:t>اس کو شکایت کا سبجیکٹ نہ بناؤ۔</w:t>
      </w:r>
    </w:p>
    <w:p>
      <w:r>
        <w:rPr>
          <w:b/>
        </w:rPr>
        <w:t xml:space="preserve">[47:01] </w:t>
      </w:r>
      <w:r>
        <w:t>yeh hai hikmat hayat, yeh hai supportive wisdom.</w:t>
      </w:r>
    </w:p>
    <w:p>
      <w:pPr>
        <w:jc w:val="right"/>
      </w:pPr>
      <w:r>
        <w:t>یہی ہے حکمت حیات، یہی ہے سپورٹیو وزڈم۔</w:t>
      </w:r>
    </w:p>
    <w:p>
      <w:r>
        <w:rPr>
          <w:b/>
        </w:rPr>
        <w:t xml:space="preserve">[47:09] </w:t>
      </w:r>
      <w:r>
        <w:t>walas lil insani rabb khuzr mein yeh paigham hai ke aye insaan, agar tujhe ghata pesh aaye to us ko evil mat samjho, us ko rehmat samjho allah taala ki.</w:t>
      </w:r>
    </w:p>
    <w:p>
      <w:pPr>
        <w:jc w:val="right"/>
      </w:pPr>
      <w:r>
        <w:t>وَلَسْ لِلْإِنْسَانِ رَبِّ خُذْرٍ میں یہ پیغام ہے کہ اے انسان، اگر تجھے گھاٹا پیش آئے تو اس کو ایول مت سمجھو، اس کو رحمت سمجھو اللہ تعالیٰ کی۔</w:t>
      </w:r>
    </w:p>
    <w:p>
      <w:r>
        <w:rPr>
          <w:b/>
        </w:rPr>
        <w:t xml:space="preserve">[47:22] </w:t>
      </w:r>
      <w:r>
        <w:t>us ko creation plan of god ka part samjho.</w:t>
      </w:r>
    </w:p>
    <w:p>
      <w:pPr>
        <w:jc w:val="right"/>
      </w:pPr>
      <w:r>
        <w:t>اس کو کریشن پلان آف گاڈ کا پارٹ سمجھو۔</w:t>
      </w:r>
    </w:p>
    <w:p>
      <w:r>
        <w:rPr>
          <w:b/>
        </w:rPr>
        <w:t xml:space="preserve">[47:29] </w:t>
      </w:r>
      <w:r>
        <w:t>us ko samjho ke woh jo allah ki us ki wahan things hain, us ka ek hissa yeh hai. phir tum ko yani negativity, negative thinking tumhare andar nahi ayegi.</w:t>
      </w:r>
    </w:p>
    <w:p>
      <w:pPr>
        <w:jc w:val="right"/>
      </w:pPr>
      <w:r>
        <w:t>اس کو سمجھو کہ وہ جو اللہ کی اس کی وہاں تھنگز ہیں، اس کا ایک حصہ یہ ہے۔ پھر تم کو یعنی نیگیٹیوٹی، نیگیٹیو تھنکنگ تمہارے اندر نہیں آئے گی۔</w:t>
      </w:r>
    </w:p>
    <w:p>
      <w:r>
        <w:rPr>
          <w:b/>
        </w:rPr>
        <w:t xml:space="preserve">[47:46] </w:t>
      </w:r>
      <w:r>
        <w:t>itna bada yeh message hai jo is choti surah mein diya gaya hai.</w:t>
      </w:r>
    </w:p>
    <w:p>
      <w:pPr>
        <w:jc w:val="right"/>
      </w:pPr>
      <w:r>
        <w:t>اتنا بڑا یہ میسج ہے جو اس چھوٹی سورہ میں دیا گیا ہے۔</w:t>
      </w:r>
    </w:p>
    <w:p>
      <w:r>
        <w:rPr>
          <w:b/>
        </w:rPr>
        <w:t xml:space="preserve">[47:59] </w:t>
      </w:r>
      <w:r>
        <w:t>kisi ajeeb baat hai.</w:t>
      </w:r>
    </w:p>
    <w:p>
      <w:pPr>
        <w:jc w:val="right"/>
      </w:pPr>
      <w:r>
        <w:t>کیسی عجیب بات ہے۔</w:t>
      </w:r>
    </w:p>
    <w:p>
      <w:r>
        <w:rPr>
          <w:b/>
        </w:rPr>
        <w:t xml:space="preserve">[48:10] </w:t>
      </w:r>
      <w:r>
        <w:t>to sahaba karam kitna zyada bashaoor the. woh jante the ke hamein focus kahan karna hai. hamari soch ka focus kahan hona chahiye.</w:t>
      </w:r>
    </w:p>
    <w:p>
      <w:pPr>
        <w:jc w:val="right"/>
      </w:pPr>
      <w:r>
        <w:t>تو صحابہ کرام کتنا زیادہ باشعور تھے۔ وہ جانتے تھے کہ ہمیں فوکس کہاں کرنا ہے۔ ہماری سوچ کا فوکس کہاں ہونا چاہیے۔</w:t>
      </w:r>
    </w:p>
    <w:p>
      <w:r>
        <w:rPr>
          <w:b/>
        </w:rPr>
        <w:t xml:space="preserve">[48:26] </w:t>
      </w:r>
      <w:r>
        <w:t>yeh jantay thay. to Allah taala mujh ko aur aap ko tofeeq de ke hum Allah ke takhleeq ke naqshay ko samjhein.</w:t>
      </w:r>
    </w:p>
    <w:p>
      <w:pPr>
        <w:jc w:val="right"/>
      </w:pPr>
      <w:r>
        <w:t>یہ جانتے تھے۔ تو اللہ تعالیٰ مجھ کو اور آپ کو توفیق دے کہ ہم اللہ کے تخلیق کے نقشے کو سمجھیں۔</w:t>
      </w:r>
    </w:p>
    <w:p>
      <w:r>
        <w:rPr>
          <w:b/>
        </w:rPr>
        <w:t xml:space="preserve">[48:39] </w:t>
      </w:r>
      <w:r>
        <w:t>taake hamare andar</w:t>
      </w:r>
    </w:p>
    <w:p>
      <w:pPr>
        <w:jc w:val="right"/>
      </w:pPr>
      <w:r>
        <w:t>تاکہ ہمارے اندر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