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God's Help May 6, 2020 Maulana Wahiduddin Khan</w:t>
      </w:r>
    </w:p>
    <w:p>
      <w:r>
        <w:t>https://www.youtube.com/watch?v=3RpODlqGUXU</w:t>
      </w:r>
    </w:p>
    <w:p>
      <w:r>
        <w:rPr>
          <w:b/>
        </w:rPr>
        <w:t xml:space="preserve">[00:14] </w:t>
      </w:r>
      <w:r>
        <w:t>main ne kaha tha ke bukhari mein aik rivayat hai bismillah ke baray mein,</w:t>
      </w:r>
    </w:p>
    <w:p>
      <w:pPr>
        <w:jc w:val="right"/>
      </w:pPr>
      <w:r>
        <w:t>میں نے کہا تھا کہ بخاری میں ایک روایت ہے بسم اللہ کے بارے میں،</w:t>
      </w:r>
    </w:p>
    <w:p>
      <w:r>
        <w:rPr>
          <w:b/>
        </w:rPr>
        <w:t xml:space="preserve">[00:29] </w:t>
      </w:r>
      <w:r>
        <w:t>woh yeh ke bismillah-ir-rehman-ir-rahim se jis kaaf ka aaghaz nakeel hai to woh</w:t>
      </w:r>
    </w:p>
    <w:p>
      <w:pPr>
        <w:jc w:val="right"/>
      </w:pPr>
      <w:r>
        <w:t>وہ یہ کہ بسم اللہ الرحمن الرحیم سے جس کاف کا آغاز نکیل ہے تو وہ</w:t>
      </w:r>
    </w:p>
    <w:p>
      <w:r>
        <w:rPr>
          <w:b/>
        </w:rPr>
        <w:t xml:space="preserve">[00:48] </w:t>
      </w:r>
      <w:r>
        <w:t>kaaf ka aaghaz</w:t>
      </w:r>
    </w:p>
    <w:p>
      <w:pPr>
        <w:jc w:val="right"/>
      </w:pPr>
      <w:r>
        <w:t>کاف کا آغاز</w:t>
      </w:r>
    </w:p>
    <w:p>
      <w:r>
        <w:rPr>
          <w:b/>
        </w:rPr>
        <w:t xml:space="preserve">[00:51] </w:t>
      </w:r>
      <w:r>
        <w:t>kamyab nahi hoga.</w:t>
      </w:r>
    </w:p>
    <w:p>
      <w:pPr>
        <w:jc w:val="right"/>
      </w:pPr>
      <w:r>
        <w:t>کامیاب نہیں ہوگا۔</w:t>
      </w:r>
    </w:p>
    <w:p>
      <w:r>
        <w:rPr>
          <w:b/>
        </w:rPr>
        <w:t xml:space="preserve">[00:57] </w:t>
      </w:r>
      <w:r>
        <w:t>main soch raha tha ke is ka matlab kya hai,</w:t>
      </w:r>
    </w:p>
    <w:p>
      <w:pPr>
        <w:jc w:val="right"/>
      </w:pPr>
      <w:r>
        <w:t>میں سوچ رہا تھا کہ اس کا مطلب کیا ہے،</w:t>
      </w:r>
    </w:p>
    <w:p>
      <w:r>
        <w:rPr>
          <w:b/>
        </w:rPr>
        <w:t xml:space="preserve">[01:04] </w:t>
      </w:r>
      <w:r>
        <w:t>yani jis kaaf ka aaghaz bismillah-ir-rehman-ir-rahim ke sath na kiya jaye woh kamyab nahi hoga, is ka matlab kya hai.</w:t>
      </w:r>
    </w:p>
    <w:p>
      <w:pPr>
        <w:jc w:val="right"/>
      </w:pPr>
      <w:r>
        <w:t>یعنی جس کاف کا آغاز بسم اللہ الرحمن الرحیم کے ساتھ نہ کیا جائے وہ کامیاب نہیں ہوگا، اس کا مطلب کیا ہے۔</w:t>
      </w:r>
    </w:p>
    <w:p>
      <w:r>
        <w:rPr>
          <w:b/>
        </w:rPr>
        <w:t xml:space="preserve">[01:19] </w:t>
      </w:r>
      <w:r>
        <w:t>yeh saada tor par aaghaz ke mani mein nahi hai,</w:t>
      </w:r>
    </w:p>
    <w:p>
      <w:pPr>
        <w:jc w:val="right"/>
      </w:pPr>
      <w:r>
        <w:t>یہ سادہ طور پر آغاز کے معنی میں نہیں ہے،</w:t>
      </w:r>
    </w:p>
    <w:p>
      <w:r>
        <w:rPr>
          <w:b/>
        </w:rPr>
        <w:t xml:space="preserve">[01:25] </w:t>
      </w:r>
      <w:r>
        <w:t>balkeh yeh planning ke mani mein hai.</w:t>
      </w:r>
    </w:p>
    <w:p>
      <w:pPr>
        <w:jc w:val="right"/>
      </w:pPr>
      <w:r>
        <w:t>بلکہ یہ پلاننگ کے معنی میں ہے۔</w:t>
      </w:r>
    </w:p>
    <w:p>
      <w:r>
        <w:rPr>
          <w:b/>
        </w:rPr>
        <w:t xml:space="preserve">[01:31] </w:t>
      </w:r>
      <w:r>
        <w:t>jis kaam ki planning Allah rab-ul-alameen ke</w:t>
      </w:r>
    </w:p>
    <w:p>
      <w:pPr>
        <w:jc w:val="right"/>
      </w:pPr>
      <w:r>
        <w:t>جس کام کی پلاننگ اللہ رب العالمین کے</w:t>
      </w:r>
    </w:p>
    <w:p>
      <w:r>
        <w:rPr>
          <w:b/>
        </w:rPr>
        <w:t xml:space="preserve">[01:39] </w:t>
      </w:r>
      <w:r>
        <w:t>yaqeen ki buniyad par ki jaye, Allah rab-ul-alameen ki</w:t>
      </w:r>
    </w:p>
    <w:p>
      <w:pPr>
        <w:jc w:val="right"/>
      </w:pPr>
      <w:r>
        <w:t>یقین کی بنیاد پر کی جائے، اللہ رب العالمین کی</w:t>
      </w:r>
    </w:p>
    <w:p>
      <w:r>
        <w:rPr>
          <w:b/>
        </w:rPr>
        <w:t xml:space="preserve">[01:46] </w:t>
      </w:r>
      <w:r>
        <w:t>rehnmai ki buniyad par ki jaye, woh kaam zaroor kamyab hoga.</w:t>
      </w:r>
    </w:p>
    <w:p>
      <w:pPr>
        <w:jc w:val="right"/>
      </w:pPr>
      <w:r>
        <w:t>رہنمائی کی بنیاد پر کی جائے، وہ کام ضرور کامیاب ہوگا۔</w:t>
      </w:r>
    </w:p>
    <w:p>
      <w:r>
        <w:rPr>
          <w:b/>
        </w:rPr>
        <w:t xml:space="preserve">[01:58] </w:t>
      </w:r>
      <w:r>
        <w:t>aur jo kaam mein Allah ki rehnmai shamil na ho, woh kaam kamyab nahi ho sakta.</w:t>
      </w:r>
    </w:p>
    <w:p>
      <w:pPr>
        <w:jc w:val="right"/>
      </w:pPr>
      <w:r>
        <w:t>اور جو کام میں اللہ کی رہنمائی شامل نہ ہو، وہ کام کامیاب نہیں ہو سکتا۔</w:t>
      </w:r>
    </w:p>
    <w:p>
      <w:r>
        <w:rPr>
          <w:b/>
        </w:rPr>
        <w:t xml:space="preserve">[02:09] </w:t>
      </w:r>
      <w:r>
        <w:t>dekhiye, yeh saada baat nahi hai. is ka matlab yeh hai ke aap jo kaam karein, us ko sochein,</w:t>
      </w:r>
    </w:p>
    <w:p>
      <w:pPr>
        <w:jc w:val="right"/>
      </w:pPr>
      <w:r>
        <w:t>دیکھیے، یہ سادہ بات نہیں ہے۔ اس کا مطلب یہ ہے کہ آپ جو کام کریں، اس کو سوچیں،</w:t>
      </w:r>
    </w:p>
    <w:p>
      <w:r>
        <w:rPr>
          <w:b/>
        </w:rPr>
        <w:t xml:space="preserve">[02:24] </w:t>
      </w:r>
      <w:r>
        <w:t>sochein, sochein.</w:t>
      </w:r>
    </w:p>
    <w:p>
      <w:pPr>
        <w:jc w:val="right"/>
      </w:pPr>
      <w:r>
        <w:t>سوچیں، سوچیں۔</w:t>
      </w:r>
    </w:p>
    <w:p>
      <w:r>
        <w:rPr>
          <w:b/>
        </w:rPr>
        <w:t xml:space="preserve">[02:29] </w:t>
      </w:r>
      <w:r>
        <w:t>Allah ki buniyad par sochein.</w:t>
      </w:r>
    </w:p>
    <w:p>
      <w:pPr>
        <w:jc w:val="right"/>
      </w:pPr>
      <w:r>
        <w:t>اللہ کی بنیاد پر سوچیں۔</w:t>
      </w:r>
    </w:p>
    <w:p>
      <w:r>
        <w:rPr>
          <w:b/>
        </w:rPr>
        <w:t xml:space="preserve">[02:43] </w:t>
      </w:r>
      <w:r>
        <w:t>yeh is ka matlab yeh nahi hai ke aap</w:t>
      </w:r>
    </w:p>
    <w:p>
      <w:pPr>
        <w:jc w:val="right"/>
      </w:pPr>
      <w:r>
        <w:t>یہ اس کا مطلب یہ نہیں ہے کہ آپ</w:t>
      </w:r>
    </w:p>
    <w:p>
      <w:r>
        <w:rPr>
          <w:b/>
        </w:rPr>
        <w:t xml:space="preserve">[02:49] </w:t>
      </w:r>
      <w:r>
        <w:t>bismillah ka lafz bol dein bas.</w:t>
      </w:r>
    </w:p>
    <w:p>
      <w:pPr>
        <w:jc w:val="right"/>
      </w:pPr>
      <w:r>
        <w:t>بسم اللہ کا لفظ بول دیں بس۔</w:t>
      </w:r>
    </w:p>
    <w:p>
      <w:r>
        <w:rPr>
          <w:b/>
        </w:rPr>
        <w:t xml:space="preserve">[02:56] </w:t>
      </w:r>
      <w:r>
        <w:t>nahi, sochein ke Allah ka naam lene ka matlab kya hai.</w:t>
      </w:r>
    </w:p>
    <w:p>
      <w:pPr>
        <w:jc w:val="right"/>
      </w:pPr>
      <w:r>
        <w:t>نہیں، سوچیں کہ اللہ کا نام لینے کا مطلب کیا ہے۔</w:t>
      </w:r>
    </w:p>
    <w:p>
      <w:r>
        <w:rPr>
          <w:b/>
        </w:rPr>
        <w:t xml:space="preserve">[03:06] </w:t>
      </w:r>
      <w:r>
        <w:t>allah ka naam lene ka matlab kya hai.</w:t>
      </w:r>
    </w:p>
    <w:p>
      <w:pPr>
        <w:jc w:val="right"/>
      </w:pPr>
      <w:r>
        <w:t>اللہ کا نام لینے کا مطلب کیا ہے۔</w:t>
      </w:r>
    </w:p>
    <w:p>
      <w:r>
        <w:rPr>
          <w:b/>
        </w:rPr>
        <w:t xml:space="preserve">[03:19] </w:t>
      </w:r>
      <w:r>
        <w:t>is tareeqe se jab kisi kaam ko shuru kiya jaye to us kaam ki kamyabi yaqeeni hai.</w:t>
      </w:r>
    </w:p>
    <w:p>
      <w:pPr>
        <w:jc w:val="right"/>
      </w:pPr>
      <w:r>
        <w:t>اس طریقے سے جب کسی کام کو شروع کیا جائے تو اس کام کی کامیابی یقینی ہے۔</w:t>
      </w:r>
    </w:p>
    <w:p>
      <w:r>
        <w:rPr>
          <w:b/>
        </w:rPr>
        <w:t xml:space="preserve">[03:33] </w:t>
      </w:r>
      <w:r>
        <w:t>main ne apni zindagi mein kai baar aisa kiya hai</w:t>
      </w:r>
    </w:p>
    <w:p>
      <w:pPr>
        <w:jc w:val="right"/>
      </w:pPr>
      <w:r>
        <w:t>میں نے اپنی زندگی میں کئی بار ایسا کیا ہے</w:t>
      </w:r>
    </w:p>
    <w:p>
      <w:r>
        <w:rPr>
          <w:b/>
        </w:rPr>
        <w:t xml:space="preserve">[03:39] </w:t>
      </w:r>
      <w:r>
        <w:t>ke bas allah ka naam le kar shuru kar diya</w:t>
      </w:r>
    </w:p>
    <w:p>
      <w:pPr>
        <w:jc w:val="right"/>
      </w:pPr>
      <w:r>
        <w:t>کہ بس اللہ کا نام لے کر شروع کر دیا</w:t>
      </w:r>
    </w:p>
    <w:p>
      <w:r>
        <w:rPr>
          <w:b/>
        </w:rPr>
        <w:t xml:space="preserve">[03:47] </w:t>
      </w:r>
      <w:r>
        <w:t>aur masha allah woh kaam kamyab raha.</w:t>
      </w:r>
    </w:p>
    <w:p>
      <w:pPr>
        <w:jc w:val="right"/>
      </w:pPr>
      <w:r>
        <w:t>اور ماشاءاللہ وہ کام کامیاب رہا۔</w:t>
      </w:r>
    </w:p>
    <w:p>
      <w:r>
        <w:rPr>
          <w:b/>
        </w:rPr>
        <w:t xml:space="preserve">[03:57] </w:t>
      </w:r>
      <w:r>
        <w:t>aap ke andar yaqeen hona chahiye allah ki zaat par, allah ki rehnumai par.</w:t>
      </w:r>
    </w:p>
    <w:p>
      <w:pPr>
        <w:jc w:val="right"/>
      </w:pPr>
      <w:r>
        <w:t>آپ کے اندر یقین ہونا چاہیے اللہ کی ذات پر، اللہ کی رہنمائی پر۔</w:t>
      </w:r>
    </w:p>
    <w:p>
      <w:r>
        <w:rPr>
          <w:b/>
        </w:rPr>
        <w:t xml:space="preserve">[04:08] </w:t>
      </w:r>
      <w:r>
        <w:t>pehlay aap yaqeen paida kijiye, pehlay discover kijiye allah rab ul alameen ko.</w:t>
      </w:r>
    </w:p>
    <w:p>
      <w:pPr>
        <w:jc w:val="right"/>
      </w:pPr>
      <w:r>
        <w:t>پہلے آپ یقین پیدا کیجیے، پہلے ڈسکور کیجیے اللہ رب العالمین کو۔</w:t>
      </w:r>
    </w:p>
    <w:p>
      <w:r>
        <w:rPr>
          <w:b/>
        </w:rPr>
        <w:t xml:space="preserve">[04:20] </w:t>
      </w:r>
      <w:r>
        <w:t>pehlay apne aap ko tayyar kijiye.</w:t>
      </w:r>
    </w:p>
    <w:p>
      <w:pPr>
        <w:jc w:val="right"/>
      </w:pPr>
      <w:r>
        <w:t>پہلے اپنے آپ کو تیار کیجیے۔</w:t>
      </w:r>
    </w:p>
    <w:p>
      <w:r>
        <w:rPr>
          <w:b/>
        </w:rPr>
        <w:t xml:space="preserve">[04:28] </w:t>
      </w:r>
      <w:r>
        <w:t>tab aap ka mann khulega, aap</w:t>
      </w:r>
    </w:p>
    <w:p>
      <w:pPr>
        <w:jc w:val="right"/>
      </w:pPr>
      <w:r>
        <w:t>تب آپ کا من کھلے گا، آپ</w:t>
      </w:r>
    </w:p>
    <w:p>
      <w:r>
        <w:rPr>
          <w:b/>
        </w:rPr>
        <w:t xml:space="preserve">[04:35] </w:t>
      </w:r>
      <w:r>
        <w:t>ki rehnumai ke liye farishtay utren ge.</w:t>
      </w:r>
    </w:p>
    <w:p>
      <w:pPr>
        <w:jc w:val="right"/>
      </w:pPr>
      <w:r>
        <w:t>کی رہنمائی کے لیے فرشتے اتریں گے۔</w:t>
      </w:r>
    </w:p>
    <w:p>
      <w:r>
        <w:rPr>
          <w:b/>
        </w:rPr>
        <w:t xml:space="preserve">[04:44] </w:t>
      </w:r>
      <w:r>
        <w:t>main shayar hi nahi hoon, main samajhta hoon ke yeh waqea hai aur main ne is waqea ka tajurba kiya hai.</w:t>
      </w:r>
    </w:p>
    <w:p>
      <w:pPr>
        <w:jc w:val="right"/>
      </w:pPr>
      <w:r>
        <w:t>میں شاعر ہی نہیں ہوں، میں سمجھتا ہوں کہ یہ واقعہ ہے اور میں نے اس واقعے کا تجربہ کیا ہے۔</w:t>
      </w:r>
    </w:p>
    <w:p>
      <w:r>
        <w:rPr>
          <w:b/>
        </w:rPr>
        <w:t xml:space="preserve">[04:59] </w:t>
      </w:r>
      <w:r>
        <w:t>mislan dekhiye, aik baar main apne gaon ke station par utra jis</w:t>
      </w:r>
    </w:p>
    <w:p>
      <w:pPr>
        <w:jc w:val="right"/>
      </w:pPr>
      <w:r>
        <w:t>مثلاً دیکھیے، ایک بار میں اپنے گاؤں کے اسٹیشن پر اترا جس</w:t>
      </w:r>
    </w:p>
    <w:p>
      <w:r>
        <w:rPr>
          <w:b/>
        </w:rPr>
        <w:t xml:space="preserve">[05:11] </w:t>
      </w:r>
      <w:r>
        <w:t>ka naam tha fareeha.</w:t>
      </w:r>
    </w:p>
    <w:p>
      <w:pPr>
        <w:jc w:val="right"/>
      </w:pPr>
      <w:r>
        <w:t>کا نام تھا فریحہ۔</w:t>
      </w:r>
    </w:p>
    <w:p>
      <w:r>
        <w:rPr>
          <w:b/>
        </w:rPr>
        <w:t xml:space="preserve">[05:17] </w:t>
      </w:r>
      <w:r>
        <w:t>to main jab station par pohncha to sham ho gayi thi, andhera ho gaya tha.</w:t>
      </w:r>
    </w:p>
    <w:p>
      <w:pPr>
        <w:jc w:val="right"/>
      </w:pPr>
      <w:r>
        <w:t>تو میں جب اسٹیشن پر پہنچا تو شام ہو گئی تھی، اندھیرا ہو گیا تھا۔</w:t>
      </w:r>
    </w:p>
    <w:p>
      <w:r>
        <w:rPr>
          <w:b/>
        </w:rPr>
        <w:t xml:space="preserve">[05:26] </w:t>
      </w:r>
      <w:r>
        <w:t>ab mere koi rasta nahi tha ke main aage jaon, agar na jaon to kahan jaon.</w:t>
      </w:r>
    </w:p>
    <w:p>
      <w:pPr>
        <w:jc w:val="right"/>
      </w:pPr>
      <w:r>
        <w:t>اب میرے کوئی راستہ نہیں تھا کہ میں آگے جاؤں، اگر نہ جاؤں تو کہاں جاؤں۔</w:t>
      </w:r>
    </w:p>
    <w:p>
      <w:r>
        <w:rPr>
          <w:b/>
        </w:rPr>
        <w:t xml:space="preserve">[05:38] </w:t>
      </w:r>
      <w:r>
        <w:t>to main ne railway station se</w:t>
      </w:r>
    </w:p>
    <w:p>
      <w:pPr>
        <w:jc w:val="right"/>
      </w:pPr>
      <w:r>
        <w:t>تو میں نے ریلوے اسٹیشن سے</w:t>
      </w:r>
    </w:p>
    <w:p>
      <w:r>
        <w:rPr>
          <w:b/>
        </w:rPr>
        <w:t xml:space="preserve">[05:44] </w:t>
      </w:r>
      <w:r>
        <w:t>utkar aage chala shuru kar diya.</w:t>
      </w:r>
    </w:p>
    <w:p>
      <w:pPr>
        <w:jc w:val="right"/>
      </w:pPr>
      <w:r>
        <w:t>اتر کر آگے چلا شروع کر دیا۔</w:t>
      </w:r>
    </w:p>
    <w:p>
      <w:r>
        <w:rPr>
          <w:b/>
        </w:rPr>
        <w:t xml:space="preserve">[05:54] </w:t>
      </w:r>
      <w:r>
        <w:t>yeh aik ajeeb waqea hai.</w:t>
      </w:r>
    </w:p>
    <w:p>
      <w:pPr>
        <w:jc w:val="right"/>
      </w:pPr>
      <w:r>
        <w:t>یہ ایک عجیب واقعہ ہے۔</w:t>
      </w:r>
    </w:p>
    <w:p>
      <w:r>
        <w:rPr>
          <w:b/>
        </w:rPr>
        <w:t xml:space="preserve">[06:01] </w:t>
      </w:r>
      <w:r>
        <w:t>jab main fareeha station ko chor kar aage barha to har taraf khet thay, har taraf khet thay.</w:t>
      </w:r>
    </w:p>
    <w:p>
      <w:pPr>
        <w:jc w:val="right"/>
      </w:pPr>
      <w:r>
        <w:t>جب میں فریحہ اسٹیشن کو چھوڑ کر آگے بڑھا تو ہر طرف کھیت تھے، ہر طرف کھیت تھے۔</w:t>
      </w:r>
    </w:p>
    <w:p>
      <w:r>
        <w:rPr>
          <w:b/>
        </w:rPr>
        <w:t xml:space="preserve">[06:15] </w:t>
      </w:r>
      <w:r>
        <w:t>kuch samajh nahi aata tha ke kidhar jaon, khet hi khet, har taraf khet hi khet.</w:t>
      </w:r>
    </w:p>
    <w:p>
      <w:pPr>
        <w:jc w:val="right"/>
      </w:pPr>
      <w:r>
        <w:t>کچھ سمجھ نہیں آتا تھا کہ کدھر جاؤں، کھیت ہی کھیت، ہر طرف کھیت ہی کھیت۔</w:t>
      </w:r>
    </w:p>
    <w:p>
      <w:r>
        <w:rPr>
          <w:b/>
        </w:rPr>
        <w:t xml:space="preserve">[06:25] </w:t>
      </w:r>
      <w:r>
        <w:t>isi khet ke janglat mein ne chalna shuru kar diya.</w:t>
      </w:r>
    </w:p>
    <w:p>
      <w:pPr>
        <w:jc w:val="right"/>
      </w:pPr>
      <w:r>
        <w:t>اسی کھیت کے جنگل میں میں نے چلنا شروع کر دیا۔</w:t>
      </w:r>
    </w:p>
    <w:p>
      <w:r>
        <w:rPr>
          <w:b/>
        </w:rPr>
        <w:t xml:space="preserve">[06:33] </w:t>
      </w:r>
      <w:r>
        <w:t>yeh waqea hai.</w:t>
      </w:r>
    </w:p>
    <w:p>
      <w:pPr>
        <w:jc w:val="right"/>
      </w:pPr>
      <w:r>
        <w:t>یہ واقعہ ہے۔</w:t>
      </w:r>
    </w:p>
    <w:p>
      <w:r>
        <w:rPr>
          <w:b/>
        </w:rPr>
        <w:t xml:space="preserve">[06:38] </w:t>
      </w:r>
      <w:r>
        <w:t>khet ke janglat mein, woh khet</w:t>
      </w:r>
    </w:p>
    <w:p>
      <w:pPr>
        <w:jc w:val="right"/>
      </w:pPr>
      <w:r>
        <w:t>کھیت کے جنگل میں، وہ کھیت</w:t>
      </w:r>
    </w:p>
    <w:p>
      <w:r>
        <w:rPr>
          <w:b/>
        </w:rPr>
        <w:t xml:space="preserve">[06:44] </w:t>
      </w:r>
      <w:r>
        <w:t>makke ke khet thay.</w:t>
      </w:r>
    </w:p>
    <w:p>
      <w:pPr>
        <w:jc w:val="right"/>
      </w:pPr>
      <w:r>
        <w:t>مکے کے کھیت تھے۔</w:t>
      </w:r>
    </w:p>
    <w:p>
      <w:r>
        <w:rPr>
          <w:b/>
        </w:rPr>
        <w:t xml:space="preserve">[06:54] </w:t>
      </w:r>
      <w:r>
        <w:t>to main shuru chalne laga, chalne laga, chalne laga. lekin kuch dair baad bar bar hua ke yeh main khet ka jangal to khatam hi nahi ho raha, aage kahin koi rasta nahi hai.</w:t>
      </w:r>
    </w:p>
    <w:p>
      <w:pPr>
        <w:jc w:val="right"/>
      </w:pPr>
      <w:r>
        <w:t>تو میں شروع چلنے لگا، چلنے لگا، چلنے لگا۔ لیکن کچھ دیر بعد بار بار ہوا کہ یہ میں کھیت کا جنگل تو ختم ہی نہیں ہو رہا، آگے کہیں کوئی راستہ نہیں ہے۔</w:t>
      </w:r>
    </w:p>
    <w:p>
      <w:r>
        <w:rPr>
          <w:b/>
        </w:rPr>
        <w:t xml:space="preserve">[07:14] </w:t>
      </w:r>
      <w:r>
        <w:t>achanak mein ne dekha ke samne ek light jal rahi hai, roshni.</w:t>
      </w:r>
    </w:p>
    <w:p>
      <w:pPr>
        <w:jc w:val="right"/>
      </w:pPr>
      <w:r>
        <w:t>اچانک میں نے دیکھا کہ سامنے ایک لائٹ جل رہی ہے، روشنی۔</w:t>
      </w:r>
    </w:p>
    <w:p>
      <w:r>
        <w:rPr>
          <w:b/>
        </w:rPr>
        <w:t xml:space="preserve">[07:23] </w:t>
      </w:r>
      <w:r>
        <w:t>mein khara ho gaya.</w:t>
      </w:r>
    </w:p>
    <w:p>
      <w:pPr>
        <w:jc w:val="right"/>
      </w:pPr>
      <w:r>
        <w:t>میں کھڑا ہو گیا۔</w:t>
      </w:r>
    </w:p>
    <w:p>
      <w:r>
        <w:rPr>
          <w:b/>
        </w:rPr>
        <w:t xml:space="preserve">[07:29] </w:t>
      </w:r>
      <w:r>
        <w:t>to phir mein dheere dheere aage barha roshni ki taraf. to roshni aage chalne lagi, us ke peeche peeche mein chala.</w:t>
      </w:r>
    </w:p>
    <w:p>
      <w:pPr>
        <w:jc w:val="right"/>
      </w:pPr>
      <w:r>
        <w:t>تو پھر میں دھیرے دھیرے آگے بڑھا روشنی کی طرف۔ تو روشنی آگے چلنے لگی، اس کے پیچھے پیچھے میں چلا۔</w:t>
      </w:r>
    </w:p>
    <w:p>
      <w:r>
        <w:rPr>
          <w:b/>
        </w:rPr>
        <w:t xml:space="preserve">[07:43] </w:t>
      </w:r>
      <w:r>
        <w:t>to roshni ke peeche peeche chalta raha.</w:t>
      </w:r>
    </w:p>
    <w:p>
      <w:pPr>
        <w:jc w:val="right"/>
      </w:pPr>
      <w:r>
        <w:t>تو روشنی کے پیچھے پیچھے چلتا رہا۔</w:t>
      </w:r>
    </w:p>
    <w:p>
      <w:r>
        <w:rPr>
          <w:b/>
        </w:rPr>
        <w:t xml:space="preserve">[07:52] </w:t>
      </w:r>
      <w:r>
        <w:t>jahan roshni khatm hoti thi, jab mein wahan pohancha to wahan ek aadmi khara tha. mein ne us se poocha ke aap.</w:t>
      </w:r>
    </w:p>
    <w:p>
      <w:pPr>
        <w:jc w:val="right"/>
      </w:pPr>
      <w:r>
        <w:t>جہاں روشنی ختم ہوتی تھی، جب میں وہاں پہنچا تو وہاں ایک آدمی کھڑا تھا۔ میں نے اس سے پوچھا کہ آپ۔</w:t>
      </w:r>
    </w:p>
    <w:p>
      <w:r>
        <w:rPr>
          <w:b/>
        </w:rPr>
        <w:t xml:space="preserve">[08:05] </w:t>
      </w:r>
      <w:r>
        <w:t>mein ne us se kaha ke mein albohar se aa raha hoon</w:t>
      </w:r>
    </w:p>
    <w:p>
      <w:pPr>
        <w:jc w:val="right"/>
      </w:pPr>
      <w:r>
        <w:t>میں نے اس سے کہا کہ میں البوہر سے آ رہا ہوں</w:t>
      </w:r>
    </w:p>
    <w:p>
      <w:r>
        <w:rPr>
          <w:b/>
        </w:rPr>
        <w:t xml:space="preserve">[08:11] </w:t>
      </w:r>
      <w:r>
        <w:t>aur mujhe jana hai naddi ke pul</w:t>
      </w:r>
    </w:p>
    <w:p>
      <w:pPr>
        <w:jc w:val="right"/>
      </w:pPr>
      <w:r>
        <w:t>اور مجھے جانا ہے ندی کے پل</w:t>
      </w:r>
    </w:p>
    <w:p>
      <w:r>
        <w:rPr>
          <w:b/>
        </w:rPr>
        <w:t xml:space="preserve">[08:21] </w:t>
      </w:r>
      <w:r>
        <w:t>tak. agar mein pohanch jaoon to mein aage rasta samajh loon ga mein.</w:t>
      </w:r>
    </w:p>
    <w:p>
      <w:pPr>
        <w:jc w:val="right"/>
      </w:pPr>
      <w:r>
        <w:t>تک۔ اگر میں پہنچ جاؤں تو میں آگے راستہ سمجھ لوں گا میں۔</w:t>
      </w:r>
    </w:p>
    <w:p>
      <w:r>
        <w:rPr>
          <w:b/>
        </w:rPr>
        <w:t xml:space="preserve">[08:29] </w:t>
      </w:r>
      <w:r>
        <w:t>to us roshni</w:t>
      </w:r>
    </w:p>
    <w:p>
      <w:pPr>
        <w:jc w:val="right"/>
      </w:pPr>
      <w:r>
        <w:t>تو اس روشنی</w:t>
      </w:r>
    </w:p>
    <w:p>
      <w:r>
        <w:rPr>
          <w:b/>
        </w:rPr>
        <w:t xml:space="preserve">[08:34] </w:t>
      </w:r>
      <w:r>
        <w:t>chalne lagi, ab mein us ke sath chalne laga.</w:t>
      </w:r>
    </w:p>
    <w:p>
      <w:pPr>
        <w:jc w:val="right"/>
      </w:pPr>
      <w:r>
        <w:t>چلنے لگی، اب میں اس کے ساتھ چلنے لگا۔</w:t>
      </w:r>
    </w:p>
    <w:p>
      <w:r>
        <w:rPr>
          <w:b/>
        </w:rPr>
        <w:t xml:space="preserve">[08:41] </w:t>
      </w:r>
      <w:r>
        <w:t>to roshni ne mujhe ek maqam pohanchaya jahan maqam, yeh pul chota sa tha, woh pul aa gaya tha.</w:t>
      </w:r>
    </w:p>
    <w:p>
      <w:pPr>
        <w:jc w:val="right"/>
      </w:pPr>
      <w:r>
        <w:t>تو روشنی نے مجھے ایک مقام پہنچایا جہاں مقام، یہ پل چھوٹا سا تھا، وہ پل آ گیا تھا۔</w:t>
      </w:r>
    </w:p>
    <w:p>
      <w:r>
        <w:rPr>
          <w:b/>
        </w:rPr>
        <w:t xml:space="preserve">[08:55] </w:t>
      </w:r>
      <w:r>
        <w:t>to mein wahan us pul ke pas</w:t>
      </w:r>
    </w:p>
    <w:p>
      <w:pPr>
        <w:jc w:val="right"/>
      </w:pPr>
      <w:r>
        <w:t>تو میں وہاں اس پل کے پاس</w:t>
      </w:r>
    </w:p>
    <w:p>
      <w:r>
        <w:rPr>
          <w:b/>
        </w:rPr>
        <w:t xml:space="preserve">[08:58] </w:t>
      </w:r>
      <w:r>
        <w:t>ruk gaya. is ke baad mein ne dekha ke roshni achanak disappear ho gayi. mein us pul ke aage ka rasta mein janta tha kyun ke woh</w:t>
      </w:r>
    </w:p>
    <w:p>
      <w:pPr>
        <w:jc w:val="right"/>
      </w:pPr>
      <w:r>
        <w:t>رک گیا۔ اس کے بعد میں نے دیکھا کہ روشنی اچانک ڈس اپیئر ہو گئی۔ میں اس پل کے آگے کا راستہ میں جانتا تھا کیونکہ وہ</w:t>
      </w:r>
    </w:p>
    <w:p>
      <w:r>
        <w:rPr>
          <w:b/>
        </w:rPr>
        <w:t xml:space="preserve">[09:16] </w:t>
      </w:r>
      <w:r>
        <w:t>mera apna watan ka mamla tha.</w:t>
      </w:r>
    </w:p>
    <w:p>
      <w:pPr>
        <w:jc w:val="right"/>
      </w:pPr>
      <w:r>
        <w:t>میرا اپنا وطن کا معاملہ تھا۔</w:t>
      </w:r>
    </w:p>
    <w:p>
      <w:r>
        <w:rPr>
          <w:b/>
        </w:rPr>
        <w:t xml:space="preserve">[09:24] </w:t>
      </w:r>
      <w:r>
        <w:t>to mein us pul ke pas pohancha aur us par</w:t>
      </w:r>
    </w:p>
    <w:p>
      <w:pPr>
        <w:jc w:val="right"/>
      </w:pPr>
      <w:r>
        <w:t>تو میں اس پل کے پاس پہنچا اور اس پر</w:t>
      </w:r>
    </w:p>
    <w:p>
      <w:r>
        <w:rPr>
          <w:b/>
        </w:rPr>
        <w:t xml:space="preserve">[09:34] </w:t>
      </w:r>
      <w:r>
        <w:t>pul par charh gaya. chota pul tha woh.</w:t>
      </w:r>
    </w:p>
    <w:p>
      <w:pPr>
        <w:jc w:val="right"/>
      </w:pPr>
      <w:r>
        <w:t>پل پر چڑھ گیا۔ چھوٹا پل تھا وہ۔</w:t>
      </w:r>
    </w:p>
    <w:p>
      <w:r>
        <w:rPr>
          <w:b/>
        </w:rPr>
        <w:t xml:space="preserve">[09:42] </w:t>
      </w:r>
      <w:r>
        <w:t>pul ko par kiya mein ne aur us par utar gaya.</w:t>
      </w:r>
    </w:p>
    <w:p>
      <w:pPr>
        <w:jc w:val="right"/>
      </w:pPr>
      <w:r>
        <w:t>پل کو پار کیا میں نے اور اس پر اتر گیا۔</w:t>
      </w:r>
    </w:p>
    <w:p>
      <w:r>
        <w:rPr>
          <w:b/>
        </w:rPr>
        <w:t xml:space="preserve">[09:51] </w:t>
      </w:r>
      <w:r>
        <w:t>jab us pul par pohanch gaya to mein ne dekha ke yeh to rasta mujhe maloom hai.</w:t>
      </w:r>
    </w:p>
    <w:p>
      <w:pPr>
        <w:jc w:val="right"/>
      </w:pPr>
      <w:r>
        <w:t>جب اس پل پر پہنچ گیا تو میں نے دیکھا کہ یہ تو راستہ مجھے معلوم ہے۔</w:t>
      </w:r>
    </w:p>
    <w:p>
      <w:r>
        <w:rPr>
          <w:b/>
        </w:rPr>
        <w:t xml:space="preserve">[10:01] </w:t>
      </w:r>
      <w:r>
        <w:t>to mein apne raste par chalta hua apne gaon chala gaya.</w:t>
      </w:r>
    </w:p>
    <w:p>
      <w:pPr>
        <w:jc w:val="right"/>
      </w:pPr>
      <w:r>
        <w:t>تو میں اپنے راستے پر چلتا ہوا اپنے گاؤں چلا گیا۔</w:t>
      </w:r>
    </w:p>
    <w:p>
      <w:r>
        <w:rPr>
          <w:b/>
        </w:rPr>
        <w:t xml:space="preserve">[10:10] </w:t>
      </w:r>
      <w:r>
        <w:t>is tarah ke waqiat meri zindagi mein kai bar pesh aaye hain.</w:t>
      </w:r>
    </w:p>
    <w:p>
      <w:pPr>
        <w:jc w:val="right"/>
      </w:pPr>
      <w:r>
        <w:t>اس طرح کے واقعات میری زندگی میں کئی بار پیش آئے ہیں۔</w:t>
      </w:r>
    </w:p>
    <w:p>
      <w:r>
        <w:rPr>
          <w:b/>
        </w:rPr>
        <w:t xml:space="preserve">[10:17] </w:t>
      </w:r>
      <w:r>
        <w:t>to aap yaqeen ke sath is bismillah kahiye aur Allah par bharosa rakhiye.</w:t>
      </w:r>
    </w:p>
    <w:p>
      <w:pPr>
        <w:jc w:val="right"/>
      </w:pPr>
      <w:r>
        <w:t>تو آپ یقین کے ساتھ اس بسم اللہ کہیے اور اللہ پر بھروسہ رکھیے۔</w:t>
      </w:r>
    </w:p>
    <w:p>
      <w:r>
        <w:rPr>
          <w:b/>
        </w:rPr>
        <w:t xml:space="preserve">[10:27] </w:t>
      </w:r>
      <w:r>
        <w:t>to inshallah farishtay aap ka rehnumai karenge.</w:t>
      </w:r>
    </w:p>
    <w:p>
      <w:pPr>
        <w:jc w:val="right"/>
      </w:pPr>
      <w:r>
        <w:t>تو انشاءاللہ فرشتے آپ کا رہنمائی کریں گے۔</w:t>
      </w:r>
    </w:p>
    <w:p>
      <w:r>
        <w:rPr>
          <w:b/>
        </w:rPr>
        <w:t xml:space="preserve">[10:46] </w:t>
      </w:r>
      <w:r>
        <w:t>lekin isi tarah ki zindagi jab aap guzarte hon tab aisa hota hai, achanak nahi, achanak aisa nahi hota.</w:t>
      </w:r>
    </w:p>
    <w:p>
      <w:pPr>
        <w:jc w:val="right"/>
      </w:pPr>
      <w:r>
        <w:t>لیکن اسی طرح کی زندگی جب آپ گزارتے ہوں تب ایسا ہوتا ہے، اچانک نہیں، اچانک ایسا نہیں ہوتا۔</w:t>
      </w:r>
    </w:p>
    <w:p>
      <w:r>
        <w:rPr>
          <w:b/>
        </w:rPr>
        <w:t xml:space="preserve">[11:08] </w:t>
      </w:r>
      <w:r>
        <w:t>mein kai bar is tarah ka tajurba pesh aaya hai. to mein aap ko yeh kahoon ga ke aap Allah par yaqeen paida kijiye.</w:t>
      </w:r>
    </w:p>
    <w:p>
      <w:pPr>
        <w:jc w:val="right"/>
      </w:pPr>
      <w:r>
        <w:t>میں کئی بار اس طرح کا تجربہ پیش آیا ہے۔ تو میں آپ کو یہ کہوں گا کہ آپ اللہ پر یقین پیدا کیجیے۔</w:t>
      </w:r>
    </w:p>
    <w:p>
      <w:r>
        <w:rPr>
          <w:b/>
        </w:rPr>
        <w:t xml:space="preserve">[11:20] </w:t>
      </w:r>
      <w:r>
        <w:t>Allah par yaqeen, is se aap ke</w:t>
      </w:r>
    </w:p>
    <w:p>
      <w:pPr>
        <w:jc w:val="right"/>
      </w:pPr>
      <w:r>
        <w:t>اللہ پر یقین، اس سے آپ کے</w:t>
      </w:r>
    </w:p>
    <w:p>
      <w:r>
        <w:rPr>
          <w:b/>
        </w:rPr>
        <w:t xml:space="preserve">[11:25] </w:t>
      </w:r>
      <w:r>
        <w:t>rastay khulain gay aur aap ko</w:t>
      </w:r>
    </w:p>
    <w:p>
      <w:pPr>
        <w:jc w:val="right"/>
      </w:pPr>
      <w:r>
        <w:t>راستے کھلیں گے اور آپ کو</w:t>
      </w:r>
    </w:p>
    <w:p>
      <w:r>
        <w:rPr>
          <w:b/>
        </w:rPr>
        <w:t xml:space="preserve">[11:33] </w:t>
      </w:r>
      <w:r>
        <w:t>roshni mile gi ke aap kaise aagay jayen.</w:t>
      </w:r>
    </w:p>
    <w:p>
      <w:pPr>
        <w:jc w:val="right"/>
      </w:pPr>
      <w:r>
        <w:t>روشنی ملے گی کہ آپ کیسے آگے جائیں۔</w:t>
      </w:r>
    </w:p>
    <w:p>
      <w:r>
        <w:rPr>
          <w:b/>
        </w:rPr>
        <w:t xml:space="preserve">[11:46] </w:t>
      </w:r>
      <w:r>
        <w:t>yeh tajruba aasan nahi hai.</w:t>
      </w:r>
    </w:p>
    <w:p>
      <w:pPr>
        <w:jc w:val="right"/>
      </w:pPr>
      <w:r>
        <w:t>یہ تجربہ آسان نہیں ہے۔</w:t>
      </w:r>
    </w:p>
    <w:p>
      <w:r>
        <w:rPr>
          <w:b/>
        </w:rPr>
        <w:t xml:space="preserve">[11:53] </w:t>
      </w:r>
      <w:r>
        <w:t>is tajrube ke liye is se bohat ziyada aap ko</w:t>
      </w:r>
    </w:p>
    <w:p>
      <w:pPr>
        <w:jc w:val="right"/>
      </w:pPr>
      <w:r>
        <w:t>اس تجربے کے لیے اس سے بہت زیادہ آپ کو</w:t>
      </w:r>
    </w:p>
    <w:p>
      <w:r>
        <w:rPr>
          <w:b/>
        </w:rPr>
        <w:t xml:space="preserve">[12:02] </w:t>
      </w:r>
      <w:r>
        <w:t>mutalea karna paray ga, Allah par yaqeen paida karna paray ga.</w:t>
      </w:r>
    </w:p>
    <w:p>
      <w:pPr>
        <w:jc w:val="right"/>
      </w:pPr>
      <w:r>
        <w:t>مطالعہ کرنا پڑے گا، اللہ پر یقین پیدا کرنا پڑے گا۔</w:t>
      </w:r>
    </w:p>
    <w:p>
      <w:r>
        <w:rPr>
          <w:b/>
        </w:rPr>
        <w:t xml:space="preserve">[12:16] </w:t>
      </w:r>
      <w:r>
        <w:t>tab yeh</w:t>
      </w:r>
    </w:p>
    <w:p>
      <w:pPr>
        <w:jc w:val="right"/>
      </w:pPr>
      <w:r>
        <w:t>تب یہ</w:t>
      </w:r>
    </w:p>
    <w:p>
      <w:r>
        <w:rPr>
          <w:b/>
        </w:rPr>
        <w:t xml:space="preserve">[12:24] </w:t>
      </w:r>
      <w:r>
        <w:t>mein yeh nahi kahoon ga ke aap kal se is par tajruba shuru kar dain, abhi aap mutalea kijiye, abhi aap mutalea kijiye.</w:t>
      </w:r>
    </w:p>
    <w:p>
      <w:pPr>
        <w:jc w:val="right"/>
      </w:pPr>
      <w:r>
        <w:t>میں یہ نہیں کہوں گا کہ آپ کل سے اس پر تجربہ شروع کر دیں، ابھی آپ مطالعہ کیجیے، ابھی آپ مطالعہ کیجیے۔</w:t>
      </w:r>
    </w:p>
    <w:p>
      <w:r>
        <w:rPr>
          <w:b/>
        </w:rPr>
        <w:t xml:space="preserve">[12:38] </w:t>
      </w:r>
      <w:r>
        <w:t>aaghaz jo hai woh hai mutalea, Quran ka mutalea, hadith ka mutalea, isi yahan se aaghaz hota hai.</w:t>
      </w:r>
    </w:p>
    <w:p>
      <w:pPr>
        <w:jc w:val="right"/>
      </w:pPr>
      <w:r>
        <w:t>آغاز جو ہے وہ ہے مطالعہ، قرآن کا مطالعہ، حدیث کا مطالعہ، اسی یہاں سے آغاز ہوتا ہے۔</w:t>
      </w:r>
    </w:p>
    <w:p>
      <w:r>
        <w:rPr>
          <w:b/>
        </w:rPr>
        <w:t xml:space="preserve">[13:02] </w:t>
      </w:r>
      <w:r>
        <w:t>Azhar Mubarak likhte hain: "Your views regarding Jews is very appreciable, but this verse I find difficult to understand." Yeh verse hai Surah Al-Maidah mein:</w:t>
      </w:r>
    </w:p>
    <w:p>
      <w:pPr>
        <w:jc w:val="right"/>
      </w:pPr>
      <w:r>
        <w:t>اظہر مبارک لکھتے ہیں: "یور ویوز ریگارڈنگ جیوز از ویری اپریشی ایبل، بٹ دس ورس ائی فائنڈ ڈیفیکلٹ ٹو انڈرسٹینڈ۔" یہ ورس ہے سورہ المائدہ میں:</w:t>
      </w:r>
    </w:p>
    <w:p>
      <w:r>
        <w:rPr>
          <w:b/>
        </w:rPr>
        <w:t xml:space="preserve">[13:20] </w:t>
      </w:r>
      <w:r>
        <w:t>"لتجدن اشد الناس عداوۃ للذین امنو الیہود والذین اشرکوا۔" Iman walon ke sath dushmani mein tum sab se barh kar Yahood aur Mushrikeen ko pao ge.</w:t>
      </w:r>
    </w:p>
    <w:p>
      <w:pPr>
        <w:jc w:val="right"/>
      </w:pPr>
      <w:r>
        <w:t>"لتجدن اشد الناس عداوۃ للذین امنو الیہود والذین اشرکوا۔" ایمان والوں کے ساتھ دشمنی میں تم سب سے بڑھ کر یہود اور مشرکین کو پاؤ گے۔</w:t>
      </w:r>
    </w:p>
    <w:p>
      <w:r>
        <w:rPr>
          <w:b/>
        </w:rPr>
        <w:t xml:space="preserve">[13:39] </w:t>
      </w:r>
      <w:r>
        <w:t>dekhiye, yeh us zamane ke Yahood o Mushrikeen ki baat hai, yeh koi mustaqil nahi hai. Aaj ke Yahood woh Yahood nahi hain.</w:t>
      </w:r>
    </w:p>
    <w:p>
      <w:pPr>
        <w:jc w:val="right"/>
      </w:pPr>
      <w:r>
        <w:t>دیکھیے، یہ اس زمانے کے یہود و مشرکین کی بات ہے، یہ کوئی مستقل نہیں ہے۔ آج کے یہود وہ یہود نہیں ہیں۔</w:t>
      </w:r>
    </w:p>
    <w:p>
      <w:r>
        <w:rPr>
          <w:b/>
        </w:rPr>
        <w:t xml:space="preserve">[13:53] </w:t>
      </w:r>
      <w:r>
        <w:t>Aaj ka zamana bilkul mukhtalif hai.</w:t>
      </w:r>
    </w:p>
    <w:p>
      <w:pPr>
        <w:jc w:val="right"/>
      </w:pPr>
      <w:r>
        <w:t>آج کا زمانہ بالکل مختلف ہے۔</w:t>
      </w:r>
    </w:p>
    <w:p>
      <w:r>
        <w:rPr>
          <w:b/>
        </w:rPr>
        <w:t xml:space="preserve">[13:59] </w:t>
      </w:r>
      <w:r>
        <w:t>Musalman sirf apne ko jantay hain, halat ko jantay nahi aur aur samajhtay hain ke yeh</w:t>
      </w:r>
    </w:p>
    <w:p>
      <w:pPr>
        <w:jc w:val="right"/>
      </w:pPr>
      <w:r>
        <w:t>مسلمان صرف اپنے کو جانتے ہیں، حالات کو جانتے نہیں اور اور سمجھتے ہیں کہ یہ</w:t>
      </w:r>
    </w:p>
    <w:p>
      <w:r>
        <w:rPr>
          <w:b/>
        </w:rPr>
        <w:t xml:space="preserve">[14:13] </w:t>
      </w:r>
      <w:r>
        <w:t>yeh sare log jo hain, hamare dushman hain, hamare liye bator chara paida kiye gaye hain, koi dushman nahi hai.</w:t>
      </w:r>
    </w:p>
    <w:p>
      <w:pPr>
        <w:jc w:val="right"/>
      </w:pPr>
      <w:r>
        <w:t>یہ سارے لوگ جو ہیں، ہمارے دشمن ہیں، ہمارے لیے بطور چارہ پیدا کیے گئے ہیں، کوئی دشمن نہیں ہے۔</w:t>
      </w:r>
    </w:p>
    <w:p>
      <w:r>
        <w:rPr>
          <w:b/>
        </w:rPr>
        <w:t xml:space="preserve">[14:24] </w:t>
      </w:r>
      <w:r>
        <w:t>Aaj zamana badal chuka hai. Allah taala ne zamane ko bilkul badal diya hai, badal gaya hai.</w:t>
      </w:r>
    </w:p>
    <w:p>
      <w:pPr>
        <w:jc w:val="right"/>
      </w:pPr>
      <w:r>
        <w:t>آج زمانہ بدل چکا ہے۔ اللہ تعالی نے زمانے کو بالکل بدل دیا ہے، بدل گیا ہے۔</w:t>
      </w:r>
    </w:p>
    <w:p>
      <w:r>
        <w:rPr>
          <w:b/>
        </w:rPr>
        <w:t xml:space="preserve">[14:34] </w:t>
      </w:r>
      <w:r>
        <w:t>Yeh Shajiha Fayyaz ka ek sawal hai. Surah Al-Jumu'ah mein Allah taala Yahoodiyon ke baray mein farmata hai ke woh kabhi maut ki tamanna nahi karenge, un a'maal ke sabab jo unhon ne aagay bheje hain.</w:t>
      </w:r>
    </w:p>
    <w:p>
      <w:pPr>
        <w:jc w:val="right"/>
      </w:pPr>
      <w:r>
        <w:t>یہ شجیحہ فیاض کا ایک سوال ہے۔ سورہ الجمعہ میں اللہ تعالی یہودیوں کے بارے میں فرماتا ہے کہ وہ کبھی موت کی تمنا نہیں کریں گے، ان اعمال کے سبب جو انہوں نے آگے بھیجے ہیں۔</w:t>
      </w:r>
    </w:p>
    <w:p>
      <w:r>
        <w:rPr>
          <w:b/>
        </w:rPr>
        <w:t xml:space="preserve">[14:51] </w:t>
      </w:r>
      <w:r>
        <w:t>Yahoodi apne buray kamon ki wajah se maut ki tamanna nahi karenge, lekin hum naik a'maal karne ki koshish mein lagay rehtay hain, phir bhi itni himmat to nahi hai ke apne liye maut ki tamanna karein,</w:t>
      </w:r>
    </w:p>
    <w:p>
      <w:pPr>
        <w:jc w:val="right"/>
      </w:pPr>
      <w:r>
        <w:t>یہودی اپنے برے کاموں کی وجہ سے موت کی تمنا نہیں کریں گے، لیکن ہم نیک اعمال کرنے کی کوشش میں لگے رہتے ہیں، پھر بھی اتنی ہمت تو نہیں ہے کہ اپنے لیے موت کی تمنا کریں،</w:t>
      </w:r>
    </w:p>
    <w:p>
      <w:r>
        <w:rPr>
          <w:b/>
        </w:rPr>
        <w:t xml:space="preserve">[15:05] </w:t>
      </w:r>
      <w:r>
        <w:t>balkay yeh tamanna hoti hai ke mazeed waqt mil jaye ta'kay apni akhirat ka saman kar sakein. Kya yeh sahi hai?</w:t>
      </w:r>
    </w:p>
    <w:p>
      <w:pPr>
        <w:jc w:val="right"/>
      </w:pPr>
      <w:r>
        <w:t>بلکہ یہ تمنا ہوتی ہے کہ مزید وقت مل جائے تاکہ اپنی آخرت کا سامان کر سکیں۔ کیا یہ صحیح ہے؟</w:t>
      </w:r>
    </w:p>
    <w:p>
      <w:r>
        <w:rPr>
          <w:b/>
        </w:rPr>
        <w:t xml:space="preserve">[15:14] </w:t>
      </w:r>
      <w:r>
        <w:t>Bilkul sahi nahi hai. Yeh Musalman aaj ke Yahoodi woh Yahoodi nahi hain, aaj ke Musalman woh Musalman nahi hain.</w:t>
      </w:r>
    </w:p>
    <w:p>
      <w:pPr>
        <w:jc w:val="right"/>
      </w:pPr>
      <w:r>
        <w:t>بالکل صحیح نہیں ہے۔ یہ مسلمان آج کے یہودی وہ یہودی نہیں ہیں، آج کے مسلمان وہ مسلمان نہیں ہیں۔</w:t>
      </w:r>
    </w:p>
    <w:p>
      <w:r>
        <w:rPr>
          <w:b/>
        </w:rPr>
        <w:t xml:space="preserve">[15:26] </w:t>
      </w:r>
      <w:r>
        <w:t>Jab aap in dono baton ko samjhenge, tab aap janenge ke aaj Musalmanon ko kya karna hai.</w:t>
      </w:r>
    </w:p>
    <w:p>
      <w:pPr>
        <w:jc w:val="right"/>
      </w:pPr>
      <w:r>
        <w:t>جب آپ ان دونوں باتوں کو سمجھیں گے، تب آپ جانیں گے کہ آج مسلمانوں کو کیا کرنا ہے۔</w:t>
      </w:r>
    </w:p>
    <w:p>
      <w:r>
        <w:rPr>
          <w:b/>
        </w:rPr>
        <w:t xml:space="preserve">[15:40] </w:t>
      </w:r>
      <w:r>
        <w:t>Woh ek aur is mein ek hissa yeh reh gaya tha: Kya sachay momin ko maut ki tamanna karni chahiye? Hargiz nahi.</w:t>
      </w:r>
    </w:p>
    <w:p>
      <w:pPr>
        <w:jc w:val="right"/>
      </w:pPr>
      <w:r>
        <w:t>وہ ایک اور اس میں ایک حصہ یہ رہ گیا تھا: کیا سچے مومن کو موت کی تمنا کرنی چاہیے؟ ہرگز نہیں۔</w:t>
      </w:r>
    </w:p>
    <w:p>
      <w:r>
        <w:rPr>
          <w:b/>
        </w:rPr>
        <w:t xml:space="preserve">[15:49] </w:t>
      </w:r>
      <w:r>
        <w:t>Maut ki tamanna koi sahi baat nahi hai.</w:t>
      </w:r>
    </w:p>
    <w:p>
      <w:pPr>
        <w:jc w:val="right"/>
      </w:pPr>
      <w:r>
        <w:t>موت کی تمنا کوئی صحیح بات نہیں ہے۔</w:t>
      </w:r>
    </w:p>
    <w:p>
      <w:r>
        <w:rPr>
          <w:b/>
        </w:rPr>
        <w:t xml:space="preserve">[16:00] </w:t>
      </w:r>
      <w:r>
        <w:t>Azhar M</w:t>
      </w:r>
    </w:p>
    <w:p>
      <w:pPr>
        <w:jc w:val="right"/>
      </w:pPr>
      <w:r>
        <w:t>اظہر م</w:t>
      </w:r>
    </w:p>
    <w:p>
      <w:r>
        <w:rPr>
          <w:b/>
        </w:rPr>
        <w:t xml:space="preserve">[16:01] </w:t>
      </w:r>
      <w:r>
        <w:t>barak. Musalman ka kaam yeh hai ke woh halat ko samjhe, halat ke mutabiq planning kare, yeh nahi ke bas maut ki tamanna kare aur larna shuru kar de.</w:t>
      </w:r>
    </w:p>
    <w:p>
      <w:pPr>
        <w:jc w:val="right"/>
      </w:pPr>
      <w:r>
        <w:t>بارک۔ مسلمان کا کام یہ ہے کہ وہ حالات کو سمجھے، حالات کے مطابق پلاننگ کرے، یہ نہیں کہ بس موت کی تمنا کرے اور لڑنا شروع کر دے۔</w:t>
      </w:r>
    </w:p>
    <w:p>
      <w:r>
        <w:rPr>
          <w:b/>
        </w:rPr>
        <w:t xml:space="preserve">[16:14] </w:t>
      </w:r>
      <w:r>
        <w:t>Yeh koi Musalman ka kaam nahi hai. Pehle aap halat ko samjhiye aur planning kijiye halat ke mutabiq</w:t>
      </w:r>
    </w:p>
    <w:p>
      <w:pPr>
        <w:jc w:val="right"/>
      </w:pPr>
      <w:r>
        <w:t>یہ کوئی مسلمان کا کام نہیں ہے۔ پہلے آپ حالات کو سمجھئے اور پلاننگ کیجیے حالات کے مطابق</w:t>
      </w:r>
    </w:p>
    <w:p>
      <w:r>
        <w:rPr>
          <w:b/>
        </w:rPr>
        <w:t xml:space="preserve">[16:25] </w:t>
      </w:r>
      <w:r>
        <w:t>۔ اظہر مبارک لکھتے ہیں: "یور ورڈز ار ویری ٹرو ریگارڈنگ ڈیوائن ہیلپ اینڈ بینیفٹ انارمسلی ٹو انکریز اور فیتھ ان دا گاڈ ان گاڈ المائٹی۔" اچھا ہے، ماشاءاللہ، ماشاءاللہ۔</w:t>
      </w:r>
    </w:p>
    <w:p>
      <w:pPr>
        <w:jc w:val="right"/>
      </w:pPr>
      <w:r>
        <w:t>۔ اظہر مبارک لکھتے ہیں: "یور ورڈز ار ویری ٹرو ریگارڈنگ ڈیوائن ہیلپ اینڈ بینیفٹ انارمسلی ٹو انکریز اور فیتھ ان دا گاڈ ان گاڈ المائٹی۔" اچھا ہے، ماشاءاللہ، ماشاءاللہ۔</w:t>
      </w:r>
    </w:p>
    <w:p>
      <w:r>
        <w:rPr>
          <w:b/>
        </w:rPr>
        <w:t xml:space="preserve">[16:44] </w:t>
      </w:r>
      <w:r>
        <w:t>ڈاکٹر رجن ملحوترہ لکھتے ہیں: "مولانا صاحب، مینی پیپل کمپلین دیٹ دے ار ناٹ گیٹنگ گاڈز ہیلپ بیکاز دیر دعا از ناٹ گیٹنگ ایکسیپٹڈ۔</w:t>
      </w:r>
    </w:p>
    <w:p>
      <w:pPr>
        <w:jc w:val="right"/>
      </w:pPr>
      <w:r>
        <w:t>ڈاکٹر رجن ملحوترہ لکھتے ہیں: "مولانا صاحب، مینی پیپل کمپلین دیٹ دے ار ناٹ گیٹنگ گاڈز ہیلپ بیکاز دیر دعا از ناٹ گیٹنگ ایکسیپٹڈ۔</w:t>
      </w:r>
    </w:p>
    <w:p>
      <w:r>
        <w:rPr>
          <w:b/>
        </w:rPr>
        <w:t xml:space="preserve">[16:58] </w:t>
      </w:r>
      <w:r>
        <w:t>"Is this the right way to assess whether one is receiving God's help or not?"</w:t>
      </w:r>
    </w:p>
    <w:p>
      <w:pPr>
        <w:jc w:val="right"/>
      </w:pPr>
      <w:r>
        <w:t>از دس دا رائٹ وے ٹو اسیس ویدر ون از ریسیونگ گاڈز ہیلپ اور ناٹ؟"</w:t>
      </w:r>
    </w:p>
    <w:p>
      <w:r>
        <w:rPr>
          <w:b/>
        </w:rPr>
        <w:t xml:space="preserve">[17:08] </w:t>
      </w:r>
      <w:r>
        <w:t>نہیں، بالکل۔ میں اس کو صحیح، اس کو پہلے آپ قرآن کو پڑھیے، قرآن کو ڈسکور کیجیے، قرآن کو اپلائیڈ وے میں سمجھیے کہ آج کے حالات میں قرآن کی رہنمائی کیا ہے۔</w:t>
      </w:r>
    </w:p>
    <w:p>
      <w:pPr>
        <w:jc w:val="right"/>
      </w:pPr>
      <w:r>
        <w:t>نہیں، بالکل۔ میں اس کو صحیح، اس کو پہلے آپ قرآن کو پڑھیے، قرآن کو ڈسکور کیجیے، قرآن کو اپلائیڈ وے میں سمجھیے کہ آج کے حالات میں قرآن کی رہنمائی کیا ہے۔</w:t>
      </w:r>
    </w:p>
    <w:p>
      <w:r>
        <w:rPr>
          <w:b/>
        </w:rPr>
        <w:t xml:space="preserve">[17:29] </w:t>
      </w:r>
      <w:r>
        <w:t>تب آپ کو حق ہوگا کہ آپ قرآن کے نام پر بولیں۔</w:t>
      </w:r>
    </w:p>
    <w:p>
      <w:pPr>
        <w:jc w:val="right"/>
      </w:pPr>
      <w:r>
        <w:t>تب آپ کو حق ہوگا کہ آپ قرآن کے نام پر بولیں۔</w:t>
      </w:r>
    </w:p>
    <w:p>
      <w:r>
        <w:rPr>
          <w:b/>
        </w:rPr>
        <w:t xml:space="preserve">[17:36] </w:t>
      </w:r>
      <w:r>
        <w:t>ارم شاکر کا لکھنا ہے: "قرآن ورسز ار فار ال ٹائمز ٹو کم۔ سو وین گاڈ سیز جیوز اینڈ کرسچنز کین ناٹ بی یور فرینڈز انلیس یو بیکم لائک دیم،</w:t>
      </w:r>
    </w:p>
    <w:p>
      <w:pPr>
        <w:jc w:val="right"/>
      </w:pPr>
      <w:r>
        <w:t>ارم شاکر کا لکھنا ہے: "قرآن ورسز ار فار ال ٹائمز ٹو کم۔ سو وین گاڈ سیز جیوز اینڈ کرسچنز کین ناٹ بی یور فرینڈز انلیس یو بیکم لائک دیم،</w:t>
      </w:r>
    </w:p>
    <w:p>
      <w:r>
        <w:rPr>
          <w:b/>
        </w:rPr>
        <w:t xml:space="preserve">[17:57] </w:t>
      </w:r>
      <w:r>
        <w:t>ہاؤ کین وی سے اللہ از ٹاکنگ اباؤٹ دیٹ ٹائم</w:t>
      </w:r>
    </w:p>
    <w:p>
      <w:pPr>
        <w:jc w:val="right"/>
      </w:pPr>
      <w:r>
        <w:t>ہاؤ کین وی سے اللہ از ٹاکنگ اباؤٹ دیٹ ٹائم</w:t>
      </w:r>
    </w:p>
    <w:p>
      <w:r>
        <w:rPr>
          <w:b/>
        </w:rPr>
        <w:t xml:space="preserve">[18:06] </w:t>
      </w:r>
      <w:r>
        <w:t>؟" بھائی، دیکھیے، یہ اس زمانے کے لوگوں کی بات ہے، آج کی بات نہیں ہے۔</w:t>
      </w:r>
    </w:p>
    <w:p>
      <w:pPr>
        <w:jc w:val="right"/>
      </w:pPr>
      <w:r>
        <w:t>؟" بھائی، دیکھیے، یہ اس زمانے کے لوگوں کی بات ہے، آج کی بات نہیں ہے۔</w:t>
      </w:r>
    </w:p>
    <w:p>
      <w:r>
        <w:rPr>
          <w:b/>
        </w:rPr>
        <w:t xml:space="preserve">[18:15] </w:t>
      </w:r>
      <w:r>
        <w:t>یہ وہ کہہ رہے ہیں کہ جیوز اینڈ کرسچنز جو ہیں، قرآن میں کہا گیا ہے کہ وہ تمہارے فرینڈز نہیں ہیں۔</w:t>
      </w:r>
    </w:p>
    <w:p>
      <w:pPr>
        <w:jc w:val="right"/>
      </w:pPr>
      <w:r>
        <w:t>یہ وہ کہہ رہے ہیں کہ جیوز اینڈ کرسچنز جو ہیں، قرآن میں کہا گیا ہے کہ وہ تمہارے فرینڈز نہیں ہیں۔</w:t>
      </w:r>
    </w:p>
    <w:p>
      <w:r>
        <w:rPr>
          <w:b/>
        </w:rPr>
        <w:t xml:space="preserve">[18:25] </w:t>
      </w:r>
      <w:r>
        <w:t>تو یہ ایسا کیسے ہو سکتا ہے کہ اس وقت کے لیے بھائی وہ ویلڈ تھا، اب نہیں ہے؟ وہ پرماننٹ نہیں ہے۔</w:t>
      </w:r>
    </w:p>
    <w:p>
      <w:pPr>
        <w:jc w:val="right"/>
      </w:pPr>
      <w:r>
        <w:t>تو یہ ایسا کیسے ہو سکتا ہے کہ اس وقت کے لیے بھائی وہ ویلڈ تھا، اب نہیں ہے؟ وہ پرماننٹ نہیں ہے۔</w:t>
      </w:r>
    </w:p>
    <w:p>
      <w:r>
        <w:rPr>
          <w:b/>
        </w:rPr>
        <w:t xml:space="preserve">[18:38] </w:t>
      </w:r>
      <w:r>
        <w:t>وہ نہ تو یہود پرماننٹ ہیں،</w:t>
      </w:r>
    </w:p>
    <w:p>
      <w:pPr>
        <w:jc w:val="right"/>
      </w:pPr>
      <w:r>
        <w:t>وہ نہ تو یہود پرماننٹ ہیں،</w:t>
      </w:r>
    </w:p>
    <w:p>
      <w:r>
        <w:rPr>
          <w:b/>
        </w:rPr>
        <w:t xml:space="preserve">[18:41] </w:t>
      </w:r>
      <w:r>
        <w:t>نہ عیسائی پرماننٹ ہیں۔</w:t>
      </w:r>
    </w:p>
    <w:p>
      <w:pPr>
        <w:jc w:val="right"/>
      </w:pPr>
      <w:r>
        <w:t>نہ عیسائی پرماننٹ ہیں۔</w:t>
      </w:r>
    </w:p>
    <w:p>
      <w:r>
        <w:rPr>
          <w:b/>
        </w:rPr>
        <w:t xml:space="preserve">[18:47] </w:t>
      </w:r>
      <w:r>
        <w:t>اس کو پہلے سمجھئے کہ وہ یہود کون تھے اور وہ جو کرسچن کون تھے۔ آج کے کرسچن بہت ہی ڈفرنٹ ہیں، حتی کہ آج کے یہود بہت ڈفرنٹ ہیں۔</w:t>
      </w:r>
    </w:p>
    <w:p>
      <w:pPr>
        <w:jc w:val="right"/>
      </w:pPr>
      <w:r>
        <w:t>اس کو پہلے سمجھئے کہ وہ یہود کون تھے اور وہ جو کرسچن کون تھے۔ آج کے کرسچن بہت ہی ڈفرنٹ ہیں، حتی کہ آج کے یہود بہت ڈفرنٹ ہیں۔</w:t>
      </w:r>
    </w:p>
    <w:p>
      <w:r>
        <w:rPr>
          <w:b/>
        </w:rPr>
        <w:t xml:space="preserve">[19:09] </w:t>
      </w:r>
      <w:r>
        <w:t>تو مسلمانوں کے تعلقات نہیں ہوتے ہیں، تو اس لیے وہ جانتے نہیں کہ آج کے یہود اور کرسچنز کیسے ہیں۔ صحیح، بالکل صحیح ہے۔</w:t>
      </w:r>
    </w:p>
    <w:p>
      <w:pPr>
        <w:jc w:val="right"/>
      </w:pPr>
      <w:r>
        <w:t>تو مسلمانوں کے تعلقات نہیں ہوتے ہیں، تو اس لیے وہ جانتے نہیں کہ آج کے یہود اور کرسچنز کیسے ہیں۔ صحیح، بالکل صحیح ہے۔</w:t>
      </w:r>
    </w:p>
    <w:p>
      <w:r>
        <w:rPr>
          <w:b/>
        </w:rPr>
        <w:t xml:space="preserve">[19:22] </w:t>
      </w:r>
      <w:r>
        <w:t>مہتاب احمد کا ایک کمنٹ ہے: "مولانا صاحب، یہ خدا کا احسان ہے کہ آپ کی وجہ سے ہم لوگوں کو بھی خدا کی ذات پر یقین کرنے کی توفیق مل جائے۔</w:t>
      </w:r>
    </w:p>
    <w:p>
      <w:pPr>
        <w:jc w:val="right"/>
      </w:pPr>
      <w:r>
        <w:t>مہتاب احمد کا ایک کمنٹ ہے: "مولانا صاحب، یہ خدا کا احسان ہے کہ آپ کی وجہ سے ہم لوگوں کو بھی خدا کی ذات پر یقین کرنے کی توفیق مل جائے۔</w:t>
      </w:r>
    </w:p>
    <w:p>
      <w:r>
        <w:rPr>
          <w:b/>
        </w:rPr>
        <w:t xml:space="preserve">[19:36] </w:t>
      </w:r>
      <w:r>
        <w:t>اس کے لیے خدا سے ہم لوگوں کے لیے بھی دعا کریں؟ جزاکم اللہ۔" انشاءاللہ۔</w:t>
      </w:r>
    </w:p>
    <w:p>
      <w:pPr>
        <w:jc w:val="right"/>
      </w:pPr>
      <w:r>
        <w:t>اس کے لیے خدا سے ہم لوگوں کے لیے بھی دعا کریں۔ جزاکم اللہ۔" انشاءاللہ۔</w:t>
      </w:r>
    </w:p>
    <w:p>
      <w:r>
        <w:rPr>
          <w:b/>
        </w:rPr>
        <w:t xml:space="preserve">[19:54] </w:t>
      </w:r>
      <w:r>
        <w:t>عبدالباسط صاحب نے پوچھا ہے کہ وہ جو حدیث ہے کہ علم حاصل کرنے کے لیے چین تک جاؤ، تو وہ کون سا علم ہے؟ علم شریعت کا علم یا دنیاوی علم؟</w:t>
      </w:r>
    </w:p>
    <w:p>
      <w:pPr>
        <w:jc w:val="right"/>
      </w:pPr>
      <w:r>
        <w:t>عبدالباسط صاحب نے پوچھا ہے کہ وہ جو حدیث ہے کہ علم حاصل کرنے کے لیے چین تک جاؤ، تو وہ کون سا علم ہے؟ علم شریعت کا علم یا دنیاوی علم؟</w:t>
      </w:r>
    </w:p>
    <w:p>
      <w:r>
        <w:rPr>
          <w:b/>
        </w:rPr>
        <w:t xml:space="preserve">[20:08] </w:t>
      </w:r>
      <w:r>
        <w:t>بھائی، اس حدیث کے بارے میں</w:t>
      </w:r>
    </w:p>
    <w:p>
      <w:pPr>
        <w:jc w:val="right"/>
      </w:pPr>
      <w:r>
        <w:t>بھائی، اس حدیث کے بارے میں</w:t>
      </w:r>
    </w:p>
    <w:p>
      <w:r>
        <w:rPr>
          <w:b/>
        </w:rPr>
        <w:t xml:space="preserve">[20:13] </w:t>
      </w:r>
      <w:r>
        <w:t>محدثین کی ایک رائے نہیں ہے۔ تو پہلے اس کو آپ مطالعہ کیجیے اور پھر سوال کیجیے۔</w:t>
      </w:r>
    </w:p>
    <w:p>
      <w:pPr>
        <w:jc w:val="right"/>
      </w:pPr>
      <w:r>
        <w:t>محدثین کی ایک رائے نہیں ہے۔ تو پہلے اس کو آپ مطالعہ کیجیے اور پھر سوال کیجیے۔</w:t>
      </w:r>
    </w:p>
    <w:p>
      <w:r>
        <w:rPr>
          <w:b/>
        </w:rPr>
        <w:t xml:space="preserve">[20:33] </w:t>
      </w:r>
      <w:r>
        <w:t>صائمہ لکھتی ہیں: "مولانا صاحب، میں آپ سے خواب کی تعبیر پوچھ سکتی ہوں؟"</w:t>
      </w:r>
    </w:p>
    <w:p>
      <w:pPr>
        <w:jc w:val="right"/>
      </w:pPr>
      <w:r>
        <w:t>صائمہ لکھتی ہیں: "مولانا صاحب، میں آپ سے خواب کی تعبیر پوچھ سکتی ہوں؟"</w:t>
      </w:r>
    </w:p>
    <w:p>
      <w:r>
        <w:rPr>
          <w:b/>
        </w:rPr>
        <w:t xml:space="preserve">[20:43] </w:t>
      </w:r>
      <w:r>
        <w:t>بھئی، یہاں پر تو نہیں۔</w:t>
      </w:r>
    </w:p>
    <w:p>
      <w:pPr>
        <w:jc w:val="right"/>
      </w:pPr>
      <w:r>
        <w:t>بھئی، یہاں پر تو نہیں۔</w:t>
      </w:r>
    </w:p>
    <w:p>
      <w:r>
        <w:rPr>
          <w:b/>
        </w:rPr>
        <w:t xml:space="preserve">[20:51] </w:t>
      </w:r>
      <w:r>
        <w:t>شجیحہ فیاض کا ایک سوال ہے: "حساب یسیرہ، آسان حساب کیا ہے؟ حساب تو اللہ تعالی کی کسی ایک نعمت کا بھی نہیں دے سکتے، پھر یہ آسان حساب کیا ہے؟"</w:t>
      </w:r>
    </w:p>
    <w:p>
      <w:pPr>
        <w:jc w:val="right"/>
      </w:pPr>
      <w:r>
        <w:t>شجیحہ فیاض کا ایک سوال ہے: "حساب یسیرہ، آسان حساب کیا ہے؟ حساب تو اللہ تعالی کی کسی ایک نعمت کا بھی نہیں دے سکتے، پھر یہ آسان حساب کیا ہے؟"</w:t>
      </w:r>
    </w:p>
    <w:p>
      <w:r>
        <w:rPr>
          <w:b/>
        </w:rPr>
        <w:t xml:space="preserve">[21:09] </w:t>
      </w:r>
      <w:r>
        <w:t>آپ وہ پڑھیے، تذکر القرآن، اس کے بعد سوال کیجیے۔ مولانا اقبال عمری لکھتے ہیں: "خدا کے مشن میں جو لگے رہتے ہیں، ان کی زندگی میں ہی ایسے واقعات ہوتے ہیں۔</w:t>
      </w:r>
    </w:p>
    <w:p>
      <w:pPr>
        <w:jc w:val="right"/>
      </w:pPr>
      <w:r>
        <w:t>آپ وہ پڑھیے، تذکر القرآن، اس کے بعد سوال کیجیے۔ مولانا اقبال عمری لکھتے ہیں: "خدا کے مشن میں جو لگے رہتے ہیں، ان کی زندگی میں ہی ایسے واقعات ہوتے ہیں۔</w:t>
      </w:r>
    </w:p>
    <w:p>
      <w:r>
        <w:rPr>
          <w:b/>
        </w:rPr>
        <w:t xml:space="preserve">[21:26] </w:t>
      </w:r>
      <w:r>
        <w:t>آپ اس قسم کا جو بھی تجربہ بتاتے ہیں، میں اس کو بلاشبہ صحیح مانتا ہوں۔" کمنٹ ہے۔ ماشاءاللہ۔</w:t>
      </w:r>
    </w:p>
    <w:p>
      <w:pPr>
        <w:jc w:val="right"/>
      </w:pPr>
      <w:r>
        <w:t>آپ اس قسم کا جو بھی تجربہ بتاتے ہیں، میں اس کو بلاشبہ صحیح مانتا ہوں۔" کمنٹ ہے۔ ماشاءاللہ۔</w:t>
      </w:r>
    </w:p>
    <w:p>
      <w:r>
        <w:rPr>
          <w:b/>
        </w:rPr>
        <w:t xml:space="preserve">[21:39] </w:t>
      </w:r>
      <w:r>
        <w:t>روح مسعود: "واٹ اف وی ہیو ٹو سٹے ود سم ون ہو بیٹریڈ اس؟" کسی نے ہم کو بیٹری کر دیا ہے، پھر بھی ہمیں اس کے ساتھ رہنا پڑ رہا ہے، تو یہ کیسا ہے؟</w:t>
      </w:r>
    </w:p>
    <w:p>
      <w:pPr>
        <w:jc w:val="right"/>
      </w:pPr>
      <w:r>
        <w:t>روح مسعود: "واٹ اف وی ہیو ٹو سٹے ود سم ون ہو بیٹریڈ اس؟" کسی نے ہم کو بیٹری کر دیا ہے، پھر بھی ہمیں اس کے ساتھ رہنا پڑ رہا ہے، تو یہ کیسا ہے؟</w:t>
      </w:r>
    </w:p>
    <w:p>
      <w:r>
        <w:rPr>
          <w:b/>
        </w:rPr>
        <w:t xml:space="preserve">[21:58] </w:t>
      </w:r>
      <w:r>
        <w:t>bhai, yeh</w:t>
      </w:r>
    </w:p>
    <w:p>
      <w:pPr>
        <w:jc w:val="right"/>
      </w:pPr>
      <w:r>
        <w:t>بھئی، یہ</w:t>
      </w:r>
    </w:p>
    <w:p>
      <w:r>
        <w:rPr>
          <w:b/>
        </w:rPr>
        <w:t xml:space="preserve">[22:02] </w:t>
      </w:r>
      <w:r>
        <w:t>sawal jab tak mutayyan na ho, specified vision mein na ho, is ka koi jawab nahi diya ja sakta.</w:t>
      </w:r>
    </w:p>
    <w:p>
      <w:pPr>
        <w:jc w:val="right"/>
      </w:pPr>
      <w:r>
        <w:t>سوال جب تک متعین نہ ہو، اسپیسیفائیڈ ویژن میں نہ ہو، اس کا کوئی جواب نہیں دیا جا سکتا۔</w:t>
      </w:r>
    </w:p>
    <w:p>
      <w:r>
        <w:rPr>
          <w:b/>
        </w:rPr>
        <w:t xml:space="preserve">[22:16] </w:t>
      </w:r>
      <w:r>
        <w:t>Aftab Khan likhte hain: "Pakistan se Maulana, aap ko sun sun ke mujhe jo samajh aaya hai ke 99</w:t>
      </w:r>
    </w:p>
    <w:p>
      <w:pPr>
        <w:jc w:val="right"/>
      </w:pPr>
      <w:r>
        <w:t>آفتاب خان لکھتے ہیں: "پاکستان سے مولانا، آپ کو سن سن کے مجھے جو سمجھ آیا ہے کہ 99</w:t>
      </w:r>
    </w:p>
    <w:p>
      <w:r>
        <w:rPr>
          <w:b/>
        </w:rPr>
        <w:t xml:space="preserve">[22:27] </w:t>
      </w:r>
      <w:r>
        <w:t>.99 feesad deen Khuda ki marifat ka naam hai, kya main durust samjha hoon?" Sahi, sahi hai.</w:t>
      </w:r>
    </w:p>
    <w:p>
      <w:pPr>
        <w:jc w:val="right"/>
      </w:pPr>
      <w:r>
        <w:t>.99 فیصد دین خدا کی معرفت کا نام ہے، کیا میں درست سمجھا ہوں؟" صحیح، صحیح ہے۔</w:t>
      </w:r>
    </w:p>
    <w:p>
      <w:r>
        <w:rPr>
          <w:b/>
        </w:rPr>
        <w:t xml:space="preserve">[22:45] </w:t>
      </w:r>
      <w:r>
        <w:t>Shajiha Fayyaz ka yeh sawal hai: "Aap ne kaha tha mujh par yeh waqt, mujh par har waqt yeh khauf taari rehta hai ke kahin Allah taala meri pakar na kar le, aur phir aap har waqt Allah taala ki nematon ka bhi shukr karte hain, jo ke ek positive ehsaas hai.</w:t>
      </w:r>
    </w:p>
    <w:p>
      <w:pPr>
        <w:jc w:val="right"/>
      </w:pPr>
      <w:r>
        <w:t>شجیحہ فیاض کا یہ سوال ہے: "آپ نے کہا تھا مجھ پر یہ وقت، مجھ پر ہر وقت یہ خوف طاری رہتا ہے کہ کہیں اللہ تعالی میری پکڑ نہ کر لے، اور پھر آپ ہر وقت اللہ تعالی کی نعمتوں کا بھی شکر کرتے ہیں، جو کہ ایک پازیٹیو احساس ہے۔</w:t>
      </w:r>
    </w:p>
    <w:p>
      <w:r>
        <w:rPr>
          <w:b/>
        </w:rPr>
        <w:t xml:space="preserve">[23:06] </w:t>
      </w:r>
      <w:r>
        <w:t>khauf aur shukr dono bilkul alag alag ehsaasaat hain, ek hi waqt mein dono kaise mehsoos kiye ja sakte hain?"</w:t>
      </w:r>
    </w:p>
    <w:p>
      <w:pPr>
        <w:jc w:val="right"/>
      </w:pPr>
      <w:r>
        <w:t>خوف اور شکر دونوں بالکل الگ الگ احساسات ہیں، ایک ہی وقت میں دونوں کیسے محسوس کیے جا سکتے ہیں؟"</w:t>
      </w:r>
    </w:p>
    <w:p>
      <w:r>
        <w:rPr>
          <w:b/>
        </w:rPr>
        <w:t xml:space="preserve">[23:16] </w:t>
      </w:r>
      <w:r>
        <w:t>Aap Sahaba ke dilon ko parhiye, har Sahabi par khauf taari rehta tha, aur har har Sahabi ke andar positive thinking thi.</w:t>
      </w:r>
    </w:p>
    <w:p>
      <w:pPr>
        <w:jc w:val="right"/>
      </w:pPr>
      <w:r>
        <w:t>آپ صحابہ کے دلوں کو پڑھیے، ہر صحابی پر خوف طاری رہتا تھا، اور ہر ہر صحابی کے اندر پازیٹیو تھنکنگ تھی۔</w:t>
      </w:r>
    </w:p>
    <w:p>
      <w:r>
        <w:rPr>
          <w:b/>
        </w:rPr>
        <w:t xml:space="preserve">[23:28] </w:t>
      </w:r>
      <w:r>
        <w:t>Rameez Raza ka sawal hai: "Maulana, I really admire you. I want to ask the politicians of Pakistan chanting the slogans of Nizam Mustafa.</w:t>
      </w:r>
    </w:p>
    <w:p>
      <w:pPr>
        <w:jc w:val="right"/>
      </w:pPr>
      <w:r>
        <w:t>رامز رضا کا سوال ہے: "مولانا، آئی ریلی ایڈمائر یو۔ آئی وانٹ ٹو اسک دا پولیٹیشنز آف پاکستان چانٹنگ دا سلوگنز آف نظام مصطفی۔</w:t>
      </w:r>
    </w:p>
    <w:p>
      <w:r>
        <w:rPr>
          <w:b/>
        </w:rPr>
        <w:t xml:space="preserve">[23:46] </w:t>
      </w:r>
      <w:r>
        <w:t>yeh kya hai? Nizam Mustafa kya hai?" yeh bidat hai, yeh to kahin Quran mein, Ahle Hadees mein hai, yeh to bidat hai.</w:t>
      </w:r>
    </w:p>
    <w:p>
      <w:pPr>
        <w:jc w:val="right"/>
      </w:pPr>
      <w:r>
        <w:t>یہ کیا ہے؟ نظام مصطفی کیا ہے؟" یہ بدعت ہے، یہ تو کہیں قرآن میں، اہل حدیث میں ہے، یہ تو بدعت ہے۔</w:t>
      </w:r>
    </w:p>
    <w:p>
      <w:r>
        <w:rPr>
          <w:b/>
        </w:rPr>
        <w:t xml:space="preserve">[24:00] </w:t>
      </w:r>
      <w:r>
        <w:t>Maulana Farhad Ahmed likhte hain: "Hadees mein aaya hai ke roza iftar ke waqt ki dua qubool hoti hai, is ka kya matlab hai?"</w:t>
      </w:r>
    </w:p>
    <w:p>
      <w:pPr>
        <w:jc w:val="right"/>
      </w:pPr>
      <w:r>
        <w:t>مولانا فرہاد احمد لکھتے ہیں: "حدیث میں آیا ہے کہ روزہ افطار کے وقت کی دعا قبول ہوتی ہے، اس کا کیا مطلب ہے؟"</w:t>
      </w:r>
    </w:p>
    <w:p>
      <w:r>
        <w:rPr>
          <w:b/>
        </w:rPr>
        <w:t xml:space="preserve">[24:10] </w:t>
      </w:r>
      <w:r>
        <w:t>yeh woh roza nahi jo aap aaj kal double rakha hota hai, aaj kal ki roza nahi hai, pehle in sharaait ke sath roza rakha jaye,</w:t>
      </w:r>
    </w:p>
    <w:p>
      <w:pPr>
        <w:jc w:val="right"/>
      </w:pPr>
      <w:r>
        <w:t>یہ وہ روزہ نہیں جو آپ آج کل ڈبل رکھا ہوتا ہے، آج کل کی روزہ نہیں ہے، پہلے ان شرائط کے ساتھ روزہ رکھا جائے،</w:t>
      </w:r>
    </w:p>
    <w:p>
      <w:r>
        <w:rPr>
          <w:b/>
        </w:rPr>
        <w:t xml:space="preserve">[24:25] </w:t>
      </w:r>
      <w:r>
        <w:t>tab yeh sawal paida hota hai. Aaj kal ka roza to main samajhta hoon ke</w:t>
      </w:r>
    </w:p>
    <w:p>
      <w:pPr>
        <w:jc w:val="right"/>
      </w:pPr>
      <w:r>
        <w:t>تب یہ سوال پیدا ہوتا ہے۔ آج کل کا روزہ تو میں سمجھتا ہوں کہ</w:t>
      </w:r>
    </w:p>
    <w:p>
      <w:r>
        <w:rPr>
          <w:b/>
        </w:rPr>
        <w:t xml:space="preserve">[24:34] </w:t>
      </w:r>
      <w:r>
        <w:t>sirf form ke aitbaar se roza hai, spirit ke aitbaar se nahi, roza nahi hai.</w:t>
      </w:r>
    </w:p>
    <w:p>
      <w:pPr>
        <w:jc w:val="right"/>
      </w:pPr>
      <w:r>
        <w:t>صرف فارم کے اعتبار سے روزہ ہے، اسپرٹ کے اعتبار سے نہیں، روزہ نہیں ہے۔</w:t>
      </w:r>
    </w:p>
    <w:p>
      <w:r>
        <w:rPr>
          <w:b/>
        </w:rPr>
        <w:t xml:space="preserve">[24:45] </w:t>
      </w:r>
      <w:r>
        <w:t>شاہد حسین صاحب نے آپ سے اتفاق کیا ہے کہ: "Today Jews and Christians are not those who</w:t>
      </w:r>
    </w:p>
    <w:p>
      <w:pPr>
        <w:jc w:val="right"/>
      </w:pPr>
      <w:r>
        <w:t>شاہد حسین صاحب نے آپ سے اتفاق کیا ہے کہ: "ٹوڈے جیوز اینڈ کرسچنز ار ناٹ دوز ہو</w:t>
      </w:r>
    </w:p>
    <w:p>
      <w:r>
        <w:rPr>
          <w:b/>
        </w:rPr>
        <w:t xml:space="preserve">[24:53] </w:t>
      </w:r>
      <w:r>
        <w:t>rejected the divine message and were mentioned in the Quran."</w:t>
      </w:r>
    </w:p>
    <w:p>
      <w:pPr>
        <w:jc w:val="right"/>
      </w:pPr>
      <w:r>
        <w:t>ریجیکٹڈ دا ڈیوائن میسج اینڈ ویئر مینشنڈ ان دا قرآن۔"</w:t>
      </w:r>
    </w:p>
    <w:p>
      <w:r>
        <w:rPr>
          <w:b/>
        </w:rPr>
        <w:t xml:space="preserve">[24:59] </w:t>
      </w:r>
      <w:r>
        <w:t>abdul salam siddiqui likhte hain: "maulana sahib, mein bhi aksar chote bare masail ko le kar pareshan hota hoon,</w:t>
      </w:r>
    </w:p>
    <w:p>
      <w:pPr>
        <w:jc w:val="right"/>
      </w:pPr>
      <w:r>
        <w:t>عبدالسلام صدیقی لکھتے ہیں: "مولانا صاحب، میں بھی اکثر چھوٹے بڑے مسائل کو لے کر پریشان ہوتا ہوں،</w:t>
      </w:r>
    </w:p>
    <w:p>
      <w:r>
        <w:rPr>
          <w:b/>
        </w:rPr>
        <w:t xml:space="preserve">[25:08] </w:t>
      </w:r>
      <w:r>
        <w:t>magar aap ke misbat khayalat aur misbat islami talimat ko ujaagar karne karna bohat himmat deta hai.</w:t>
      </w:r>
    </w:p>
    <w:p>
      <w:pPr>
        <w:jc w:val="right"/>
      </w:pPr>
      <w:r>
        <w:t>مگر آپ کے مثبت خیالات اور مثبت اسلامی تعلیمات کو اجاگر کرنے کرنا بہت ہمت دیتا ہے۔</w:t>
      </w:r>
    </w:p>
    <w:p>
      <w:r>
        <w:rPr>
          <w:b/>
        </w:rPr>
        <w:t xml:space="preserve">[25:16] </w:t>
      </w:r>
      <w:r>
        <w:t>Jazak Allah</w:t>
      </w:r>
    </w:p>
    <w:p>
      <w:pPr>
        <w:jc w:val="right"/>
      </w:pPr>
      <w:r>
        <w:t>جزاک اللہ</w:t>
      </w:r>
    </w:p>
    <w:p>
      <w:r>
        <w:rPr>
          <w:b/>
        </w:rPr>
        <w:t xml:space="preserve">[25:18] </w:t>
      </w:r>
      <w:r>
        <w:t>. Mashallah. Ek hain Naseem sahib, woh likhte hain: "How much I should rely on tadbeer and how much on belief in God?"</w:t>
      </w:r>
    </w:p>
    <w:p>
      <w:pPr>
        <w:jc w:val="right"/>
      </w:pPr>
      <w:r>
        <w:t>۔" ماشاءاللہ۔ ایک ہیں نسیم صاحب، وہ لکھتے ہیں: "ہاؤ مچ آئی شوڈ ریلائی ان تدبیر اینڈ ہاؤ مچ ان بیلیف ان گاڈ؟"</w:t>
      </w:r>
    </w:p>
    <w:p>
      <w:r>
        <w:rPr>
          <w:b/>
        </w:rPr>
        <w:t xml:space="preserve">[25:33] </w:t>
      </w:r>
      <w:r>
        <w:t>yeh dua, yeh dua ka maamla hai. Aap dua kijiye, aap ko sheikh sadar hasil ho jaye ga</w:t>
      </w:r>
    </w:p>
    <w:p>
      <w:pPr>
        <w:jc w:val="right"/>
      </w:pPr>
      <w:r>
        <w:t>یہ دعا، یہ دعا کا معاملہ ہے۔ آپ دعا کیجیے، آپ کو شیر صدر حاصل ہو جائے 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