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Message Discover the Ijtihadi Interpretation of Islam 25 May 2020 Maulana Wahiduddin Khan</w:t>
      </w:r>
    </w:p>
    <w:p>
      <w:r>
        <w:t>https://www.youtube.com/watch?v=mYGzV0rDsC0</w:t>
      </w:r>
    </w:p>
    <w:p>
      <w:r>
        <w:rPr>
          <w:b/>
        </w:rPr>
        <w:t xml:space="preserve">[00:14] </w:t>
      </w:r>
      <w:r>
        <w:t>Bismillah Rehman ur Rahim.</w:t>
      </w:r>
    </w:p>
    <w:p>
      <w:pPr>
        <w:jc w:val="right"/>
      </w:pPr>
      <w:r>
        <w:t>بسم اللہ الرحمن الرحیم۔</w:t>
      </w:r>
    </w:p>
    <w:p>
      <w:r>
        <w:rPr>
          <w:b/>
        </w:rPr>
        <w:t xml:space="preserve">[00:20] </w:t>
      </w:r>
      <w:r>
        <w:t>aaj subah main</w:t>
      </w:r>
    </w:p>
    <w:p>
      <w:pPr>
        <w:jc w:val="right"/>
      </w:pPr>
      <w:r>
        <w:t>آج صبح میں</w:t>
      </w:r>
    </w:p>
    <w:p>
      <w:r>
        <w:rPr>
          <w:b/>
        </w:rPr>
        <w:t xml:space="preserve">[00:24] </w:t>
      </w:r>
      <w:r>
        <w:t>jab utha</w:t>
      </w:r>
    </w:p>
    <w:p>
      <w:pPr>
        <w:jc w:val="right"/>
      </w:pPr>
      <w:r>
        <w:t>جب اٹھا</w:t>
      </w:r>
    </w:p>
    <w:p>
      <w:r>
        <w:rPr>
          <w:b/>
        </w:rPr>
        <w:t xml:space="preserve">[00:27] </w:t>
      </w:r>
      <w:r>
        <w:t>to har mamool</w:t>
      </w:r>
    </w:p>
    <w:p>
      <w:pPr>
        <w:jc w:val="right"/>
      </w:pPr>
      <w:r>
        <w:t>تو ہر معمول</w:t>
      </w:r>
    </w:p>
    <w:p>
      <w:r>
        <w:rPr>
          <w:b/>
        </w:rPr>
        <w:t xml:space="preserve">[00:35] </w:t>
      </w:r>
      <w:r>
        <w:t>hamari</w:t>
      </w:r>
    </w:p>
    <w:p>
      <w:pPr>
        <w:jc w:val="right"/>
      </w:pPr>
      <w:r>
        <w:t>ہماری</w:t>
      </w:r>
    </w:p>
    <w:p>
      <w:r>
        <w:rPr>
          <w:b/>
        </w:rPr>
        <w:t xml:space="preserve">[00:46] </w:t>
      </w:r>
      <w:r>
        <w:t>behan.</w:t>
      </w:r>
    </w:p>
    <w:p>
      <w:pPr>
        <w:jc w:val="right"/>
      </w:pPr>
      <w:r>
        <w:t>بہن۔</w:t>
      </w:r>
    </w:p>
    <w:p>
      <w:r>
        <w:rPr>
          <w:b/>
        </w:rPr>
        <w:t xml:space="preserve">[00:54] </w:t>
      </w:r>
      <w:r>
        <w:t>Aap beshak. Shamad, meri saggi behan to nahi hain lekin behan ke barabar hain.</w:t>
      </w:r>
    </w:p>
    <w:p>
      <w:pPr>
        <w:jc w:val="right"/>
      </w:pPr>
      <w:r>
        <w:t>آپ بے شک۔ شماد، میری سگی بہن تو نہیں ہیں لیکن بہن کے برابر ہیں۔</w:t>
      </w:r>
    </w:p>
    <w:p>
      <w:r>
        <w:rPr>
          <w:b/>
        </w:rPr>
        <w:t xml:space="preserve">[01:05] </w:t>
      </w:r>
      <w:r>
        <w:t>to Shamad ne subah ko ek dali mein ne kuch khane ki cheezein le kar aayi, woh</w:t>
      </w:r>
    </w:p>
    <w:p>
      <w:pPr>
        <w:jc w:val="right"/>
      </w:pPr>
      <w:r>
        <w:t>تو شماد نے صبح کو ایک ڈالی میں نے کچھ کھانے کی چیزیں لے کر آئی، وہ</w:t>
      </w:r>
    </w:p>
    <w:p>
      <w:r>
        <w:rPr>
          <w:b/>
        </w:rPr>
        <w:t xml:space="preserve">[01:12] </w:t>
      </w:r>
      <w:r>
        <w:t>isi kamre mein tha mein, daali mein.</w:t>
      </w:r>
    </w:p>
    <w:p>
      <w:pPr>
        <w:jc w:val="right"/>
      </w:pPr>
      <w:r>
        <w:t>اسی کمرے میں تھا میں، ڈالی میں۔</w:t>
      </w:r>
    </w:p>
    <w:p>
      <w:r>
        <w:rPr>
          <w:b/>
        </w:rPr>
        <w:t xml:space="preserve">[01:18] </w:t>
      </w:r>
      <w:r>
        <w:t>to is ko dekh kar mujhe rona aa gaya.</w:t>
      </w:r>
    </w:p>
    <w:p>
      <w:pPr>
        <w:jc w:val="right"/>
      </w:pPr>
      <w:r>
        <w:t>تو اس کو دیکھ کر مجھے رونا آ گیا۔</w:t>
      </w:r>
    </w:p>
    <w:p>
      <w:r>
        <w:rPr>
          <w:b/>
        </w:rPr>
        <w:t xml:space="preserve">[01:30] </w:t>
      </w:r>
      <w:r>
        <w:t>mein kha to nahin saka lekin rona aa gaya. aap jante hain ke mein boodha aadmi hoon.</w:t>
      </w:r>
    </w:p>
    <w:p>
      <w:pPr>
        <w:jc w:val="right"/>
      </w:pPr>
      <w:r>
        <w:t>میں کھا تو نہیں سکا لیکن رونا آ گیا۔ آپ جانتے ہیں کہ میں بوڑھا آدمی ہوں۔</w:t>
      </w:r>
    </w:p>
    <w:p>
      <w:r>
        <w:rPr>
          <w:b/>
        </w:rPr>
        <w:t xml:space="preserve">[01:40] </w:t>
      </w:r>
      <w:r>
        <w:t>rona is par aa gaya ke anqareeb woh din aane wala hai jab ke ek farishta</w:t>
      </w:r>
    </w:p>
    <w:p>
      <w:pPr>
        <w:jc w:val="right"/>
      </w:pPr>
      <w:r>
        <w:t>رونا اس پر آ گیا کہ عنقریب وہ دن آنے والا ہے جب کہ ایک فرشتہ</w:t>
      </w:r>
    </w:p>
    <w:p>
      <w:r>
        <w:rPr>
          <w:b/>
        </w:rPr>
        <w:t xml:space="preserve">[01:54] </w:t>
      </w:r>
      <w:r>
        <w:t>mere aamaal</w:t>
      </w:r>
    </w:p>
    <w:p>
      <w:pPr>
        <w:jc w:val="right"/>
      </w:pPr>
      <w:r>
        <w:t>میرے اعمال</w:t>
      </w:r>
    </w:p>
    <w:p>
      <w:r>
        <w:rPr>
          <w:b/>
        </w:rPr>
        <w:t xml:space="preserve">[02:00] </w:t>
      </w:r>
      <w:r>
        <w:t>ko le kar mere saamne pesh karega. dekh yeh hain tere aamaal.</w:t>
      </w:r>
    </w:p>
    <w:p>
      <w:pPr>
        <w:jc w:val="right"/>
      </w:pPr>
      <w:r>
        <w:t>کو لے کر میرے سامنے پیش کرے گا۔ دیکھ یہ ہیں تیرے اعمال۔</w:t>
      </w:r>
    </w:p>
    <w:p>
      <w:r>
        <w:rPr>
          <w:b/>
        </w:rPr>
        <w:t xml:space="preserve">[02:14] </w:t>
      </w:r>
      <w:r>
        <w:t>to log is ko kuch bhi samajhte hon lekin haqeeqat yeh hai ke mein apne ko ek be-amal insaan samajhta hoon, be-amal.</w:t>
      </w:r>
    </w:p>
    <w:p>
      <w:pPr>
        <w:jc w:val="right"/>
      </w:pPr>
      <w:r>
        <w:t>تو لوگ اس کو کچھ بھی سمجھتے ہوں لیکن حقیقت یہ ہے کہ میں اپنے کو ایک بے عمل انسان سمجھتا ہوں، بے عمل۔</w:t>
      </w:r>
    </w:p>
    <w:p>
      <w:r>
        <w:rPr>
          <w:b/>
        </w:rPr>
        <w:t xml:space="preserve">[02:26] </w:t>
      </w:r>
      <w:r>
        <w:t>to mein ne socha ke farishta jab</w:t>
      </w:r>
    </w:p>
    <w:p>
      <w:pPr>
        <w:jc w:val="right"/>
      </w:pPr>
      <w:r>
        <w:t>تو میں نے سوچا کہ فرشتہ جب</w:t>
      </w:r>
    </w:p>
    <w:p>
      <w:r>
        <w:rPr>
          <w:b/>
        </w:rPr>
        <w:t xml:space="preserve">[02:40] </w:t>
      </w:r>
      <w:r>
        <w:t>saamne mera aamaal naama khol kar pesh karega to us waqt</w:t>
      </w:r>
    </w:p>
    <w:p>
      <w:pPr>
        <w:jc w:val="right"/>
      </w:pPr>
      <w:r>
        <w:t>سامنے میرا اعمال نامہ کھول کر پیش کرے گا تو اس وقت</w:t>
      </w:r>
    </w:p>
    <w:p>
      <w:r>
        <w:rPr>
          <w:b/>
        </w:rPr>
        <w:t xml:space="preserve">[02:53] </w:t>
      </w:r>
      <w:r>
        <w:t>kya hoga mera haal?</w:t>
      </w:r>
    </w:p>
    <w:p>
      <w:pPr>
        <w:jc w:val="right"/>
      </w:pPr>
      <w:r>
        <w:t>کیا ہوگا میرا حال؟</w:t>
      </w:r>
    </w:p>
    <w:p>
      <w:r>
        <w:rPr>
          <w:b/>
        </w:rPr>
        <w:t xml:space="preserve">[02:58] </w:t>
      </w:r>
      <w:r>
        <w:t>to mein aap ko ek baat bata raha hoon chahta hoon</w:t>
      </w:r>
    </w:p>
    <w:p>
      <w:pPr>
        <w:jc w:val="right"/>
      </w:pPr>
      <w:r>
        <w:t>تو میں آپ کو ایک بات بتا رہا ہوں چاہتا ہوں</w:t>
      </w:r>
    </w:p>
    <w:p>
      <w:r>
        <w:rPr>
          <w:b/>
        </w:rPr>
        <w:t xml:space="preserve">[03:05] </w:t>
      </w:r>
      <w:r>
        <w:t>ke tamam sulaha, sahaba bhi is mein shamil hain, unhon ne quran mein talash kiya ke sab se zyada umeed wali ayat kaunsi hai?</w:t>
      </w:r>
    </w:p>
    <w:p>
      <w:pPr>
        <w:jc w:val="right"/>
      </w:pPr>
      <w:r>
        <w:t>کہ تمام صلحاء، صحابہ بھی اس میں شامل ہیں، انہوں نے قرآن میں تلاش کیا کہ سب سے زیادہ امید والی آیت کونسی ہے؟</w:t>
      </w:r>
    </w:p>
    <w:p>
      <w:r>
        <w:rPr>
          <w:b/>
        </w:rPr>
        <w:t xml:space="preserve">[03:22] </w:t>
      </w:r>
      <w:r>
        <w:t>yeh kitaab mein aata hai,</w:t>
      </w:r>
    </w:p>
    <w:p>
      <w:pPr>
        <w:jc w:val="right"/>
      </w:pPr>
      <w:r>
        <w:t>یہ کتاب میں آتا ہے،</w:t>
      </w:r>
    </w:p>
    <w:p>
      <w:r>
        <w:rPr>
          <w:b/>
        </w:rPr>
        <w:t xml:space="preserve">[03:27] </w:t>
      </w:r>
      <w:r>
        <w:t>sab se zyada umeed wali ayat.</w:t>
      </w:r>
    </w:p>
    <w:p>
      <w:pPr>
        <w:jc w:val="right"/>
      </w:pPr>
      <w:r>
        <w:t>سب سے زیادہ امید والی آیت۔</w:t>
      </w:r>
    </w:p>
    <w:p>
      <w:r>
        <w:rPr>
          <w:b/>
        </w:rPr>
        <w:t xml:space="preserve">[03:35] </w:t>
      </w:r>
      <w:r>
        <w:t>to</w:t>
      </w:r>
    </w:p>
    <w:p>
      <w:pPr>
        <w:jc w:val="right"/>
      </w:pPr>
      <w:r>
        <w:t>تو</w:t>
      </w:r>
    </w:p>
    <w:p>
      <w:r>
        <w:rPr>
          <w:b/>
        </w:rPr>
        <w:t xml:space="preserve">[03:39] </w:t>
      </w:r>
      <w:r>
        <w:t>zyada tar sulaha-e-ummat ka ijma ek ayat par hai.</w:t>
      </w:r>
    </w:p>
    <w:p>
      <w:pPr>
        <w:jc w:val="right"/>
      </w:pPr>
      <w:r>
        <w:t>زیادہ تر صلحائے امت کا اجماع ایک آیت پر ہے۔</w:t>
      </w:r>
    </w:p>
    <w:p>
      <w:r>
        <w:rPr>
          <w:b/>
        </w:rPr>
        <w:t xml:space="preserve">[03:50] </w:t>
      </w:r>
      <w:r>
        <w:t>aap bataiye.</w:t>
      </w:r>
    </w:p>
    <w:p>
      <w:pPr>
        <w:jc w:val="right"/>
      </w:pPr>
      <w:r>
        <w:t>آپ بتائیے۔</w:t>
      </w:r>
    </w:p>
    <w:p>
      <w:r>
        <w:rPr>
          <w:b/>
        </w:rPr>
        <w:t xml:space="preserve">[03:52] </w:t>
      </w:r>
      <w:r>
        <w:t>bismillah-ir-rehman-ir-rahim. qul ya ibadi allazina asrafu ala anfusihim la taqnatu min rahmatillah innallaha yaghfiruz-zunuba jami'a innahu huwal-ghafurur-rahim.</w:t>
      </w:r>
    </w:p>
    <w:p>
      <w:pPr>
        <w:jc w:val="right"/>
      </w:pPr>
      <w:r>
        <w:t>بسم اللہ الرحمن الرحیم۔ قل یا عبادی الذین اصرف علی انفسہم لا تقنتو من رحمت اللہ ان اللہ یغفر الذنوب جمیعا انہو الغفور الرحیم۔</w:t>
      </w:r>
    </w:p>
    <w:p>
      <w:r>
        <w:rPr>
          <w:b/>
        </w:rPr>
        <w:t xml:space="preserve">[04:06] </w:t>
      </w:r>
      <w:r>
        <w:t>surah az-zumr, surah number 39, ayat number 53. qul aye mere bando jinhon ne apni janon par ziyadati ki hai, Allah ki rehmat se na-umeed na ho.</w:t>
      </w:r>
    </w:p>
    <w:p>
      <w:pPr>
        <w:jc w:val="right"/>
      </w:pPr>
      <w:r>
        <w:t>سورہ الزمر، سورۃ نمبر 39، آیت نمبر 53۔ کہو اے میرے بندو جنہوں نے اپنی جانوں پر زیادتی کی ہے، اللہ کی رحمت سے نا امید نہ ہو۔</w:t>
      </w:r>
    </w:p>
    <w:p>
      <w:r>
        <w:rPr>
          <w:b/>
        </w:rPr>
        <w:t xml:space="preserve">[04:21] </w:t>
      </w:r>
      <w:r>
        <w:t>beshak Allah taala maaf kar deta hai tamam gunahon ko. beshak woh bakhsne wala, reham karne wala hai.</w:t>
      </w:r>
    </w:p>
    <w:p>
      <w:pPr>
        <w:jc w:val="right"/>
      </w:pPr>
      <w:r>
        <w:t>بے شک اللہ تعالی معاف کر دیتا ہے تمام گناہوں کو۔ بے شک وہ بخشنے والا، رحم کرنے والا ہے۔</w:t>
      </w:r>
    </w:p>
    <w:p>
      <w:r>
        <w:rPr>
          <w:b/>
        </w:rPr>
        <w:t xml:space="preserve">[04:33] </w:t>
      </w:r>
      <w:r>
        <w:t>yeh ayat taqreeban tamam sulaha-e-ummat ka ijma hai is par, taqreeban. ke yeh quran ki sab se zyada pur umeed ayat yeh hai.</w:t>
      </w:r>
    </w:p>
    <w:p>
      <w:pPr>
        <w:jc w:val="right"/>
      </w:pPr>
      <w:r>
        <w:t>یہ آیت تقریباً تمام صلحائے امت کا اجماع ہے اس پر، تقریباً۔ کہ یہ قرآن کی سب سے زیادہ پر امید آیت یہ ہے۔</w:t>
      </w:r>
    </w:p>
    <w:p>
      <w:r>
        <w:rPr>
          <w:b/>
        </w:rPr>
        <w:t xml:space="preserve">[04:49] </w:t>
      </w:r>
      <w:r>
        <w:t>arja ayat fil quran. arja ayat fil quran</w:t>
      </w:r>
    </w:p>
    <w:p>
      <w:pPr>
        <w:jc w:val="right"/>
      </w:pPr>
      <w:r>
        <w:t>ارجع آیت فی القرآن۔ ارجع آیت فی القرآن</w:t>
      </w:r>
    </w:p>
    <w:p>
      <w:r>
        <w:rPr>
          <w:b/>
        </w:rPr>
        <w:t xml:space="preserve">[04:54] </w:t>
      </w:r>
      <w:r>
        <w:t>. arja, arja ma'ni zyada raj'a wali, sab se zyada raj'a wali.</w:t>
      </w:r>
    </w:p>
    <w:p>
      <w:pPr>
        <w:jc w:val="right"/>
      </w:pPr>
      <w:r>
        <w:t>۔ ارجع، ارجع معنی زیادہ رجع والی، سب سے زیادہ رجع والی۔</w:t>
      </w:r>
    </w:p>
    <w:p>
      <w:r>
        <w:rPr>
          <w:b/>
        </w:rPr>
        <w:t xml:space="preserve">[05:06] </w:t>
      </w:r>
      <w:r>
        <w:t>to mujhe aaj subah jab mein hamari behan</w:t>
      </w:r>
    </w:p>
    <w:p>
      <w:pPr>
        <w:jc w:val="right"/>
      </w:pPr>
      <w:r>
        <w:t>تو مجھے آج صبح جب میں ہماری بہن</w:t>
      </w:r>
    </w:p>
    <w:p>
      <w:r>
        <w:rPr>
          <w:b/>
        </w:rPr>
        <w:t xml:space="preserve">[05:17] </w:t>
      </w:r>
      <w:r>
        <w:t>ek bartan mein kuch sokhi khane ki cheez le kar aayin to mujhe laga ke yeh farishta hai aa kar keh raha hai ke dekho jis cheez ki tum ko</w:t>
      </w:r>
    </w:p>
    <w:p>
      <w:pPr>
        <w:jc w:val="right"/>
      </w:pPr>
      <w:r>
        <w:t>ایک برتن میں کچھ سوکھی کھانے کی چیز لے کر آئیں تو مجھے لگا کہ یہ فرشتہ ہے آ کر کہہ رہا ہے کہ دیکھو جس چیز کی تم کو</w:t>
      </w:r>
    </w:p>
    <w:p>
      <w:r>
        <w:rPr>
          <w:b/>
        </w:rPr>
        <w:t xml:space="preserve">[05:34] </w:t>
      </w:r>
      <w:r>
        <w:t>tashweesh thi is ka jawab yahan hai. yeh sab se zyada umeed wali ayat quran ki yeh hai, is ko parho.</w:t>
      </w:r>
    </w:p>
    <w:p>
      <w:pPr>
        <w:jc w:val="right"/>
      </w:pPr>
      <w:r>
        <w:t>تشویش تھی اس کا جواب یہاں ہے۔ یہ سب سے زیادہ امید والی آیت قرآن کی یہ ہے، اس کو پڑھو۔</w:t>
      </w:r>
    </w:p>
    <w:p>
      <w:r>
        <w:rPr>
          <w:b/>
        </w:rPr>
        <w:t xml:space="preserve">[05:53] </w:t>
      </w:r>
      <w:r>
        <w:t>aap phir se parh dijiye tajweed ke sath.</w:t>
      </w:r>
    </w:p>
    <w:p>
      <w:pPr>
        <w:jc w:val="right"/>
      </w:pPr>
      <w:r>
        <w:t>آپ پھر سے پڑھ دیجیے تجوید کے ساتھ۔</w:t>
      </w:r>
    </w:p>
    <w:p>
      <w:r>
        <w:rPr>
          <w:b/>
        </w:rPr>
        <w:t xml:space="preserve">[05:58] </w:t>
      </w:r>
      <w:r>
        <w:t>qul ya ibadi allazina asrafu ala anfusihim la taqnatu min rahmatillah innallaha yaghfiru al-zunuba jami'an innahu al-ghafuru al-rahim.</w:t>
      </w:r>
    </w:p>
    <w:p>
      <w:pPr>
        <w:jc w:val="right"/>
      </w:pPr>
      <w:r>
        <w:t>قل یا عبادی الذین اصرف علی انفسہم لا تقنتو من رحمت اللہ ان اللہ یغفر الذنوب جمیعا انہو الغفور الرحیم۔</w:t>
      </w:r>
    </w:p>
    <w:p>
      <w:r>
        <w:rPr>
          <w:b/>
        </w:rPr>
        <w:t xml:space="preserve">[06:10] </w:t>
      </w:r>
      <w:r>
        <w:t>kaho aye mere bando jinho ne apni janon par ziyadati ki hai, na umeed na ho Allah ki rehmat se.</w:t>
      </w:r>
    </w:p>
    <w:p>
      <w:pPr>
        <w:jc w:val="right"/>
      </w:pPr>
      <w:r>
        <w:t>کہو اے میرے بندو جنہوں نے اپنی جانوں پر زیادتی کی ہے، نا امید نہ ہو اللہ کی رحمت سے۔</w:t>
      </w:r>
    </w:p>
    <w:p>
      <w:r>
        <w:rPr>
          <w:b/>
        </w:rPr>
        <w:t xml:space="preserve">[06:19] </w:t>
      </w:r>
      <w:r>
        <w:t>be shak Allah bakhsh deta hai tamam gunahon ko. be shak woh maghfirat karne wala, reham karne wala hai.</w:t>
      </w:r>
    </w:p>
    <w:p>
      <w:pPr>
        <w:jc w:val="right"/>
      </w:pPr>
      <w:r>
        <w:t>بے شک اللہ بخش دیتا ہے تمام گناہوں کو۔ بے شک وہ مغفرت کرنے والا، رحم کرنے والا ہے۔</w:t>
      </w:r>
    </w:p>
    <w:p>
      <w:r>
        <w:rPr>
          <w:b/>
        </w:rPr>
        <w:t xml:space="preserve">[06:29] </w:t>
      </w:r>
      <w:r>
        <w:t>is ayat ka ek ajib o gharib pehlu maine numayan.</w:t>
      </w:r>
    </w:p>
    <w:p>
      <w:pPr>
        <w:jc w:val="right"/>
      </w:pPr>
      <w:r>
        <w:t>اس آیت کا ایک عجیب و غریب پہلو میں نے نمایاں۔</w:t>
      </w:r>
    </w:p>
    <w:p>
      <w:r>
        <w:rPr>
          <w:b/>
        </w:rPr>
        <w:t xml:space="preserve">[06:41] </w:t>
      </w:r>
      <w:r>
        <w:t>woh yeh ke aalim-e-iman ko chahiye</w:t>
      </w:r>
    </w:p>
    <w:p>
      <w:pPr>
        <w:jc w:val="right"/>
      </w:pPr>
      <w:r>
        <w:t>وہ یہ کہ عالم ایمان کو چاہیے</w:t>
      </w:r>
    </w:p>
    <w:p>
      <w:r>
        <w:rPr>
          <w:b/>
        </w:rPr>
        <w:t xml:space="preserve">[06:53] </w:t>
      </w:r>
      <w:r>
        <w:t>kabhi bhi ijtihad ke peeche na rahen. log kehte hain ke ijtihad ka darwaza band kar diya gaya.</w:t>
      </w:r>
    </w:p>
    <w:p>
      <w:pPr>
        <w:jc w:val="right"/>
      </w:pPr>
      <w:r>
        <w:t>کبھی بھی اجتہاد کے پیچھے نہ رہیں۔ لوگ کہتے ہیں کہ اجتہاد کا دروازہ بند کر دیا گیا۔</w:t>
      </w:r>
    </w:p>
    <w:p>
      <w:r>
        <w:rPr>
          <w:b/>
        </w:rPr>
        <w:t xml:space="preserve">[07:03] </w:t>
      </w:r>
      <w:r>
        <w:t>main kehta hoon ke ijtihad ka darwaza akhirat tak khol diya gaya Islam mein. aap ghor kijiye ailan kiya gaya hai ke aye bando</w:t>
      </w:r>
    </w:p>
    <w:p>
      <w:pPr>
        <w:jc w:val="right"/>
      </w:pPr>
      <w:r>
        <w:t>میں کہتا ہوں کہ اجتہاد کا دروازہ آخرت تک کھول دیا گیا اسلام میں۔ آپ غور کیجیے اعلان کیا گیا ہے کہ اے بندو</w:t>
      </w:r>
    </w:p>
    <w:p>
      <w:r>
        <w:rPr>
          <w:b/>
        </w:rPr>
        <w:t xml:space="preserve">[07:19] </w:t>
      </w:r>
      <w:r>
        <w:t>tum se agar ghaltiyan hui hain to to Allah ki rehmat se mayoos na ho. kyunke Allah sari ghaltiyon ko maaf kar dene wala hai.</w:t>
      </w:r>
    </w:p>
    <w:p>
      <w:pPr>
        <w:jc w:val="right"/>
      </w:pPr>
      <w:r>
        <w:t>تم سے اگر غلطیاں ہوئی ہیں تو تو اللہ کی رحمت سے مایوس نہ ہو۔ کیونکہ اللہ ساری غلطیوں کو معاف کر دینے والا ہے۔</w:t>
      </w:r>
    </w:p>
    <w:p>
      <w:r>
        <w:rPr>
          <w:b/>
        </w:rPr>
        <w:t xml:space="preserve">[07:36] </w:t>
      </w:r>
      <w:r>
        <w:t>to maine socha ke yeh kya ke kon si ghaltiyan hain?</w:t>
      </w:r>
    </w:p>
    <w:p>
      <w:pPr>
        <w:jc w:val="right"/>
      </w:pPr>
      <w:r>
        <w:t>تو میں نے سوچا کہ یہ کیا کہ کون سی غلطیاں ہیں؟</w:t>
      </w:r>
    </w:p>
    <w:p>
      <w:r>
        <w:rPr>
          <w:b/>
        </w:rPr>
        <w:t xml:space="preserve">[07:42] </w:t>
      </w:r>
      <w:r>
        <w:t>main samajh maine mere bare mein yeh aya ke ijtihadi se murad hain ijtihadi ghaltiyan, ijtihadi ghaltiyan.</w:t>
      </w:r>
    </w:p>
    <w:p>
      <w:pPr>
        <w:jc w:val="right"/>
      </w:pPr>
      <w:r>
        <w:t>میں سمجھ میں نے میرے بارے میں یہ آیا کہ اجتہادی سے مراد ہیں اجتہادی غلطیاں، اجتہادی غلطیاں۔</w:t>
      </w:r>
    </w:p>
    <w:p>
      <w:r>
        <w:rPr>
          <w:b/>
        </w:rPr>
        <w:t xml:space="preserve">[08:00] </w:t>
      </w:r>
      <w:r>
        <w:t>yani is ayat mein Allah taala ne apne bando ko darwaza khol diya ke khoob ijtihad karo, khoob ijtihad karo, khoob ijtihad karo.</w:t>
      </w:r>
    </w:p>
    <w:p>
      <w:pPr>
        <w:jc w:val="right"/>
      </w:pPr>
      <w:r>
        <w:t>یعنی اس آیت میں اللہ تعالی نے اپنے بندوں کو دروازہ کھول دیا کہ خوب اجتہاد کرو، خوب اجتہاد کرو، خوب اجتہاد کرو۔</w:t>
      </w:r>
    </w:p>
    <w:p>
      <w:r>
        <w:rPr>
          <w:b/>
        </w:rPr>
        <w:t xml:space="preserve">[08:12] </w:t>
      </w:r>
      <w:r>
        <w:t>Allah taala tum ko</w:t>
      </w:r>
    </w:p>
    <w:p>
      <w:pPr>
        <w:jc w:val="right"/>
      </w:pPr>
      <w:r>
        <w:t>اللہ تعالی تم کو</w:t>
      </w:r>
    </w:p>
    <w:p>
      <w:r>
        <w:rPr>
          <w:b/>
        </w:rPr>
        <w:t xml:space="preserve">[08:19] </w:t>
      </w:r>
      <w:r>
        <w:t>maaf karne wala hai. misal ke taur par misal deta hoon ke mere bachpan mein, mere bachpan mein agar yeh taleem ka riwaj hua</w:t>
      </w:r>
    </w:p>
    <w:p>
      <w:pPr>
        <w:jc w:val="right"/>
      </w:pPr>
      <w:r>
        <w:t>معاف کرنے والا ہے۔ مثلاً مثال دیتا ہوں کہ میرے بچپن میں، میرے بچپن میں اگر یہ تعلیم کا رواج ہوا</w:t>
      </w:r>
    </w:p>
    <w:p>
      <w:r>
        <w:rPr>
          <w:b/>
        </w:rPr>
        <w:t xml:space="preserve">[08:34] </w:t>
      </w:r>
      <w:r>
        <w:t>to us zamane mein mere aas pas jo mahol tha bohat hi discouraging mahol tha, discouraging.</w:t>
      </w:r>
    </w:p>
    <w:p>
      <w:pPr>
        <w:jc w:val="right"/>
      </w:pPr>
      <w:r>
        <w:t>تو اس زمانے میں میرے اس پاس جو ماحول تھا بہت ہی ڈسکرجنگ ماحول تھا، ڈسکرجنگ۔</w:t>
      </w:r>
    </w:p>
    <w:p>
      <w:r>
        <w:rPr>
          <w:b/>
        </w:rPr>
        <w:t xml:space="preserve">[08:47] </w:t>
      </w:r>
      <w:r>
        <w:t>maine sirf ek hamare madarse mein jahan maine parha tha wahan par pajama thoda necha hua karta tha, wahan ke log aise karte the.</w:t>
      </w:r>
    </w:p>
    <w:p>
      <w:pPr>
        <w:jc w:val="right"/>
      </w:pPr>
      <w:r>
        <w:t>میں نے صرف ایک ہمارے مدرسے میں جہاں میں نے پڑھا تھا وہاں پر پاجامہ تھوڑا نیچا ہوا کرتا تھا، وہاں کے لوگ ایسے کرتے تھے۔</w:t>
      </w:r>
    </w:p>
    <w:p>
      <w:r>
        <w:rPr>
          <w:b/>
        </w:rPr>
        <w:t xml:space="preserve">[09:02] </w:t>
      </w:r>
      <w:r>
        <w:t>itni si baat par</w:t>
      </w:r>
    </w:p>
    <w:p>
      <w:pPr>
        <w:jc w:val="right"/>
      </w:pPr>
      <w:r>
        <w:t>اتنی سی بات پر</w:t>
      </w:r>
    </w:p>
    <w:p>
      <w:r>
        <w:rPr>
          <w:b/>
        </w:rPr>
        <w:t xml:space="preserve">[09:05] </w:t>
      </w:r>
      <w:r>
        <w:t>mere ek</w:t>
      </w:r>
    </w:p>
    <w:p>
      <w:pPr>
        <w:jc w:val="right"/>
      </w:pPr>
      <w:r>
        <w:t>میرے ایک</w:t>
      </w:r>
    </w:p>
    <w:p>
      <w:r>
        <w:rPr>
          <w:b/>
        </w:rPr>
        <w:t xml:space="preserve">[09:10] </w:t>
      </w:r>
      <w:r>
        <w:t>buzurg ne kaha ke acha tum bhi</w:t>
      </w:r>
    </w:p>
    <w:p>
      <w:pPr>
        <w:jc w:val="right"/>
      </w:pPr>
      <w:r>
        <w:t>بزرگ نے کہا کہ اچھا تم بھی</w:t>
      </w:r>
    </w:p>
    <w:p>
      <w:r>
        <w:rPr>
          <w:b/>
        </w:rPr>
        <w:t xml:space="preserve">[09:16] </w:t>
      </w:r>
      <w:r>
        <w:t>kya lafz bole the woh mujhe yaad nahi, tum bhi</w:t>
      </w:r>
    </w:p>
    <w:p>
      <w:pPr>
        <w:jc w:val="right"/>
      </w:pPr>
      <w:r>
        <w:t>کیا لفظ بولے تھے وہ مجھے یاد نہیں، تم بھی</w:t>
      </w:r>
    </w:p>
    <w:p>
      <w:r>
        <w:rPr>
          <w:b/>
        </w:rPr>
        <w:t xml:space="preserve">[09:23] </w:t>
      </w:r>
      <w:r>
        <w:t>aisa karen.</w:t>
      </w:r>
    </w:p>
    <w:p>
      <w:pPr>
        <w:jc w:val="right"/>
      </w:pPr>
      <w:r>
        <w:t>ایسا کریں۔</w:t>
      </w:r>
    </w:p>
    <w:p>
      <w:r>
        <w:rPr>
          <w:b/>
        </w:rPr>
        <w:t xml:space="preserve">[09:30] </w:t>
      </w:r>
      <w:r>
        <w:t>to pajama necha ho jaye, dadi koi choti ho</w:t>
      </w:r>
    </w:p>
    <w:p>
      <w:pPr>
        <w:jc w:val="right"/>
      </w:pPr>
      <w:r>
        <w:t>تو پاجامہ نیچا ہو جائے، داڑھی کوئی چھوٹی ہو</w:t>
      </w:r>
    </w:p>
    <w:p>
      <w:r>
        <w:rPr>
          <w:b/>
        </w:rPr>
        <w:t xml:space="preserve">[09:42] </w:t>
      </w:r>
      <w:r>
        <w:t>ya koi bhi</w:t>
      </w:r>
    </w:p>
    <w:p>
      <w:pPr>
        <w:jc w:val="right"/>
      </w:pPr>
      <w:r>
        <w:t>یا کوئی بھی</w:t>
      </w:r>
    </w:p>
    <w:p>
      <w:r>
        <w:rPr>
          <w:b/>
        </w:rPr>
        <w:t xml:space="preserve">[09:45] </w:t>
      </w:r>
      <w:r>
        <w:t>nai baat, moti moti aadmi ke to samajhte the ke yeh Islam se hat gaya.</w:t>
      </w:r>
    </w:p>
    <w:p>
      <w:pPr>
        <w:jc w:val="right"/>
      </w:pPr>
      <w:r>
        <w:t>نئی بات، موٹی موٹی آدمی کے تو سمجھتے تھے کہ یہ اسلام سے ہٹ گیا۔</w:t>
      </w:r>
    </w:p>
    <w:p>
      <w:r>
        <w:rPr>
          <w:b/>
        </w:rPr>
        <w:t xml:space="preserve">[09:55] </w:t>
      </w:r>
      <w:r>
        <w:t>to is zamane mein jis mahaul mein meri parvarish hui, koi bhi nayi baat karna</w:t>
      </w:r>
    </w:p>
    <w:p>
      <w:pPr>
        <w:jc w:val="right"/>
      </w:pPr>
      <w:r>
        <w:t>تو اس زمانے میں جس ماحول میں میری پرورش ہوئی، کوئی بھی نئی بات کرنا</w:t>
      </w:r>
    </w:p>
    <w:p>
      <w:r>
        <w:rPr>
          <w:b/>
        </w:rPr>
        <w:t xml:space="preserve">[10:06] </w:t>
      </w:r>
      <w:r>
        <w:t>mayus samajhte thay. lekin Allah taala ne Quran mein yaad rakh ke jis tamam logon ko aakhri had tak encourage kiya,</w:t>
      </w:r>
    </w:p>
    <w:p>
      <w:pPr>
        <w:jc w:val="right"/>
      </w:pPr>
      <w:r>
        <w:t>مایوس سمجھتے تھے۔ لیکن اللہ تعالی نے قرآن میں یاد رکھ کے جس تمام لوگوں کو آخری حد تک انکریج کیا،</w:t>
      </w:r>
    </w:p>
    <w:p>
      <w:r>
        <w:rPr>
          <w:b/>
        </w:rPr>
        <w:t xml:space="preserve">[10:23] </w:t>
      </w:r>
      <w:r>
        <w:t>aakhri had tak darwaza khol diya ke khoob ijtihad karo, khoob ijtihad karo. ab dekhiye ke yeh</w:t>
      </w:r>
    </w:p>
    <w:p>
      <w:pPr>
        <w:jc w:val="right"/>
      </w:pPr>
      <w:r>
        <w:t>آخری حد تک دروازہ کھول دیا کہ خوب اجتہاد کرو، خوب اجتہاد کرو۔ اب دیکھیے کہ یہ</w:t>
      </w:r>
    </w:p>
    <w:p>
      <w:r>
        <w:rPr>
          <w:b/>
        </w:rPr>
        <w:t xml:space="preserve">[10:37] </w:t>
      </w:r>
      <w:r>
        <w:t>mein apni misaal deta hoon</w:t>
      </w:r>
    </w:p>
    <w:p>
      <w:pPr>
        <w:jc w:val="right"/>
      </w:pPr>
      <w:r>
        <w:t>میں اپنی مثال دیتا ہوں</w:t>
      </w:r>
    </w:p>
    <w:p>
      <w:r>
        <w:rPr>
          <w:b/>
        </w:rPr>
        <w:t xml:space="preserve">[10:43] </w:t>
      </w:r>
      <w:r>
        <w:t>ke mujhe shauq hua science parhne ka, mujhe shauq hua science parhne ka aur angrezi parhne ka.</w:t>
      </w:r>
    </w:p>
    <w:p>
      <w:pPr>
        <w:jc w:val="right"/>
      </w:pPr>
      <w:r>
        <w:t>کہ مجھے شوق ہوا سائنس پڑھنے کا، مجھے شوق ہوا سائنس پڑھنے کا اور انگریزی پڑھنے کا۔</w:t>
      </w:r>
    </w:p>
    <w:p>
      <w:r>
        <w:rPr>
          <w:b/>
        </w:rPr>
        <w:t xml:space="preserve">[10:55] </w:t>
      </w:r>
      <w:r>
        <w:t>to meri angrezi parhne ko koi logon ne</w:t>
      </w:r>
    </w:p>
    <w:p>
      <w:pPr>
        <w:jc w:val="right"/>
      </w:pPr>
      <w:r>
        <w:t>تو میری انگریزی پڑھنے کو کوئی لوگوں نے</w:t>
      </w:r>
    </w:p>
    <w:p>
      <w:r>
        <w:rPr>
          <w:b/>
        </w:rPr>
        <w:t xml:space="preserve">[11:00] </w:t>
      </w:r>
      <w:r>
        <w:t>encourage nahi kiya, mere aas paas ke logon ne aur science ko bhi encourage nahi kiya. ek sahab ne kaha ke tum ab to durust gumrah ho jaoge.</w:t>
      </w:r>
    </w:p>
    <w:p>
      <w:pPr>
        <w:jc w:val="right"/>
      </w:pPr>
      <w:r>
        <w:t>انکریج نہیں کیا، میرے اس پاس کے لوگوں نے اور سائنس کو بھی انکریج نہیں کیا۔ ایک صاحب نے کہا کہ تم اب تو درست گمراہ ہو جاؤ گے۔</w:t>
      </w:r>
    </w:p>
    <w:p>
      <w:r>
        <w:rPr>
          <w:b/>
        </w:rPr>
        <w:t xml:space="preserve">[11:15] </w:t>
      </w:r>
      <w:r>
        <w:t>lekin jab maine science parha,</w:t>
      </w:r>
    </w:p>
    <w:p>
      <w:pPr>
        <w:jc w:val="right"/>
      </w:pPr>
      <w:r>
        <w:t>لیکن جب میں نے سائنس پڑھا،</w:t>
      </w:r>
    </w:p>
    <w:p>
      <w:r>
        <w:rPr>
          <w:b/>
        </w:rPr>
        <w:t xml:space="preserve">[11:19] </w:t>
      </w:r>
      <w:r>
        <w:t>science ke subject ko parha to ek discovery ho gayi.</w:t>
      </w:r>
    </w:p>
    <w:p>
      <w:pPr>
        <w:jc w:val="right"/>
      </w:pPr>
      <w:r>
        <w:t>سائنس کے سبجیکٹ کو پڑھا تو ایک ڈسکوری ہو گئی۔</w:t>
      </w:r>
    </w:p>
    <w:p>
      <w:r>
        <w:rPr>
          <w:b/>
        </w:rPr>
        <w:t xml:space="preserve">[11:27] </w:t>
      </w:r>
      <w:r>
        <w:t>maine jana ke yeh to science to</w:t>
      </w:r>
    </w:p>
    <w:p>
      <w:pPr>
        <w:jc w:val="right"/>
      </w:pPr>
      <w:r>
        <w:t>میں نے جانا کہ یہ تو سائنس تو</w:t>
      </w:r>
    </w:p>
    <w:p>
      <w:r>
        <w:rPr>
          <w:b/>
        </w:rPr>
        <w:t xml:space="preserve">[11:36] </w:t>
      </w:r>
      <w:r>
        <w:t>Allah taala ne zahir kiya hai,</w:t>
      </w:r>
    </w:p>
    <w:p>
      <w:pPr>
        <w:jc w:val="right"/>
      </w:pPr>
      <w:r>
        <w:t>اللہ تعالی نے ظاہر کیا ہے،</w:t>
      </w:r>
    </w:p>
    <w:p>
      <w:r>
        <w:rPr>
          <w:b/>
        </w:rPr>
        <w:t xml:space="preserve">[11:41] </w:t>
      </w:r>
      <w:r>
        <w:t>Quran ke</w:t>
      </w:r>
    </w:p>
    <w:p>
      <w:pPr>
        <w:jc w:val="right"/>
      </w:pPr>
      <w:r>
        <w:t>قرآن کے</w:t>
      </w:r>
    </w:p>
    <w:p>
      <w:r>
        <w:rPr>
          <w:b/>
        </w:rPr>
        <w:t xml:space="preserve">[11:50] </w:t>
      </w:r>
      <w:r>
        <w:t>khule band, Quran ke jo mazameen ab tak nahi khule thay, us ko kholne ke liye aur yeh peshgi, is ki peshgi khabar de di gayi thi.</w:t>
      </w:r>
    </w:p>
    <w:p>
      <w:pPr>
        <w:jc w:val="right"/>
      </w:pPr>
      <w:r>
        <w:t>کھلے بند، قرآن کے جو مضامین اب تک نہیں کھلے تھے، اس کو کھولنے کے لیے اور یہ پیشگی، اس کی پیشگی خبر دے دی گئی تھی۔</w:t>
      </w:r>
    </w:p>
    <w:p>
      <w:r>
        <w:rPr>
          <w:b/>
        </w:rPr>
        <w:t xml:space="preserve">[12:18] </w:t>
      </w:r>
      <w:r>
        <w:t>aalmi satah par, aalmi satah par, aalmi satah par</w:t>
      </w:r>
    </w:p>
    <w:p>
      <w:pPr>
        <w:jc w:val="right"/>
      </w:pPr>
      <w:r>
        <w:t>عالمی سطح پر، عالمی سطح پر، عالمی سطح پر</w:t>
      </w:r>
    </w:p>
    <w:p>
      <w:r>
        <w:rPr>
          <w:b/>
        </w:rPr>
        <w:t xml:space="preserve">[12:27] </w:t>
      </w:r>
      <w:r>
        <w:t>haqaiq, haqiqatein kholi jayengi, khol di jayengi</w:t>
      </w:r>
    </w:p>
    <w:p>
      <w:pPr>
        <w:jc w:val="right"/>
      </w:pPr>
      <w:r>
        <w:t>حقائق، حقیقتیں کھولی جائیں گی، کھول دی جائیں گی</w:t>
      </w:r>
    </w:p>
    <w:p>
      <w:r>
        <w:rPr>
          <w:b/>
        </w:rPr>
        <w:t xml:space="preserve">[12:33] </w:t>
      </w:r>
      <w:r>
        <w:t>taake Allah ki jo sachai hai woh aakhirat tak numayan ho jaye aur Allah ki sachai par koi parda na rahe.</w:t>
      </w:r>
    </w:p>
    <w:p>
      <w:pPr>
        <w:jc w:val="right"/>
      </w:pPr>
      <w:r>
        <w:t>تاکہ اللہ کی جو سچائی ہے وہ آخرت تک نمایاں ہو جائے اور اللہ کی سچائی پر کوئی پردہ نہ رہے۔</w:t>
      </w:r>
    </w:p>
    <w:p>
      <w:r>
        <w:rPr>
          <w:b/>
        </w:rPr>
        <w:t xml:space="preserve">[12:46] </w:t>
      </w:r>
      <w:r>
        <w:t>lekin sare musalman ajib o gharib,</w:t>
      </w:r>
    </w:p>
    <w:p>
      <w:pPr>
        <w:jc w:val="right"/>
      </w:pPr>
      <w:r>
        <w:t>لیکن سارے مسلمان عجیب و غریب،</w:t>
      </w:r>
    </w:p>
    <w:p>
      <w:r>
        <w:rPr>
          <w:b/>
        </w:rPr>
        <w:t xml:space="preserve">[12:53] </w:t>
      </w:r>
      <w:r>
        <w:t>yani kuch logon ne to science ko samjha ke yeh</w:t>
      </w:r>
    </w:p>
    <w:p>
      <w:pPr>
        <w:jc w:val="right"/>
      </w:pPr>
      <w:r>
        <w:t>یعنی کچھ لوگوں نے تو سائنس کو سمجھا کہ یہ</w:t>
      </w:r>
    </w:p>
    <w:p>
      <w:r>
        <w:rPr>
          <w:b/>
        </w:rPr>
        <w:t xml:space="preserve">[12:59] </w:t>
      </w:r>
      <w:r>
        <w:t>parhne wali koi cheez hi nahi, unhon ne samjha ke yeh</w:t>
      </w:r>
    </w:p>
    <w:p>
      <w:pPr>
        <w:jc w:val="right"/>
      </w:pPr>
      <w:r>
        <w:t>پڑھنے والی کوئی چیز ہی نہیں، انہوں نے سمجھا کہ یہ</w:t>
      </w:r>
    </w:p>
    <w:p>
      <w:r>
        <w:rPr>
          <w:b/>
        </w:rPr>
        <w:t xml:space="preserve">[13:06] </w:t>
      </w:r>
      <w:r>
        <w:t>yeh Islam ke khilaf hai. chunache musalmanon mein</w:t>
      </w:r>
    </w:p>
    <w:p>
      <w:pPr>
        <w:jc w:val="right"/>
      </w:pPr>
      <w:r>
        <w:t>یہ اسلام کے خلاف ہے۔ چنانچہ مسلمانوں میں</w:t>
      </w:r>
    </w:p>
    <w:p>
      <w:r>
        <w:rPr>
          <w:b/>
        </w:rPr>
        <w:t xml:space="preserve">[13:13] </w:t>
      </w:r>
      <w:r>
        <w:t>science ka develop hi nahi, develop banne hua. ek hi shakhs bechara tha jis ne science mein zyada</w:t>
      </w:r>
    </w:p>
    <w:p>
      <w:pPr>
        <w:jc w:val="right"/>
      </w:pPr>
      <w:r>
        <w:t>سائنس کا ڈیولپ ہی نہیں، ڈیولپ بننے ہوا۔ ایک ہی شخص بیچارہ تھا جس نے سائنس میں زیادہ</w:t>
      </w:r>
    </w:p>
    <w:p>
      <w:r>
        <w:rPr>
          <w:b/>
        </w:rPr>
        <w:t xml:space="preserve">[13:23] </w:t>
      </w:r>
      <w:r>
        <w:t>parha aur Nobel padhai mila, us ko Dr. Abdus Salam.</w:t>
      </w:r>
    </w:p>
    <w:p>
      <w:pPr>
        <w:jc w:val="right"/>
      </w:pPr>
      <w:r>
        <w:t>پڑھا اور نولیبل پڑھائی ملا، اس کو ڈاکٹر عبدالسلام۔</w:t>
      </w:r>
    </w:p>
    <w:p>
      <w:r>
        <w:rPr>
          <w:b/>
        </w:rPr>
        <w:t xml:space="preserve">[13:30] </w:t>
      </w:r>
      <w:r>
        <w:t>to us ko musalmanon ne kufar ka fatwa de diya ke yeh to Qadiani hai. to is ayat se maine yeh samjha ke musalmanon ke liye Allah taala ne ijtihad fikr ka darwaza ek dam khol diya hai.</w:t>
      </w:r>
    </w:p>
    <w:p>
      <w:pPr>
        <w:jc w:val="right"/>
      </w:pPr>
      <w:r>
        <w:t>تو اس کو مسلمانوں نے کفر کا فتویٰ دے دیا کہ یہ تو قادیانی ہے۔ تو اس آیت سے میں نے یہ سمجھا کہ مسلمانوں کے لیے اللہ تعالی نے اجتہاد فکر کا دروازہ ایک دم کھول دیا ہے۔</w:t>
      </w:r>
    </w:p>
    <w:p>
      <w:r>
        <w:rPr>
          <w:b/>
        </w:rPr>
        <w:t xml:space="preserve">[13:48] </w:t>
      </w:r>
      <w:r>
        <w:t>khoob khoob ijtihad karo.</w:t>
      </w:r>
    </w:p>
    <w:p>
      <w:pPr>
        <w:jc w:val="right"/>
      </w:pPr>
      <w:r>
        <w:t>خوب خوب اجتہاد کرو۔</w:t>
      </w:r>
    </w:p>
    <w:p>
      <w:r>
        <w:rPr>
          <w:b/>
        </w:rPr>
        <w:t xml:space="preserve">[13:59] </w:t>
      </w:r>
      <w:r>
        <w:t>tum ijtihad mein sirf masail ke ijtihad nahi hain</w:t>
      </w:r>
    </w:p>
    <w:p>
      <w:pPr>
        <w:jc w:val="right"/>
      </w:pPr>
      <w:r>
        <w:t>تم اجتہاد میں صرف مسائل کے اجتہاد نہیں ہیں</w:t>
      </w:r>
    </w:p>
    <w:p>
      <w:r>
        <w:rPr>
          <w:b/>
        </w:rPr>
        <w:t xml:space="preserve">[14:07] </w:t>
      </w:r>
      <w:r>
        <w:t>balkeh tamam raaste kholo. mislan aaj kal musalmanon ka mizaj yeh hai ke un ke liye har taraf raahein band hain.</w:t>
      </w:r>
    </w:p>
    <w:p>
      <w:pPr>
        <w:jc w:val="right"/>
      </w:pPr>
      <w:r>
        <w:t>بلکہ تمام راستے کھولو۔ مثلاً آج کل مسلمانوں کا مزاج یہ ہے کہ ان کے لیے ہر طرف راہیں بند ہیں۔</w:t>
      </w:r>
    </w:p>
    <w:p>
      <w:r>
        <w:rPr>
          <w:b/>
        </w:rPr>
        <w:t xml:space="preserve">[14:28] </w:t>
      </w:r>
      <w:r>
        <w:t>aaj kal musalmanon ka mizaj yeh hai ke har taraf un ke liye raahein band hain. yeh ajeeb baat hai ke maine jab pehli kitaab likhi, pehli kitaab is ka title tha "raahein band nahin".</w:t>
      </w:r>
    </w:p>
    <w:p>
      <w:pPr>
        <w:jc w:val="right"/>
      </w:pPr>
      <w:r>
        <w:t>آج کل مسلمانوں کا مزاج یہ ہے کہ ہر طرف ان کے لیے راہیں بند ہیں۔ یہ عجیب بات ہے کہ میں نے جب پہلی کتاب لکھی، پہلی کتاب اس کا ٹائٹل تھا "راہیں بند نہیں"۔</w:t>
      </w:r>
    </w:p>
    <w:p>
      <w:r>
        <w:rPr>
          <w:b/>
        </w:rPr>
        <w:t xml:space="preserve">[14:44] </w:t>
      </w:r>
      <w:r>
        <w:t>yeh meri pehli kitaab thi.</w:t>
      </w:r>
    </w:p>
    <w:p>
      <w:pPr>
        <w:jc w:val="right"/>
      </w:pPr>
      <w:r>
        <w:t>یہ میری پہلی کتاب تھی۔</w:t>
      </w:r>
    </w:p>
    <w:p>
      <w:r>
        <w:rPr>
          <w:b/>
        </w:rPr>
        <w:t xml:space="preserve">[14:54] </w:t>
      </w:r>
      <w:r>
        <w:t>to "raahein band nahin" baat ko jab maine mutalliq kiya to is ke bohat darwazay khulay ke Allah jis ko ke ilhaad ka deen samjhata tha us zamanay mein, woh is woh sachai ka deen hai,</w:t>
      </w:r>
    </w:p>
    <w:p>
      <w:pPr>
        <w:jc w:val="right"/>
      </w:pPr>
      <w:r>
        <w:t>تو "راہیں بند نہیں" بات کو جب میں نے متعلق کیا تو اس کے بہت دروازے کھلے کہ اللہ جس کو کہ الہاد کا دین سمجھاتا تھا اس زمانے میں، وہ اس وہ سچائی کا دین ہے،</w:t>
      </w:r>
    </w:p>
    <w:p>
      <w:r>
        <w:rPr>
          <w:b/>
        </w:rPr>
        <w:t xml:space="preserve">[15:12] </w:t>
      </w:r>
      <w:r>
        <w:t>haqaniyat ka deen hai.</w:t>
      </w:r>
    </w:p>
    <w:p>
      <w:pPr>
        <w:jc w:val="right"/>
      </w:pPr>
      <w:r>
        <w:t>حقانیت کا دین ہے۔</w:t>
      </w:r>
    </w:p>
    <w:p>
      <w:r>
        <w:rPr>
          <w:b/>
        </w:rPr>
        <w:t xml:space="preserve">[15:20] </w:t>
      </w:r>
      <w:r>
        <w:t>agar dekhiye yeh aayat jo hai</w:t>
      </w:r>
    </w:p>
    <w:p>
      <w:pPr>
        <w:jc w:val="right"/>
      </w:pPr>
      <w:r>
        <w:t>اگر دیکھیے یہ آیت جو ہے</w:t>
      </w:r>
    </w:p>
    <w:p>
      <w:r>
        <w:rPr>
          <w:b/>
        </w:rPr>
        <w:t xml:space="preserve">[15:24] </w:t>
      </w:r>
      <w:r>
        <w:t>kuchh parh dijiye.</w:t>
      </w:r>
    </w:p>
    <w:p>
      <w:pPr>
        <w:jc w:val="right"/>
      </w:pPr>
      <w:r>
        <w:t>کچھ پڑھ دیجیے۔</w:t>
      </w:r>
    </w:p>
    <w:p>
      <w:r>
        <w:rPr>
          <w:b/>
        </w:rPr>
        <w:t xml:space="preserve">[15:29] </w:t>
      </w:r>
      <w:r>
        <w:t>sunurihim aayatana fil afaqi wa fi anfusihim hatta yatabaiyan alhaq. ab woh yeh hai to parh dijiye.</w:t>
      </w:r>
    </w:p>
    <w:p>
      <w:pPr>
        <w:jc w:val="right"/>
      </w:pPr>
      <w:r>
        <w:t>سنوریہم آیتنا فی الافاقی و فی انفسہم حتیٰ یتبین الحق۔ اب وہ یہ ہے تو پڑھ دیجیے۔</w:t>
      </w:r>
    </w:p>
    <w:p>
      <w:r>
        <w:rPr>
          <w:b/>
        </w:rPr>
        <w:t xml:space="preserve">[15:42] </w:t>
      </w:r>
      <w:r>
        <w:t>qul ya ibadi alladhina asraf ala anfusihim la taqntu min rahmat Allah in Allah yaghfir al-dhunub jameea innahu al-ghafur al-rahim.</w:t>
      </w:r>
    </w:p>
    <w:p>
      <w:pPr>
        <w:jc w:val="right"/>
      </w:pPr>
      <w:r>
        <w:t>قل یا عبادی الذین اصرف علی انفسہم لا تقنتو من رحمت اللہ ان اللہ یغفر الذنوب جمیعا انہو الغفور الرحیم۔</w:t>
      </w:r>
    </w:p>
    <w:p>
      <w:r>
        <w:rPr>
          <w:b/>
        </w:rPr>
        <w:t xml:space="preserve">[15:53] </w:t>
      </w:r>
      <w:r>
        <w:t>aik aur aayat woh bhi parh dijiye.</w:t>
      </w:r>
    </w:p>
    <w:p>
      <w:pPr>
        <w:jc w:val="right"/>
      </w:pPr>
      <w:r>
        <w:t>ایک اور آیت وہ بھی پڑھ دیجیے۔</w:t>
      </w:r>
    </w:p>
    <w:p>
      <w:r>
        <w:rPr>
          <w:b/>
        </w:rPr>
        <w:t xml:space="preserve">[16:02] </w:t>
      </w:r>
      <w:r>
        <w:t>parh dijiye. maulana yeh do hi aayat thi.</w:t>
      </w:r>
    </w:p>
    <w:p>
      <w:pPr>
        <w:jc w:val="right"/>
      </w:pPr>
      <w:r>
        <w:t>پڑھ دیجیے۔ مولانا یہ دو ہی آیت تھی۔</w:t>
      </w:r>
    </w:p>
    <w:p>
      <w:r>
        <w:rPr>
          <w:b/>
        </w:rPr>
        <w:t xml:space="preserve">[16:08] </w:t>
      </w:r>
      <w:r>
        <w:t>do phir se parh dijiye. sunurihim aayatana fil afaqi wa fi anfusihim hatta yatabaiyan alhaq. anqareeb hum un ko apni nishaniyan dikhayen ge afaq mein bhi aur khud un ke andar, yahan tak ke un ko maloom ho jaye ga ke yeh haq hai.</w:t>
      </w:r>
    </w:p>
    <w:p>
      <w:pPr>
        <w:jc w:val="right"/>
      </w:pPr>
      <w:r>
        <w:t>دو پھر سے پڑھ دیجیے۔ سنوریہم آیتنا فی الافاقی و فی انفسہم حتیٰ یتبین الحق۔ عنقریب ہم ان کو اپنی نشانیاں دکھائیں گے افاق میں بھی اور خود ان کے اندر، یہاں تک کہ ان کو معلوم ہو جائے گا کہ یہ حق ہے۔</w:t>
      </w:r>
    </w:p>
    <w:p>
      <w:r>
        <w:rPr>
          <w:b/>
        </w:rPr>
        <w:t xml:space="preserve">[16:27] </w:t>
      </w:r>
      <w:r>
        <w:t>to bas farmata hoon ke science ka jo ilm tha, science ka ilm tha tabiyat ka ilm. science ka ilm ka matlab hai tabiyat ka ilm.</w:t>
      </w:r>
    </w:p>
    <w:p>
      <w:pPr>
        <w:jc w:val="right"/>
      </w:pPr>
      <w:r>
        <w:t>تو بس فرماتا ہوں کہ سائنس کا جو علم تھا، سائنس کا علم تھا طبیعیات کا علم۔ سائنس کا علم کا مطلب ہے طبیعیات کا علم۔</w:t>
      </w:r>
    </w:p>
    <w:p>
      <w:r>
        <w:rPr>
          <w:b/>
        </w:rPr>
        <w:t xml:space="preserve">[16:42] </w:t>
      </w:r>
      <w:r>
        <w:t>to woh isi liye tha ke</w:t>
      </w:r>
    </w:p>
    <w:p>
      <w:pPr>
        <w:jc w:val="right"/>
      </w:pPr>
      <w:r>
        <w:t>تو وہ اسی لیے تھا کہ</w:t>
      </w:r>
    </w:p>
    <w:p>
      <w:r>
        <w:rPr>
          <w:b/>
        </w:rPr>
        <w:t xml:space="preserve">[16:44] </w:t>
      </w:r>
      <w:r>
        <w:t>islam ki sachai khulay. log jaan len ke yeh haq hai lekin is ko</w:t>
      </w:r>
    </w:p>
    <w:p>
      <w:pPr>
        <w:jc w:val="right"/>
      </w:pPr>
      <w:r>
        <w:t>اسلام کی سچائی کھلے۔ لوگ جان لیں کہ یہ حق ہے لیکن اس کو</w:t>
      </w:r>
    </w:p>
    <w:p>
      <w:r>
        <w:rPr>
          <w:b/>
        </w:rPr>
        <w:t xml:space="preserve">[16:57] </w:t>
      </w:r>
      <w:r>
        <w:t>is ko shakk ke andar se dekha. aur kabhi bhi musalmanon ne waqai maanon mein science nahin parhi.</w:t>
      </w:r>
    </w:p>
    <w:p>
      <w:pPr>
        <w:jc w:val="right"/>
      </w:pPr>
      <w:r>
        <w:t>اس کو شک کے اندر سے دیکھا۔ اور کبھی بھی مسلمانوں نے واقعی معنوں میں سائنس نہیں پڑھی۔</w:t>
      </w:r>
    </w:p>
    <w:p>
      <w:r>
        <w:rPr>
          <w:b/>
        </w:rPr>
        <w:t xml:space="preserve">[17:08] </w:t>
      </w:r>
      <w:r>
        <w:t>unhon ne shairi parhi aur doosri botlein parhi</w:t>
      </w:r>
    </w:p>
    <w:p>
      <w:pPr>
        <w:jc w:val="right"/>
      </w:pPr>
      <w:r>
        <w:t>انہوں نے شاعری پڑھی اور دوسری بوتلیں پڑھی</w:t>
      </w:r>
    </w:p>
    <w:p>
      <w:r>
        <w:rPr>
          <w:b/>
        </w:rPr>
        <w:t xml:space="preserve">[17:15] </w:t>
      </w:r>
      <w:r>
        <w:t>lekin science ko sahi maanon mein, yani sahi maanon ki maani hain ke is ko khulay dil ke sath be ilm ke sath nahin nahin parha.</w:t>
      </w:r>
    </w:p>
    <w:p>
      <w:pPr>
        <w:jc w:val="right"/>
      </w:pPr>
      <w:r>
        <w:t>لیکن سائنس کو صحیح معنوں میں، یعنی صحیح معنوں کی معنی ہیں کہ اس کو کھلے دل کے ساتھ بے علم کے ساتھ نہیں نہیں پڑھا۔</w:t>
      </w:r>
    </w:p>
    <w:p>
      <w:r>
        <w:rPr>
          <w:b/>
        </w:rPr>
        <w:t xml:space="preserve">[17:33] </w:t>
      </w:r>
      <w:r>
        <w:t>shayad mein pehla shakhs tha jis ne science ko khulay tor par parha, khulay dil ke sath, kisi reservation ke baghair.</w:t>
      </w:r>
    </w:p>
    <w:p>
      <w:pPr>
        <w:jc w:val="right"/>
      </w:pPr>
      <w:r>
        <w:t>شاید میں پہلا شخص تھا جس نے سائنس کو کھلے طور پر پڑھا، کھلے دل کے ساتھ، کسی ریزرویشن کے بغیر۔</w:t>
      </w:r>
    </w:p>
    <w:p>
      <w:r>
        <w:rPr>
          <w:b/>
        </w:rPr>
        <w:t xml:space="preserve">[17:46] </w:t>
      </w:r>
      <w:r>
        <w:t>to ab aap ghor kijiye ke quran mein yahan tak keh diya gaya ke aye bando, aye bando, Allah tayyar hai ke tumhare sab gunahon ko bohat bohat maaf kar de ga.</w:t>
      </w:r>
    </w:p>
    <w:p>
      <w:pPr>
        <w:jc w:val="right"/>
      </w:pPr>
      <w:r>
        <w:t>تو اب آپ غور کیجیے کہ قرآن میں یہاں تک کہہ دیا گیا کہ اے بندو، اے بندو، اللہ تیار ہے کہ تمہارے سب گناہوں کو بہت بہت معاف کر دے گا۔</w:t>
      </w:r>
    </w:p>
    <w:p>
      <w:r>
        <w:rPr>
          <w:b/>
        </w:rPr>
        <w:t xml:space="preserve">[18:03] </w:t>
      </w:r>
      <w:r>
        <w:t>shakk chhoro, ijtihadi tareeqa ikhtiyar karo, ijtihad darwaza band mat karo.</w:t>
      </w:r>
    </w:p>
    <w:p>
      <w:pPr>
        <w:jc w:val="right"/>
      </w:pPr>
      <w:r>
        <w:t>شک چھوڑو، اجتہادی طریقہ اختیار کرو، اجتہاد دروازہ بند مت کرو۔</w:t>
      </w:r>
    </w:p>
    <w:p>
      <w:r>
        <w:rPr>
          <w:b/>
        </w:rPr>
        <w:t xml:space="preserve">[18:17] </w:t>
      </w:r>
      <w:r>
        <w:t>to Allah taala chahta hai ke yeh ummat Allah ki nabi ki ummat jo hai, yeh aik ijtihadi ummat banay,</w:t>
      </w:r>
    </w:p>
    <w:p>
      <w:pPr>
        <w:jc w:val="right"/>
      </w:pPr>
      <w:r>
        <w:t>تو اللہ تعالی چاہتا ہے کہ یہ امت اللہ کی نبی کی امت جو ہے، یہ ایک اجتہادی امت بنے،</w:t>
      </w:r>
    </w:p>
    <w:p>
      <w:r>
        <w:rPr>
          <w:b/>
        </w:rPr>
        <w:t xml:space="preserve">[18:30] </w:t>
      </w:r>
      <w:r>
        <w:t>darwazon ko kholnay wali ummat banay.</w:t>
      </w:r>
    </w:p>
    <w:p>
      <w:pPr>
        <w:jc w:val="right"/>
      </w:pPr>
      <w:r>
        <w:t>دروازوں کو کھولنے والی امت بنے۔</w:t>
      </w:r>
    </w:p>
    <w:p>
      <w:r>
        <w:rPr>
          <w:b/>
        </w:rPr>
        <w:t xml:space="preserve">[18:38] </w:t>
      </w:r>
      <w:r>
        <w:t>lekin logon ne tarah tarah ki bahsien nikali, yahan tak ke ijtihad ka darwaza hi band kar diya.</w:t>
      </w:r>
    </w:p>
    <w:p>
      <w:pPr>
        <w:jc w:val="right"/>
      </w:pPr>
      <w:r>
        <w:t>لیکن لوگوں نے طرح طرح کے بحثیں نکالی، یہاں تک کہ اجتہاد کا دروازہ ہی بند کر دیا۔</w:t>
      </w:r>
    </w:p>
    <w:p>
      <w:r>
        <w:rPr>
          <w:b/>
        </w:rPr>
        <w:t xml:space="preserve">[18:49] </w:t>
      </w:r>
      <w:r>
        <w:t>to meri dua hai ke Allah taala hamare sab saathioun ko aur saare musalmanon ko tofeeq de ke woh Allah taala ki</w:t>
      </w:r>
    </w:p>
    <w:p>
      <w:pPr>
        <w:jc w:val="right"/>
      </w:pPr>
      <w:r>
        <w:t>تو میری دعا ہے کہ اللہ تعالی ہمارے سب ساتھیوں کو اور سارے مسلمانوں کو توفیق دے کہ وہ اللہ تعالی کی</w:t>
      </w:r>
    </w:p>
    <w:p>
      <w:r>
        <w:rPr>
          <w:b/>
        </w:rPr>
        <w:t xml:space="preserve">[19:04] </w:t>
      </w:r>
      <w:r>
        <w:t>taleemat ko achhe andaaz mein samjhein, islam ke chhpe pehluon ko kholain.</w:t>
      </w:r>
    </w:p>
    <w:p>
      <w:pPr>
        <w:jc w:val="right"/>
      </w:pPr>
      <w:r>
        <w:t>تعلیمات کو اچھے انداز میں سمجھیں، اسلام کے چھپے پہلوؤں کو کھولیں۔</w:t>
      </w:r>
    </w:p>
    <w:p>
      <w:r>
        <w:rPr>
          <w:b/>
        </w:rPr>
        <w:t xml:space="preserve">[19:17] </w:t>
      </w:r>
      <w:r>
        <w:t>aur sab se zaroori kaam jo karna baqi hai, woh yeh ke Allah ke deen ko saare aalam tak pahunchana, un ke andar ijtihadi andaaz mein</w:t>
      </w:r>
    </w:p>
    <w:p>
      <w:pPr>
        <w:jc w:val="right"/>
      </w:pPr>
      <w:r>
        <w:t>اور سب سے ضروری کام جو کرنا باقی ہے، وہ یہ کہ اللہ کے دین کو سارے عالم تک پہنچانا، ان کے اندر اجتہادی انداز میں</w:t>
      </w:r>
    </w:p>
    <w:p>
      <w:r>
        <w:rPr>
          <w:b/>
        </w:rPr>
        <w:t xml:space="preserve">[19:34] </w:t>
      </w:r>
      <w:r>
        <w:t>Allah ke deen ko, quran ko saare aalam tak pahunchana, ijtihadi andaaz mein,</w:t>
      </w:r>
    </w:p>
    <w:p>
      <w:pPr>
        <w:jc w:val="right"/>
      </w:pPr>
      <w:r>
        <w:t>اللہ کے دین کو، قرآن کو سارے عالم تک پہنچانا، اجتہادی انداز میں،</w:t>
      </w:r>
    </w:p>
    <w:p>
      <w:r>
        <w:rPr>
          <w:b/>
        </w:rPr>
        <w:t xml:space="preserve">[19:44] </w:t>
      </w:r>
      <w:r>
        <w:t>ijtihadi andaaz mein ke is jo logon ke liye qabil-e-fahm ho, jo logon ke liye sar sadr ka zariya ho.</w:t>
      </w:r>
    </w:p>
    <w:p>
      <w:pPr>
        <w:jc w:val="right"/>
      </w:pPr>
      <w:r>
        <w:t>اجتہادی انداز میں کہ اس جو لوگوں کے لیے قابل فہم ہو، جو لوگوں کے لیے سر صدر کا ذریعہ ہو۔</w:t>
      </w:r>
    </w:p>
    <w:p>
      <w:r>
        <w:rPr>
          <w:b/>
        </w:rPr>
        <w:t xml:space="preserve">[19:57] </w:t>
      </w:r>
      <w:r>
        <w:t>toh meri dua hai ke Allah taala aap sab ko qabool farmaye apne deen ke liye, Allah taala aap sab ko qabool farmaye apni jannat ke liye, Allah taala aap sab ko qabool farmaye apni sachai ko kholne ke liye,</w:t>
      </w:r>
    </w:p>
    <w:p>
      <w:pPr>
        <w:jc w:val="right"/>
      </w:pPr>
      <w:r>
        <w:t>تو میری دعا ہے کہ اللہ تعالی آپ سب کو قبول فرمائے اپنے دین کے لیے، اللہ تعالی آپ سب کو قبول فرمائے اپنی جنت کے لیے، اللہ تعالی آپ سب کو قبول فرمائے اپنی سچائی کو کھولنے کے لیے،</w:t>
      </w:r>
    </w:p>
    <w:p>
      <w:r>
        <w:rPr>
          <w:b/>
        </w:rPr>
        <w:t xml:space="preserve">[20:18] </w:t>
      </w:r>
      <w:r>
        <w:t>Allah taala aap se qabool farmaye rasool rasool ki</w:t>
      </w:r>
    </w:p>
    <w:p>
      <w:pPr>
        <w:jc w:val="right"/>
      </w:pPr>
      <w:r>
        <w:t>اللہ تعالی آپ سے قبول فرمائے رسول رسول کی</w:t>
      </w:r>
    </w:p>
    <w:p>
      <w:r>
        <w:rPr>
          <w:b/>
        </w:rPr>
        <w:t xml:space="preserve">[20:28] </w:t>
      </w:r>
      <w:r>
        <w:t>dawat ko sari dunya mein pahunchane ke liye.</w:t>
      </w:r>
    </w:p>
    <w:p>
      <w:pPr>
        <w:jc w:val="right"/>
      </w:pPr>
      <w:r>
        <w:t>دعوت کو ساری دنیا میں پہنچانے کے لیے۔</w:t>
      </w:r>
    </w:p>
    <w:p>
      <w:r>
        <w:rPr>
          <w:b/>
        </w:rPr>
        <w:t xml:space="preserve">[20:36] </w:t>
      </w:r>
      <w:r>
        <w:t>Allah taala hum sab ko qabool farmaye</w:t>
      </w:r>
    </w:p>
    <w:p>
      <w:pPr>
        <w:jc w:val="right"/>
      </w:pPr>
      <w:r>
        <w:t>اللہ تعالی ہم سب کو قبول فرمائے</w:t>
      </w:r>
    </w:p>
    <w:p>
      <w:r>
        <w:rPr>
          <w:b/>
        </w:rPr>
        <w:t xml:space="preserve">[20:41] </w:t>
      </w:r>
      <w:r>
        <w:t>is maqsad ko ke liye, jis maqsad ke liye rasool Allah sal-lal-lahu alaihi wasallam ki ba'sat hui.</w:t>
      </w:r>
    </w:p>
    <w:p>
      <w:pPr>
        <w:jc w:val="right"/>
      </w:pPr>
      <w:r>
        <w:t>اس مقصد کو کے لیے، جس مقصد کے لیے رسول اللہ صلی اللہ علیہ وسلم کی بعثت ہوئی۔</w:t>
      </w:r>
    </w:p>
    <w:p>
      <w:r>
        <w:rPr>
          <w:b/>
        </w:rPr>
        <w:t xml:space="preserve">[20:57] </w:t>
      </w:r>
      <w:r>
        <w:t>aap sab ko Allah taala qabool farmaye, aap sab ko Allah taala bakhsh de,</w:t>
      </w:r>
    </w:p>
    <w:p>
      <w:pPr>
        <w:jc w:val="right"/>
      </w:pPr>
      <w:r>
        <w:t>آپ سب کو اللہ تعالی قبول فرمائے، آپ سب کو اللہ تعالی بخش دے،</w:t>
      </w:r>
    </w:p>
    <w:p>
      <w:r>
        <w:rPr>
          <w:b/>
        </w:rPr>
        <w:t xml:space="preserve">[21:11] </w:t>
      </w:r>
      <w:r>
        <w:t>quran ko is ke qabil-e-fahm andaaz mein phailane ke liye saare aalam mein zariya banayein.</w:t>
      </w:r>
    </w:p>
    <w:p>
      <w:pPr>
        <w:jc w:val="right"/>
      </w:pPr>
      <w:r>
        <w:t>قرآن کو اس کے قابل فہم انداز میں پھیلانے کے لیے سارے عالم میں ذریعہ بنائے۔</w:t>
      </w:r>
    </w:p>
    <w:p>
      <w:r>
        <w:rPr>
          <w:b/>
        </w:rPr>
        <w:t xml:space="preserve">[21:22] </w:t>
      </w:r>
      <w:r>
        <w:t>assalam o alaikum wa rehmatullah.</w:t>
      </w:r>
    </w:p>
    <w:p>
      <w:pPr>
        <w:jc w:val="right"/>
      </w:pPr>
      <w:r>
        <w:t>السلام علیکم ورحمۃ اللہ۔</w:t>
      </w:r>
    </w:p>
    <w:p>
      <w:r>
        <w:rPr>
          <w:b/>
        </w:rPr>
        <w:t xml:space="preserve">[21:30] </w:t>
      </w:r>
      <w:r>
        <w:t>kuchh add karna hai toh add kar dijiye.</w:t>
      </w:r>
    </w:p>
    <w:p>
      <w:pPr>
        <w:jc w:val="right"/>
      </w:pPr>
      <w:r>
        <w:t>کچھ ایڈ کرنا ہے تو ایڈ کر دیجیے۔</w:t>
      </w:r>
    </w:p>
    <w:p>
      <w:r>
        <w:rPr>
          <w:b/>
        </w:rPr>
        <w:t xml:space="preserve">[21:43] </w:t>
      </w:r>
      <w:r>
        <w:t>koi sawal ho toh woh azaad hai karne ke liye.</w:t>
      </w:r>
    </w:p>
    <w:p>
      <w:pPr>
        <w:jc w:val="right"/>
      </w:pPr>
      <w:r>
        <w:t>کوئی سوال ہو تو وہ آزاد ہے کرنے کے لیے۔</w:t>
      </w:r>
    </w:p>
    <w:p>
      <w:r>
        <w:rPr>
          <w:b/>
        </w:rPr>
        <w:t xml:space="preserve">[21:51] </w:t>
      </w:r>
      <w:r>
        <w:t>aur jaisa ke maine aap ko ek ayat sunai ke agar aap ek sawal karenge jo bil farz, bil farz, bil farz sawal mein ghalati koi ho toh Allah taala is mein bhi aap ko sawab denge kyunke woh ustaad ki ghalati thi.</w:t>
      </w:r>
    </w:p>
    <w:p>
      <w:pPr>
        <w:jc w:val="right"/>
      </w:pPr>
      <w:r>
        <w:t>اور جیسا کہ میں نے آپ کو ایک آیت سنائی کہ اگر آپ ایک سوال کریں گے جو بالفرض، بالفرض، بالفرض سوال میں غلطی کوئی ہو تو اللہ تعالی اس میں بھی آپ کو ثواب دیں گے کیونکہ وہ استاد کی غلطی تھی۔</w:t>
      </w:r>
    </w:p>
    <w:p>
      <w:r>
        <w:rPr>
          <w:b/>
        </w:rPr>
        <w:t xml:space="preserve">[22:14] </w:t>
      </w:r>
      <w:r>
        <w:t>maulana, yeh bilkul nayi baat aaj maloom hui hai ke aap ne jo sunri hum ayatna fi al-afaqi wa fi anfusihim ki ayat ko le kar aur ah maghfirat wali ayat ko le kar ah jo aap ne bataya ke dawat ke maidan mein ijtihad nahi kiya gaya, agar bil farz ghalati hoti bhi tab bhi Allah taala us ko maaf kar dega, itna khol kar kaha tha.</w:t>
      </w:r>
    </w:p>
    <w:p>
      <w:pPr>
        <w:jc w:val="right"/>
      </w:pPr>
      <w:r>
        <w:t>مولانا، یہ بالکل نئی بات آج معلوم ہوئی ہے کہ آپ نے جو سنوریہم آیتنا فی الافاقی و فی انفسہم کی آیت کو لے کر اور آہ مغفرت والی آیت کو لے کر آہ جو آپ نے بتایا کہ دعوت کے میدان میں اجتہاد نہیں کیا گیا، اگر بالفرض غلطی ہوتی بھی تب بھی اللہ تعالی اس کو معاف کر دے گا، اتنا کھول کر کہا تھا۔</w:t>
      </w:r>
    </w:p>
    <w:p>
      <w:r>
        <w:rPr>
          <w:b/>
        </w:rPr>
        <w:t xml:space="preserve">[22:40] </w:t>
      </w:r>
      <w:r>
        <w:t>toh is par mujhe ek hadith yaad aayi, woh hadith main padhta hoon abhi. is hadith ko tirmizi, abu dawood waghera ne riwayat kiya hai. hadith hai: "jab hakim hukm kare toh ijtihad kare toh agar sahi ho toh us ke liye do ajr hain".</w:t>
      </w:r>
    </w:p>
    <w:p>
      <w:pPr>
        <w:jc w:val="right"/>
      </w:pPr>
      <w:r>
        <w:t>تو اس پر مجھے ایک حدیث یاد آئی، وہ حدیث میں پڑھتا ہوں ابھی۔ اس حدیث کو ترمذی، ابو داؤد وغیرہ نے روایت کیا ہے۔ حدیث ہے: "اذا حکم الحاکم فاجتہد فاصاب فلہ اجران"۔</w:t>
      </w:r>
    </w:p>
    <w:p>
      <w:r>
        <w:rPr>
          <w:b/>
        </w:rPr>
        <w:t xml:space="preserve">[22:54] </w:t>
      </w:r>
      <w:r>
        <w:t>"aur jab hukm kare toh ijtihad kare toh agar ghalati kare toh us ke liye ek ajr hai".</w:t>
      </w:r>
    </w:p>
    <w:p>
      <w:pPr>
        <w:jc w:val="right"/>
      </w:pPr>
      <w:r>
        <w:t>"وإذا حکم فاجتہد فاخطأ فلہ اجر"۔</w:t>
      </w:r>
    </w:p>
    <w:p>
      <w:r>
        <w:rPr>
          <w:b/>
        </w:rPr>
        <w:t xml:space="preserve">[22:58] </w:t>
      </w:r>
      <w:r>
        <w:t>jab koi hakim ijtihad kare aur us mein woh durusti ko pahunchaye toh us ke liye do sawab hain, aur agar koi hakim ijtihad kare aur ghalati kar jaye toh us ke liye ek sawab hai.</w:t>
      </w:r>
    </w:p>
    <w:p>
      <w:pPr>
        <w:jc w:val="right"/>
      </w:pPr>
      <w:r>
        <w:t>جب کوئی حاکم اجتہاد کرے اور اس میں وہ درستگی کو پہنچائے تو اس کے لیے دو ثواب ہیں، اور اگر کوئی حاکم اجتہاد کرے اور غلطی کر جائے تو اس کے لیے ایک ثواب ہے۔</w:t>
      </w:r>
    </w:p>
    <w:p>
      <w:r>
        <w:rPr>
          <w:b/>
        </w:rPr>
        <w:t xml:space="preserve">[23:10] </w:t>
      </w:r>
      <w:r>
        <w:t>toh aap ne bilkul naya hope diya ke koi agar ijtihad kare, durusti ko pahunche toh hadith ke mutabiq us ke liye do sawab hain, aur agar ghalati kare bil farz tab bhi us ke liye ek sawab hai.</w:t>
      </w:r>
    </w:p>
    <w:p>
      <w:pPr>
        <w:jc w:val="right"/>
      </w:pPr>
      <w:r>
        <w:t>تو آپ نے بالکل نیا ہوپ دیا کہ کوئی اگر اجتہاد کرے، درستگی کو پہنچے تو حدیث کے مطابق اس کے لیے دو ثواب ہیں، اور اگر غلطی کرے بالفرض تب بھی اس کے لیے ایک ثواب ہے۔</w:t>
      </w:r>
    </w:p>
    <w:p>
      <w:r>
        <w:rPr>
          <w:b/>
        </w:rPr>
        <w:t xml:space="preserve">[23:23] </w:t>
      </w:r>
      <w:r>
        <w:t>toh dawat ke maidan mein aisa maine pehla nahi socha tha</w:t>
      </w:r>
    </w:p>
    <w:p>
      <w:pPr>
        <w:jc w:val="right"/>
      </w:pPr>
      <w:r>
        <w:t>تو دعوت کے میدان میں ایسا میں نے پہلا نہیں سوچا تھا</w:t>
      </w:r>
    </w:p>
    <w:p>
      <w:r>
        <w:rPr>
          <w:b/>
        </w:rPr>
        <w:t xml:space="preserve">[23:27] </w:t>
      </w:r>
      <w:r>
        <w:t>ke dawat ke maidan mein bhi aisa ho sakta hai.</w:t>
      </w:r>
    </w:p>
    <w:p>
      <w:pPr>
        <w:jc w:val="right"/>
      </w:pPr>
      <w:r>
        <w:t>کہ دعوت کے میدان میں بھی ایسا ہو سکتا ہے۔</w:t>
      </w:r>
    </w:p>
    <w:p>
      <w:r>
        <w:rPr>
          <w:b/>
        </w:rPr>
        <w:t xml:space="preserve">[23:32] </w:t>
      </w:r>
      <w:r>
        <w:t>masha Allah, masha Allah.</w:t>
      </w:r>
    </w:p>
    <w:p>
      <w:pPr>
        <w:jc w:val="right"/>
      </w:pPr>
      <w:r>
        <w:t>ماشاءاللہ، ماشاءاللہ۔</w:t>
      </w:r>
    </w:p>
    <w:p>
      <w:r>
        <w:rPr>
          <w:b/>
        </w:rPr>
        <w:t xml:space="preserve">[23:38] </w:t>
      </w:r>
      <w:r>
        <w:t>maulana sajid bhai ne comment bheja hai, unhone likha hai: "a very unique and encouraging explanation of the verses of al-zummar from today's explanation, i could understand that these verses are not only the most hopeful but most encouraging ones as well.</w:t>
      </w:r>
    </w:p>
    <w:p>
      <w:pPr>
        <w:jc w:val="right"/>
      </w:pPr>
      <w:r>
        <w:t>مولانا ساجد بھائی نے کمنٹ بھیجا ہے، انہوں نے لکھا ہے: "ا ویری یونیک اینڈ انکریجنگ ایکسپلینیشن اف دی ورسز اف الزمار فرام ٹوڈے ایکسپلینیشن، ائی کڈ انڈرسٹینڈ دیٹ دیز ورسز ار ناٹ اونلی دا موسٹ ہوپ فل بٹ موسٹ انکریجنگ ونز ایز ویل۔</w:t>
      </w:r>
    </w:p>
    <w:p>
      <w:r>
        <w:rPr>
          <w:b/>
        </w:rPr>
        <w:t xml:space="preserve">[24:02] </w:t>
      </w:r>
      <w:r>
        <w:t>jazak Allah maulana for such a great message and explanation."</w:t>
      </w:r>
    </w:p>
    <w:p>
      <w:pPr>
        <w:jc w:val="right"/>
      </w:pPr>
      <w:r>
        <w:t>جزاک اللہ مولانا فار سچ ا گریٹ میسج اینڈ ایکسپلینیشن۔"</w:t>
      </w:r>
    </w:p>
    <w:p>
      <w:r>
        <w:rPr>
          <w:b/>
        </w:rPr>
        <w:t xml:space="preserve">[24:09] </w:t>
      </w:r>
      <w:r>
        <w:t>mashallah. iqbal umri sahib ne apna ek taassur diya hai: "lockdown ne ummat e muslema ko tareeqa e ibadat ke bare mein ijtihad karna sikhaya."</w:t>
      </w:r>
    </w:p>
    <w:p>
      <w:pPr>
        <w:jc w:val="right"/>
      </w:pPr>
      <w:r>
        <w:t>ماشاءاللہ۔ اقبال عمری صاحب نے اپنا ایک تاثر دیا ہے: "لاک ڈاؤن نے امت مسلمہ کو طریقہ عبادت کے بارے میں اجتہاد کرنا سکھا دیا۔</w:t>
      </w:r>
    </w:p>
    <w:p>
      <w:r>
        <w:rPr>
          <w:b/>
        </w:rPr>
        <w:t xml:space="preserve">[24:25] </w:t>
      </w:r>
      <w:r>
        <w:t>ab tareeqa e dawat mein ijtihad kya hai, us ko bhi maloom karne ki koshish karna hai."</w:t>
      </w:r>
    </w:p>
    <w:p>
      <w:pPr>
        <w:jc w:val="right"/>
      </w:pPr>
      <w:r>
        <w:t>اب طریقہ دعوت میں اجتہاد کیا ہے، اس کو بھی معلوم کرنے کی کوشش کرنا ہے۔"</w:t>
      </w:r>
    </w:p>
    <w:p>
      <w:r>
        <w:rPr>
          <w:b/>
        </w:rPr>
        <w:t xml:space="preserve">[24:34] </w:t>
      </w:r>
      <w:r>
        <w:t>mashallah, yeh bari ajeeb ayat hai.</w:t>
      </w:r>
    </w:p>
    <w:p>
      <w:pPr>
        <w:jc w:val="right"/>
      </w:pPr>
      <w:r>
        <w:t>ماشاءاللہ، یہ بڑی عجیب آیت ہے۔</w:t>
      </w:r>
    </w:p>
    <w:p>
      <w:r>
        <w:rPr>
          <w:b/>
        </w:rPr>
        <w:t xml:space="preserve">[24:46] </w:t>
      </w:r>
      <w:r>
        <w:t>ek aisa masla paida hua tha jo bazahir bohat bara masla tha, lekin usay bhi Allah taala ne</w:t>
      </w:r>
    </w:p>
    <w:p>
      <w:pPr>
        <w:jc w:val="right"/>
      </w:pPr>
      <w:r>
        <w:t>ایک ایسا مسئلہ پیدا ہوا تھا جو بظاہر بہت بڑا مسئلہ تھا، لیکن اسے بھی اللہ تعالی نے</w:t>
      </w:r>
    </w:p>
    <w:p>
      <w:r>
        <w:rPr>
          <w:b/>
        </w:rPr>
        <w:t xml:space="preserve">[24:59] </w:t>
      </w:r>
      <w:r>
        <w:t>hamare liye positive pull khol diye.</w:t>
      </w:r>
    </w:p>
    <w:p>
      <w:pPr>
        <w:jc w:val="right"/>
      </w:pPr>
      <w:r>
        <w:t>ہمارے لیے پازیٹیو پل کھول دیے۔</w:t>
      </w:r>
    </w:p>
    <w:p>
      <w:r>
        <w:rPr>
          <w:b/>
        </w:rPr>
        <w:t xml:space="preserve">[25:06] </w:t>
      </w:r>
      <w:r>
        <w:t>mein zahiri taur par kehta hoon ke mein</w:t>
      </w:r>
    </w:p>
    <w:p>
      <w:pPr>
        <w:jc w:val="right"/>
      </w:pPr>
      <w:r>
        <w:t>میں ظاہری طور پر کہتا ہوں کہ میں</w:t>
      </w:r>
    </w:p>
    <w:p>
      <w:r>
        <w:rPr>
          <w:b/>
        </w:rPr>
        <w:t xml:space="preserve">[25:11] </w:t>
      </w:r>
      <w:r>
        <w:t>saari umar yeh samajhta raha ke hath se likho aur us ko lathey lathey oopar chapo, hath se likho aur lathey oopar se chapo.</w:t>
      </w:r>
    </w:p>
    <w:p>
      <w:pPr>
        <w:jc w:val="right"/>
      </w:pPr>
      <w:r>
        <w:t>ساری عمر یہ سمجھتا رہا کہ ہاتھ سے لکھو اور اس کو لیٹھے لیٹھے اوپر چھاپو، ہاتھ سے لکھو اور لیٹھے اوپر سے چھاپو۔</w:t>
      </w:r>
    </w:p>
    <w:p>
      <w:r>
        <w:rPr>
          <w:b/>
        </w:rPr>
        <w:t xml:space="preserve">[25:28] </w:t>
      </w:r>
      <w:r>
        <w:t>lekin yeh jo hai, online ka mujhe hua. hum apni jawani ke umar mein jantay hi nahi thay ke online koi tareeqa hai, Allah taala ne usay khol diya.</w:t>
      </w:r>
    </w:p>
    <w:p>
      <w:pPr>
        <w:jc w:val="right"/>
      </w:pPr>
      <w:r>
        <w:t>لیکن یہ جو ہے، ان لائن کا مجھے ہوا۔ ہم اپنی جوانی کے عمر میں جانتے ہی نہیں تھے کہ ان لائن کوئی طریقہ ہے، اللہ تعالی نے اسے کھول دیا۔</w:t>
      </w:r>
    </w:p>
    <w:p>
      <w:r>
        <w:rPr>
          <w:b/>
        </w:rPr>
        <w:t xml:space="preserve">[25:41] </w:t>
      </w:r>
      <w:r>
        <w:t>bay rukawat ke karo deen ka kaam, tumhare darwazay khol diye gaye, online darwazay.</w:t>
      </w:r>
    </w:p>
    <w:p>
      <w:pPr>
        <w:jc w:val="right"/>
      </w:pPr>
      <w:r>
        <w:t>بے رکاوٹ کے کرو دین کا کام، تمہارے دروازے کھول دیے گئے، ان لائن دروازے۔</w:t>
      </w:r>
    </w:p>
    <w:p>
      <w:r>
        <w:rPr>
          <w:b/>
        </w:rPr>
        <w:t xml:space="preserve">[25:52] </w:t>
      </w:r>
      <w:r>
        <w:t>kisi ajeeb baat hai jis waqt bando, jis waqt darwazay band hue, bazahir Allah taala ne aur ziyada aur ziyada darwazay khol diye.</w:t>
      </w:r>
    </w:p>
    <w:p>
      <w:pPr>
        <w:jc w:val="right"/>
      </w:pPr>
      <w:r>
        <w:t>کیسی عجیب بات ہے جس وقت بندو، جس وقت دروازے بند ہوئے، بظاہر اللہ تعالی نے اور زیادہ اور زیادہ دروازے کھول دیے۔</w:t>
      </w:r>
    </w:p>
    <w:p>
      <w:r>
        <w:rPr>
          <w:b/>
        </w:rPr>
        <w:t xml:space="preserve">[26:06] </w:t>
      </w:r>
      <w:r>
        <w:t>kaha bazahir online, online kaam karo.</w:t>
      </w:r>
    </w:p>
    <w:p>
      <w:pPr>
        <w:jc w:val="right"/>
      </w:pPr>
      <w:r>
        <w:t>کہا بظاہر ان لائن، ان لائن کام کرو۔</w:t>
      </w:r>
    </w:p>
    <w:p>
      <w:r>
        <w:rPr>
          <w:b/>
        </w:rPr>
        <w:t xml:space="preserve">[26:19] </w:t>
      </w:r>
      <w:r>
        <w:t>maulana, yeh sawal hai noor ahmed lari deoria se: "quran aur hadith mein ilm ki jo azmat bayan hui hai, to kya woh specifically ilm e deen hai ya har qism ka ilm hai?"</w:t>
      </w:r>
    </w:p>
    <w:p>
      <w:pPr>
        <w:jc w:val="right"/>
      </w:pPr>
      <w:r>
        <w:t>مولانا، یہ سوال ہے نور احمد لاری ڈیوریہ سے: "قرآن اور حدیث میں علم کی جو عظمت بیان ہوئی ہے، تو کیا وہ سپیسیفیکلی علم دین ہے یا ہر قسم کا علم ہے؟"</w:t>
      </w:r>
    </w:p>
    <w:p>
      <w:r>
        <w:rPr>
          <w:b/>
        </w:rPr>
        <w:t xml:space="preserve">[26:36] </w:t>
      </w:r>
      <w:r>
        <w:t>deen ki ilm e deen koi shanter ka naam hai. sara ilm ilm e deen hai.</w:t>
      </w:r>
    </w:p>
    <w:p>
      <w:pPr>
        <w:jc w:val="right"/>
      </w:pPr>
      <w:r>
        <w:t>دین کی علم دین کوئی شعنتر کا نام ہے۔ سارا علم علم دین ہے۔</w:t>
      </w:r>
    </w:p>
    <w:p>
      <w:r>
        <w:rPr>
          <w:b/>
        </w:rPr>
        <w:t xml:space="preserve">[26:48] </w:t>
      </w:r>
      <w:r>
        <w:t>misal ke taur par dekhiye, mein ne jab science parhi to hamare buzurg shakk ke nazar se dekhte thay us ko, lekin science parhi to mera yaqeen barh gaya,</w:t>
      </w:r>
    </w:p>
    <w:p>
      <w:pPr>
        <w:jc w:val="right"/>
      </w:pPr>
      <w:r>
        <w:t>مثلاً دیکھیے، میں نے جب سائنس پڑھی تو ہمارے بزرگ شک کے نظر سے دیکھتے تھے اس کو، لیکن سائنس پڑھی تو میرا یقین بڑھ گیا،</w:t>
      </w:r>
    </w:p>
    <w:p>
      <w:r>
        <w:rPr>
          <w:b/>
        </w:rPr>
        <w:t xml:space="preserve">[27:01] </w:t>
      </w:r>
      <w:r>
        <w:t>mere yaqeen mein izafa ho gaya. yeh yeh yeh taqseem hi galat hai, ilm e deen aur ilm e ghair deen.</w:t>
      </w:r>
    </w:p>
    <w:p>
      <w:pPr>
        <w:jc w:val="right"/>
      </w:pPr>
      <w:r>
        <w:t>میرے یقین میں اضافہ ہو گیا۔ یہ یہ یہ تقسیم ہی غلط ہے، علم دین اور علم غیر دین۔</w:t>
      </w:r>
    </w:p>
    <w:p>
      <w:r>
        <w:rPr>
          <w:b/>
        </w:rPr>
        <w:t xml:space="preserve">[27:13] </w:t>
      </w:r>
      <w:r>
        <w:t>mein is ka saboot hoon.</w:t>
      </w:r>
    </w:p>
    <w:p>
      <w:pPr>
        <w:jc w:val="right"/>
      </w:pPr>
      <w:r>
        <w:t>میں اس کا ثبوت ہوں۔</w:t>
      </w:r>
    </w:p>
    <w:p>
      <w:r>
        <w:rPr>
          <w:b/>
        </w:rPr>
        <w:t xml:space="preserve">[27:18] </w:t>
      </w:r>
      <w:r>
        <w:t>mere science mein, science ne mere yaqeen mein izafa kar diya, Allah taala ki qurbat mein izafa kar diya.</w:t>
      </w:r>
    </w:p>
    <w:p>
      <w:pPr>
        <w:jc w:val="right"/>
      </w:pPr>
      <w:r>
        <w:t>میرے سائنس میں، سائنس نے میرے یقین میں اضافہ کر دیا، اللہ تعالی کی قربت میں اضافہ کر دیا۔</w:t>
      </w:r>
    </w:p>
    <w:p>
      <w:r>
        <w:rPr>
          <w:b/>
        </w:rPr>
        <w:t xml:space="preserve">[27:36] </w:t>
      </w:r>
      <w:r>
        <w:t>maulana, jaise aap ne science ko le ke ijtihad kiya tha, to aise bhi hota hai maulana ke kai log galat ijtihad bhi karte hain.</w:t>
      </w:r>
    </w:p>
    <w:p>
      <w:pPr>
        <w:jc w:val="right"/>
      </w:pPr>
      <w:r>
        <w:t>مولانا، جیسے آپ نے سائنس کو لے کے اجتہاد کیا تھا، تو ایسے بھی ہوتا ہے مولانا کہ کئی لوگ غلط اجتہاد بھی کرتے ہیں۔</w:t>
      </w:r>
    </w:p>
    <w:p>
      <w:r>
        <w:rPr>
          <w:b/>
        </w:rPr>
        <w:t xml:space="preserve">[27:47] </w:t>
      </w:r>
      <w:r>
        <w:t>to is ke peechay kya koi woh hai maulana? principle ki sahi tareeqa kya hai ya sahi ijtihad kaise kiya mana jayega? arey bhaiya, yeh jo hadith maujood hai, woh hadith jo hai, parh parh lijiyay.</w:t>
      </w:r>
    </w:p>
    <w:p>
      <w:pPr>
        <w:jc w:val="right"/>
      </w:pPr>
      <w:r>
        <w:t>تو اس کے پیچھے کیا کوئی وہ ہے مولانا؟ پرنسپل کی صحیح طریقہ کیا ہے یا صحیح اجتہاد کیسے کیا مانا جائے گا؟ ارے بھیا، یہ جو حدیث موجود ہے، وہ حدیث جو ہے، پڑھ پڑھ لیجیے۔</w:t>
      </w:r>
    </w:p>
    <w:p>
      <w:r>
        <w:rPr>
          <w:b/>
        </w:rPr>
        <w:t xml:space="preserve">[28:11] </w:t>
      </w:r>
      <w:r>
        <w:t>"jab hakama al hakimu fajtahada fasaba falahu ajran". "wa izaa hakama fajtahada fa akhta'a falahu ajr".</w:t>
      </w:r>
    </w:p>
    <w:p>
      <w:pPr>
        <w:jc w:val="right"/>
      </w:pPr>
      <w:r>
        <w:t>"اذا حکم الحاکم فاجتہد فاصاب فلہ اجران"۔ "وإذا حکم فاجتہد فاخطأ فلہ اجر"۔</w:t>
      </w:r>
    </w:p>
    <w:p>
      <w:r>
        <w:rPr>
          <w:b/>
        </w:rPr>
        <w:t xml:space="preserve">[28:20] </w:t>
      </w:r>
      <w:r>
        <w:t>jab koi hakim ijtihad kare aur durusti ko pohanchaye to us ke liye do ajr hain, aur jab koi hakim ijtihad kare aur khata kare, yani ghalti kare to us ke liye aik ajr hai.</w:t>
      </w:r>
    </w:p>
    <w:p>
      <w:pPr>
        <w:jc w:val="right"/>
      </w:pPr>
      <w:r>
        <w:t>جب کوئی حاکم اجتہاد کرے اور درستگی کو پہنچائے تو اس کے لیے دو اجر ہیں، اور جب کوئی حاکم اجتہاد کرے اور خطا کرے، یعنی غلطی کرے تو اس کے لیے ایک اجر ہے۔</w:t>
      </w:r>
    </w:p>
    <w:p>
      <w:r>
        <w:rPr>
          <w:b/>
        </w:rPr>
        <w:t xml:space="preserve">[28:32] </w:t>
      </w:r>
      <w:r>
        <w:t>yani ijtihad galat ho jaye tab bhi sawab hai. yeh kehta hai encouraging taleem hai, yeh kehti hai ziyada encouraging taleem hai.</w:t>
      </w:r>
    </w:p>
    <w:p>
      <w:pPr>
        <w:jc w:val="right"/>
      </w:pPr>
      <w:r>
        <w:t>یعنی اجتہاد غلط ہو جائے تب بھی ثواب ہے۔ یہ کہتا ہے انکریجنگ تعلیم ہے، یہ کہتی ہے زیادہ انکریجنگ تعلیم ہے۔</w:t>
      </w:r>
    </w:p>
    <w:p>
      <w:r>
        <w:rPr>
          <w:b/>
        </w:rPr>
        <w:t xml:space="preserve">[28:47] </w:t>
      </w:r>
      <w:r>
        <w:t>ijtihad karo, ijtihad karo, ijtihad karo, yeh mat daro ke ghalti ho jayegi. niyat niyat achi rakho, niyat achi rakho ke har cheez sawab sawab hai.</w:t>
      </w:r>
    </w:p>
    <w:p>
      <w:pPr>
        <w:jc w:val="right"/>
      </w:pPr>
      <w:r>
        <w:t>اجتہاد کرو، اجتہاد کرو، اجتہاد کرو، یہ مت ڈرو کہ غلطی ہو جائے گی۔ نیت نیت اچھی رکھو، نیت اچھی رکھو کہ ہر چیز ثواب ثواب ہے۔</w:t>
      </w:r>
    </w:p>
    <w:p>
      <w:r>
        <w:rPr>
          <w:b/>
        </w:rPr>
        <w:t xml:space="preserve">[29:01] </w:t>
      </w:r>
      <w:r>
        <w:t>navdeep kapoor sahib ne sawal kiya hai: "what spiritual learning should be taken from ramadan and eid?" ramadan aur eid se spiritual learning hum kya hasil kar sakte hain?</w:t>
      </w:r>
    </w:p>
    <w:p>
      <w:pPr>
        <w:jc w:val="right"/>
      </w:pPr>
      <w:r>
        <w:t>نودیپ کپور صاحب نے سوال کیا ہے: "واٹ سپریچول لرننگ شوڈ بی ٹیک فرام رمضان اینڈ عید؟" رمضان اور عید سے سپریچول لرننگ ہم کیا حاصل کر سکتے ہیں؟</w:t>
      </w:r>
    </w:p>
    <w:p>
      <w:r>
        <w:rPr>
          <w:b/>
        </w:rPr>
        <w:t xml:space="preserve">[29:21] </w:t>
      </w:r>
      <w:r>
        <w:t>aaj hi mujhe aik aik bohat ajeeb ghareeb cheez samajh aayi. eid ka matlab aaj</w:t>
      </w:r>
    </w:p>
    <w:p>
      <w:pPr>
        <w:jc w:val="right"/>
      </w:pPr>
      <w:r>
        <w:t>آج ہی مجھے ایک ایک بہت عجیب غریب چیز سمجھ آئی۔ عید کا مطلب آج</w:t>
      </w:r>
    </w:p>
    <w:p>
      <w:r>
        <w:rPr>
          <w:b/>
        </w:rPr>
        <w:t xml:space="preserve">[29:31] </w:t>
      </w:r>
      <w:r>
        <w:t>aaj hi mein ne kaha tha ke eid ka jo lughwi mani hain, woh to yeh hain ke yaani aam log jo samajhte hain ke khush</w:t>
      </w:r>
    </w:p>
    <w:p>
      <w:pPr>
        <w:jc w:val="right"/>
      </w:pPr>
      <w:r>
        <w:t>آج ہی میں نے کہا تھا کہ عید کا جو لغوی معنی ہیں، وہ تو یہ ہیں کہ یعنی عام لوگ جو سمجھتے ہیں کہ خوش</w:t>
      </w:r>
    </w:p>
    <w:p>
      <w:r>
        <w:rPr>
          <w:b/>
        </w:rPr>
        <w:t xml:space="preserve">[29:53] </w:t>
      </w:r>
      <w:r>
        <w:t>ka din, lekin yeh baar baar aane wala din.</w:t>
      </w:r>
    </w:p>
    <w:p>
      <w:pPr>
        <w:jc w:val="right"/>
      </w:pPr>
      <w:r>
        <w:t>کا دن، لیکن یہ بار بار آنے والا دن۔</w:t>
      </w:r>
    </w:p>
    <w:p>
      <w:r>
        <w:rPr>
          <w:b/>
        </w:rPr>
        <w:t xml:space="preserve">[30:03] </w:t>
      </w:r>
      <w:r>
        <w:t>to mein ne socha ke baar baar aane wala din kya hai? ho sakta hai woh hai baar baar re planning, baar baar re planning, baar baar re planning.</w:t>
      </w:r>
    </w:p>
    <w:p>
      <w:pPr>
        <w:jc w:val="right"/>
      </w:pPr>
      <w:r>
        <w:t>تو میں نے سوچا کہ بار بار آنے والا دن کیا ہے؟ ہو سکتا ہے وہ ہے بار بار ری پلاننگ، بار بار ری پلاننگ، بار بار ری پلاننگ۔</w:t>
      </w:r>
    </w:p>
    <w:p>
      <w:r>
        <w:rPr>
          <w:b/>
        </w:rPr>
        <w:t xml:space="preserve">[30:17] </w:t>
      </w:r>
      <w:r>
        <w:t>is ki bohat bari misaal yeh hai ke maidan mislan jis ne samajh liya tha tamam hukoomaton ko, ab phir se sochen ke un mein to woh darjaat pehne ke ke koi dushman nahi hota,</w:t>
      </w:r>
    </w:p>
    <w:p>
      <w:pPr>
        <w:jc w:val="right"/>
      </w:pPr>
      <w:r>
        <w:t>اس کی بہت بڑی مثال یہ ہے کہ میدان مثلاً جس نے سمجھ لیا تھا تمام حکومتوں کو، اب پھر سے سوچیں کہ ان میں تو وہ درجات پہنے کے کہ کوئی دشمن نہیں ہوتا،</w:t>
      </w:r>
    </w:p>
    <w:p>
      <w:r>
        <w:rPr>
          <w:b/>
        </w:rPr>
        <w:t xml:space="preserve">[30:37] </w:t>
      </w:r>
      <w:r>
        <w:t>koi dushman nahi hota, hum kisi ko dushman bana lete hain.</w:t>
      </w:r>
    </w:p>
    <w:p>
      <w:pPr>
        <w:jc w:val="right"/>
      </w:pPr>
      <w:r>
        <w:t>کوئی دشمن نہیں ہوتا، ہم کسی کو دشمن بنا لیتے ہیں۔</w:t>
      </w:r>
    </w:p>
    <w:p>
      <w:r>
        <w:rPr>
          <w:b/>
        </w:rPr>
        <w:t xml:space="preserve">[30:44] </w:t>
      </w:r>
      <w:r>
        <w:t>to re thinking, re planning yeh mustaqil aadat honi chahiye, aadat musalmanon ki.</w:t>
      </w:r>
    </w:p>
    <w:p>
      <w:pPr>
        <w:jc w:val="right"/>
      </w:pPr>
      <w:r>
        <w:t>تو ری تھنکنگ، ری پلاننگ یہ مستقل عادت ہونی چاہیے، عادت مسلمانوں کی۔</w:t>
      </w:r>
    </w:p>
    <w:p>
      <w:r>
        <w:rPr>
          <w:b/>
        </w:rPr>
        <w:t xml:space="preserve">[30:54] </w:t>
      </w:r>
      <w:r>
        <w:t>shafiq ul islam, dhaka, bangladesh: "haoo to atten sukoon and patience in the time of distress and fear?</w:t>
      </w:r>
    </w:p>
    <w:p>
      <w:pPr>
        <w:jc w:val="right"/>
      </w:pPr>
      <w:r>
        <w:t>شفیق الاسلام، ڈھاکہ، بنگلہ دیش: "ہاؤ ٹو اٹین سکون اینڈ پیشنس ان دی ٹائم اف ڈسٹریس اینڈ فیئر؟</w:t>
      </w:r>
    </w:p>
    <w:p>
      <w:r>
        <w:rPr>
          <w:b/>
        </w:rPr>
        <w:t xml:space="preserve">[31:03] </w:t>
      </w:r>
      <w:r>
        <w:t>" allah par bharosa, allah par daal dijiye. mein to apni zindagi ke bohat se waqiaat bata bata sakta hoon ke bohat hi sakht halaat pade, lekin mein ne daal diya allah par.</w:t>
      </w:r>
    </w:p>
    <w:p>
      <w:pPr>
        <w:jc w:val="right"/>
      </w:pPr>
      <w:r>
        <w:t>" اللہ پر بھروسہ، اللہ پر ڈال دیجیے۔ میں تو اپنی زندگی کے بہت سے واقعات بتا بتا سکتا ہوں کہ بہت ہی سخت حالات پڑے، لیکن میں نے ڈال دیا اللہ پر۔</w:t>
      </w:r>
    </w:p>
    <w:p>
      <w:r>
        <w:rPr>
          <w:b/>
        </w:rPr>
        <w:t xml:space="preserve">[31:19] </w:t>
      </w:r>
      <w:r>
        <w:t>"tadani hisab kam wa bishra". "sabrdam bado may khishra". "tadani hisab kam wa bishra".</w:t>
      </w:r>
    </w:p>
    <w:p>
      <w:pPr>
        <w:jc w:val="right"/>
      </w:pPr>
      <w:r>
        <w:t>"تدانی حساب کم و بیشرا"۔ "سبردم بدو مائے خیشرا"۔ "تدانی حساب کم و بیشرا"۔</w:t>
      </w:r>
    </w:p>
    <w:p>
      <w:r>
        <w:rPr>
          <w:b/>
        </w:rPr>
        <w:t xml:space="preserve">[31:29] </w:t>
      </w:r>
      <w:r>
        <w:t>aur mashaa allah kabhi allah ne mujhe dhoka nahi diya.</w:t>
      </w:r>
    </w:p>
    <w:p>
      <w:pPr>
        <w:jc w:val="right"/>
      </w:pPr>
      <w:r>
        <w:t>اور ماشاءاللہ کبھی اللہ نے مجھے دھوکہ نہیں دیا۔</w:t>
      </w:r>
    </w:p>
    <w:p>
      <w:r>
        <w:rPr>
          <w:b/>
        </w:rPr>
        <w:t xml:space="preserve">[31:35] </w:t>
      </w:r>
      <w:r>
        <w:t>ek saahab mushtaq isha chokri,</w:t>
      </w:r>
    </w:p>
    <w:p>
      <w:pPr>
        <w:jc w:val="right"/>
      </w:pPr>
      <w:r>
        <w:t>ایک صاحب مشتاق عشاء چوکری،</w:t>
      </w:r>
    </w:p>
    <w:p>
      <w:r>
        <w:rPr>
          <w:b/>
        </w:rPr>
        <w:t xml:space="preserve">[31:41] </w:t>
      </w:r>
      <w:r>
        <w:t>unhon ne sawal kiya hai ke "maa hi ba'z alamaat qabool al siyam" ke roze ko qabool karne ki ba'z alamaaten kya ho sakti hain, kya hain?</w:t>
      </w:r>
    </w:p>
    <w:p>
      <w:pPr>
        <w:jc w:val="right"/>
      </w:pPr>
      <w:r>
        <w:t>انہوں نے سوال کیا ہے کہ "ما ہی بعض علامات قبول الصیام" کہ روزے کو قبول کرنے کی بعض علامتیں کیا ہو سکتی ہیں، کیا ہیں؟</w:t>
      </w:r>
    </w:p>
    <w:p>
      <w:r>
        <w:rPr>
          <w:b/>
        </w:rPr>
        <w:t xml:space="preserve">[31:57] </w:t>
      </w:r>
      <w:r>
        <w:t>koi alamat nahi hai. dil dil aap ka tarap uthaye aur aap ke</w:t>
      </w:r>
    </w:p>
    <w:p>
      <w:pPr>
        <w:jc w:val="right"/>
      </w:pPr>
      <w:r>
        <w:t>کوئی علامت نہیں ہے۔ دل دل آپ کا تڑپ اٹھائے اور آپ کے</w:t>
      </w:r>
    </w:p>
    <w:p>
      <w:r>
        <w:rPr>
          <w:b/>
        </w:rPr>
        <w:t xml:space="preserve">[32:07] </w:t>
      </w:r>
      <w:r>
        <w:t>sachai sachay dil ke sath aap dua karen to aap ka dil khud kahe ga ke yeh dua meri sun li gayi hai, allah ne sun liya is ko.</w:t>
      </w:r>
    </w:p>
    <w:p>
      <w:pPr>
        <w:jc w:val="right"/>
      </w:pPr>
      <w:r>
        <w:t>سچائی سچے دل کے ساتھ آپ دعا کریں تو آپ کا دل خود کہے گا کہ یہ دعا میری سن لی گئی ہے، اللہ نے سن لیا اس کو۔</w:t>
      </w:r>
    </w:p>
    <w:p>
      <w:r>
        <w:rPr>
          <w:b/>
        </w:rPr>
        <w:t xml:space="preserve">[32:28] </w:t>
      </w:r>
      <w:r>
        <w:t>jammu and kashmir se bhatt samar: "daz allah laos every human being, wether muslim or non muslim?"</w:t>
      </w:r>
    </w:p>
    <w:p>
      <w:pPr>
        <w:jc w:val="right"/>
      </w:pPr>
      <w:r>
        <w:t>جموں اینڈ کشمیر سے بھٹ سمر: "ڈز اللہ لاوس ایوری ہیومن بینگ، ویدر مسلم اور نان مسلم؟"</w:t>
      </w:r>
    </w:p>
    <w:p>
      <w:r>
        <w:rPr>
          <w:b/>
        </w:rPr>
        <w:t xml:space="preserve">[32:39] </w:t>
      </w:r>
      <w:r>
        <w:t>nahi, non muslim ko allah mohabbat nahi karta. kya keh rahe hain? woh keh rahe hain ke kya allah har ek insaan se mohabbat karta hai</w:t>
      </w:r>
    </w:p>
    <w:p>
      <w:pPr>
        <w:jc w:val="right"/>
      </w:pPr>
      <w:r>
        <w:t>نہیں، نان مسلم کو اللہ محبت نہیں کرتا۔ کیا کہہ رہے ہیں؟ وہ کہہ رہے ہیں کہ کیا اللہ ہر ایک انسان سے محبت کرتا ہے</w:t>
      </w:r>
    </w:p>
    <w:p>
      <w:r>
        <w:rPr>
          <w:b/>
        </w:rPr>
        <w:t xml:space="preserve">[32:47] </w:t>
      </w:r>
      <w:r>
        <w:t>? bilashuba, har cheenti se bhi karta hai. aap to insaan keh rahe hain,</w:t>
      </w:r>
    </w:p>
    <w:p>
      <w:pPr>
        <w:jc w:val="right"/>
      </w:pPr>
      <w:r>
        <w:t>؟ بلاشبہ، ہر چیونٹی سے بھی کرتا ہے۔ آپ تو انسان کہہ رہے ہیں،</w:t>
      </w:r>
    </w:p>
    <w:p>
      <w:r>
        <w:rPr>
          <w:b/>
        </w:rPr>
        <w:t xml:space="preserve">[32:55] </w:t>
      </w:r>
      <w:r>
        <w:t>ek chidiya se bhi.</w:t>
      </w:r>
    </w:p>
    <w:p>
      <w:pPr>
        <w:jc w:val="right"/>
      </w:pPr>
      <w:r>
        <w:t>ایک چڑیا سے بھی۔</w:t>
      </w:r>
    </w:p>
    <w:p>
      <w:r>
        <w:rPr>
          <w:b/>
        </w:rPr>
        <w:t xml:space="preserve">[33:01] </w:t>
      </w:r>
      <w:r>
        <w:t>jis jis khuda ne cheezon ko paida kiya hai, woh mohabbat hi kare ga, woh mohabbat hi kare ga, woh</w:t>
      </w:r>
    </w:p>
    <w:p>
      <w:pPr>
        <w:jc w:val="right"/>
      </w:pPr>
      <w:r>
        <w:t>جس جس خدا نے چیزوں کو پیدا کیا ہے، وہ محبت ہی کرے گا، وہ محبت ہی کرے گا، وہ</w:t>
      </w:r>
    </w:p>
    <w:p>
      <w:r>
        <w:rPr>
          <w:b/>
        </w:rPr>
        <w:t xml:space="preserve">[33:13] </w:t>
      </w:r>
      <w:r>
        <w:t>. Naghma Pani sawal kiya hai: "Why is the Islam that you present so universal as compared to every other Islamic scholar?" Kya matlab?</w:t>
      </w:r>
    </w:p>
    <w:p>
      <w:pPr>
        <w:jc w:val="right"/>
      </w:pPr>
      <w:r>
        <w:t>۔ نغمہ پانی سوال کیا ہے: "وائی از دا اسلام دیٹ یو پریزنٹ سو یونیورسل ایز کمپیر ٹو ایوری ادر اسلامک اسکالر؟" کیا مطلب؟</w:t>
      </w:r>
    </w:p>
    <w:p>
      <w:r>
        <w:rPr>
          <w:b/>
        </w:rPr>
        <w:t xml:space="preserve">[33:26] </w:t>
      </w:r>
      <w:r>
        <w:t>aisa kyun hai ke aap jo islam pesh karte hain, woh universal hai ba muqabla doosre muslim scholar ke?</w:t>
      </w:r>
    </w:p>
    <w:p>
      <w:pPr>
        <w:jc w:val="right"/>
      </w:pPr>
      <w:r>
        <w:t>ایسا کیوں ہے کہ آپ جو اسلام پیش کرتے ہیں، وہ یونیورسل ہے بمقابلہ دوسرے مسلم اسکالر کے؟</w:t>
      </w:r>
    </w:p>
    <w:p>
      <w:r>
        <w:rPr>
          <w:b/>
        </w:rPr>
        <w:t xml:space="preserve">[33:36] </w:t>
      </w:r>
      <w:r>
        <w:t>dilli mein jab mein pehli baar nikla islam ki tableegh ke liye to meri mulaqat hui ek saahab se chandni chowk mein,</w:t>
      </w:r>
    </w:p>
    <w:p>
      <w:pPr>
        <w:jc w:val="right"/>
      </w:pPr>
      <w:r>
        <w:t>دلی میں جب میں پہلی بار نکلا اسلام کی تبلیغ کے لیے تو میری ملاقات ہوئی ایک صاحب سے چاندنی چوک میں،</w:t>
      </w:r>
    </w:p>
    <w:p>
      <w:r>
        <w:rPr>
          <w:b/>
        </w:rPr>
        <w:t xml:space="preserve">[33:53] </w:t>
      </w:r>
      <w:r>
        <w:t>pindi jo race un ki dukaan ka naam tha. to wahan mein gaya</w:t>
      </w:r>
    </w:p>
    <w:p>
      <w:pPr>
        <w:jc w:val="right"/>
      </w:pPr>
      <w:r>
        <w:t>پنڈی جو ریس ان کی دکان کا نام تھا۔ تو وہاں میں گیا</w:t>
      </w:r>
    </w:p>
    <w:p>
      <w:r>
        <w:rPr>
          <w:b/>
        </w:rPr>
        <w:t xml:space="preserve">[34:00] </w:t>
      </w:r>
      <w:r>
        <w:t>to unhon ne kaha ke aap ab ko islam ki baaten batane aaye hain, hum to pehle hi se maante hain is ko, pehle hi se, is liye ke hamara nazdeek allah</w:t>
      </w:r>
    </w:p>
    <w:p>
      <w:pPr>
        <w:jc w:val="right"/>
      </w:pPr>
      <w:r>
        <w:t>تو انہوں نے کہا کہ آپ اب کو اسلام کی باتیں بتانے آئے ہیں، ہم تو پہلے ہی سے مانتے ہیں اس کو، پہلے ہی سے، اس لیے کہ ہمارا نزدیک اللہ</w:t>
      </w:r>
    </w:p>
    <w:p>
      <w:r>
        <w:rPr>
          <w:b/>
        </w:rPr>
        <w:t xml:space="preserve">[34:17] </w:t>
      </w:r>
      <w:r>
        <w:t>rab ul alameen hai, rab ul izzat musalmeen nahi hai. yeh pehla sabak mujhe ek hindu ne diya chandni chowk mein,</w:t>
      </w:r>
    </w:p>
    <w:p>
      <w:pPr>
        <w:jc w:val="right"/>
      </w:pPr>
      <w:r>
        <w:t>رب العالمین ہے، رب العزت مسلمین نہیں ہے۔ یہ پہلا سبق مجھے ایک ہندو نے دیا چاندنی چوک میں،</w:t>
      </w:r>
    </w:p>
    <w:p>
      <w:r>
        <w:rPr>
          <w:b/>
        </w:rPr>
        <w:t xml:space="preserve">[34:31] </w:t>
      </w:r>
      <w:r>
        <w:t>phir us ko dikhaya ke maine hum ne ek kitab banai hai "islam for all".</w:t>
      </w:r>
    </w:p>
    <w:p>
      <w:pPr>
        <w:jc w:val="right"/>
      </w:pPr>
      <w:r>
        <w:t>پھر اس کو دکھایا کہ میں نے ہم نے ایک کتاب بنائی ہے "اسلام فار ال"۔</w:t>
      </w:r>
    </w:p>
    <w:p>
      <w:r>
        <w:rPr>
          <w:b/>
        </w:rPr>
        <w:t xml:space="preserve">[34:39] </w:t>
      </w:r>
      <w:r>
        <w:t>to yeh to musalmanon ki apni nadaniyan hain ke unhon ne islam ko huliya bigar diya.</w:t>
      </w:r>
    </w:p>
    <w:p>
      <w:pPr>
        <w:jc w:val="right"/>
      </w:pPr>
      <w:r>
        <w:t>تو یہ تو مسلمانوں کی اپنی نادانیاں ہیں کہ انہوں نے اسلام کو حلیہ بگاڑ دیا۔</w:t>
      </w:r>
    </w:p>
    <w:p>
      <w:r>
        <w:rPr>
          <w:b/>
        </w:rPr>
        <w:t xml:space="preserve">[34:51] </w:t>
      </w:r>
      <w:r>
        <w:t>maulana, aaj bohat shukr bhi aa raha hai Allah par ke aaj ek proper class ho rahi hai, bohat time ke baad sab log baithe hain aur jaise pehle hota tha, waise aaj class ho rahi hai.</w:t>
      </w:r>
    </w:p>
    <w:p>
      <w:pPr>
        <w:jc w:val="right"/>
      </w:pPr>
      <w:r>
        <w:t>مولانا، آج بہت شکر بھی آ رہا ہے اللہ پر کہ آج ایک پراپر کلاس ہو رہی ہے، بہت ٹائم کے بعد سب لوگ بیٹھے ہیں اور جیسے پہلے ہوتا تھا، ویسے آج کلاس ہو رہی ہے۔</w:t>
      </w:r>
    </w:p>
    <w:p>
      <w:r>
        <w:rPr>
          <w:b/>
        </w:rPr>
        <w:t xml:space="preserve">[35:04] </w:t>
      </w:r>
      <w:r>
        <w:t>to alhamdulillah. mashallah, mashallah, mashallah.</w:t>
      </w:r>
    </w:p>
    <w:p>
      <w:pPr>
        <w:jc w:val="right"/>
      </w:pPr>
      <w:r>
        <w:t>تو الحمدللہ۔ ماشاءاللہ، ماشاءاللہ، ماشاءاللہ۔</w:t>
      </w:r>
    </w:p>
    <w:p>
      <w:r>
        <w:rPr>
          <w:b/>
        </w:rPr>
        <w:t xml:space="preserve">[35:12] </w:t>
      </w:r>
      <w:r>
        <w:t>sach mein yeh bohat acha hai.</w:t>
      </w:r>
    </w:p>
    <w:p>
      <w:pPr>
        <w:jc w:val="right"/>
      </w:pPr>
      <w:r>
        <w:t>سچ میں یہ بہت اچھا ہے۔</w:t>
      </w:r>
    </w:p>
    <w:p>
      <w:r>
        <w:rPr>
          <w:b/>
        </w:rPr>
        <w:t xml:space="preserve">[35:15] </w:t>
      </w:r>
      <w:r>
        <w:t>navdeep sahib ne comment kiya hai: "maulana, your voice is very strong and clear." awaz? ji.</w:t>
      </w:r>
    </w:p>
    <w:p>
      <w:pPr>
        <w:jc w:val="right"/>
      </w:pPr>
      <w:r>
        <w:t>نودیپ صاحب نے کمنٹ کیا ہے: "مولانا، یور وائس از ویری سٹرونگ اینڈ کلیئر۔" آواز؟ جی۔</w:t>
      </w:r>
    </w:p>
    <w:p>
      <w:r>
        <w:rPr>
          <w:b/>
        </w:rPr>
        <w:t xml:space="preserve">[35:24] </w:t>
      </w:r>
      <w:r>
        <w:t>mashallah, mashallah. ek sahib ne sawal kiya hai: "zubair ali in ka naam hai, humein kaise pata chalega ke hamari dua qabool ho gayi?</w:t>
      </w:r>
    </w:p>
    <w:p>
      <w:pPr>
        <w:jc w:val="right"/>
      </w:pPr>
      <w:r>
        <w:t>ماشاءاللہ، ماشاءاللہ۔ ایک صاحب نے سوال کیا ہے: "زبیر علی ان کا نام ہے، ہمیں کیسے پتہ چلے گا کہ ہماری دعا قبول ہو گئی؟</w:t>
      </w:r>
    </w:p>
    <w:p>
      <w:r>
        <w:rPr>
          <w:b/>
        </w:rPr>
        <w:t xml:space="preserve">[35:35] </w:t>
      </w:r>
      <w:r>
        <w:t>jo mangte hain, woh milta nahi to kaise hum bar bar ek hi dua karein?"</w:t>
      </w:r>
    </w:p>
    <w:p>
      <w:pPr>
        <w:jc w:val="right"/>
      </w:pPr>
      <w:r>
        <w:t>جو مانگتے ہیں، وہ ملتا نہیں تو کیسے ہم بار بار ایک ہی دعا کریں؟"</w:t>
      </w:r>
    </w:p>
    <w:p>
      <w:r>
        <w:rPr>
          <w:b/>
        </w:rPr>
        <w:t xml:space="preserve">[35:40] </w:t>
      </w:r>
      <w:r>
        <w:t>aap galat cheez mangte hain Allah se. aap kehte hain maslan isi india mein</w:t>
      </w:r>
    </w:p>
    <w:p>
      <w:pPr>
        <w:jc w:val="right"/>
      </w:pPr>
      <w:r>
        <w:t>آپ غلط چیز مانگتے ہیں اللہ سے۔ آپ کہتے ہیں مثلاً اسی انڈیا میں</w:t>
      </w:r>
    </w:p>
    <w:p>
      <w:r>
        <w:rPr>
          <w:b/>
        </w:rPr>
        <w:t xml:space="preserve">[35:48] </w:t>
      </w:r>
      <w:r>
        <w:t>ke ek ek political party ko aap ne target kiya ke is ko harana hai, is ko harana hai, is ko harana hai, aur sari india ke musalmanon ne is party ko harana hai.</w:t>
      </w:r>
    </w:p>
    <w:p>
      <w:pPr>
        <w:jc w:val="right"/>
      </w:pPr>
      <w:r>
        <w:t>کہ ایک ایک پولیٹیکل پارٹی کو آپ نے ٹارگٹ کیا کہ اس کو ہرانا ہے، اس کو ہرانا ہے، اس کو ہرانا ہے، اور ساری انڈیا کے مسلمانوں نے اس پارٹی کو ہرانا ہے۔</w:t>
      </w:r>
    </w:p>
    <w:p>
      <w:r>
        <w:rPr>
          <w:b/>
        </w:rPr>
        <w:t xml:space="preserve">[36:01] </w:t>
      </w:r>
      <w:r>
        <w:t>yeh target jhoota tha to Allah taala ne aap ko phenk diya. aap ko har party aap</w:t>
      </w:r>
    </w:p>
    <w:p>
      <w:pPr>
        <w:jc w:val="right"/>
      </w:pPr>
      <w:r>
        <w:t>یہ ٹارگٹ جھوٹا تھا تو اللہ تعالی نے آپ کو پھینک دیا۔ آپ کو ہر پارٹی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