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Wise Model of the Prophet Peaceful Activism May 3, 2020 Maulana Wahiduddin Khan</w:t>
      </w:r>
    </w:p>
    <w:p>
      <w:r>
        <w:t>https://www.youtube.com/watch?v=hNAFhiw0Dyk</w:t>
      </w:r>
    </w:p>
    <w:p>
      <w:r>
        <w:rPr>
          <w:b/>
        </w:rPr>
        <w:t xml:space="preserve">[00:14] </w:t>
      </w:r>
      <w:r>
        <w:t>bismillah rahman rahim. aaj ka topic hai:</w:t>
      </w:r>
    </w:p>
    <w:p>
      <w:pPr>
        <w:jc w:val="right"/>
      </w:pPr>
      <w:r>
        <w:t>بسم اللہ الرحمن الرحیم۔ آج کا ٹاپک ہے:</w:t>
      </w:r>
    </w:p>
    <w:p>
      <w:r>
        <w:rPr>
          <w:b/>
        </w:rPr>
        <w:t xml:space="preserve">[00:24] </w:t>
      </w:r>
      <w:r>
        <w:t>rasool-e-islam ka tareeqa.</w:t>
      </w:r>
    </w:p>
    <w:p>
      <w:pPr>
        <w:jc w:val="right"/>
      </w:pPr>
      <w:r>
        <w:t>رسولِ اسلام کا طریقہ۔</w:t>
      </w:r>
    </w:p>
    <w:p>
      <w:r>
        <w:rPr>
          <w:b/>
        </w:rPr>
        <w:t xml:space="preserve">[00:34] </w:t>
      </w:r>
      <w:r>
        <w:t>rasool-e-Allah sallallahu alaihi wasallam ko aap jante hain ke</w:t>
      </w:r>
    </w:p>
    <w:p>
      <w:pPr>
        <w:jc w:val="right"/>
      </w:pPr>
      <w:r>
        <w:t>رسولِ اللہ صلی اللہ علیہ وسلم کو آپ جانتے ہیں کہ</w:t>
      </w:r>
    </w:p>
    <w:p>
      <w:r>
        <w:rPr>
          <w:b/>
        </w:rPr>
        <w:t xml:space="preserve">[00:41] </w:t>
      </w:r>
      <w:r>
        <w:t>arab mein bheja gaya, yani makkah mein.</w:t>
      </w:r>
    </w:p>
    <w:p>
      <w:pPr>
        <w:jc w:val="right"/>
      </w:pPr>
      <w:r>
        <w:t>عرب میں بھیجا گیا، یعنی مکہ میں۔</w:t>
      </w:r>
    </w:p>
    <w:p>
      <w:r>
        <w:rPr>
          <w:b/>
        </w:rPr>
        <w:t xml:space="preserve">[00:51] </w:t>
      </w:r>
      <w:r>
        <w:t>is zamane mein</w:t>
      </w:r>
    </w:p>
    <w:p>
      <w:pPr>
        <w:jc w:val="right"/>
      </w:pPr>
      <w:r>
        <w:t>اس زمانے میں</w:t>
      </w:r>
    </w:p>
    <w:p>
      <w:r>
        <w:rPr>
          <w:b/>
        </w:rPr>
        <w:t xml:space="preserve">[00:57] </w:t>
      </w:r>
      <w:r>
        <w:t>makkah jo tha,</w:t>
      </w:r>
    </w:p>
    <w:p>
      <w:pPr>
        <w:jc w:val="right"/>
      </w:pPr>
      <w:r>
        <w:t>مکہ جو تھا،</w:t>
      </w:r>
    </w:p>
    <w:p>
      <w:r>
        <w:rPr>
          <w:b/>
        </w:rPr>
        <w:t xml:space="preserve">[01:04] </w:t>
      </w:r>
      <w:r>
        <w:t>wo mushrik logon ke qabze mein tha.</w:t>
      </w:r>
    </w:p>
    <w:p>
      <w:pPr>
        <w:jc w:val="right"/>
      </w:pPr>
      <w:r>
        <w:t>وہ مشرک لوگوں کے قبضے میں تھا۔</w:t>
      </w:r>
    </w:p>
    <w:p>
      <w:r>
        <w:rPr>
          <w:b/>
        </w:rPr>
        <w:t xml:space="preserve">[01:11] </w:t>
      </w:r>
      <w:r>
        <w:t>un ki karobar wahan hote the,</w:t>
      </w:r>
    </w:p>
    <w:p>
      <w:pPr>
        <w:jc w:val="right"/>
      </w:pPr>
      <w:r>
        <w:t>ان کی کاروبار وہاں ہوتے تھے،</w:t>
      </w:r>
    </w:p>
    <w:p>
      <w:r>
        <w:rPr>
          <w:b/>
        </w:rPr>
        <w:t xml:space="preserve">[01:18] </w:t>
      </w:r>
      <w:r>
        <w:t>aur wahan ki</w:t>
      </w:r>
    </w:p>
    <w:p>
      <w:pPr>
        <w:jc w:val="right"/>
      </w:pPr>
      <w:r>
        <w:t>اور وہاں کی</w:t>
      </w:r>
    </w:p>
    <w:p>
      <w:r>
        <w:rPr>
          <w:b/>
        </w:rPr>
        <w:t xml:space="preserve">[01:24] </w:t>
      </w:r>
      <w:r>
        <w:t>jo</w:t>
      </w:r>
    </w:p>
    <w:p>
      <w:pPr>
        <w:jc w:val="right"/>
      </w:pPr>
      <w:r>
        <w:t>جو</w:t>
      </w:r>
    </w:p>
    <w:p>
      <w:r>
        <w:rPr>
          <w:b/>
        </w:rPr>
        <w:t xml:space="preserve">[01:37] </w:t>
      </w:r>
      <w:r>
        <w:t>saqafat thi, wahan ka jo saqafat, wo bhi unhi ke intizam mein tha.</w:t>
      </w:r>
    </w:p>
    <w:p>
      <w:pPr>
        <w:jc w:val="right"/>
      </w:pPr>
      <w:r>
        <w:t>ثقافت تھی، وہاں کا جو ثقافت، وہ بھی انہی کے انتظام میں تھا۔</w:t>
      </w:r>
    </w:p>
    <w:p>
      <w:r>
        <w:rPr>
          <w:b/>
        </w:rPr>
        <w:t xml:space="preserve">[01:51] </w:t>
      </w:r>
      <w:r>
        <w:t>to aap ko hukum diya gaya ke: "ya rasool-e-Allah!" baligh ma unzil.</w:t>
      </w:r>
    </w:p>
    <w:p>
      <w:pPr>
        <w:jc w:val="right"/>
      </w:pPr>
      <w:r>
        <w:t>تو آپ کو حکم دیا گیا کہ: "یا رسولِ اللہ!" بلغ ماؤنث۔</w:t>
      </w:r>
    </w:p>
    <w:p>
      <w:r>
        <w:rPr>
          <w:b/>
        </w:rPr>
        <w:t xml:space="preserve">[02:01] </w:t>
      </w:r>
      <w:r>
        <w:t>"qaum fa-andhir!"</w:t>
      </w:r>
    </w:p>
    <w:p>
      <w:pPr>
        <w:jc w:val="right"/>
      </w:pPr>
      <w:r>
        <w:t>"قوم فاندر!"</w:t>
      </w:r>
    </w:p>
    <w:p>
      <w:r>
        <w:rPr>
          <w:b/>
        </w:rPr>
        <w:t xml:space="preserve">[02:06] </w:t>
      </w:r>
      <w:r>
        <w:t>utho aur</w:t>
      </w:r>
    </w:p>
    <w:p>
      <w:pPr>
        <w:jc w:val="right"/>
      </w:pPr>
      <w:r>
        <w:t>اٹھو اور</w:t>
      </w:r>
    </w:p>
    <w:p>
      <w:r>
        <w:rPr>
          <w:b/>
        </w:rPr>
        <w:t xml:space="preserve">[02:10] </w:t>
      </w:r>
      <w:r>
        <w:t>inzaar ke ma'ni</w:t>
      </w:r>
    </w:p>
    <w:p>
      <w:pPr>
        <w:jc w:val="right"/>
      </w:pPr>
      <w:r>
        <w:t>انذار کے معنی</w:t>
      </w:r>
    </w:p>
    <w:p>
      <w:r>
        <w:rPr>
          <w:b/>
        </w:rPr>
        <w:t xml:space="preserve">[02:16] </w:t>
      </w:r>
      <w:r>
        <w:t>hain</w:t>
      </w:r>
    </w:p>
    <w:p>
      <w:pPr>
        <w:jc w:val="right"/>
      </w:pPr>
      <w:r>
        <w:t>ہیں</w:t>
      </w:r>
    </w:p>
    <w:p>
      <w:r>
        <w:rPr>
          <w:b/>
        </w:rPr>
        <w:t xml:space="preserve">[02:20] </w:t>
      </w:r>
      <w:r>
        <w:t>dawat ka kaam karo.</w:t>
      </w:r>
    </w:p>
    <w:p>
      <w:pPr>
        <w:jc w:val="right"/>
      </w:pPr>
      <w:r>
        <w:t>دعوت کا کام کرو۔</w:t>
      </w:r>
    </w:p>
    <w:p>
      <w:r>
        <w:rPr>
          <w:b/>
        </w:rPr>
        <w:t xml:space="preserve">[02:26] </w:t>
      </w:r>
      <w:r>
        <w:t>chunaanche rasool-e-allah sallallahu alaihi wasallam ne awwal din se</w:t>
      </w:r>
    </w:p>
    <w:p>
      <w:pPr>
        <w:jc w:val="right"/>
      </w:pPr>
      <w:r>
        <w:t>چنانچہ رسولِ اللہ صلی اللہ علیہ وسلم نے اول دن سے</w:t>
      </w:r>
    </w:p>
    <w:p>
      <w:r>
        <w:rPr>
          <w:b/>
        </w:rPr>
        <w:t xml:space="preserve">[02:34] </w:t>
      </w:r>
      <w:r>
        <w:t>makkah mein dawat ka kaam kiya.</w:t>
      </w:r>
    </w:p>
    <w:p>
      <w:pPr>
        <w:jc w:val="right"/>
      </w:pPr>
      <w:r>
        <w:t>مکہ میں دعوت کا کام کیا۔</w:t>
      </w:r>
    </w:p>
    <w:p>
      <w:r>
        <w:rPr>
          <w:b/>
        </w:rPr>
        <w:t xml:space="preserve">[02:42] </w:t>
      </w:r>
      <w:r>
        <w:t>is daur mein jo hua, us ko ghazwah kehte hain. mere nazdeek is ka sahi naam nahi hai.</w:t>
      </w:r>
    </w:p>
    <w:p>
      <w:pPr>
        <w:jc w:val="right"/>
      </w:pPr>
      <w:r>
        <w:t>اس دور میں جو ہوا، اس کو غزوہ کہتے ہیں۔ میرے نزدیک اس کا صحیح نام نہیں ہے۔</w:t>
      </w:r>
    </w:p>
    <w:p>
      <w:r>
        <w:rPr>
          <w:b/>
        </w:rPr>
        <w:t xml:space="preserve">[02:56] </w:t>
      </w:r>
      <w:r>
        <w:t>ghazwah ke ma'ni amalan ban gaye hain ladaai. yeh sahi nahi hai.</w:t>
      </w:r>
    </w:p>
    <w:p>
      <w:pPr>
        <w:jc w:val="right"/>
      </w:pPr>
      <w:r>
        <w:t>غزوہ کے معنی عملاً بن گئے ہیں لڑائی۔ یہ صحیح نہیں ہے۔</w:t>
      </w:r>
    </w:p>
    <w:p>
      <w:r>
        <w:rPr>
          <w:b/>
        </w:rPr>
        <w:t xml:space="preserve">[03:08] </w:t>
      </w:r>
      <w:r>
        <w:t>qadeem zamane mein koi tareeqa hi nahi tha amal karne ka. to aaye ke kuch utho, koi ladaai bhadaai, hatta ke be-darakht karne ke liye jao, qiyaadat karne ke liye,</w:t>
      </w:r>
    </w:p>
    <w:p>
      <w:pPr>
        <w:jc w:val="right"/>
      </w:pPr>
      <w:r>
        <w:t>قدیم زمانے میں کوئی طریقہ ہی نہیں تھا عمل کرنے کا۔ تو آئے کہ کچھ اٹھو، کوئی لڑائی بھڑائی، حتیٰ کہ بے درخت کرنے کے لیے جاؤ، قیادت کرنے کے لیے،</w:t>
      </w:r>
    </w:p>
    <w:p>
      <w:r>
        <w:rPr>
          <w:b/>
        </w:rPr>
        <w:t xml:space="preserve">[03:24] </w:t>
      </w:r>
      <w:r>
        <w:t>tab bhi</w:t>
      </w:r>
    </w:p>
    <w:p>
      <w:pPr>
        <w:jc w:val="right"/>
      </w:pPr>
      <w:r>
        <w:t>تب بھی</w:t>
      </w:r>
    </w:p>
    <w:p>
      <w:r>
        <w:rPr>
          <w:b/>
        </w:rPr>
        <w:t xml:space="preserve">[03:26] </w:t>
      </w:r>
      <w:r>
        <w:t>koi na kuch jhadap. to log chalte the jab ghar se nikalte the to un ke paas hathiyaar hote the.</w:t>
      </w:r>
    </w:p>
    <w:p>
      <w:pPr>
        <w:jc w:val="right"/>
      </w:pPr>
      <w:r>
        <w:t>کوئی نہ کچھ جھڑپ۔ تو لوگ چلتے تھے جب گھر سے نکلتے تھے تو ان کے پاس ہتھیار ہوتے تھے۔</w:t>
      </w:r>
    </w:p>
    <w:p>
      <w:r>
        <w:rPr>
          <w:b/>
        </w:rPr>
        <w:t xml:space="preserve">[03:40] </w:t>
      </w:r>
      <w:r>
        <w:t>khud mere bachpan tak yeh riwaaj tha.</w:t>
      </w:r>
    </w:p>
    <w:p>
      <w:pPr>
        <w:jc w:val="right"/>
      </w:pPr>
      <w:r>
        <w:t>خود میرے بچپن تک یہ رواج تھا۔</w:t>
      </w:r>
    </w:p>
    <w:p>
      <w:r>
        <w:rPr>
          <w:b/>
        </w:rPr>
        <w:t xml:space="preserve">[03:48] </w:t>
      </w:r>
      <w:r>
        <w:t>log jaate the hajj karne ke liye. to hajj is zamane mein ek aisa safar samjha jaata tha jis mein kuch na kuch</w:t>
      </w:r>
    </w:p>
    <w:p>
      <w:pPr>
        <w:jc w:val="right"/>
      </w:pPr>
      <w:r>
        <w:t>لوگ جاتے تھے حج کرنے کے لیے۔ تو حج اس زمانے میں ایک ایسا سفر سمجھا جاتا تھا جس میں کچھ نہ کچھ</w:t>
      </w:r>
    </w:p>
    <w:p>
      <w:r>
        <w:rPr>
          <w:b/>
        </w:rPr>
        <w:t xml:space="preserve">[04:05] </w:t>
      </w:r>
      <w:r>
        <w:t>takraao ho sakta tha. yeh log kuch na kuch takraao ka intezaam karte, kar ke ghar se chalte the.</w:t>
      </w:r>
    </w:p>
    <w:p>
      <w:pPr>
        <w:jc w:val="right"/>
      </w:pPr>
      <w:r>
        <w:t>ٹکراؤ ہو سکتا تھا۔ یہ لوگ کچھ نہ کچھ ٹکراؤ کا انتظام کرتے، کر کے گھر سے چلتے تھے۔</w:t>
      </w:r>
    </w:p>
    <w:p>
      <w:r>
        <w:rPr>
          <w:b/>
        </w:rPr>
        <w:t xml:space="preserve">[04:21] </w:t>
      </w:r>
      <w:r>
        <w:t>to rasool-e-allah sallallahu alaihi wasallam ko hukum diya gaya ke</w:t>
      </w:r>
    </w:p>
    <w:p>
      <w:pPr>
        <w:jc w:val="right"/>
      </w:pPr>
      <w:r>
        <w:t>تو رسولِ اللہ صلی اللہ علیہ وسلم کو حکم دیا گیا کہ</w:t>
      </w:r>
    </w:p>
    <w:p>
      <w:r>
        <w:rPr>
          <w:b/>
        </w:rPr>
        <w:t xml:space="preserve">[04:27] </w:t>
      </w:r>
      <w:r>
        <w:t>dawat ka kaam karo.</w:t>
      </w:r>
    </w:p>
    <w:p>
      <w:pPr>
        <w:jc w:val="right"/>
      </w:pPr>
      <w:r>
        <w:t>دعوت کا کام کرو۔</w:t>
      </w:r>
    </w:p>
    <w:p>
      <w:r>
        <w:rPr>
          <w:b/>
        </w:rPr>
        <w:t xml:space="preserve">[04:34] </w:t>
      </w:r>
      <w:r>
        <w:t>lekin is pas manzar ki bina par</w:t>
      </w:r>
    </w:p>
    <w:p>
      <w:pPr>
        <w:jc w:val="right"/>
      </w:pPr>
      <w:r>
        <w:t>لیکن اس پس منظر کی بنا پر</w:t>
      </w:r>
    </w:p>
    <w:p>
      <w:r>
        <w:rPr>
          <w:b/>
        </w:rPr>
        <w:t xml:space="preserve">[04:41] </w:t>
      </w:r>
      <w:r>
        <w:t>yeh bhi kaha gaya ke: "wala yunazoonaka fi-l-noori wa ad'u ila rabbika".</w:t>
      </w:r>
    </w:p>
    <w:p>
      <w:pPr>
        <w:jc w:val="right"/>
      </w:pPr>
      <w:r>
        <w:t>یہ بھی کہا گیا کہ: "ولا ينازونک فی النور ودعو الی ربک"۔</w:t>
      </w:r>
    </w:p>
    <w:p>
      <w:r>
        <w:rPr>
          <w:b/>
        </w:rPr>
        <w:t xml:space="preserve">[04:57] </w:t>
      </w:r>
      <w:r>
        <w:t>ya'ni un ka paighambar ka matlab yeh hai ke maamle mein tum se yeh log hargiz niza' na karayen, takraao na karayen.</w:t>
      </w:r>
    </w:p>
    <w:p>
      <w:pPr>
        <w:jc w:val="right"/>
      </w:pPr>
      <w:r>
        <w:t>یعنی ان کا پیغامبر کا مطلب یہ ہے کہ معاملے میں تم سے یہ لوگ ہرگز نزاع نہ کرائیں، ٹکراؤ نہ کرائیں۔</w:t>
      </w:r>
    </w:p>
    <w:p>
      <w:r>
        <w:rPr>
          <w:b/>
        </w:rPr>
        <w:t xml:space="preserve">[05:13] </w:t>
      </w:r>
      <w:r>
        <w:t>lekin sawaal yeh hai ke</w:t>
      </w:r>
    </w:p>
    <w:p>
      <w:pPr>
        <w:jc w:val="right"/>
      </w:pPr>
      <w:r>
        <w:t>لیکن سوال یہ ہے کہ</w:t>
      </w:r>
    </w:p>
    <w:p>
      <w:r>
        <w:rPr>
          <w:b/>
        </w:rPr>
        <w:t xml:space="preserve">[05:17] </w:t>
      </w:r>
      <w:r>
        <w:t>woh to takraao karte hi the, un ka wohi saqafat thi. to yeh kehna ke log tum se maamle mein takraao na karayen,</w:t>
      </w:r>
    </w:p>
    <w:p>
      <w:pPr>
        <w:jc w:val="right"/>
      </w:pPr>
      <w:r>
        <w:t>وہ تو ٹکراؤ کرتے ہی تھے، ان کا وہی ثقافت تھی۔ تو یہ کہنا کہ لوگ تم سے معاملے میں ٹکراؤ نہ کرائیں،</w:t>
      </w:r>
    </w:p>
    <w:p>
      <w:r>
        <w:rPr>
          <w:b/>
        </w:rPr>
        <w:t xml:space="preserve">[05:31] </w:t>
      </w:r>
      <w:r>
        <w:t>ya'ni doosron ko hukum dilayen ke woh na karne payen.</w:t>
      </w:r>
    </w:p>
    <w:p>
      <w:pPr>
        <w:jc w:val="right"/>
      </w:pPr>
      <w:r>
        <w:t>یعنی دوسروں کو حکم دلائیں کہ وہ نہ کرنے پائیں۔</w:t>
      </w:r>
    </w:p>
    <w:p>
      <w:r>
        <w:rPr>
          <w:b/>
        </w:rPr>
        <w:t xml:space="preserve">[16:54] </w:t>
      </w:r>
      <w:r>
        <w:t>dekhen yeh fiqhi mas'ala hai. fiqhi mas'ale ke ma'ni mein hamari policy yeh hai ke aap is ko</w:t>
      </w:r>
    </w:p>
    <w:p>
      <w:pPr>
        <w:jc w:val="right"/>
      </w:pPr>
      <w:r>
        <w:t>دیکھیں یہ فقہی مسئلہ ہے۔ فقہی مسئلے کے معنی میں ہماری پالیسی یہ ہے کہ آپ اس کو</w:t>
      </w:r>
    </w:p>
    <w:p>
      <w:r>
        <w:rPr>
          <w:b/>
        </w:rPr>
        <w:t xml:space="preserve">[17:03] </w:t>
      </w:r>
      <w:r>
        <w:t>doulat se poochhiye.</w:t>
      </w:r>
    </w:p>
    <w:p>
      <w:pPr>
        <w:jc w:val="right"/>
      </w:pPr>
      <w:r>
        <w:t>دولت سے پوچھیے۔</w:t>
      </w:r>
    </w:p>
    <w:p>
      <w:r>
        <w:rPr>
          <w:b/>
        </w:rPr>
        <w:t xml:space="preserve">[17:08] </w:t>
      </w:r>
      <w:r>
        <w:t>fiqhi maamle mein hum koi raah nahi dete balkeh doulat ko refer karte hain.</w:t>
      </w:r>
    </w:p>
    <w:p>
      <w:pPr>
        <w:jc w:val="right"/>
      </w:pPr>
      <w:r>
        <w:t>فقہی معاملے میں ہم کوئی راہ نہیں دیتے بلکہ دولت کو ریفر کرتے ہیں۔</w:t>
      </w:r>
    </w:p>
    <w:p>
      <w:r>
        <w:rPr>
          <w:b/>
        </w:rPr>
        <w:t xml:space="preserve">[17:20] </w:t>
      </w:r>
      <w:r>
        <w:t>to aap ko mein kahunga ke aap jis maslak ko mante hon us maslak walon se refer</w:t>
      </w:r>
    </w:p>
    <w:p>
      <w:pPr>
        <w:jc w:val="right"/>
      </w:pPr>
      <w:r>
        <w:t>تو آپ کو میں کہوں گا کہ آپ جس مسلک کو مانتے ہوں اس مسلک والوں سے ریفر</w:t>
      </w:r>
    </w:p>
    <w:p>
      <w:r>
        <w:rPr>
          <w:b/>
        </w:rPr>
        <w:t xml:space="preserve">[17:27] </w:t>
      </w:r>
      <w:r>
        <w:t>kijiye, un se rujoo kijiye.</w:t>
      </w:r>
    </w:p>
    <w:p>
      <w:pPr>
        <w:jc w:val="right"/>
      </w:pPr>
      <w:r>
        <w:t>کیجئے، ان سے رجوع کیجئے۔</w:t>
      </w:r>
    </w:p>
    <w:p>
      <w:r>
        <w:rPr>
          <w:b/>
        </w:rPr>
        <w:t xml:space="preserve">[18:12] </w:t>
      </w:r>
      <w:r>
        <w:t>aur quran mein yahi bataya gaya hai ke rasool jo bheje gaye woh</w:t>
      </w:r>
    </w:p>
    <w:p>
      <w:pPr>
        <w:jc w:val="right"/>
      </w:pPr>
      <w:r>
        <w:t>اور قرآن میں یہی بتایا گیا ہے کہ رسول جو بھیجے گئے وہ</w:t>
      </w:r>
    </w:p>
    <w:p>
      <w:r>
        <w:rPr>
          <w:b/>
        </w:rPr>
        <w:t xml:space="preserve">[18:22] </w:t>
      </w:r>
      <w:r>
        <w:t>quran le kar bheja gaya hai aur hikmat le kar. quran aur hikmat to quran ko to logon ne jana lekin hikmat se be khabar rahe.</w:t>
      </w:r>
    </w:p>
    <w:p>
      <w:pPr>
        <w:jc w:val="right"/>
      </w:pPr>
      <w:r>
        <w:t>قرآن لے کر بھیجا گیا ہے اور حکمت لے کر۔ قرآن اور حکمت تو قرآن کو تو لوگوں نے جانا لیکن حکمت سے بے خبر رہے۔</w:t>
      </w:r>
    </w:p>
    <w:p>
      <w:r>
        <w:rPr>
          <w:b/>
        </w:rPr>
        <w:t xml:space="preserve">[18:39] </w:t>
      </w:r>
      <w:r>
        <w:t>keh rahe hain kyun aisa hua?</w:t>
      </w:r>
    </w:p>
    <w:p>
      <w:pPr>
        <w:jc w:val="right"/>
      </w:pPr>
      <w:r>
        <w:t>کہہ رہے ہیں کیوں ایسا ہوا؟</w:t>
      </w:r>
    </w:p>
    <w:p>
      <w:r>
        <w:rPr>
          <w:b/>
        </w:rPr>
        <w:t xml:space="preserve">[18:42] </w:t>
      </w:r>
      <w:r>
        <w:t>kyun hikmat se be khabar rahe? yeh jo maine kaha</w:t>
      </w:r>
    </w:p>
    <w:p>
      <w:pPr>
        <w:jc w:val="right"/>
      </w:pPr>
      <w:r>
        <w:t>کیوں حکمت سے بے خبر رہے؟ یہ جو میں نے کہا</w:t>
      </w:r>
    </w:p>
    <w:p>
      <w:r>
        <w:rPr>
          <w:b/>
        </w:rPr>
        <w:t xml:space="preserve">[18:48] </w:t>
      </w:r>
      <w:r>
        <w:t>کہ لڑائی مت کرو بلکہ معاش کرو، معاش کریں کہتے ہیں، there is a cause for it, اس کا اس کو</w:t>
      </w:r>
    </w:p>
    <w:p>
      <w:pPr>
        <w:jc w:val="right"/>
      </w:pPr>
      <w:r>
        <w:t>کہ لڑائی مت کرو بلکہ معاش کرو، معاش کریں کہتے ہیں، تیرے کارسار کرو، اس کا اس کو</w:t>
      </w:r>
    </w:p>
    <w:p>
      <w:r>
        <w:rPr>
          <w:b/>
        </w:rPr>
        <w:t xml:space="preserve">[18:55] </w:t>
      </w:r>
      <w:r>
        <w:t>is ko bana do, jang ko is ko is ka is bana do.</w:t>
      </w:r>
    </w:p>
    <w:p>
      <w:pPr>
        <w:jc w:val="right"/>
      </w:pPr>
      <w:r>
        <w:t>اس کو بنا دو، جنگ کو اس کو اس کا اس بنا دو۔</w:t>
      </w:r>
    </w:p>
    <w:p>
      <w:r>
        <w:rPr>
          <w:b/>
        </w:rPr>
        <w:t xml:space="preserve">[19:22] </w:t>
      </w:r>
      <w:r>
        <w:t>tadabbur se, tadabbur, ghor o fikr.</w:t>
      </w:r>
    </w:p>
    <w:p>
      <w:pPr>
        <w:jc w:val="right"/>
      </w:pPr>
      <w:r>
        <w:t>تدبر سے، تدبر، غور و فکر۔</w:t>
      </w:r>
    </w:p>
    <w:p>
      <w:r>
        <w:rPr>
          <w:b/>
        </w:rPr>
        <w:t xml:space="preserve">[19:55] </w:t>
      </w:r>
      <w:r>
        <w:t>to bhai koi nahi, koi to kaam rehta hai aaj ke zamane mein, har aadmi masghool hai to woh to rahega. woh keh rahe hain yeh namaz ka time hai asar ki to hamare haan to namaz ho chuki hai asar ki.</w:t>
      </w:r>
    </w:p>
    <w:p>
      <w:pPr>
        <w:jc w:val="right"/>
      </w:pPr>
      <w:r>
        <w:t>تو بھئی کوئی نہیں، کوئی تو کام رہتا ہے آج کے زمانے میں، ہر آدمی مشغول ہے تو وہ تو رہے گا۔ وہ کہہ رہے ہیں یہ نماز کا ٹائم ہے عصر کی تو ہمارے ہاں تو نماز ہو چکی ہے عصر کی۔</w:t>
      </w:r>
    </w:p>
    <w:p>
      <w:r>
        <w:rPr>
          <w:b/>
        </w:rPr>
        <w:t xml:space="preserve">[20:10] </w:t>
      </w:r>
      <w:r>
        <w:t>haan haan to aise to sab</w:t>
      </w:r>
    </w:p>
    <w:p>
      <w:pPr>
        <w:jc w:val="right"/>
      </w:pPr>
      <w:r>
        <w:t>ہاں ہاں تو ایسے تو سب</w:t>
      </w:r>
    </w:p>
    <w:p>
      <w:r>
        <w:rPr>
          <w:b/>
        </w:rPr>
        <w:t xml:space="preserve">[20:12] </w:t>
      </w:r>
      <w:r>
        <w:t>hoga. bhai yeh waqt ki baat hai to apne lehaz se samjhiye, main to kuch nahi kar sakta. aap ne apne waqt ke lehaz se.</w:t>
      </w:r>
    </w:p>
    <w:p>
      <w:pPr>
        <w:jc w:val="right"/>
      </w:pPr>
      <w:r>
        <w:t>ہوگا۔ بھئی یہ وقت کی بات ہے تو اپنے لحاظ سے سمجھئے، میں تو کچھ نہیں کر سکتا۔ آپ نے اپنے وقت کے لحاظ سے۔</w:t>
      </w:r>
    </w:p>
    <w:p>
      <w:r>
        <w:rPr>
          <w:b/>
        </w:rPr>
        <w:t xml:space="preserve">[20:25] </w:t>
      </w:r>
      <w:r>
        <w:t>to yeh facebook pe to yeh program rehta hai, baad mein bhi dekh sakte hain.</w:t>
      </w:r>
    </w:p>
    <w:p>
      <w:pPr>
        <w:jc w:val="right"/>
      </w:pPr>
      <w:r>
        <w:t>تو یہ فیس بک پہ تو یہ پروگرام رہتا ہے، بعد میں بھی دیکھ سکتے ہیں۔</w:t>
      </w:r>
    </w:p>
    <w:p>
      <w:r>
        <w:rPr>
          <w:b/>
        </w:rPr>
        <w:t xml:space="preserve">[20:30] </w:t>
      </w:r>
      <w:r>
        <w:t>haan is zamane mein to aap jante hain ke</w:t>
      </w:r>
    </w:p>
    <w:p>
      <w:pPr>
        <w:jc w:val="right"/>
      </w:pPr>
      <w:r>
        <w:t>ہاں اس زمانے میں تو آپ جانتے ہیں کہ</w:t>
      </w:r>
    </w:p>
    <w:p>
      <w:r>
        <w:rPr>
          <w:b/>
        </w:rPr>
        <w:t xml:space="preserve">[20:38] </w:t>
      </w:r>
      <w:r>
        <w:t>bohat ziyada sooraten paida ho gayi hain internet ki wajah se. to jo program hum karte hain woh sab ka sab internet par maujood rehta hai.</w:t>
      </w:r>
    </w:p>
    <w:p>
      <w:pPr>
        <w:jc w:val="right"/>
      </w:pPr>
      <w:r>
        <w:t>بہت زیادہ صورتیں پیدا ہو گئی ہیں انٹرنیٹ کی وجہ سے۔ تو جو پروگرام ہم کرتے ہیں وہ سب کا سب انٹرنیٹ پر موجود رہتا ہے۔</w:t>
      </w:r>
    </w:p>
    <w:p>
      <w:r>
        <w:rPr>
          <w:b/>
        </w:rPr>
        <w:t xml:space="preserve">[20:54] </w:t>
      </w:r>
      <w:r>
        <w:t>to agar aap barwaqt</w:t>
      </w:r>
    </w:p>
    <w:p>
      <w:pPr>
        <w:jc w:val="right"/>
      </w:pPr>
      <w:r>
        <w:t>تو اگر آپ بروقت</w:t>
      </w:r>
    </w:p>
    <w:p>
      <w:r>
        <w:rPr>
          <w:b/>
        </w:rPr>
        <w:t xml:space="preserve">[20:59] </w:t>
      </w:r>
      <w:r>
        <w:t>na dekh saken</w:t>
      </w:r>
    </w:p>
    <w:p>
      <w:pPr>
        <w:jc w:val="right"/>
      </w:pPr>
      <w:r>
        <w:t>نہ دیکھ سکیں</w:t>
      </w:r>
    </w:p>
    <w:p>
      <w:r>
        <w:rPr>
          <w:b/>
        </w:rPr>
        <w:t xml:space="preserve">[21:02] </w:t>
      </w:r>
      <w:r>
        <w:t>to aap woh</w:t>
      </w:r>
    </w:p>
    <w:p>
      <w:pPr>
        <w:jc w:val="right"/>
      </w:pPr>
      <w:r>
        <w:t>تو آپ وہ</w:t>
      </w:r>
    </w:p>
    <w:p>
      <w:r>
        <w:rPr>
          <w:b/>
        </w:rPr>
        <w:t xml:space="preserve">[21:08] </w:t>
      </w:r>
      <w:r>
        <w:t>rehta hai maujood, aap dekh sakte hain.</w:t>
      </w:r>
    </w:p>
    <w:p>
      <w:pPr>
        <w:jc w:val="right"/>
      </w:pPr>
      <w:r>
        <w:t>رہتا ہے موجود، آپ دیکھ سکتے ہیں۔</w:t>
      </w:r>
    </w:p>
    <w:p>
      <w:r>
        <w:rPr>
          <w:b/>
        </w:rPr>
        <w:t xml:space="preserve">[21:18] </w:t>
      </w:r>
      <w:r>
        <w:t>woh khatam nahi ho jata.</w:t>
      </w:r>
    </w:p>
    <w:p>
      <w:pPr>
        <w:jc w:val="right"/>
      </w:pPr>
      <w:r>
        <w:t>وہ ختم نہیں ہو جاتا۔</w:t>
      </w:r>
    </w:p>
    <w:p>
      <w:r>
        <w:rPr>
          <w:b/>
        </w:rPr>
        <w:t xml:space="preserve">[21:32] </w:t>
      </w:r>
      <w:r>
        <w:t>to main aap se kehta hoon ke yeh jhooti baat hai, main ne kabhi bhi yeh daawa nahi kiya ke main imam mehdi hoon, yeh jhooti baat hai, jhooti baat hai, jhooti baat hai.</w:t>
      </w:r>
    </w:p>
    <w:p>
      <w:pPr>
        <w:jc w:val="right"/>
      </w:pPr>
      <w:r>
        <w:t>تو میں آپ سے کہتا ہوں کہ یہ جھوٹی بات ہے، میں نے کبھی بھی یہ دعویٰ نہیں کیا کہ میں امام مہدی ہوں، یہ جھوٹی بات ہے، جھوٹی بات ہے، جھوٹی بات ہے۔</w:t>
      </w:r>
    </w:p>
    <w:p>
      <w:r>
        <w:rPr>
          <w:b/>
        </w:rPr>
        <w:t xml:space="preserve">[21:45] </w:t>
      </w:r>
      <w:r>
        <w:t>ab maan lijiye aap ke yeh jhooti baat hai,</w:t>
      </w:r>
    </w:p>
    <w:p>
      <w:pPr>
        <w:jc w:val="right"/>
      </w:pPr>
      <w:r>
        <w:t>اب مان لیجئے آپ کہ یہ جھوٹی بات ہے،</w:t>
      </w:r>
    </w:p>
    <w:p>
      <w:r>
        <w:rPr>
          <w:b/>
        </w:rPr>
        <w:t xml:space="preserve">[21:50] </w:t>
      </w:r>
      <w:r>
        <w:t>maan lijiye is ko.</w:t>
      </w:r>
    </w:p>
    <w:p>
      <w:pPr>
        <w:jc w:val="right"/>
      </w:pPr>
      <w:r>
        <w:t>مان لیجئے اس کو۔</w:t>
      </w:r>
    </w:p>
    <w:p>
      <w:r>
        <w:rPr>
          <w:b/>
        </w:rPr>
        <w:t xml:space="preserve">[22:21] </w:t>
      </w:r>
      <w:r>
        <w:t>haan sahi hai, sahi hai, rasool Allah ne maash kiya, ek mauqe ko istemal kiya.</w:t>
      </w:r>
    </w:p>
    <w:p>
      <w:pPr>
        <w:jc w:val="right"/>
      </w:pPr>
      <w:r>
        <w:t>ہاں صحیح ہے، صحیح ہے، رسول اللہ نے معاش کیا، ایک موقع کو استعمال کیا۔</w:t>
      </w:r>
    </w:p>
    <w:p>
      <w:r>
        <w:rPr>
          <w:b/>
        </w:rPr>
        <w:t xml:space="preserve">[22:40] </w:t>
      </w:r>
      <w:r>
        <w:t>masha Allah, masha Allah, masha Allah.</w:t>
      </w:r>
    </w:p>
    <w:p>
      <w:pPr>
        <w:jc w:val="right"/>
      </w:pPr>
      <w:r>
        <w:t>ماشاءاللہ، ماشاءاللہ، ماشاءاللہ۔</w:t>
      </w:r>
    </w:p>
    <w:p>
      <w:r>
        <w:rPr>
          <w:b/>
        </w:rPr>
        <w:t xml:space="preserve">[23:12] </w:t>
      </w:r>
      <w:r>
        <w:t>is ke baray mein aap</w:t>
      </w:r>
    </w:p>
    <w:p>
      <w:pPr>
        <w:jc w:val="right"/>
      </w:pPr>
      <w:r>
        <w:t>اس کے بارے میں آپ</w:t>
      </w:r>
    </w:p>
    <w:p>
      <w:r>
        <w:rPr>
          <w:b/>
        </w:rPr>
        <w:t xml:space="preserve">[23:14] </w:t>
      </w:r>
      <w:r>
        <w:t>is waqt mein kuch nahi kar sakta, aap tafseer majida ko dekhiye, mera khayal hai tafseer majida mein</w:t>
      </w:r>
    </w:p>
    <w:p>
      <w:pPr>
        <w:jc w:val="right"/>
      </w:pPr>
      <w:r>
        <w:t>اس وقت میں کچھ نہیں کر سکتا، آپ تفسیر ماجدہ کو دیکھیے، میرا خیال ہے تفسیر ماجدہ میں</w:t>
      </w:r>
    </w:p>
    <w:p>
      <w:r>
        <w:rPr>
          <w:b/>
        </w:rPr>
        <w:t xml:space="preserve">[23:22] </w:t>
      </w:r>
      <w:r>
        <w:t>is mein kuch likha hoga.</w:t>
      </w:r>
    </w:p>
    <w:p>
      <w:pPr>
        <w:jc w:val="right"/>
      </w:pPr>
      <w:r>
        <w:t>اس میں کچھ لکھا ہوگا۔</w:t>
      </w:r>
    </w:p>
    <w:p>
      <w:r>
        <w:rPr>
          <w:b/>
        </w:rPr>
        <w:t xml:space="preserve">[23:49] </w:t>
      </w:r>
      <w:r>
        <w:t>yeh baat sahi hai, aap dekhen ke pehli balwaar aur doosri balwaar mein jin logon ne jang chhedi un ko fateh hasil nahi hui,</w:t>
      </w:r>
    </w:p>
    <w:p>
      <w:pPr>
        <w:jc w:val="right"/>
      </w:pPr>
      <w:r>
        <w:t>یہ بات صحیح ہے، آپ دیکھیں کہ پہلی بلوار اور دوسری بلوار میں جن لوگوں نے جنگ چھیڑی ان کو فتح حاصل نہیں ہوئی،</w:t>
      </w:r>
    </w:p>
    <w:p>
      <w:r>
        <w:rPr>
          <w:b/>
        </w:rPr>
        <w:t xml:space="preserve">[24:04] </w:t>
      </w:r>
      <w:r>
        <w:t>tabahi o barbaadi hasil hui. to yeh baat to sahi hai.</w:t>
      </w:r>
    </w:p>
    <w:p>
      <w:pPr>
        <w:jc w:val="right"/>
      </w:pPr>
      <w:r>
        <w:t>تباہی و بربادی حاصل ہوئی۔ تو یہ بات تو صحیح ہے۔</w:t>
      </w:r>
    </w:p>
    <w:p>
      <w:r>
        <w:rPr>
          <w:b/>
        </w:rPr>
        <w:t xml:space="preserve">[24:32] </w:t>
      </w:r>
      <w:r>
        <w:t>main ne jahan tak samjha hai quran mein hikmat ka lafz aaya hai</w:t>
      </w:r>
    </w:p>
    <w:p>
      <w:pPr>
        <w:jc w:val="right"/>
      </w:pPr>
      <w:r>
        <w:t>میں نے جہاں تک سمجھا ہے قرآن میں حکمت کا لفظ آیا ہے</w:t>
      </w:r>
    </w:p>
    <w:p>
      <w:r>
        <w:rPr>
          <w:b/>
        </w:rPr>
        <w:t xml:space="preserve">[24:40] </w:t>
      </w:r>
      <w:r>
        <w:t>jis ko aaj kal ki zaban mein kaha jata hai Practical Wisdom.</w:t>
      </w:r>
    </w:p>
    <w:p>
      <w:pPr>
        <w:jc w:val="right"/>
      </w:pPr>
      <w:r>
        <w:t>جس کو آج کل کی زبان میں کہا جاتا ہے Practical Wisdom۔</w:t>
      </w:r>
    </w:p>
    <w:p>
      <w:r>
        <w:rPr>
          <w:b/>
        </w:rPr>
        <w:t xml:space="preserve">[24:48] </w:t>
      </w:r>
      <w:r>
        <w:t>quran mein agar rasool allah ko</w:t>
      </w:r>
    </w:p>
    <w:p>
      <w:pPr>
        <w:jc w:val="right"/>
      </w:pPr>
      <w:r>
        <w:t>قرآن میں اگر رسول اللہ کو</w:t>
      </w:r>
    </w:p>
    <w:p>
      <w:r>
        <w:rPr>
          <w:b/>
        </w:rPr>
        <w:t xml:space="preserve">[24:55] </w:t>
      </w:r>
      <w:r>
        <w:t>kitab di gayi aur hikmat di gayi to mein samajhta hoon ke hikmat se murad hai Practical Wisdom.</w:t>
      </w:r>
    </w:p>
    <w:p>
      <w:pPr>
        <w:jc w:val="right"/>
      </w:pPr>
      <w:r>
        <w:t>کتاب دی گئی اور حکمت دی گئی تو میں سمجھتا ہوں کہ حکمت سے مراد ہے Practical Wisdom۔</w:t>
      </w:r>
    </w:p>
    <w:p>
      <w:r>
        <w:rPr>
          <w:b/>
        </w:rPr>
        <w:t xml:space="preserve">[25:05] </w:t>
      </w:r>
      <w:r>
        <w:t>is ke baray mein maine likha hai tafseel se,</w:t>
      </w:r>
    </w:p>
    <w:p>
      <w:pPr>
        <w:jc w:val="right"/>
      </w:pPr>
      <w:r>
        <w:t>اس کے بارے میں میں نے لکھا ہے تفصیل سے،</w:t>
      </w:r>
    </w:p>
    <w:p>
      <w:r>
        <w:rPr>
          <w:b/>
        </w:rPr>
        <w:t xml:space="preserve">[25:09] </w:t>
      </w:r>
      <w:r>
        <w:t>aap is ko parh sakte hain.</w:t>
      </w:r>
    </w:p>
    <w:p>
      <w:pPr>
        <w:jc w:val="right"/>
      </w:pPr>
      <w:r>
        <w:t>آپ اس کو پڑھ سکتے ہیں۔</w:t>
      </w:r>
    </w:p>
    <w:p>
      <w:r>
        <w:rPr>
          <w:b/>
        </w:rPr>
        <w:t xml:space="preserve">[25:36] </w:t>
      </w:r>
      <w:r>
        <w:t>bohat sahi kaha aap ne, aap ne bohat sahi kaha. chounke work place jo hai wahan un ka interest hota hai, is liye bohat jaldi is ko apply kar lete hain wahan aur mazhabi maamle mein is ko fatwa bana dete hain,</w:t>
      </w:r>
    </w:p>
    <w:p>
      <w:pPr>
        <w:jc w:val="right"/>
      </w:pPr>
      <w:r>
        <w:t>بہت صحیح کہا آپ نے، آپ نے بہت صحیح کہا۔ چونکہ ورک پلیس جو ہے وہاں ان کا انٹرسٹ ہوتا ہے، اس لیے بہت جلدی اس کو اپلائی کر لیتے ہیں وہاں اور مذہبی معاملے میں اس کو فتویٰ بنا دیتے ہیں،</w:t>
      </w:r>
    </w:p>
    <w:p>
      <w:r>
        <w:rPr>
          <w:b/>
        </w:rPr>
        <w:t xml:space="preserve">[25:55] </w:t>
      </w:r>
      <w:r>
        <w:t>is liye wahan fatwe pai jati hain.</w:t>
      </w:r>
    </w:p>
    <w:p>
      <w:pPr>
        <w:jc w:val="right"/>
      </w:pPr>
      <w:r>
        <w:t>اس لیے وہاں فتوے پائی جاتی ہیں۔</w:t>
      </w:r>
    </w:p>
    <w:p>
      <w:r>
        <w:rPr>
          <w:b/>
        </w:rPr>
        <w:t xml:space="preserve">[26:14] </w:t>
      </w:r>
      <w:r>
        <w:t>yeh to woh zamana jo tha, woh zamana tareekh ka</w:t>
      </w:r>
    </w:p>
    <w:p>
      <w:pPr>
        <w:jc w:val="right"/>
      </w:pPr>
      <w:r>
        <w:t>یہ تو وہ زمانہ جو تھا، وہ زمانہ تاریخی کا</w:t>
      </w:r>
    </w:p>
    <w:p>
      <w:r>
        <w:rPr>
          <w:b/>
        </w:rPr>
        <w:t xml:space="preserve">[26:31] </w:t>
      </w:r>
      <w:r>
        <w:t>jis ko quran mein kaha gaya hai woh</w:t>
      </w:r>
    </w:p>
    <w:p>
      <w:pPr>
        <w:jc w:val="right"/>
      </w:pPr>
      <w:r>
        <w:t>جس کو قرآن میں کہا گیا ہے وہ</w:t>
      </w:r>
    </w:p>
    <w:p>
      <w:r>
        <w:rPr>
          <w:b/>
        </w:rPr>
        <w:t xml:space="preserve">[26:38] </w:t>
      </w:r>
      <w:r>
        <w:t>Religious Persecution.</w:t>
      </w:r>
    </w:p>
    <w:p>
      <w:pPr>
        <w:jc w:val="right"/>
      </w:pPr>
      <w:r>
        <w:t>Religious Persecution۔</w:t>
      </w:r>
    </w:p>
    <w:p>
      <w:r>
        <w:rPr>
          <w:b/>
        </w:rPr>
        <w:t xml:space="preserve">[26:45] </w:t>
      </w:r>
      <w:r>
        <w:t>mazhab ke khilaf baat sunne ka zamana nahi tha, woh is ki wajah se takrao hota tha, khoon behta tha.</w:t>
      </w:r>
    </w:p>
    <w:p>
      <w:pPr>
        <w:jc w:val="right"/>
      </w:pPr>
      <w:r>
        <w:t>مذہب کے خلاف بات سننے کا زمانہ نہیں تھا، وہ اس کی وجہ سے ٹکراؤ ہوتا تھا، خون بہتا تھا۔</w:t>
      </w:r>
    </w:p>
    <w:p>
      <w:r>
        <w:rPr>
          <w:b/>
        </w:rPr>
        <w:t xml:space="preserve">[26:58] </w:t>
      </w:r>
      <w:r>
        <w:t>Islam ne is ko peacefully struggle mein tabdeel kiya.</w:t>
      </w:r>
    </w:p>
    <w:p>
      <w:pPr>
        <w:jc w:val="right"/>
      </w:pPr>
      <w:r>
        <w:t>اسلام نے اس کو Peacefully Struggle میں تبدیل کیا۔</w:t>
      </w:r>
    </w:p>
    <w:p>
      <w:r>
        <w:rPr>
          <w:b/>
        </w:rPr>
        <w:t xml:space="preserve">[27:16] </w:t>
      </w:r>
      <w:r>
        <w:t>purey maani mein Peace dunya mein aya hai</w:t>
      </w:r>
    </w:p>
    <w:p>
      <w:pPr>
        <w:jc w:val="right"/>
      </w:pPr>
      <w:r>
        <w:t>پورے معنی میں Peace دنیا میں آیا ہے</w:t>
      </w:r>
    </w:p>
    <w:p>
      <w:r>
        <w:rPr>
          <w:b/>
        </w:rPr>
        <w:t xml:space="preserve">[27:23] </w:t>
      </w:r>
      <w:r>
        <w:t>pehli balwaar aur doosri balwaar ke baad, yeh allah taala ka management tha.</w:t>
      </w:r>
    </w:p>
    <w:p>
      <w:pPr>
        <w:jc w:val="right"/>
      </w:pPr>
      <w:r>
        <w:t>پہلی بلوار اور دوسری بلوار کے بعد، یہ اللہ تعالیٰ کا منیجمنٹ تھا۔</w:t>
      </w:r>
    </w:p>
    <w:p>
      <w:r>
        <w:rPr>
          <w:b/>
        </w:rPr>
        <w:t xml:space="preserve">[27:32] </w:t>
      </w:r>
      <w:r>
        <w:t>mein samajhta hoon ke Allah Ta'ala ne pehli balwaar aur doosri balwaar ko maash kar ke is ko Peace bana diya, Peace ka waqia bana diya.</w:t>
      </w:r>
    </w:p>
    <w:p>
      <w:pPr>
        <w:jc w:val="right"/>
      </w:pPr>
      <w:r>
        <w:t>میں سمجھتا ہوں کہ اللہ تعالیٰ نے پہلی بلوار اور دوسری بلوار کو معاش کر کے اس کو Peace بنا دیا، Peace کا واقعہ بنا دیا۔</w:t>
      </w:r>
    </w:p>
    <w:p>
      <w:r>
        <w:rPr>
          <w:b/>
        </w:rPr>
        <w:t xml:space="preserve">[27:51] </w:t>
      </w:r>
      <w:r>
        <w:t>meri jo kitab hai</w:t>
      </w:r>
    </w:p>
    <w:p>
      <w:pPr>
        <w:jc w:val="right"/>
      </w:pPr>
      <w:r>
        <w:t>میری جو کتاب ہے</w:t>
      </w:r>
    </w:p>
    <w:p>
      <w:r>
        <w:rPr>
          <w:b/>
        </w:rPr>
        <w:t xml:space="preserve">[27:54] </w:t>
      </w:r>
      <w:r>
        <w:t>Prophet of Peace, Prophet of Peace aap parhiye, is mein is baatein milengi aap ko.</w:t>
      </w:r>
    </w:p>
    <w:p>
      <w:pPr>
        <w:jc w:val="right"/>
      </w:pPr>
      <w:r>
        <w:t>Prophet of Peace، Prophet of Peace آپ پڑھئے، اس میں اس باتیں ملیں گی آپ کو۔</w:t>
      </w:r>
    </w:p>
    <w:p>
      <w:r>
        <w:rPr>
          <w:b/>
        </w:rPr>
        <w:t xml:space="preserve">[28:26] </w:t>
      </w:r>
      <w:r>
        <w:t>aaj to pehle se zyada</w:t>
      </w:r>
    </w:p>
    <w:p>
      <w:pPr>
        <w:jc w:val="right"/>
      </w:pPr>
      <w:r>
        <w:t>آج تو پہلے سے زیادہ</w:t>
      </w:r>
    </w:p>
    <w:p>
      <w:r>
        <w:rPr>
          <w:b/>
        </w:rPr>
        <w:t xml:space="preserve">[28:32] </w:t>
      </w:r>
      <w:r>
        <w:t>is ko paane ka zamana aa gaya hai</w:t>
      </w:r>
    </w:p>
    <w:p>
      <w:pPr>
        <w:jc w:val="right"/>
      </w:pPr>
      <w:r>
        <w:t>اس کو پانے کا زمانہ آگیا ہے</w:t>
      </w:r>
    </w:p>
    <w:p>
      <w:r>
        <w:rPr>
          <w:b/>
        </w:rPr>
        <w:t xml:space="preserve">[28:38] </w:t>
      </w:r>
      <w:r>
        <w:t>balkeh allah taala ne</w:t>
      </w:r>
    </w:p>
    <w:p>
      <w:pPr>
        <w:jc w:val="right"/>
      </w:pPr>
      <w:r>
        <w:t>بلکہ اللہ تعالیٰ نے</w:t>
      </w:r>
    </w:p>
    <w:p>
      <w:r>
        <w:rPr>
          <w:b/>
        </w:rPr>
        <w:t xml:space="preserve">[28:42] </w:t>
      </w:r>
      <w:r>
        <w:t>bohat bara waqia kiya hai ke pehli balwaar aur doosri balwaar dono ko Allah Taala ne convert kar ke Peace bana diya.</w:t>
      </w:r>
    </w:p>
    <w:p>
      <w:pPr>
        <w:jc w:val="right"/>
      </w:pPr>
      <w:r>
        <w:t>بہت بڑا واقعہ کیا ہے کہ پہلی بلوار اور دوسری بلوار دونوں کو اللہ تعالیٰ نے کنورٹ کر کے Peace بنا دیا۔</w:t>
      </w:r>
    </w:p>
    <w:p>
      <w:r>
        <w:rPr>
          <w:b/>
        </w:rPr>
        <w:t xml:space="preserve">[28:59] </w:t>
      </w:r>
      <w:r>
        <w:t>Peace, is mein aap woh meri kitab parhiye Prophet of Peace.</w:t>
      </w:r>
    </w:p>
    <w:p>
      <w:pPr>
        <w:jc w:val="right"/>
      </w:pPr>
      <w:r>
        <w:t>Peace، اس میں آپ وہ میری کتاب پڑھیے Prophet of Peace۔</w:t>
      </w:r>
    </w:p>
    <w:p>
      <w:r>
        <w:rPr>
          <w:b/>
        </w:rPr>
        <w:t xml:space="preserve">[29:18] </w:t>
      </w:r>
      <w:r>
        <w:t>to is ko Peace bana diya,</w:t>
      </w:r>
    </w:p>
    <w:p>
      <w:pPr>
        <w:jc w:val="right"/>
      </w:pPr>
      <w:r>
        <w:t>تو اس کو Peace بنا دیا،</w:t>
      </w:r>
    </w:p>
    <w:p>
      <w:r>
        <w:rPr>
          <w:b/>
        </w:rPr>
        <w:t xml:space="preserve">[29:22] </w:t>
      </w:r>
      <w:r>
        <w:t>Peace bana diya.</w:t>
      </w:r>
    </w:p>
    <w:p>
      <w:pPr>
        <w:jc w:val="right"/>
      </w:pPr>
      <w:r>
        <w:t>Peace بنا دیا۔</w:t>
      </w:r>
    </w:p>
    <w:p>
      <w:r>
        <w:rPr>
          <w:b/>
        </w:rPr>
        <w:t xml:space="preserve">[29:49] </w:t>
      </w:r>
      <w:r>
        <w:t>inshallah, inshallah, inshallah.</w:t>
      </w:r>
    </w:p>
    <w:p>
      <w:pPr>
        <w:jc w:val="right"/>
      </w:pPr>
      <w:r>
        <w:t>انشاءاللہ، انشاءاللہ، انشاءاللہ۔</w:t>
      </w:r>
    </w:p>
    <w:p>
      <w:r>
        <w:rPr>
          <w:b/>
        </w:rPr>
        <w:t xml:space="preserve">[30:10] </w:t>
      </w:r>
      <w:r>
        <w:t>allah rab ul alameen ko har zaban maloom hai, har zaban aap</w:t>
      </w:r>
    </w:p>
    <w:p>
      <w:pPr>
        <w:jc w:val="right"/>
      </w:pPr>
      <w:r>
        <w:t>اللہ رب العالمین کو ہر زبان معلوم ہے، ہر زبان آپ</w:t>
      </w:r>
    </w:p>
    <w:p>
      <w:r>
        <w:rPr>
          <w:b/>
        </w:rPr>
        <w:t xml:space="preserve">[30:19] </w:t>
      </w:r>
      <w:r>
        <w:t>jis zaban mein manen ge allah ko woh to pohnche gi. jis zaban mein aap allah se dua mangen ge woh allah ko pohnche gi.</w:t>
      </w:r>
    </w:p>
    <w:p>
      <w:pPr>
        <w:jc w:val="right"/>
      </w:pPr>
      <w:r>
        <w:t>جس زبان میں مانیں گے اللہ کو وہ تو پہنچے گی۔ جس زبان میں آپ اللہ سے دعا مانگیں گے وہ اللہ کو پہنچے گی۔</w:t>
      </w:r>
    </w:p>
    <w:p>
      <w:r>
        <w:rPr>
          <w:b/>
        </w:rPr>
        <w:t xml:space="preserve">[30:45] </w:t>
      </w:r>
      <w:r>
        <w:t>mein to har jis cheez ko problem samajhte hain log, mein har aise masle ko ek nai opportunity samajhta hoon.</w:t>
      </w:r>
    </w:p>
    <w:p>
      <w:pPr>
        <w:jc w:val="right"/>
      </w:pPr>
      <w:r>
        <w:t>میں تو ہر جس چیز کو پرابلم سمجھتے ہیں لوگ، میں ہر ایسے مسئلے کو ایک نئی اپرچونیٹی سمجھتا ہوں۔</w:t>
      </w:r>
    </w:p>
    <w:p>
      <w:r>
        <w:rPr>
          <w:b/>
        </w:rPr>
        <w:t xml:space="preserve">[31:00] </w:t>
      </w:r>
      <w:r>
        <w:t>puri tareekh ko mein</w:t>
      </w:r>
    </w:p>
    <w:p>
      <w:pPr>
        <w:jc w:val="right"/>
      </w:pPr>
      <w:r>
        <w:t>پوری تاریخ کو میں</w:t>
      </w:r>
    </w:p>
    <w:p>
      <w:r>
        <w:rPr>
          <w:b/>
        </w:rPr>
        <w:t xml:space="preserve">[31:02] </w:t>
      </w:r>
      <w:r>
        <w:t>History of Opportunity manta hoon.</w:t>
      </w:r>
    </w:p>
    <w:p>
      <w:pPr>
        <w:jc w:val="right"/>
      </w:pPr>
      <w:r>
        <w:t>History of Opportunity مانتا ہوں۔</w:t>
      </w:r>
    </w:p>
    <w:p>
      <w:r>
        <w:rPr>
          <w:b/>
        </w:rPr>
        <w:t xml:space="preserve">[31:08] </w:t>
      </w:r>
      <w:r>
        <w:t>mislan pehli boulevard, doosri boulevard aur jitne bhi waqiat hain un sab ko main opportunity manta hoon.</w:t>
      </w:r>
    </w:p>
    <w:p>
      <w:pPr>
        <w:jc w:val="right"/>
      </w:pPr>
      <w:r>
        <w:t>مثلاً پہلی بلوار، دوسری بلوار اور جتنے بھی واقعات ہیں ان سب کو میں اپرچونیٹی مانتا ہوں۔</w:t>
      </w:r>
    </w:p>
    <w:p>
      <w:r>
        <w:rPr>
          <w:b/>
        </w:rPr>
        <w:t xml:space="preserve">[31:27] </w:t>
      </w:r>
      <w:r>
        <w:t>musalmanon ke mere nazdeek ghalati hai ke woh har cheez ko larai samajh lete hain, larai, takrao.</w:t>
      </w:r>
    </w:p>
    <w:p>
      <w:pPr>
        <w:jc w:val="right"/>
      </w:pPr>
      <w:r>
        <w:t>مسلمانوں کے میرے نزدیک غلطی ہے کہ وہ ہر چیز کو لڑائی سمجھ لیتے ہیں، لڑائی، ٹکراؤ۔</w:t>
      </w:r>
    </w:p>
    <w:p>
      <w:r>
        <w:rPr>
          <w:b/>
        </w:rPr>
        <w:t xml:space="preserve">[31:47] </w:t>
      </w:r>
      <w:r>
        <w:t>ab to pehli boulevard aur doosri boulevard ke baad larai ka masla hi khatam ho gaya lekin doosri boulevard ke baad kya hua?</w:t>
      </w:r>
    </w:p>
    <w:p>
      <w:pPr>
        <w:jc w:val="right"/>
      </w:pPr>
      <w:r>
        <w:t>اب تو پہلی بلوار اور دوسری بلوار کے بعد لڑائی کا مسئلہ ہی ختم ہو گیا لیکن دوسری بلوار کے بعد کیا ہوا؟</w:t>
      </w:r>
    </w:p>
    <w:p>
      <w:r>
        <w:rPr>
          <w:b/>
        </w:rPr>
        <w:t xml:space="preserve">[32:01] </w:t>
      </w:r>
      <w:r>
        <w:t>pehli boulevard ke baad kya hua ke</w:t>
      </w:r>
    </w:p>
    <w:p>
      <w:pPr>
        <w:jc w:val="right"/>
      </w:pPr>
      <w:r>
        <w:t>پہلی بلوار کے بعد کیا ہوا کہ</w:t>
      </w:r>
    </w:p>
    <w:p>
      <w:r>
        <w:rPr>
          <w:b/>
        </w:rPr>
        <w:t xml:space="preserve">[32:05] </w:t>
      </w:r>
      <w:r>
        <w:t>boundary qaim ho gayi,</w:t>
      </w:r>
    </w:p>
    <w:p>
      <w:pPr>
        <w:jc w:val="right"/>
      </w:pPr>
      <w:r>
        <w:t>باؤنڈری قائم ہو گئی،</w:t>
      </w:r>
    </w:p>
    <w:p>
      <w:r>
        <w:rPr>
          <w:b/>
        </w:rPr>
        <w:t xml:space="preserve">[32:11] </w:t>
      </w:r>
      <w:r>
        <w:t>pehle boundary nahi hua karti thi, isi larai hoti thi.</w:t>
      </w:r>
    </w:p>
    <w:p>
      <w:pPr>
        <w:jc w:val="right"/>
      </w:pPr>
      <w:r>
        <w:t>پہلے باؤنڈری نہیں ہوا کرتی تھی، اسی لڑائی ہوتی تھی۔</w:t>
      </w:r>
    </w:p>
    <w:p>
      <w:r>
        <w:rPr>
          <w:b/>
        </w:rPr>
        <w:t xml:space="preserve">[32:19] </w:t>
      </w:r>
      <w:r>
        <w:t>ab boundary qaim ho gayi to ab</w:t>
      </w:r>
    </w:p>
    <w:p>
      <w:pPr>
        <w:jc w:val="right"/>
      </w:pPr>
      <w:r>
        <w:t>اب باؤنڈری قائم ہو گئی تو اب</w:t>
      </w:r>
    </w:p>
    <w:p>
      <w:r>
        <w:rPr>
          <w:b/>
        </w:rPr>
        <w:t xml:space="preserve">[32:25] </w:t>
      </w:r>
      <w:r>
        <w:t>larai ka sabab khatam ho gaya aur</w:t>
      </w:r>
    </w:p>
    <w:p>
      <w:pPr>
        <w:jc w:val="right"/>
      </w:pPr>
      <w:r>
        <w:t>لڑائی کا سبب ختم ہو گیا اور</w:t>
      </w:r>
    </w:p>
    <w:p>
      <w:r>
        <w:rPr>
          <w:b/>
        </w:rPr>
        <w:t xml:space="preserve">[32:35] </w:t>
      </w:r>
      <w:r>
        <w:t>doosri boulevard ke zamanay mein yeh hua</w:t>
      </w:r>
    </w:p>
    <w:p>
      <w:pPr>
        <w:jc w:val="right"/>
      </w:pPr>
      <w:r>
        <w:t>دوسری بلوار کے زمانے میں یہ ہوا</w:t>
      </w:r>
    </w:p>
    <w:p>
      <w:r>
        <w:rPr>
          <w:b/>
        </w:rPr>
        <w:t xml:space="preserve">[32:42] </w:t>
      </w:r>
      <w:r>
        <w:t>ke Weapons of Mass Destruction ka Weapons of Mass Destruction ka zamanah agaya to ab jang aik</w:t>
      </w:r>
    </w:p>
    <w:p>
      <w:pPr>
        <w:jc w:val="right"/>
      </w:pPr>
      <w:r>
        <w:t>کہ Weapons of Mass Destruction کا Weapons of Mass Destruction کا زمانہ آگیا تو اب جنگ ایک</w:t>
      </w:r>
    </w:p>
    <w:p>
      <w:r>
        <w:rPr>
          <w:b/>
        </w:rPr>
        <w:t xml:space="preserve">[32:59] </w:t>
      </w:r>
      <w:r>
        <w:t>boom rang khel ban gayi. ab jang koi jang ki koi imkan hi nahi raha,</w:t>
      </w:r>
    </w:p>
    <w:p>
      <w:pPr>
        <w:jc w:val="right"/>
      </w:pPr>
      <w:r>
        <w:t>بوم رینگ کھیل بن گئی۔ اب جنگ کوئی جنگ کی کوئی امکان ہی نہیں رہا،</w:t>
      </w:r>
    </w:p>
    <w:p>
      <w:r>
        <w:rPr>
          <w:b/>
        </w:rPr>
        <w:t xml:space="preserve">[33:10] </w:t>
      </w:r>
      <w:r>
        <w:t>yeh sab baatein hum likh chuke hain apni kitabon mein.</w:t>
      </w:r>
    </w:p>
    <w:p>
      <w:pPr>
        <w:jc w:val="right"/>
      </w:pPr>
      <w:r>
        <w:t>یہ سب باتیں ہم لکھ چکے ہیں اپنی کتابوں میں۔</w:t>
      </w:r>
    </w:p>
    <w:p>
      <w:r>
        <w:rPr>
          <w:b/>
        </w:rPr>
        <w:t xml:space="preserve">[33:19] </w:t>
      </w:r>
      <w:r>
        <w:t>Muhammad Bilal Shafeek likhte hain: "What is the first step to be taken to reduce a situation of conflict into a normal situation?"</w:t>
      </w:r>
    </w:p>
    <w:p>
      <w:pPr>
        <w:jc w:val="right"/>
      </w:pPr>
      <w:r>
        <w:t>محمد بلال شفیع لکھتے ہیں: "What is the first step to be taken to reduce a situation of conflict into a normal situation?"</w:t>
      </w:r>
    </w:p>
    <w:p>
      <w:r>
        <w:rPr>
          <w:b/>
        </w:rPr>
        <w:t xml:space="preserve">[33:33] </w:t>
      </w:r>
      <w:r>
        <w:t>unilateral peace, peace. aap yeh dawat ki ke foji kis tarah nahi koi iqdamaat karega peace ka,</w:t>
      </w:r>
    </w:p>
    <w:p>
      <w:pPr>
        <w:jc w:val="right"/>
      </w:pPr>
      <w:r>
        <w:t>یونی لیٹرل پیس، پیس۔ آپ یہ دعوت کی کہ فوجی کس طرح نہیں کوئی اقدام کرے گا پیس کا،</w:t>
      </w:r>
    </w:p>
    <w:p>
      <w:r>
        <w:rPr>
          <w:b/>
        </w:rPr>
        <w:t xml:space="preserve">[33:48] </w:t>
      </w:r>
      <w:r>
        <w:t>aap aik tarafah tor par peace ko apne apna lijiye, apna aap peace qaim ho jayegi.</w:t>
      </w:r>
    </w:p>
    <w:p>
      <w:pPr>
        <w:jc w:val="right"/>
      </w:pPr>
      <w:r>
        <w:t>آپ ایک طرفہ طور پر پیس کو اپنے اپنا لیجئے، اپنا آپ پیس قائم ہو جائے گی۔</w:t>
      </w:r>
    </w:p>
    <w:p>
      <w:r>
        <w:rPr>
          <w:b/>
        </w:rPr>
        <w:t xml:space="preserve">[33:59] </w:t>
      </w:r>
      <w:r>
        <w:t>Shahadat Hussain likhte hain: "log aaj bhi Quran ko samajhte hain,</w:t>
      </w:r>
    </w:p>
    <w:p>
      <w:pPr>
        <w:jc w:val="right"/>
      </w:pPr>
      <w:r>
        <w:t>شہادت حسین لکھتے ہیں: "لوگ آج بھی قرآن کو سمجھتے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