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Adopt A Life of Fasting May 1, 2020 Maulana Wahiduddin Khan</w:t>
      </w:r>
    </w:p>
    <w:p>
      <w:r>
        <w:t>https://www.youtube.com/watch?v=oH6_1ogi0o4</w:t>
      </w:r>
    </w:p>
    <w:p>
      <w:r>
        <w:rPr>
          <w:b/>
        </w:rPr>
        <w:t xml:space="preserve">[00:13] </w:t>
      </w:r>
      <w:r>
        <w:t>Bismillah Rehman ur Rahim.</w:t>
      </w:r>
    </w:p>
    <w:p>
      <w:pPr>
        <w:jc w:val="right"/>
      </w:pPr>
      <w:r>
        <w:t>بسم اللہ الرحمن الرحیم۔</w:t>
      </w:r>
    </w:p>
    <w:p>
      <w:r>
        <w:rPr>
          <w:b/>
        </w:rPr>
        <w:t xml:space="preserve">[00:19]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[00:38] </w:t>
      </w:r>
      <w:r>
        <w:t>Ramzan ka mahina</w:t>
      </w:r>
    </w:p>
    <w:p>
      <w:pPr>
        <w:jc w:val="right"/>
      </w:pPr>
      <w:r>
        <w:t>رمضان کا مہینہ</w:t>
      </w:r>
    </w:p>
    <w:p>
      <w:r>
        <w:rPr>
          <w:b/>
        </w:rPr>
        <w:t xml:space="preserve">[00:42] </w:t>
      </w:r>
      <w:r>
        <w:t>Islami Hindi mein aik extra ordinary mahina hai, yani saare din, saare mahina aadmi khata peeta hai,</w:t>
      </w:r>
    </w:p>
    <w:p>
      <w:pPr>
        <w:jc w:val="right"/>
      </w:pPr>
      <w:r>
        <w:t>اسلامی ہندی میں ایک ایکسٹرا آرڈنری مہینہ ہے، یعنی سارے دن، سارے مہینہ آدمی کھاتا پیتا ہے،</w:t>
      </w:r>
    </w:p>
    <w:p>
      <w:r>
        <w:rPr>
          <w:b/>
        </w:rPr>
        <w:t xml:space="preserve">[00:58] </w:t>
      </w:r>
      <w:r>
        <w:t>lekin Ramzan ke mahine mein khana peena chhod deta hai.</w:t>
      </w:r>
    </w:p>
    <w:p>
      <w:pPr>
        <w:jc w:val="right"/>
      </w:pPr>
      <w:r>
        <w:t>لیکن رمضان کے مہینے میں کھانا پینا چھوڑ دیتا ہے۔</w:t>
      </w:r>
    </w:p>
    <w:p>
      <w:r>
        <w:rPr>
          <w:b/>
        </w:rPr>
        <w:t xml:space="preserve">[01:13] </w:t>
      </w:r>
      <w:r>
        <w:t>yeh bohat hi</w:t>
      </w:r>
    </w:p>
    <w:p>
      <w:pPr>
        <w:jc w:val="right"/>
      </w:pPr>
      <w:r>
        <w:t>یہ بہت ہی</w:t>
      </w:r>
    </w:p>
    <w:p>
      <w:r>
        <w:rPr>
          <w:b/>
        </w:rPr>
        <w:t xml:space="preserve">[01:18] </w:t>
      </w:r>
      <w:r>
        <w:t>anokha</w:t>
      </w:r>
    </w:p>
    <w:p>
      <w:pPr>
        <w:jc w:val="right"/>
      </w:pPr>
      <w:r>
        <w:t>انوکھا</w:t>
      </w:r>
    </w:p>
    <w:p>
      <w:r>
        <w:rPr>
          <w:b/>
        </w:rPr>
        <w:t xml:space="preserve">[01:24] </w:t>
      </w:r>
      <w:r>
        <w:t>amal hai.</w:t>
      </w:r>
    </w:p>
    <w:p>
      <w:pPr>
        <w:jc w:val="right"/>
      </w:pPr>
      <w:r>
        <w:t>عمل ہے۔</w:t>
      </w:r>
    </w:p>
    <w:p>
      <w:r>
        <w:rPr>
          <w:b/>
        </w:rPr>
        <w:t xml:space="preserve">[01:34] </w:t>
      </w:r>
      <w:r>
        <w:t>magar yeh janna chahiye ke yeh jo</w:t>
      </w:r>
    </w:p>
    <w:p>
      <w:pPr>
        <w:jc w:val="right"/>
      </w:pPr>
      <w:r>
        <w:t>مگر یہ جاننا چاہیے کہ یہ جو</w:t>
      </w:r>
    </w:p>
    <w:p>
      <w:r>
        <w:rPr>
          <w:b/>
        </w:rPr>
        <w:t xml:space="preserve">[01:42] </w:t>
      </w:r>
      <w:r>
        <w:t>waqt muqarrar ke liye khana peena chhod diya jata hai, woh haramti tor par hai,</w:t>
      </w:r>
    </w:p>
    <w:p>
      <w:pPr>
        <w:jc w:val="right"/>
      </w:pPr>
      <w:r>
        <w:t>وقت مقرر کے لیے کھانا پینا چھوڑ دیا جاتا ہے، وہ حرامتی طور پر ہے،</w:t>
      </w:r>
    </w:p>
    <w:p>
      <w:r>
        <w:rPr>
          <w:b/>
        </w:rPr>
        <w:t xml:space="preserve">[01:57] </w:t>
      </w:r>
      <w:r>
        <w:t>wohi asal nahi hai.</w:t>
      </w:r>
    </w:p>
    <w:p>
      <w:pPr>
        <w:jc w:val="right"/>
      </w:pPr>
      <w:r>
        <w:t>وہی اصل نہیں ہے۔</w:t>
      </w:r>
    </w:p>
    <w:p>
      <w:r>
        <w:rPr>
          <w:b/>
        </w:rPr>
        <w:t xml:space="preserve">[02:04] </w:t>
      </w:r>
      <w:r>
        <w:t>chunanche hadith mein aata hai ke:</w:t>
      </w:r>
    </w:p>
    <w:p>
      <w:pPr>
        <w:jc w:val="right"/>
      </w:pPr>
      <w:r>
        <w:t>چنانچہ حدیث میں آتا ہے کہ:</w:t>
      </w:r>
    </w:p>
    <w:p>
      <w:r>
        <w:rPr>
          <w:b/>
        </w:rPr>
        <w:t xml:space="preserve">[02:12] </w:t>
      </w:r>
      <w:r>
        <w:t>"malam yadda qawla al-zur wa al-amr bihi fa yusrif lil hayati yadda ta'amud" .</w:t>
      </w:r>
    </w:p>
    <w:p>
      <w:pPr>
        <w:jc w:val="right"/>
      </w:pPr>
      <w:r>
        <w:t>"مَلَّمْ يَدَا قَوْلَ الزُّورِ وَالْأَمْرَ بِهِ فَيَصْرِ لِلْحَيَةِ يَدَا تَعْمُودِ" ۔</w:t>
      </w:r>
    </w:p>
    <w:p>
      <w:r>
        <w:rPr>
          <w:b/>
        </w:rPr>
        <w:t xml:space="preserve">[02:25] </w:t>
      </w:r>
      <w:r>
        <w:t>jo aadmi</w:t>
      </w:r>
    </w:p>
    <w:p>
      <w:pPr>
        <w:jc w:val="right"/>
      </w:pPr>
      <w:r>
        <w:t>جو آدمی</w:t>
      </w:r>
    </w:p>
    <w:p>
      <w:r>
        <w:rPr>
          <w:b/>
        </w:rPr>
        <w:t xml:space="preserve">[02:29] </w:t>
      </w:r>
      <w:r>
        <w:t>qawl-e-zor ko aur zor par amal karne ko na chhoday, to Allah ko us ki hajat nahi ke woh khana peena chhod de.</w:t>
      </w:r>
    </w:p>
    <w:p>
      <w:pPr>
        <w:jc w:val="right"/>
      </w:pPr>
      <w:r>
        <w:t>قولِ زور کو اور زور پر عمل کرنے کو نہ چھوڑے، تو اللہ کو اس کی حاجت نہیں کہ وہ کھانا پینا چھوڑ دے۔</w:t>
      </w:r>
    </w:p>
    <w:p>
      <w:r>
        <w:rPr>
          <w:b/>
        </w:rPr>
        <w:t xml:space="preserve">[02:41] </w:t>
      </w:r>
      <w:r>
        <w:t>is ka ma'ni hai ke yeh khana peena asal'an haramti tor par hai,</w:t>
      </w:r>
    </w:p>
    <w:p>
      <w:pPr>
        <w:jc w:val="right"/>
      </w:pPr>
      <w:r>
        <w:t>اس کا معنی ہے کہ یہ کھانا پینا اصلًا حرامتی طور پر ہے،</w:t>
      </w:r>
    </w:p>
    <w:p>
      <w:r>
        <w:rPr>
          <w:b/>
        </w:rPr>
        <w:t xml:space="preserve">[02:50] </w:t>
      </w:r>
      <w:r>
        <w:t>haramti tor par hai.</w:t>
      </w:r>
    </w:p>
    <w:p>
      <w:pPr>
        <w:jc w:val="right"/>
      </w:pPr>
      <w:r>
        <w:t>حرامتی طور پر ہے۔</w:t>
      </w:r>
    </w:p>
    <w:p>
      <w:r>
        <w:rPr>
          <w:b/>
        </w:rPr>
        <w:t xml:space="preserve">[03:01] </w:t>
      </w:r>
      <w:r>
        <w:t>chunanche ek hadith hai</w:t>
      </w:r>
    </w:p>
    <w:p>
      <w:pPr>
        <w:jc w:val="right"/>
      </w:pPr>
      <w:r>
        <w:t>چنانچہ ایک حدیث ہے</w:t>
      </w:r>
    </w:p>
    <w:p>
      <w:r>
        <w:rPr>
          <w:b/>
        </w:rPr>
        <w:t xml:space="preserve">[03:07] </w:t>
      </w:r>
      <w:r>
        <w:t>ke bismillah se bataya gaya ke falan do aadmiyon ne roza rakha aur dono</w:t>
      </w:r>
    </w:p>
    <w:p>
      <w:pPr>
        <w:jc w:val="right"/>
      </w:pPr>
      <w:r>
        <w:t>کہ بسم اللہ سے بتایا گیا کہ فلاں دو آدمیوں نے روزہ رکھا اور دونوں</w:t>
      </w:r>
    </w:p>
    <w:p>
      <w:r>
        <w:rPr>
          <w:b/>
        </w:rPr>
        <w:t xml:space="preserve">[03:24] </w:t>
      </w:r>
      <w:r>
        <w:t>ek sath baith kar</w:t>
      </w:r>
    </w:p>
    <w:p>
      <w:pPr>
        <w:jc w:val="right"/>
      </w:pPr>
      <w:r>
        <w:t>ایک ساتھ بیٹھ کر</w:t>
      </w:r>
    </w:p>
    <w:p>
      <w:r>
        <w:rPr>
          <w:b/>
        </w:rPr>
        <w:t xml:space="preserve">[03:30] </w:t>
      </w:r>
      <w:r>
        <w:t>ek doosre ke khilaf</w:t>
      </w:r>
    </w:p>
    <w:p>
      <w:pPr>
        <w:jc w:val="right"/>
      </w:pPr>
      <w:r>
        <w:t>ایک دوسرے کے خلاف</w:t>
      </w:r>
    </w:p>
    <w:p>
      <w:r>
        <w:rPr>
          <w:b/>
        </w:rPr>
        <w:t xml:space="preserve">[03:36] </w:t>
      </w:r>
      <w:r>
        <w:t>ghibat ki baatein karte rahe.</w:t>
      </w:r>
    </w:p>
    <w:p>
      <w:pPr>
        <w:jc w:val="right"/>
      </w:pPr>
      <w:r>
        <w:t>غیبت کی باتیں کرتے رہے۔</w:t>
      </w:r>
    </w:p>
    <w:p>
      <w:r>
        <w:rPr>
          <w:b/>
        </w:rPr>
        <w:t xml:space="preserve">[03:41] </w:t>
      </w:r>
      <w:r>
        <w:t>to aap ne farmaya ke unhon ne</w:t>
      </w:r>
    </w:p>
    <w:p>
      <w:pPr>
        <w:jc w:val="right"/>
      </w:pPr>
      <w:r>
        <w:t>تو آپ نے فرمایا کہ انہوں نے</w:t>
      </w:r>
    </w:p>
    <w:p>
      <w:r>
        <w:rPr>
          <w:b/>
        </w:rPr>
        <w:t xml:space="preserve">[03:50] </w:t>
      </w:r>
      <w:r>
        <w:t>aaram se roza rakha,</w:t>
      </w:r>
    </w:p>
    <w:p>
      <w:pPr>
        <w:jc w:val="right"/>
      </w:pPr>
      <w:r>
        <w:t>آرام سے روزہ رکھا،</w:t>
      </w:r>
    </w:p>
    <w:p>
      <w:r>
        <w:rPr>
          <w:b/>
        </w:rPr>
        <w:t xml:space="preserve">[03:56] </w:t>
      </w:r>
      <w:r>
        <w:t>unhon ne halaal se roza rakha aur haraam se iftar kar liya.</w:t>
      </w:r>
    </w:p>
    <w:p>
      <w:pPr>
        <w:jc w:val="right"/>
      </w:pPr>
      <w:r>
        <w:t>انہوں نے حلال سے روزہ رکھا اور حرام سے افطار کر لیا۔</w:t>
      </w:r>
    </w:p>
    <w:p>
      <w:r>
        <w:rPr>
          <w:b/>
        </w:rPr>
        <w:t xml:space="preserve">[04:12] </w:t>
      </w:r>
      <w:r>
        <w:t>kyun ke roze mein khana aap ne chhodna, woh to haramti tor par hai, ya'ni haramti roza rakha aur haqeeqi roza nahi chhodha.</w:t>
      </w:r>
    </w:p>
    <w:p>
      <w:pPr>
        <w:jc w:val="right"/>
      </w:pPr>
      <w:r>
        <w:t>کیونکہ روزے میں کھانا آپ نے چھوڑنا، وہ تو حرامتی طور پر ہے، یعنی حرامتی روزہ رکھا اور حقیقی روزہ نہیں چھوڑا۔</w:t>
      </w:r>
    </w:p>
    <w:p>
      <w:r>
        <w:rPr>
          <w:b/>
        </w:rPr>
        <w:t xml:space="preserve">[04:29] </w:t>
      </w:r>
      <w:r>
        <w:t>is ka matlab yeh hai: haramti roza to rakha lekin haqeeqi roza nahi rakha.</w:t>
      </w:r>
    </w:p>
    <w:p>
      <w:pPr>
        <w:jc w:val="right"/>
      </w:pPr>
      <w:r>
        <w:t>اس کا مطلب یہ ہے: حرامتی روزہ تو رکھا لیکن حقیقی روزہ نہیں رکھا۔</w:t>
      </w:r>
    </w:p>
    <w:p>
      <w:r>
        <w:rPr>
          <w:b/>
        </w:rPr>
        <w:t xml:space="preserve">[04:46] </w:t>
      </w:r>
      <w:r>
        <w:t>is ke ma'ni hain ke roza aadmi ko</w:t>
      </w:r>
    </w:p>
    <w:p>
      <w:pPr>
        <w:jc w:val="right"/>
      </w:pPr>
      <w:r>
        <w:t>اس کے معنی ہیں کہ روزہ آدمی کو</w:t>
      </w:r>
    </w:p>
    <w:p>
      <w:r>
        <w:rPr>
          <w:b/>
        </w:rPr>
        <w:t xml:space="preserve">[04:55] </w:t>
      </w:r>
      <w:r>
        <w:t>taleem deta hai ke</w:t>
      </w:r>
    </w:p>
    <w:p>
      <w:pPr>
        <w:jc w:val="right"/>
      </w:pPr>
      <w:r>
        <w:t>تعلیم دیتا ہے کہ</w:t>
      </w:r>
    </w:p>
    <w:p>
      <w:r>
        <w:rPr>
          <w:b/>
        </w:rPr>
        <w:t xml:space="preserve">[05:04] </w:t>
      </w:r>
      <w:r>
        <w:t>zyada gehrai ke sath baaton ko soche, zyada gehrai ke sath woh apni zindagi ka naqsha banaye.</w:t>
      </w:r>
    </w:p>
    <w:p>
      <w:pPr>
        <w:jc w:val="right"/>
      </w:pPr>
      <w:r>
        <w:t>زیادہ گہرائی کے ساتھ باتوں کو سوچے، زیادہ گہرائی کے ساتھ وہ اپنی زندگی کا نقشہ بنائے۔</w:t>
      </w:r>
    </w:p>
    <w:p>
      <w:r>
        <w:rPr>
          <w:b/>
        </w:rPr>
        <w:t xml:space="preserve">[05:18] </w:t>
      </w:r>
      <w:r>
        <w:t>to aadmi ko</w:t>
      </w:r>
    </w:p>
    <w:p>
      <w:pPr>
        <w:jc w:val="right"/>
      </w:pPr>
      <w:r>
        <w:t>تو آدمی کو</w:t>
      </w:r>
    </w:p>
    <w:p>
      <w:r>
        <w:rPr>
          <w:b/>
        </w:rPr>
        <w:t xml:space="preserve">[05:22] </w:t>
      </w:r>
      <w:r>
        <w:t>roza rakhne ke sath yeh bhi sochna hai ke yeh kis baat ki alamat hai roza?</w:t>
      </w:r>
    </w:p>
    <w:p>
      <w:pPr>
        <w:jc w:val="right"/>
      </w:pPr>
      <w:r>
        <w:t>روزہ رکھنے کے ساتھ یہ بھی سوچنا ہے کہ یہ کس بات کی علامت ہے روزہ؟</w:t>
      </w:r>
    </w:p>
    <w:p>
      <w:r>
        <w:rPr>
          <w:b/>
        </w:rPr>
        <w:t xml:space="preserve">[05:34] </w:t>
      </w:r>
      <w:r>
        <w:t>yeh jo main roza rakh raha hoon, yeh kis baat ki alamat hai?</w:t>
      </w:r>
    </w:p>
    <w:p>
      <w:pPr>
        <w:jc w:val="right"/>
      </w:pPr>
      <w:r>
        <w:t>یہ جو میں روزہ رکھ رہا ہوں، یہ کس بات کی علامت ہے؟</w:t>
      </w:r>
    </w:p>
    <w:p>
      <w:r>
        <w:rPr>
          <w:b/>
        </w:rPr>
        <w:t xml:space="preserve">[05:46] </w:t>
      </w:r>
      <w:r>
        <w:t>yeh is baat ki alamat hai ke</w:t>
      </w:r>
    </w:p>
    <w:p>
      <w:pPr>
        <w:jc w:val="right"/>
      </w:pPr>
      <w:r>
        <w:t>یہ اس بات کی علامت ہے کہ</w:t>
      </w:r>
    </w:p>
    <w:p>
      <w:r>
        <w:rPr>
          <w:b/>
        </w:rPr>
        <w:t xml:space="preserve">[05:59] </w:t>
      </w:r>
      <w:r>
        <w:t>ikhlaqi</w:t>
      </w:r>
    </w:p>
    <w:p>
      <w:pPr>
        <w:jc w:val="right"/>
      </w:pPr>
      <w:r>
        <w:t>اخلاقی</w:t>
      </w:r>
    </w:p>
    <w:p>
      <w:r>
        <w:rPr>
          <w:b/>
        </w:rPr>
        <w:t xml:space="preserve">[06:04] </w:t>
      </w:r>
      <w:r>
        <w:t>aitbar se</w:t>
      </w:r>
    </w:p>
    <w:p>
      <w:pPr>
        <w:jc w:val="right"/>
      </w:pPr>
      <w:r>
        <w:t>اعتبار سے</w:t>
      </w:r>
    </w:p>
    <w:p>
      <w:r>
        <w:rPr>
          <w:b/>
        </w:rPr>
        <w:t xml:space="preserve">[06:12] </w:t>
      </w:r>
      <w:r>
        <w:t>jin cheezon ko chhodna hai,</w:t>
      </w:r>
    </w:p>
    <w:p>
      <w:pPr>
        <w:jc w:val="right"/>
      </w:pPr>
      <w:r>
        <w:t>جن چیزوں کو چھوڑنا ہے،</w:t>
      </w:r>
    </w:p>
    <w:p>
      <w:r>
        <w:rPr>
          <w:b/>
        </w:rPr>
        <w:t xml:space="preserve">[06:16] </w:t>
      </w:r>
      <w:r>
        <w:t>un jo cheezon ko aadmi chhodhe, yeh chhodne ki fehrist islam mein sirf khane peene ki had tak nahi hai.</w:t>
      </w:r>
    </w:p>
    <w:p>
      <w:pPr>
        <w:jc w:val="right"/>
      </w:pPr>
      <w:r>
        <w:t>ان جو چیزوں کو آدمی چھوڑے، یہ چھوڑنے کی فہرست اسلام میں صرف کھانے پینے کی حد تک نہیں ہے۔</w:t>
      </w:r>
    </w:p>
    <w:p>
      <w:r>
        <w:rPr>
          <w:b/>
        </w:rPr>
        <w:t xml:space="preserve">[06:30] </w:t>
      </w:r>
      <w:r>
        <w:t>chhodne ki fehrist yahan tak hai</w:t>
      </w:r>
    </w:p>
    <w:p>
      <w:pPr>
        <w:jc w:val="right"/>
      </w:pPr>
      <w:r>
        <w:t>چھوڑنے کی فہرست یہاں تک ہے</w:t>
      </w:r>
    </w:p>
    <w:p>
      <w:r>
        <w:rPr>
          <w:b/>
        </w:rPr>
        <w:t xml:space="preserve">[06:39] </w:t>
      </w:r>
      <w:r>
        <w:t>ke</w:t>
      </w:r>
    </w:p>
    <w:p>
      <w:pPr>
        <w:jc w:val="right"/>
      </w:pPr>
      <w:r>
        <w:t>کہ</w:t>
      </w:r>
    </w:p>
    <w:p>
      <w:r>
        <w:rPr>
          <w:b/>
        </w:rPr>
        <w:t xml:space="preserve">[06:43] </w:t>
      </w:r>
      <w:r>
        <w:t>negative soch</w:t>
      </w:r>
    </w:p>
    <w:p>
      <w:pPr>
        <w:jc w:val="right"/>
      </w:pPr>
      <w:r>
        <w:t>نیگیٹیو سوچ</w:t>
      </w:r>
    </w:p>
    <w:p>
      <w:r>
        <w:rPr>
          <w:b/>
        </w:rPr>
        <w:t xml:space="preserve">[06:52] </w:t>
      </w:r>
      <w:r>
        <w:t>bhi chhodna hai,</w:t>
      </w:r>
    </w:p>
    <w:p>
      <w:pPr>
        <w:jc w:val="right"/>
      </w:pPr>
      <w:r>
        <w:t>بھی چھوڑنا ہے،</w:t>
      </w:r>
    </w:p>
    <w:p>
      <w:r>
        <w:rPr>
          <w:b/>
        </w:rPr>
        <w:t xml:space="preserve">[06:58] </w:t>
      </w:r>
      <w:r>
        <w:t>negative planning bhi sochna hai, chhodna hai.</w:t>
      </w:r>
    </w:p>
    <w:p>
      <w:pPr>
        <w:jc w:val="right"/>
      </w:pPr>
      <w:r>
        <w:t>نیگیٹیو پلاننگ بھی سوچنا ہے، چھوڑنا ہے۔</w:t>
      </w:r>
    </w:p>
    <w:p>
      <w:r>
        <w:rPr>
          <w:b/>
        </w:rPr>
        <w:t xml:space="preserve">[07:10] </w:t>
      </w:r>
      <w:r>
        <w:t>ke is ka matlab yeh hai ke jab tak aadmi sochne wali zindagi na guzare, tab tak is ka roza mukammal nahi hoga.</w:t>
      </w:r>
    </w:p>
    <w:p>
      <w:pPr>
        <w:jc w:val="right"/>
      </w:pPr>
      <w:r>
        <w:t>کہ اس کا مطلب یہ ہے کہ جب تک آدمی سوچنے والی زندگی نہ گزارے، تب تک اس کا روزہ مکمل نہیں ہوگا۔</w:t>
      </w:r>
    </w:p>
    <w:p>
      <w:r>
        <w:rPr>
          <w:b/>
        </w:rPr>
        <w:t xml:space="preserve">[07:31] </w:t>
      </w:r>
      <w:r>
        <w:t>to ek zindagi hai ke aap ne pani chhod diya, khana chhod diya, doosri zindagi hai ke aap sochen, sochen, sochen ke kya kya cheez hai asal aur kya cheez hai</w:t>
      </w:r>
    </w:p>
    <w:p>
      <w:pPr>
        <w:jc w:val="right"/>
      </w:pPr>
      <w:r>
        <w:t>تو ایک زندگی ہے کہ آپ نے پانی چھوڑ دیا، کھانا چھوڑ دیا، دوسری زندگی ہے کہ آپ سوچیں، سوچیں، سوچیں کہ کیا کیا چیز ہے اصل اور کیا چیز ہے</w:t>
      </w:r>
    </w:p>
    <w:p>
      <w:r>
        <w:rPr>
          <w:b/>
        </w:rPr>
        <w:t xml:space="preserve">[07:50] </w:t>
      </w:r>
      <w:r>
        <w:t>haramti.</w:t>
      </w:r>
    </w:p>
    <w:p>
      <w:pPr>
        <w:jc w:val="right"/>
      </w:pPr>
      <w:r>
        <w:t>حرامتی۔</w:t>
      </w:r>
    </w:p>
    <w:p>
      <w:r>
        <w:rPr>
          <w:b/>
        </w:rPr>
        <w:t xml:space="preserve">[08:03] </w:t>
      </w:r>
      <w:r>
        <w:t>teesra to mein aap ko yeh</w:t>
      </w:r>
    </w:p>
    <w:p>
      <w:pPr>
        <w:jc w:val="right"/>
      </w:pPr>
      <w:r>
        <w:t>تیسرا تو میں آپ کو یہ</w:t>
      </w:r>
    </w:p>
    <w:p>
      <w:r>
        <w:rPr>
          <w:b/>
        </w:rPr>
        <w:t xml:space="preserve">[08:09] </w:t>
      </w:r>
      <w:r>
        <w:t>dawat deta hoon ke aap</w:t>
      </w:r>
    </w:p>
    <w:p>
      <w:pPr>
        <w:jc w:val="right"/>
      </w:pPr>
      <w:r>
        <w:t>دعوت دیتا ہوں کہ آپ</w:t>
      </w:r>
    </w:p>
    <w:p>
      <w:r>
        <w:rPr>
          <w:b/>
        </w:rPr>
        <w:t xml:space="preserve">[08:16] </w:t>
      </w:r>
      <w:r>
        <w:t>roze mein,</w:t>
      </w:r>
    </w:p>
    <w:p>
      <w:pPr>
        <w:jc w:val="right"/>
      </w:pPr>
      <w:r>
        <w:t>روزے میں،</w:t>
      </w:r>
    </w:p>
    <w:p>
      <w:r>
        <w:rPr>
          <w:b/>
        </w:rPr>
        <w:t xml:space="preserve">[08:25] </w:t>
      </w:r>
      <w:r>
        <w:t>roza yeh bhi shamil kar len, roza, rozadarana zindagi, rozadarana zindagi, is ko bhi</w:t>
      </w:r>
    </w:p>
    <w:p>
      <w:pPr>
        <w:jc w:val="right"/>
      </w:pPr>
      <w:r>
        <w:t>روزہ یہ بھی شامل کر لیں، روزہ، روزہ دارانہ زندگی، روزہ دارانہ زندگی، اس کو بھی</w:t>
      </w:r>
    </w:p>
    <w:p>
      <w:r>
        <w:rPr>
          <w:b/>
        </w:rPr>
        <w:t xml:space="preserve">[08:41] </w:t>
      </w:r>
      <w:r>
        <w:t>shamil kar len aur is mein rozadarana soch</w:t>
      </w:r>
    </w:p>
    <w:p>
      <w:pPr>
        <w:jc w:val="right"/>
      </w:pPr>
      <w:r>
        <w:t>شامل کر لیں اور اس میں روزہ دارانہ سوچ</w:t>
      </w:r>
    </w:p>
    <w:p>
      <w:r>
        <w:rPr>
          <w:b/>
        </w:rPr>
        <w:t xml:space="preserve">[08:49] </w:t>
      </w:r>
      <w:r>
        <w:t>bhi shamil kar len. Roza rakh kar aap roza, rozadarana zindagi, rozadarana soch, is ko bhi shamil kar len.</w:t>
      </w:r>
    </w:p>
    <w:p>
      <w:pPr>
        <w:jc w:val="right"/>
      </w:pPr>
      <w:r>
        <w:t>بھی شامل کر لیں۔ روزہ رکھ کر آپ روزہ، روزہ دارانہ زندگی، روزہ دارانہ سوچ، اس کو بھی شامل کر لیں۔</w:t>
      </w:r>
    </w:p>
    <w:p>
      <w:r>
        <w:rPr>
          <w:b/>
        </w:rPr>
        <w:t xml:space="preserve">[09:09] </w:t>
      </w:r>
      <w:r>
        <w:t>tab woh roza mukammal roza hoga aur woh roza hoga jis ka sawab bohat zyada hota hai.</w:t>
      </w:r>
    </w:p>
    <w:p>
      <w:pPr>
        <w:jc w:val="right"/>
      </w:pPr>
      <w:r>
        <w:t>تب وہ روزہ مکمل روزہ ہوگا اور وہ روزہ ہوگا جس کا ثواب بہت زیادہ ہوتا ہے۔</w:t>
      </w:r>
    </w:p>
    <w:p>
      <w:r>
        <w:rPr>
          <w:b/>
        </w:rPr>
        <w:t xml:space="preserve">[09:23] </w:t>
      </w:r>
      <w:r>
        <w:t>assalam o alaikum wa rehmatullah</w:t>
      </w:r>
    </w:p>
    <w:p>
      <w:pPr>
        <w:jc w:val="right"/>
      </w:pPr>
      <w:r>
        <w:t>السلام علیکم ورحمۃ اللہ</w:t>
      </w:r>
    </w:p>
    <w:p>
      <w:r>
        <w:rPr>
          <w:b/>
        </w:rPr>
        <w:t xml:space="preserve">[09:40] </w:t>
      </w:r>
      <w:r>
        <w:t>maulana sahab, iftikhar hassan kehte hain: "maulana ji, aap ki awaz bilkul saaf hai." aaj aap ki awaz bilkul saaf hai.</w:t>
      </w:r>
    </w:p>
    <w:p>
      <w:pPr>
        <w:jc w:val="right"/>
      </w:pPr>
      <w:r>
        <w:t>مولانا صاحب، افتخار حسن کہتے ہیں: "مولانا جی، آپ کی آواز بالکل صاف ہے۔" آج آپ کی آواز بالکل صاف ہے۔</w:t>
      </w:r>
    </w:p>
    <w:p>
      <w:r>
        <w:rPr>
          <w:b/>
        </w:rPr>
        <w:t xml:space="preserve">[09:58] </w:t>
      </w:r>
      <w:r>
        <w:t>masha allah.</w:t>
      </w:r>
    </w:p>
    <w:p>
      <w:pPr>
        <w:jc w:val="right"/>
      </w:pPr>
      <w:r>
        <w:t>ماشاءاللہ۔</w:t>
      </w:r>
    </w:p>
    <w:p>
      <w:r>
        <w:rPr>
          <w:b/>
        </w:rPr>
        <w:t xml:space="preserve">[10:03] </w:t>
      </w:r>
      <w:r>
        <w:t>ziya khan likhte hain: "ab chunke namaz masjid mein nahi ho rahi hai to juma ke din do rak'at farz namaz ghar par parhna chahiye ya nahi?"</w:t>
      </w:r>
    </w:p>
    <w:p>
      <w:pPr>
        <w:jc w:val="right"/>
      </w:pPr>
      <w:r>
        <w:t>ضیاء خان لکھتے ہیں: "اب چونکہ نماز مسجد میں نہیں ہو رہی ہے تو جمعہ کے دن دو رکعت فرض نماز گھر پر پڑھنا چاہیے یا نہیں؟"</w:t>
      </w:r>
    </w:p>
    <w:p>
      <w:r>
        <w:rPr>
          <w:b/>
        </w:rPr>
        <w:t xml:space="preserve">[10:23] </w:t>
      </w:r>
      <w:r>
        <w:t>dekhiye, yeh halaat par hai aur dekhiye, aap akele akele faisla mat kijiye. Aap ki yahan koi aalim hoga,</w:t>
      </w:r>
    </w:p>
    <w:p>
      <w:pPr>
        <w:jc w:val="right"/>
      </w:pPr>
      <w:r>
        <w:t>دیکھیے، یہ حالات پر ہے اور دیکھیے، آپ اکیلے اکیلے فیصلہ مت کیجیے۔ آپ کی یہاں کوئی عالم ہوگا،</w:t>
      </w:r>
    </w:p>
    <w:p>
      <w:r>
        <w:rPr>
          <w:b/>
        </w:rPr>
        <w:t xml:space="preserve">[10:37] </w:t>
      </w:r>
      <w:r>
        <w:t>koi imam hoga, us ke mashware se amal kijiye. aur yaad rakhiye,</w:t>
      </w:r>
    </w:p>
    <w:p>
      <w:pPr>
        <w:jc w:val="right"/>
      </w:pPr>
      <w:r>
        <w:t>کوئی امام ہوگا، اس کے مشورے سے عمل کیجیے۔ اور یاد رکھیے،</w:t>
      </w:r>
    </w:p>
    <w:p>
      <w:r>
        <w:rPr>
          <w:b/>
        </w:rPr>
        <w:t xml:space="preserve">[10:49] </w:t>
      </w:r>
      <w:r>
        <w:t>jo nizam hai, jo intezamiya jo hai, us ki pabandi karna bhi ek bohat bara farz hai.</w:t>
      </w:r>
    </w:p>
    <w:p>
      <w:pPr>
        <w:jc w:val="right"/>
      </w:pPr>
      <w:r>
        <w:t>جو نظام ہے، جو انتظامیہ جو ہے، اس کی پابندی کرنا بھی ایک بہت بڑا فرض ہے۔</w:t>
      </w:r>
    </w:p>
    <w:p>
      <w:r>
        <w:rPr>
          <w:b/>
        </w:rPr>
        <w:t xml:space="preserve">[11:05] </w:t>
      </w:r>
      <w:r>
        <w:t>jo bhi aap ka intezamiya hai,</w:t>
      </w:r>
    </w:p>
    <w:p>
      <w:pPr>
        <w:jc w:val="right"/>
      </w:pPr>
      <w:r>
        <w:t>جو بھی آپ کا انتظامیہ ہے،</w:t>
      </w:r>
    </w:p>
    <w:p>
      <w:r>
        <w:rPr>
          <w:b/>
        </w:rPr>
        <w:t xml:space="preserve">[11:10] </w:t>
      </w:r>
      <w:r>
        <w:t>us ki aap pabandi kijiye aur hargiz us ke khilaf mat jaiye.</w:t>
      </w:r>
    </w:p>
    <w:p>
      <w:pPr>
        <w:jc w:val="right"/>
      </w:pPr>
      <w:r>
        <w:t>اس کی آپ پابندی کیجیے اور ہرگز اس کے خلاف مت جائیے۔</w:t>
      </w:r>
    </w:p>
    <w:p>
      <w:r>
        <w:rPr>
          <w:b/>
        </w:rPr>
        <w:t xml:space="preserve">[11:18] </w:t>
      </w:r>
      <w:r>
        <w:t>fareed khan multan se likhte hain: "aulad ki nemat se mehroom hoon, dua ki darkhwast karta hoon."</w:t>
      </w:r>
    </w:p>
    <w:p>
      <w:pPr>
        <w:jc w:val="right"/>
      </w:pPr>
      <w:r>
        <w:t>فرید خان ملتان سے لکھتے ہیں: "اولاد کی نعمت سے محروم ہوں، دعا کی درخواست کرتا ہوں۔"</w:t>
      </w:r>
    </w:p>
    <w:p>
      <w:r>
        <w:rPr>
          <w:b/>
        </w:rPr>
        <w:t xml:space="preserve">[11:30] </w:t>
      </w:r>
      <w:r>
        <w:t>dua hai ke Allah taala aap ko aulad ata farmaye.</w:t>
      </w:r>
    </w:p>
    <w:p>
      <w:pPr>
        <w:jc w:val="right"/>
      </w:pPr>
      <w:r>
        <w:t>دعا ہے کہ اللہ تعالیٰ آپ کو اولاد عطا فرمائے۔</w:t>
      </w:r>
    </w:p>
    <w:p>
      <w:r>
        <w:rPr>
          <w:b/>
        </w:rPr>
        <w:t xml:space="preserve">[11:48] </w:t>
      </w:r>
      <w:r>
        <w:t>raza muhammad likhte hain: "maulana sahab, Allah aap ko hamesha khush rakhe." amin. aftab khan likhte hain: "maulana, aaj kal ke media ki bharmar ke daur mein bhi kisi ghair muslim ke bare mein socha ja sakta hai ke us tak peghamabara dawat nahi pahunchi hogi,</w:t>
      </w:r>
    </w:p>
    <w:p>
      <w:pPr>
        <w:jc w:val="right"/>
      </w:pPr>
      <w:r>
        <w:t>رضا محمد لکھتے ہیں: "مولانا صاحب، اللہ آپ کو ہمیشہ خوش رکھے۔" آمین۔ آفتاب خان لکھتے ہیں: "مولانا، آج کل کے میڈیا کی بھرمار کے دور میں بھی کسی غیر مسلم کے بارے میں سوچا جا سکتا ہے کہ اس تک پیغمبرانہ دعوت نہیں پہنچی ہوگی،</w:t>
      </w:r>
    </w:p>
    <w:p>
      <w:r>
        <w:rPr>
          <w:b/>
        </w:rPr>
        <w:t xml:space="preserve">[12:13] </w:t>
      </w:r>
      <w:r>
        <w:t>aur kya yeh agle jahan ke liye uzr pesh kar sakenge?"</w:t>
      </w:r>
    </w:p>
    <w:p>
      <w:pPr>
        <w:jc w:val="right"/>
      </w:pPr>
      <w:r>
        <w:t>اور کیا یہ اگلے جہان کے لیے عذر پیش کر سکیں گے؟"</w:t>
      </w:r>
    </w:p>
    <w:p>
      <w:r>
        <w:rPr>
          <w:b/>
        </w:rPr>
        <w:t xml:space="preserve">[12:22] </w:t>
      </w:r>
      <w:r>
        <w:t>dekhiye, sab kuch depend karta hai niyat par. "al-a'malu bin-niyati" hadith mein aaya hai: "jo sachi niyat ke sath</w:t>
      </w:r>
    </w:p>
    <w:p>
      <w:pPr>
        <w:jc w:val="right"/>
      </w:pPr>
      <w:r>
        <w:t>دیکھیے، سب کچھ ڈیپینڈ کرتا ہے نیت پر۔ "الأعمالُ بالنياتِ" حدیث میں آیا ہے: "جو سچی نیت کے ساتھ</w:t>
      </w:r>
    </w:p>
    <w:p>
      <w:r>
        <w:rPr>
          <w:b/>
        </w:rPr>
        <w:t xml:space="preserve">[12:41] </w:t>
      </w:r>
      <w:r>
        <w:t>aadmi Allah ki raza ke liye jo baat soche, to woh us ke amal mein likha jayega, inshallah."</w:t>
      </w:r>
    </w:p>
    <w:p>
      <w:pPr>
        <w:jc w:val="right"/>
      </w:pPr>
      <w:r>
        <w:t>آدمی اللہ کی رضا کے لیے جو بات سوچے، تو وہ اس کے عمل میں لکھا جائے گا، انشاءاللہ۔"</w:t>
      </w:r>
    </w:p>
    <w:p>
      <w:r>
        <w:rPr>
          <w:b/>
        </w:rPr>
        <w:t xml:space="preserve">[12:55] </w:t>
      </w:r>
      <w:r>
        <w:t>woh shayad yeh samajh rahe hain ke jo online hota hai ya website par ya internet par jo material hota hai Islam par, to woh kafi hai dawat ke liye ya hamein khud dawat karni hai?</w:t>
      </w:r>
    </w:p>
    <w:p>
      <w:pPr>
        <w:jc w:val="right"/>
      </w:pPr>
      <w:r>
        <w:t>وہ شاید یہ سمجھ رہے ہیں کہ جو آن لائن ہوتا ہے یا ویب سائٹ پر یا انٹرنیٹ پر جو مٹیریل ہوتا ہے اسلام پر، تو وہ کافی ہے دعوت کے لیے یا ہمیں خود دعوت کرنی ہے؟</w:t>
      </w:r>
    </w:p>
    <w:p>
      <w:r>
        <w:rPr>
          <w:b/>
        </w:rPr>
        <w:t xml:space="preserve">[13:13] </w:t>
      </w:r>
      <w:r>
        <w:t>nahi, nahi. har jis se dawat ka,</w:t>
      </w:r>
    </w:p>
    <w:p>
      <w:pPr>
        <w:jc w:val="right"/>
      </w:pPr>
      <w:r>
        <w:t>نہیں، نہیں۔ ہر جس سے دعوت کا،</w:t>
      </w:r>
    </w:p>
    <w:p>
      <w:r>
        <w:rPr>
          <w:b/>
        </w:rPr>
        <w:t xml:space="preserve">[13:21] </w:t>
      </w:r>
      <w:r>
        <w:t>jis se dawat ka waqia</w:t>
      </w:r>
    </w:p>
    <w:p>
      <w:pPr>
        <w:jc w:val="right"/>
      </w:pPr>
      <w:r>
        <w:t>جس سے دعوت کا واقعہ</w:t>
      </w:r>
    </w:p>
    <w:p>
      <w:r>
        <w:rPr>
          <w:b/>
        </w:rPr>
        <w:t xml:space="preserve">[13:31] </w:t>
      </w:r>
      <w:r>
        <w:t>amal mein aaye, woh dawat hai, chahe mode koi koi bhi ho.</w:t>
      </w:r>
    </w:p>
    <w:p>
      <w:pPr>
        <w:jc w:val="right"/>
      </w:pPr>
      <w:r>
        <w:t>عمل میں آئے، وہ دعوت ہے، چاہے موڈ کوئی کوئی بھی ہو۔</w:t>
      </w:r>
    </w:p>
    <w:p>
      <w:r>
        <w:rPr>
          <w:b/>
        </w:rPr>
        <w:t xml:space="preserve">[13:46] </w:t>
      </w:r>
      <w:r>
        <w:t>aftab khan likhte hain: "aap ko live bolte sun kar dil mein thandak pad jati hai. aap ki sehat ke liye bohat duaen hain.</w:t>
      </w:r>
    </w:p>
    <w:p>
      <w:pPr>
        <w:jc w:val="right"/>
      </w:pPr>
      <w:r>
        <w:t>آفتاب خان لکھتے ہیں: "آپ کو لائیو بولتے سن کر دل میں ٹھنڈک پڑ جاتی ہے۔ آپ کی صحت کے لیے بہت دعائیں ہیں۔</w:t>
      </w:r>
    </w:p>
    <w:p>
      <w:r>
        <w:rPr>
          <w:b/>
        </w:rPr>
        <w:t xml:space="preserve">[13:56] </w:t>
      </w:r>
      <w:r>
        <w:t>aap mere liye bhi dua karen ke mujhe Allah aur us ke rasool ka sacha ta'aruf aur ta'alluq paida ho jaye." jazakum Allah, jazakum Allah.</w:t>
      </w:r>
    </w:p>
    <w:p>
      <w:pPr>
        <w:jc w:val="right"/>
      </w:pPr>
      <w:r>
        <w:t>آپ میرے لیے بھی دعا کریں کہ مجھے اللہ اور اس کے رسول کا سچا تعارف اور تعلق پیدا ہو جائے۔" جزاکم اللہ، جزاکم اللہ۔</w:t>
      </w:r>
    </w:p>
    <w:p>
      <w:r>
        <w:rPr>
          <w:b/>
        </w:rPr>
        <w:t xml:space="preserve">[14:08] </w:t>
      </w:r>
      <w:r>
        <w:t>shamsuddin nadvi bhopal se likhte hain: "Allah taala Maulana ko mazeed sehat o afiyat marhamat farmaye."</w:t>
      </w:r>
    </w:p>
    <w:p>
      <w:pPr>
        <w:jc w:val="right"/>
      </w:pPr>
      <w:r>
        <w:t>شمس الدین ندوی بھوپال سے لکھتے ہیں: "اللہ تعالیٰ مولانا کو مزید صحت و عافیت مرحمت فرمائے۔"</w:t>
      </w:r>
    </w:p>
    <w:p>
      <w:r>
        <w:rPr>
          <w:b/>
        </w:rPr>
        <w:t xml:space="preserve">[14:18] </w:t>
      </w:r>
      <w:r>
        <w:t>amin, amin.</w:t>
      </w:r>
    </w:p>
    <w:p>
      <w:pPr>
        <w:jc w:val="right"/>
      </w:pPr>
      <w:r>
        <w:t>آمین، آمین۔</w:t>
      </w:r>
    </w:p>
    <w:p>
      <w:r>
        <w:rPr>
          <w:b/>
        </w:rPr>
        <w:t xml:space="preserve">[14:26] </w:t>
      </w:r>
      <w:r>
        <w:t>muhammad saleh ibrahim likhte hain: "assalam o alaikum Maulana, does roza main character building period aur only ibadah period?</w:t>
      </w:r>
    </w:p>
    <w:p>
      <w:pPr>
        <w:jc w:val="right"/>
      </w:pPr>
      <w:r>
        <w:t>محمد صالح ابراہیم لکھتے ہیں: "السلام علیکم مولانا، ڈز روزہ مین کریکٹر بلڈنگ پیریڈ اور اونلی عبادہ پیریڈ؟</w:t>
      </w:r>
    </w:p>
    <w:p>
      <w:r>
        <w:rPr>
          <w:b/>
        </w:rPr>
        <w:t xml:space="preserve">[14:40] </w:t>
      </w:r>
      <w:r>
        <w:t>please explain."</w:t>
      </w:r>
    </w:p>
    <w:p>
      <w:pPr>
        <w:jc w:val="right"/>
      </w:pPr>
      <w:r>
        <w:t>پلیز ایکسپلین۔"</w:t>
      </w:r>
    </w:p>
    <w:p>
      <w:r>
        <w:rPr>
          <w:b/>
        </w:rPr>
        <w:t xml:space="preserve">[14:43] </w:t>
      </w:r>
      <w:r>
        <w:t>nahi, nahi. character building to is ka, is ka.</w:t>
      </w:r>
    </w:p>
    <w:p>
      <w:pPr>
        <w:jc w:val="right"/>
      </w:pPr>
      <w:r>
        <w:t>نہیں، نہیں۔ کریکٹر بلڈنگ تو اس کا، اس کا۔</w:t>
      </w:r>
    </w:p>
    <w:p>
      <w:r>
        <w:rPr>
          <w:b/>
        </w:rPr>
        <w:t xml:space="preserve">[14:51] </w:t>
      </w:r>
      <w:r>
        <w:t>relative part hai, hain relative part hai. haan, roza wohi hai jo hadith mein hai, Quran mein hai.</w:t>
      </w:r>
    </w:p>
    <w:p>
      <w:pPr>
        <w:jc w:val="right"/>
      </w:pPr>
      <w:r>
        <w:t>ریلیٹو پارٹ ہے، ہیں ریلیٹو پارٹ ہے۔ ہاں، روزہ وہی ہے جو حدیث میں ہے، قرآن میں ہے۔</w:t>
      </w:r>
    </w:p>
    <w:p>
      <w:r>
        <w:rPr>
          <w:b/>
        </w:rPr>
        <w:t xml:space="preserve">[15:02] </w:t>
      </w:r>
      <w:r>
        <w:t>roza kisi aur cheez ka.</w:t>
      </w:r>
    </w:p>
    <w:p>
      <w:pPr>
        <w:jc w:val="right"/>
      </w:pPr>
      <w:r>
        <w:t>روزہ کسی اور چیز کا۔</w:t>
      </w:r>
    </w:p>
    <w:p>
      <w:r>
        <w:rPr>
          <w:b/>
        </w:rPr>
        <w:t xml:space="preserve">[15:49] </w:t>
      </w:r>
      <w:r>
        <w:t>siraj bhatt likhte hain: "Maulana sahab, assalam o alaikum. rozedarana soch ki shuruat agar Ramadan ke mahine se hoti hai to hum isi soch ko baqi mahinon mein</w:t>
      </w:r>
    </w:p>
    <w:p>
      <w:pPr>
        <w:jc w:val="right"/>
      </w:pPr>
      <w:r>
        <w:t>سراج بھٹ لکھتے ہیں: "مولانا صاحب، السلام علیکم۔ روزے دارانہ سوچ کی شروعات اگر رمضان کے مہینے سے ہوتی ہے تو ہم اسی سوچ کو باقی مہینوں میں</w:t>
      </w:r>
    </w:p>
    <w:p>
      <w:r>
        <w:rPr>
          <w:b/>
        </w:rPr>
        <w:t xml:space="preserve">[16:06] </w:t>
      </w:r>
      <w:r>
        <w:t>kaise qaim rakh sakte hain?"</w:t>
      </w:r>
    </w:p>
    <w:p>
      <w:pPr>
        <w:jc w:val="right"/>
      </w:pPr>
      <w:r>
        <w:t>کیسے قائم رکھ سکتے ہیں؟"</w:t>
      </w:r>
    </w:p>
    <w:p>
      <w:r>
        <w:rPr>
          <w:b/>
        </w:rPr>
        <w:t xml:space="preserve">[16:30] </w:t>
      </w:r>
      <w:r>
        <w:t>nisar ghous bombay se likhte hain: "assalam o alaikum. roza mere liye hai aur is ka badla mein hi doonga.</w:t>
      </w:r>
    </w:p>
    <w:p>
      <w:pPr>
        <w:jc w:val="right"/>
      </w:pPr>
      <w:r>
        <w:t>نثار غوث بمبئی سے لکھتے ہیں: "السلام علیکم۔ روزہ میرے لیے ہے اور اس کا بدلہ میں ہی دوں گا۔</w:t>
      </w:r>
    </w:p>
    <w:p>
      <w:r>
        <w:rPr>
          <w:b/>
        </w:rPr>
        <w:t xml:space="preserve">[16:43] </w:t>
      </w:r>
      <w:r>
        <w:t>is ko wazeh karen."</w:t>
      </w:r>
    </w:p>
    <w:p>
      <w:pPr>
        <w:jc w:val="right"/>
      </w:pPr>
      <w:r>
        <w:t>اس کو واضح کریں۔"</w:t>
      </w:r>
    </w:p>
    <w:p>
      <w:r>
        <w:rPr>
          <w:b/>
        </w:rPr>
        <w:t xml:space="preserve">[17:21] </w:t>
      </w:r>
      <w:r>
        <w:t>advocate muhammad afzal likhte hain: "shak o waswase ka ilaaj batayen."</w:t>
      </w:r>
    </w:p>
    <w:p>
      <w:pPr>
        <w:jc w:val="right"/>
      </w:pPr>
      <w:r>
        <w:t>ایڈوکیٹ محمد افضل لکھتے ہیں: "شک و وسوسے کا علاج بتائیں۔"</w:t>
      </w:r>
    </w:p>
    <w:p>
      <w:r>
        <w:rPr>
          <w:b/>
        </w:rPr>
        <w:t xml:space="preserve">[18:21] </w:t>
      </w:r>
      <w:r>
        <w:t>Nadeem Azmat likhte hain: "Assalam o Alaikum.</w:t>
      </w:r>
    </w:p>
    <w:p>
      <w:pPr>
        <w:jc w:val="right"/>
      </w:pPr>
      <w:r>
        <w:t>ندیم عظمت لکھتے ہیں: "السلام علیکم۔</w:t>
      </w:r>
    </w:p>
    <w:p>
      <w:r>
        <w:rPr>
          <w:b/>
        </w:rPr>
        <w:t xml:space="preserve">[18:28] </w:t>
      </w:r>
      <w:r>
        <w:t>Allah ko razi karne ka sab se acha tareeqa kya hai?"</w:t>
      </w:r>
    </w:p>
    <w:p>
      <w:pPr>
        <w:jc w:val="right"/>
      </w:pPr>
      <w:r>
        <w:t>اللہ کو راضی کرنے کا سب سے اچھا طریقہ کیا ہے؟"</w:t>
      </w:r>
    </w:p>
    <w:p>
      <w:r>
        <w:rPr>
          <w:b/>
        </w:rPr>
        <w:t xml:space="preserve">[19:02] </w:t>
      </w:r>
      <w:r>
        <w:t>yasir khan dubai se likhte hain: "How do you learn anger management?"</w:t>
      </w:r>
    </w:p>
    <w:p>
      <w:pPr>
        <w:jc w:val="right"/>
      </w:pPr>
      <w:r>
        <w:t>یاسر خان دبئی سے لکھتے ہیں: "ہاؤ ڈو یو لرن اینگر مینجمنٹ؟"</w:t>
      </w:r>
    </w:p>
    <w:p>
      <w:r>
        <w:rPr>
          <w:b/>
        </w:rPr>
        <w:t xml:space="preserve">[20:15] </w:t>
      </w:r>
      <w:r>
        <w:t>mein dua karta hoon aap ke liye, aap ki family ke liye.</w:t>
      </w:r>
    </w:p>
    <w:p>
      <w:pPr>
        <w:jc w:val="right"/>
      </w:pPr>
      <w:r>
        <w:t>میں دعا کرتا ہوں آپ کے لیے، آپ کی فیملی کے لیے۔</w:t>
      </w:r>
    </w:p>
    <w:p>
      <w:r>
        <w:rPr>
          <w:b/>
        </w:rPr>
        <w:t xml:space="preserve">[20:19] </w:t>
      </w:r>
      <w:r>
        <w:t>Allah taala qabool farmaye</w:t>
      </w:r>
    </w:p>
    <w:p>
      <w:pPr>
        <w:jc w:val="right"/>
      </w:pPr>
      <w:r>
        <w:t>اللہ تعالیٰ قبول فرمائے</w:t>
      </w:r>
    </w:p>
    <w:p>
      <w:r>
        <w:rPr>
          <w:b/>
        </w:rPr>
        <w:t xml:space="preserve">[20:23] </w:t>
      </w:r>
      <w:r>
        <w:t>aap ki family ke liye, aap ke walidain ke liye.</w:t>
      </w:r>
    </w:p>
    <w:p>
      <w:pPr>
        <w:jc w:val="right"/>
      </w:pPr>
      <w:r>
        <w:t>آپ کی فیملی کے لیے، آپ کے والدین کے لیے۔</w:t>
      </w:r>
    </w:p>
    <w:p>
      <w:r>
        <w:rPr>
          <w:b/>
        </w:rPr>
        <w:t xml:space="preserve">[20:50] </w:t>
      </w:r>
      <w:r>
        <w:t>duniya mein azmana hota hai taraqqi ke liye.</w:t>
      </w:r>
    </w:p>
    <w:p>
      <w:pPr>
        <w:jc w:val="right"/>
      </w:pPr>
      <w:r>
        <w:t>دنیا میں آزمانا ہوتا ہے ترقی کے لیے۔</w:t>
      </w:r>
    </w:p>
    <w:p>
      <w:r>
        <w:rPr>
          <w:b/>
        </w:rPr>
        <w:t xml:space="preserve">[21:00] </w:t>
      </w:r>
      <w:r>
        <w:t>duniya mein jitni bhi azmaish ki cheezen hain, woh sab aap ki taraqqi ke liye hain. rohani taraqqi, taqwa ki taraqqi, is ke liye hain.</w:t>
      </w:r>
    </w:p>
    <w:p>
      <w:pPr>
        <w:jc w:val="right"/>
      </w:pPr>
      <w:r>
        <w:t>دنیا میں جتنی بھی آزمائش کی چیزیں ہیں، وہ سب آپ کی ترقی کے لیے ہیں۔ روحانی ترقی، تقویٰ کی ترقی، اس کے لیے ہیں۔</w:t>
      </w:r>
    </w:p>
    <w:p>
      <w:r>
        <w:rPr>
          <w:b/>
        </w:rPr>
        <w:t xml:space="preserve">[21:20] </w:t>
      </w:r>
      <w:r>
        <w:t>jab bhi aap koi khilaf deen baat par larr kar is ko nikalen apne andar se, to aap payenge ke aap ke andar aik taraqqi hui hai.</w:t>
      </w:r>
    </w:p>
    <w:p>
      <w:pPr>
        <w:jc w:val="right"/>
      </w:pPr>
      <w:r>
        <w:t>جب بھی آپ کوئی خلاف دین بات پر لڑ کر اس کو نکالیں اپنے اندر سے، تو آپ پائیں گے کہ آپ کے اندر ایک ترقی ہوئی ہے۔</w:t>
      </w:r>
    </w:p>
    <w:p>
      <w:r>
        <w:rPr>
          <w:b/>
        </w:rPr>
        <w:t xml:space="preserve">[21:37] </w:t>
      </w:r>
      <w:r>
        <w:t>koi bhi khilaf deen baat</w:t>
      </w:r>
    </w:p>
    <w:p>
      <w:pPr>
        <w:jc w:val="right"/>
      </w:pPr>
      <w:r>
        <w:t>کوئی بھی خلاف دین بات</w:t>
      </w:r>
    </w:p>
    <w:p>
      <w:r>
        <w:rPr>
          <w:b/>
        </w:rPr>
        <w:t xml:space="preserve">[21:40] </w:t>
      </w:r>
      <w:r>
        <w:t>ko larr kar nikalna apne andar se, yahi taraqqi ka zariya hai.</w:t>
      </w:r>
    </w:p>
    <w:p>
      <w:pPr>
        <w:jc w:val="right"/>
      </w:pPr>
      <w:r>
        <w:t>کو لڑ کر نکالنا اپنے اندر سے، یہی ترقی کا ذریعہ ہے۔</w:t>
      </w:r>
    </w:p>
    <w:p>
      <w:r>
        <w:rPr>
          <w:b/>
        </w:rPr>
        <w:t xml:space="preserve">[22:06] </w:t>
      </w:r>
      <w:r>
        <w:t>nahin, kuch nahin. na koi nisaab hai, na koi definition is ki hai. jo bhi aap jante hain, bas is ke liye kar sochna.</w:t>
      </w:r>
    </w:p>
    <w:p>
      <w:pPr>
        <w:jc w:val="right"/>
      </w:pPr>
      <w:r>
        <w:t>نہیں، کچھ نہیں۔ نہ کوئی نصاب ہے، نہ کوئی ڈیفینیشن اس کی ہے۔ جو بھی آپ جانتے ہیں، بس اس کے لیے کر سوچنا۔</w:t>
      </w:r>
    </w:p>
    <w:p>
      <w:r>
        <w:rPr>
          <w:b/>
        </w:rPr>
        <w:t xml:space="preserve">[22:20] </w:t>
      </w:r>
      <w:r>
        <w:t>koi is ki nisaab jaisi mashq is ke liye nahin hai.</w:t>
      </w:r>
    </w:p>
    <w:p>
      <w:pPr>
        <w:jc w:val="right"/>
      </w:pPr>
      <w:r>
        <w:t>کوئی اس کی نصاب جیسی مشق اس کے لیے نہیں ہے۔</w:t>
      </w:r>
    </w:p>
    <w:p>
      <w:r>
        <w:rPr>
          <w:b/>
        </w:rPr>
        <w:t xml:space="preserve">[22:32] </w:t>
      </w:r>
      <w:r>
        <w:t>to mutala to karte rehna chahiye.</w:t>
      </w:r>
    </w:p>
    <w:p>
      <w:pPr>
        <w:jc w:val="right"/>
      </w:pPr>
      <w:r>
        <w:t>تو مطالعہ تو کرتے رہنا چاہیے۔</w:t>
      </w:r>
    </w:p>
    <w:p>
      <w:r>
        <w:rPr>
          <w:b/>
        </w:rPr>
        <w:t xml:space="preserve">[22:36] </w:t>
      </w:r>
      <w:r>
        <w:t>mutala to hamesha karna chahiye, har maamle mein, har maamle mein.</w:t>
      </w:r>
    </w:p>
    <w:p>
      <w:pPr>
        <w:jc w:val="right"/>
      </w:pPr>
      <w:r>
        <w:t>مطالعہ تو ہمیشہ کرنا چاہیے، ہر معاملے میں، ہر معاملے میں۔</w:t>
      </w:r>
    </w:p>
    <w:p>
      <w:r>
        <w:rPr>
          <w:b/>
        </w:rPr>
        <w:t xml:space="preserve">[22:58] </w:t>
      </w:r>
      <w:r>
        <w:t>ameen. aap bhi meri rehnumai karen aur mujhe tafseel dekh ke</w:t>
      </w:r>
    </w:p>
    <w:p>
      <w:pPr>
        <w:jc w:val="right"/>
      </w:pPr>
      <w:r>
        <w:t>آمین۔ آپ بھی میری رہنمائی کریں اور مجھے تفصیل دیکھ کے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