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Ramazan Month of Study of the Quran April 30, 2020 Maulana Wahiduddin Khan</w:t>
      </w:r>
    </w:p>
    <w:p>
      <w:r>
        <w:t>https://www.youtube.com/watch?v=AUSxxGBJHCk</w:t>
      </w:r>
    </w:p>
    <w:p>
      <w:r>
        <w:rPr>
          <w:b/>
        </w:rPr>
        <w:t xml:space="preserve">[00:13] </w:t>
      </w:r>
      <w:r>
        <w:t>bismillah-ir-rehman-ir-rahim.</w:t>
      </w:r>
    </w:p>
    <w:p>
      <w:pPr>
        <w:jc w:val="right"/>
      </w:pPr>
      <w:r>
        <w:t>بسم اللہ الرحمن الرحیم۔</w:t>
      </w:r>
    </w:p>
    <w:p>
      <w:r>
        <w:rPr>
          <w:b/>
        </w:rPr>
        <w:t xml:space="preserve">[00:21] </w:t>
      </w:r>
      <w:r>
        <w:t>wasalli allah ala-n-nabiyyi-l-kareem.</w:t>
      </w:r>
    </w:p>
    <w:p>
      <w:pPr>
        <w:jc w:val="right"/>
      </w:pPr>
      <w:r>
        <w:t>وصلی اللہ علی النبی الکریم۔</w:t>
      </w:r>
    </w:p>
    <w:p>
      <w:r>
        <w:rPr>
          <w:b/>
        </w:rPr>
        <w:t xml:space="preserve">[00:30] </w:t>
      </w:r>
      <w:r>
        <w:t>ramzan ke mahine ko quran ke</w:t>
      </w:r>
    </w:p>
    <w:p>
      <w:pPr>
        <w:jc w:val="right"/>
      </w:pPr>
      <w:r>
        <w:t>رمضان کے مہینے کو قرآن کے</w:t>
      </w:r>
    </w:p>
    <w:p>
      <w:r>
        <w:rPr>
          <w:b/>
        </w:rPr>
        <w:t xml:space="preserve">[00:38] </w:t>
      </w:r>
      <w:r>
        <w:t>tilawat ke liye khaas kiya gaya hai,</w:t>
      </w:r>
    </w:p>
    <w:p>
      <w:pPr>
        <w:jc w:val="right"/>
      </w:pPr>
      <w:r>
        <w:t>تلاوت کے لیے خاص کیا گیا ہے،</w:t>
      </w:r>
    </w:p>
    <w:p>
      <w:r>
        <w:rPr>
          <w:b/>
        </w:rPr>
        <w:t xml:space="preserve">[00:45] </w:t>
      </w:r>
      <w:r>
        <w:t>lekin tilawat ka matlab yeh nahin hai ke bas far far far far parh kar khatam kar diya jaye.</w:t>
      </w:r>
    </w:p>
    <w:p>
      <w:pPr>
        <w:jc w:val="right"/>
      </w:pPr>
      <w:r>
        <w:t>لیکن تلاوت کا مطلب یہ نہیں ہے کہ بس فر فر فر فر پڑھ کر ختم کر دیا جائے۔</w:t>
      </w:r>
    </w:p>
    <w:p>
      <w:r>
        <w:rPr>
          <w:b/>
        </w:rPr>
        <w:t xml:space="preserve">[00:56] </w:t>
      </w:r>
      <w:r>
        <w:t>nahin, tilawat ka matlab hai study mutala.</w:t>
      </w:r>
    </w:p>
    <w:p>
      <w:pPr>
        <w:jc w:val="right"/>
      </w:pPr>
      <w:r>
        <w:t>نہیں، تلاوت کا مطلب ہے اسٹڈی مطالعہ۔</w:t>
      </w:r>
    </w:p>
    <w:p>
      <w:r>
        <w:rPr>
          <w:b/>
        </w:rPr>
        <w:t xml:space="preserve">[01:09] </w:t>
      </w:r>
      <w:r>
        <w:t>yani quran ko kam az kam aik baar shuru se aakhir tak parha jaye, yeh samajhne ke liye ke quran ki is ki baat thi kya hai.</w:t>
      </w:r>
    </w:p>
    <w:p>
      <w:pPr>
        <w:jc w:val="right"/>
      </w:pPr>
      <w:r>
        <w:t>یعنی قرآن کو کم از کم ایک بار شروع سے آخر تک پڑھا جائے، یہ سمجھنے کے لیے کہ قرآن کی اس کی بات تھی کیا ہے۔</w:t>
      </w:r>
    </w:p>
    <w:p>
      <w:r>
        <w:rPr>
          <w:b/>
        </w:rPr>
        <w:t xml:space="preserve">[01:26] </w:t>
      </w:r>
      <w:r>
        <w:t>quran</w:t>
      </w:r>
    </w:p>
    <w:p>
      <w:pPr>
        <w:jc w:val="right"/>
      </w:pPr>
      <w:r>
        <w:t>قرآن</w:t>
      </w:r>
    </w:p>
    <w:p>
      <w:r>
        <w:rPr>
          <w:b/>
        </w:rPr>
        <w:t xml:space="preserve">[01:28] </w:t>
      </w:r>
      <w:r>
        <w:t>insan ko kya message deta hai.</w:t>
      </w:r>
    </w:p>
    <w:p>
      <w:pPr>
        <w:jc w:val="right"/>
      </w:pPr>
      <w:r>
        <w:t>انسان کو کیا میسج دیتا ہے۔</w:t>
      </w:r>
    </w:p>
    <w:p>
      <w:r>
        <w:rPr>
          <w:b/>
        </w:rPr>
        <w:t xml:space="preserve">[01:41] </w:t>
      </w:r>
      <w:r>
        <w:t>aam tor par yeh samjhte hain ke quran ramzan ka mahina quran ki taraveeh ke liye hai,</w:t>
      </w:r>
    </w:p>
    <w:p>
      <w:pPr>
        <w:jc w:val="right"/>
      </w:pPr>
      <w:r>
        <w:t>عام طور پر یہ سمجھتے ہیں کہ قرآن رمضان کا مہینہ قرآن کی تراویح کے لیے ہے،</w:t>
      </w:r>
    </w:p>
    <w:p>
      <w:r>
        <w:rPr>
          <w:b/>
        </w:rPr>
        <w:t xml:space="preserve">[01:54] </w:t>
      </w:r>
      <w:r>
        <w:t>lekin chahe is ko taraveeh ke ada mein parha jaye ya tilawat ke ada mein parha jaye, har haal mein woh tadabbur ke liye hai,</w:t>
      </w:r>
    </w:p>
    <w:p>
      <w:pPr>
        <w:jc w:val="right"/>
      </w:pPr>
      <w:r>
        <w:t>لیکن چاہے اس کو تراویح کے ادا میں پڑھا جائے یا تلاوت کے ادا میں پڑھا جائے، ہر حال میں وہ تدبر کے لیے ہے،</w:t>
      </w:r>
    </w:p>
    <w:p>
      <w:r>
        <w:rPr>
          <w:b/>
        </w:rPr>
        <w:t xml:space="preserve">[02:10] </w:t>
      </w:r>
      <w:r>
        <w:t>mureekh ke liye.</w:t>
      </w:r>
    </w:p>
    <w:p>
      <w:pPr>
        <w:jc w:val="right"/>
      </w:pPr>
      <w:r>
        <w:t>مورخ کے لیے۔</w:t>
      </w:r>
    </w:p>
    <w:p>
      <w:r>
        <w:rPr>
          <w:b/>
        </w:rPr>
        <w:t xml:space="preserve">[02:17] </w:t>
      </w:r>
      <w:r>
        <w:t>isi aitbar se mein kuch baat arz karunga. dekhen, quran ki aik ayat yeh hai: khalaqal mauta wal hayata liyablughakum ajikum ahsan amalan yani</w:t>
      </w:r>
    </w:p>
    <w:p>
      <w:pPr>
        <w:jc w:val="right"/>
      </w:pPr>
      <w:r>
        <w:t>اسی اعتبار سے میں کچھ بات عرض کروں گا۔ دیکھیں، قرآن کی ایک آیت یہ ہے: خَلَقَ الْمَوْتَ وَالْحَيَاةَ لِيَبْلِغْكُمْ أَجِيكُمْ أَحْسَنُ عَمَلًا یعنی</w:t>
      </w:r>
    </w:p>
    <w:p>
      <w:r>
        <w:rPr>
          <w:b/>
        </w:rPr>
        <w:t xml:space="preserve">[02:38] </w:t>
      </w:r>
      <w:r>
        <w:t>zindagi aur maut is liye paida ki ke logon ko moqa diya jaye</w:t>
      </w:r>
    </w:p>
    <w:p>
      <w:pPr>
        <w:jc w:val="right"/>
      </w:pPr>
      <w:r>
        <w:t>زندگی اور موت اس لیے پیدا کی کہ لوگوں کو موقع دیا جائے</w:t>
      </w:r>
    </w:p>
    <w:p>
      <w:r>
        <w:rPr>
          <w:b/>
        </w:rPr>
        <w:t xml:space="preserve">[02:50] </w:t>
      </w:r>
      <w:r>
        <w:t>amal ka, aur phir un ka intikhab kiya jaye ke kaun asal amal hai,</w:t>
      </w:r>
    </w:p>
    <w:p>
      <w:pPr>
        <w:jc w:val="right"/>
      </w:pPr>
      <w:r>
        <w:t>عمل کا، اور پھر ان کا انتخاب کیا جائے کہ کون اصل العمل ہے،</w:t>
      </w:r>
    </w:p>
    <w:p>
      <w:r>
        <w:rPr>
          <w:b/>
        </w:rPr>
        <w:t xml:space="preserve">[03:00] </w:t>
      </w:r>
      <w:r>
        <w:t>kaun</w:t>
      </w:r>
    </w:p>
    <w:p>
      <w:pPr>
        <w:jc w:val="right"/>
      </w:pPr>
      <w:r>
        <w:t>کون</w:t>
      </w:r>
    </w:p>
    <w:p>
      <w:r>
        <w:rPr>
          <w:b/>
        </w:rPr>
        <w:t xml:space="preserve">[03:04] </w:t>
      </w:r>
      <w:r>
        <w:t>apne amal mein</w:t>
      </w:r>
    </w:p>
    <w:p>
      <w:pPr>
        <w:jc w:val="right"/>
      </w:pPr>
      <w:r>
        <w:t>اپنے عمل میں</w:t>
      </w:r>
    </w:p>
    <w:p>
      <w:r>
        <w:rPr>
          <w:b/>
        </w:rPr>
        <w:t xml:space="preserve">[03:08] </w:t>
      </w:r>
      <w:r>
        <w:t>allah rab ul alameen ke naqshe ke mutabiq sabit hua hai.</w:t>
      </w:r>
    </w:p>
    <w:p>
      <w:pPr>
        <w:jc w:val="right"/>
      </w:pPr>
      <w:r>
        <w:t>اللہ رب العالمین کے نقشے کے مطابق ثابت ہوا ہے۔</w:t>
      </w:r>
    </w:p>
    <w:p>
      <w:r>
        <w:rPr>
          <w:b/>
        </w:rPr>
        <w:t xml:space="preserve">[03:21] </w:t>
      </w:r>
      <w:r>
        <w:t>quran ki aik ayat yeh hai</w:t>
      </w:r>
    </w:p>
    <w:p>
      <w:pPr>
        <w:jc w:val="right"/>
      </w:pPr>
      <w:r>
        <w:t>قرآن کی ایک آیت یہ ہے</w:t>
      </w:r>
    </w:p>
    <w:p>
      <w:r>
        <w:rPr>
          <w:b/>
        </w:rPr>
        <w:t xml:space="preserve">[03:29] </w:t>
      </w:r>
      <w:r>
        <w:t>ke:</w:t>
      </w:r>
    </w:p>
    <w:p>
      <w:pPr>
        <w:jc w:val="right"/>
      </w:pPr>
      <w:r>
        <w:t>کہ:</w:t>
      </w:r>
    </w:p>
    <w:p>
      <w:r>
        <w:rPr>
          <w:b/>
        </w:rPr>
        <w:t xml:space="preserve">[03:32] </w:t>
      </w:r>
      <w:r>
        <w:t>wa idhan nafusuz zubujat jab insanon ko categorize kiya jaye ga,</w:t>
      </w:r>
    </w:p>
    <w:p>
      <w:pPr>
        <w:jc w:val="right"/>
      </w:pPr>
      <w:r>
        <w:t>وَإِذًا نَفُوسُ ذُبُجَتْ جب انسانوں کو کیٹیگرائز کیا جائے گا،</w:t>
      </w:r>
    </w:p>
    <w:p>
      <w:r>
        <w:rPr>
          <w:b/>
        </w:rPr>
        <w:t xml:space="preserve">[03:45] </w:t>
      </w:r>
      <w:r>
        <w:t>jab insanon ko categorize kiya jaye ga,</w:t>
      </w:r>
    </w:p>
    <w:p>
      <w:pPr>
        <w:jc w:val="right"/>
      </w:pPr>
      <w:r>
        <w:t>جب انسانوں کو کیٹیگرائز کیا جائے گا،</w:t>
      </w:r>
    </w:p>
    <w:p>
      <w:r>
        <w:rPr>
          <w:b/>
        </w:rPr>
        <w:t xml:space="preserve">[03:53] </w:t>
      </w:r>
      <w:r>
        <w:t>yani kaun apne qaul aur amal mein sahih maanon mein quran ke</w:t>
      </w:r>
    </w:p>
    <w:p>
      <w:pPr>
        <w:jc w:val="right"/>
      </w:pPr>
      <w:r>
        <w:t>یعنی کون اپنے قول اور عمل میں صحیح معنوں میں قرآن کے</w:t>
      </w:r>
    </w:p>
    <w:p>
      <w:r>
        <w:rPr>
          <w:b/>
        </w:rPr>
        <w:t xml:space="preserve">[04:06] </w:t>
      </w:r>
      <w:r>
        <w:t>allah rab ul alameen ke mansha ke mutabiq sabit hua hai,</w:t>
      </w:r>
    </w:p>
    <w:p>
      <w:pPr>
        <w:jc w:val="right"/>
      </w:pPr>
      <w:r>
        <w:t>اللہ رب العالمین کے منشا کے مطابق ثابت ہوا ہے،</w:t>
      </w:r>
    </w:p>
    <w:p>
      <w:r>
        <w:rPr>
          <w:b/>
        </w:rPr>
        <w:t xml:space="preserve">[04:17] </w:t>
      </w:r>
      <w:r>
        <w:t>aur kaun is se poora nahi utra. quran ki aik ayat se maloom hota hai ke yeh jo</w:t>
      </w:r>
    </w:p>
    <w:p>
      <w:pPr>
        <w:jc w:val="right"/>
      </w:pPr>
      <w:r>
        <w:t>اور کون اس سے پورا نہیں اترا۔ قرآن کی ایک آیت سے معلوم ہوتا ہے کہ یہ جو</w:t>
      </w:r>
    </w:p>
    <w:p>
      <w:r>
        <w:rPr>
          <w:b/>
        </w:rPr>
        <w:t xml:space="preserve">[04:29] </w:t>
      </w:r>
      <w:r>
        <w:t>taqseem hogi,</w:t>
      </w:r>
    </w:p>
    <w:p>
      <w:pPr>
        <w:jc w:val="right"/>
      </w:pPr>
      <w:r>
        <w:t>تقسیم ہوگی،</w:t>
      </w:r>
    </w:p>
    <w:p>
      <w:r>
        <w:rPr>
          <w:b/>
        </w:rPr>
        <w:t xml:space="preserve">[04:33] </w:t>
      </w:r>
      <w:r>
        <w:t>yeh jo wa idhan nafusuz zubujat ka jo moamla hoga, woh</w:t>
      </w:r>
    </w:p>
    <w:p>
      <w:pPr>
        <w:jc w:val="right"/>
      </w:pPr>
      <w:r>
        <w:t>یہ جو وَإِذًا نَفُوسُ ذُبُجَتْ کا جو معاملہ ہوگا، وہ</w:t>
      </w:r>
    </w:p>
    <w:p>
      <w:r>
        <w:rPr>
          <w:b/>
        </w:rPr>
        <w:t xml:space="preserve">[04:43] </w:t>
      </w:r>
      <w:r>
        <w:t>chand aitbar se hoga.</w:t>
      </w:r>
    </w:p>
    <w:p>
      <w:pPr>
        <w:jc w:val="right"/>
      </w:pPr>
      <w:r>
        <w:t>چند اعتبار سے ہوگا۔</w:t>
      </w:r>
    </w:p>
    <w:p>
      <w:r>
        <w:rPr>
          <w:b/>
        </w:rPr>
        <w:t xml:space="preserve">[04:54] </w:t>
      </w:r>
      <w:r>
        <w:t>to quran ki is ayat ko aap ghor kijiye,</w:t>
      </w:r>
    </w:p>
    <w:p>
      <w:pPr>
        <w:jc w:val="right"/>
      </w:pPr>
      <w:r>
        <w:t>تو قرآن کی اس آیت کو آپ غور کیجیے،</w:t>
      </w:r>
    </w:p>
    <w:p>
      <w:r>
        <w:rPr>
          <w:b/>
        </w:rPr>
        <w:t xml:space="preserve">[05:03] </w:t>
      </w:r>
      <w:r>
        <w:t>quran ki is ayat ko ghor kijiye, tafseeron mein parhiye, is mein aap ko zyada wazeh andaaz mein maloom hua.</w:t>
      </w:r>
    </w:p>
    <w:p>
      <w:pPr>
        <w:jc w:val="right"/>
      </w:pPr>
      <w:r>
        <w:t>قرآن کی اس آیت کو غور کیجیے، تفسیروں میں پڑھیے، اس میں آپ کو زیادہ واضح انداز میں معلوم ہوا۔</w:t>
      </w:r>
    </w:p>
    <w:p>
      <w:r>
        <w:rPr>
          <w:b/>
        </w:rPr>
        <w:t xml:space="preserve">[05:25] </w:t>
      </w:r>
      <w:r>
        <w:t>to mein samajhta hoon ke is hisse mein yeh ayat bohat zyada mutalliq ke ghor o fikr ki ayat hai.</w:t>
      </w:r>
    </w:p>
    <w:p>
      <w:pPr>
        <w:jc w:val="right"/>
      </w:pPr>
      <w:r>
        <w:t>تو میں سمجھتا ہوں کہ اس حصے میں یہ آیت بہت زیادہ متعلق کے غور و فکر کی آیت ہے۔</w:t>
      </w:r>
    </w:p>
    <w:p>
      <w:r>
        <w:rPr>
          <w:b/>
        </w:rPr>
        <w:t xml:space="preserve">[05:45] </w:t>
      </w:r>
      <w:r>
        <w:t>woh ayat hai</w:t>
      </w:r>
    </w:p>
    <w:p>
      <w:pPr>
        <w:jc w:val="right"/>
      </w:pPr>
      <w:r>
        <w:t>وہ آیت ہے</w:t>
      </w:r>
    </w:p>
    <w:p>
      <w:r>
        <w:rPr>
          <w:b/>
        </w:rPr>
        <w:t xml:space="preserve">[05:59] </w:t>
      </w:r>
      <w:r>
        <w:t>ke nabi ne</w:t>
      </w:r>
    </w:p>
    <w:p>
      <w:pPr>
        <w:jc w:val="right"/>
      </w:pPr>
      <w:r>
        <w:t>کہ نبی نے</w:t>
      </w:r>
    </w:p>
    <w:p>
      <w:r>
        <w:rPr>
          <w:b/>
        </w:rPr>
        <w:t xml:space="preserve">[06:07] </w:t>
      </w:r>
      <w:r>
        <w:t>aik pehli jo</w:t>
      </w:r>
    </w:p>
    <w:p>
      <w:pPr>
        <w:jc w:val="right"/>
      </w:pPr>
      <w:r>
        <w:t>ایک پہلی جو</w:t>
      </w:r>
    </w:p>
    <w:p>
      <w:r>
        <w:rPr>
          <w:b/>
        </w:rPr>
        <w:t xml:space="preserve">[06:12] </w:t>
      </w:r>
      <w:r>
        <w:t>taqseem hai, woh to anbiya ki taqseem hai.</w:t>
      </w:r>
    </w:p>
    <w:p>
      <w:pPr>
        <w:jc w:val="right"/>
      </w:pPr>
      <w:r>
        <w:t>تقسیم ہے، وہ تو انبیاء کی تقسیم ہے۔</w:t>
      </w:r>
    </w:p>
    <w:p>
      <w:r>
        <w:rPr>
          <w:b/>
        </w:rPr>
        <w:t xml:space="preserve">[06:24] </w:t>
      </w:r>
      <w:r>
        <w:t>anbiya ke baad siddiqeen ki taqseem hai,</w:t>
      </w:r>
    </w:p>
    <w:p>
      <w:pPr>
        <w:jc w:val="right"/>
      </w:pPr>
      <w:r>
        <w:t>انبیاء کے بعد صدیقین کی تقسیم ہے،</w:t>
      </w:r>
    </w:p>
    <w:p>
      <w:r>
        <w:rPr>
          <w:b/>
        </w:rPr>
        <w:t xml:space="preserve">[06:34] </w:t>
      </w:r>
      <w:r>
        <w:t>phir shuhada ki taqseem hai. shuhada se murad maroof qism ke shuhada nahi hain, shuhada se murad witnes.</w:t>
      </w:r>
    </w:p>
    <w:p>
      <w:pPr>
        <w:jc w:val="right"/>
      </w:pPr>
      <w:r>
        <w:t>پھر شہداء کی تقسیم ہے۔ شہداء سے مراد معروف قسم کے شہداء نہیں ہیں، شہداء سے مراد وٹنس۔</w:t>
      </w:r>
    </w:p>
    <w:p>
      <w:r>
        <w:rPr>
          <w:b/>
        </w:rPr>
        <w:t xml:space="preserve">[06:50] </w:t>
      </w:r>
      <w:r>
        <w:t>witnes ka matlab yeh hai ke woh log jinhon ne</w:t>
      </w:r>
    </w:p>
    <w:p>
      <w:pPr>
        <w:jc w:val="right"/>
      </w:pPr>
      <w:r>
        <w:t>وٹنس کا معنی یہ ہے کہ وہ لوگ جنہوں نے</w:t>
      </w:r>
    </w:p>
    <w:p>
      <w:r>
        <w:rPr>
          <w:b/>
        </w:rPr>
        <w:t xml:space="preserve">[06:54] </w:t>
      </w:r>
      <w:r>
        <w:t>Allah ki jo uski up things hain, usko gehra mutala kiya aur yeh samjha ke Allah ki planning ke mutabiq woh in mamle kya hain.</w:t>
      </w:r>
    </w:p>
    <w:p>
      <w:pPr>
        <w:jc w:val="right"/>
      </w:pPr>
      <w:r>
        <w:t>اللہ کی جو اس کی اپ تھنکس ہیں، اس کو گہرا مطالعہ کیا اور یہ سمجھا کہ اللہ کی پلاننگ کے مطابق وہ ان معاملے کیا ہیں۔</w:t>
      </w:r>
    </w:p>
    <w:p>
      <w:r>
        <w:rPr>
          <w:b/>
        </w:rPr>
        <w:t xml:space="preserve">[07:10] </w:t>
      </w:r>
      <w:r>
        <w:t>yeh jo</w:t>
      </w:r>
    </w:p>
    <w:p>
      <w:pPr>
        <w:jc w:val="right"/>
      </w:pPr>
      <w:r>
        <w:t>یہ جو</w:t>
      </w:r>
    </w:p>
    <w:p>
      <w:r>
        <w:rPr>
          <w:b/>
        </w:rPr>
        <w:t xml:space="preserve">[07:14] </w:t>
      </w:r>
      <w:r>
        <w:t>Ramzan ka mahina hai, woh isi study ke liye, isi mutale ke liye hai.</w:t>
      </w:r>
    </w:p>
    <w:p>
      <w:pPr>
        <w:jc w:val="right"/>
      </w:pPr>
      <w:r>
        <w:t>رمضان کا مہینہ ہے، وہ اسی اسٹڈی کے لیے، اسی مطالعے کے لیے ہے۔</w:t>
      </w:r>
    </w:p>
    <w:p>
      <w:r>
        <w:rPr>
          <w:b/>
        </w:rPr>
        <w:t xml:space="preserve">[07:34] </w:t>
      </w:r>
      <w:r>
        <w:t>phir dekhiye, ek ayat hai: waidhan nafusuzubujat</w:t>
      </w:r>
    </w:p>
    <w:p>
      <w:pPr>
        <w:jc w:val="right"/>
      </w:pPr>
      <w:r>
        <w:t>پھر دیکھیے، ایک آیت ہے: وَإِذًا نَفُوسُ ذُبُجَتْ</w:t>
      </w:r>
    </w:p>
    <w:p>
      <w:r>
        <w:rPr>
          <w:b/>
        </w:rPr>
        <w:t xml:space="preserve">[07:43] </w:t>
      </w:r>
      <w:r>
        <w:t>jab insanon ko categorize kiya jayega,</w:t>
      </w:r>
    </w:p>
    <w:p>
      <w:pPr>
        <w:jc w:val="right"/>
      </w:pPr>
      <w:r>
        <w:t>جب انسانوں کو کیٹیگرائز کیا جائے گا،</w:t>
      </w:r>
    </w:p>
    <w:p>
      <w:r>
        <w:rPr>
          <w:b/>
        </w:rPr>
        <w:t xml:space="preserve">[07:53] </w:t>
      </w:r>
      <w:r>
        <w:t>jo ek bar paida kiya gaya general andaaz mein, phir ungli chhaanta jayega farishton ki</w:t>
      </w:r>
    </w:p>
    <w:p>
      <w:pPr>
        <w:jc w:val="right"/>
      </w:pPr>
      <w:r>
        <w:t>جو ایک بار پیدا کیا گیا جنرل انداز میں، پھر انگلی چھاٹا جائے گا فرشتوں کی</w:t>
      </w:r>
    </w:p>
    <w:p>
      <w:r>
        <w:rPr>
          <w:b/>
        </w:rPr>
        <w:t xml:space="preserve">[08:12] </w:t>
      </w:r>
      <w:r>
        <w:t>record ke mutabiq.</w:t>
      </w:r>
    </w:p>
    <w:p>
      <w:pPr>
        <w:jc w:val="right"/>
      </w:pPr>
      <w:r>
        <w:t>ریکارڈ کے مطابق۔</w:t>
      </w:r>
    </w:p>
    <w:p>
      <w:r>
        <w:rPr>
          <w:b/>
        </w:rPr>
        <w:t xml:space="preserve">[08:24] </w:t>
      </w:r>
      <w:r>
        <w:t>yeh jo</w:t>
      </w:r>
    </w:p>
    <w:p>
      <w:pPr>
        <w:jc w:val="right"/>
      </w:pPr>
      <w:r>
        <w:t>یہ جو</w:t>
      </w:r>
    </w:p>
    <w:p>
      <w:r>
        <w:rPr>
          <w:b/>
        </w:rPr>
        <w:t xml:space="preserve">[08:27] </w:t>
      </w:r>
      <w:r>
        <w:t>taqseem hai, woh Quran ke mutabiq</w:t>
      </w:r>
    </w:p>
    <w:p>
      <w:pPr>
        <w:jc w:val="right"/>
      </w:pPr>
      <w:r>
        <w:t>تقسیم ہے، وہ قرآن کے مطابق</w:t>
      </w:r>
    </w:p>
    <w:p>
      <w:r>
        <w:rPr>
          <w:b/>
        </w:rPr>
        <w:t xml:space="preserve">[08:41] </w:t>
      </w:r>
      <w:r>
        <w:t>chand taqseem par mabni hai.</w:t>
      </w:r>
    </w:p>
    <w:p>
      <w:pPr>
        <w:jc w:val="right"/>
      </w:pPr>
      <w:r>
        <w:t>چند تقسیم پر مبنی ہے۔</w:t>
      </w:r>
    </w:p>
    <w:p>
      <w:r>
        <w:rPr>
          <w:b/>
        </w:rPr>
        <w:t xml:space="preserve">[08:56] </w:t>
      </w:r>
      <w:r>
        <w:t>woh ayat kis ka hai? nabiyyin wa siddiqin wa shuhada wa salihin wa husna wura'iq rafiqah pehle ek qism jo categorization kiya jayega, to pehli qism</w:t>
      </w:r>
    </w:p>
    <w:p>
      <w:pPr>
        <w:jc w:val="right"/>
      </w:pPr>
      <w:r>
        <w:t>وہ آیت کس کا ہے؟ نَبِيِّينَ وَصِدِّيقِينَ وَشُهَدَاءَ وَصَالِحِينَ وَحُسَنَ وُرَائِقَ رَفِيقَہ پہلے ایک قسم جو کیٹیگرائزیشن کیا جائے گا، تو پہلی قسم</w:t>
      </w:r>
    </w:p>
    <w:p>
      <w:r>
        <w:rPr>
          <w:b/>
        </w:rPr>
        <w:t xml:space="preserve">[09:15] </w:t>
      </w:r>
      <w:r>
        <w:t>hai</w:t>
      </w:r>
    </w:p>
    <w:p>
      <w:pPr>
        <w:jc w:val="right"/>
      </w:pPr>
      <w:r>
        <w:t>ہے</w:t>
      </w:r>
    </w:p>
    <w:p>
      <w:r>
        <w:rPr>
          <w:b/>
        </w:rPr>
        <w:t xml:space="preserve">[09:19] </w:t>
      </w:r>
      <w:r>
        <w:t>anbiya ki,</w:t>
      </w:r>
    </w:p>
    <w:p>
      <w:pPr>
        <w:jc w:val="right"/>
      </w:pPr>
      <w:r>
        <w:t>انبیاء کی،</w:t>
      </w:r>
    </w:p>
    <w:p>
      <w:r>
        <w:rPr>
          <w:b/>
        </w:rPr>
        <w:t xml:space="preserve">[09:27] </w:t>
      </w:r>
      <w:r>
        <w:t>is ke baad doosri qism hai</w:t>
      </w:r>
    </w:p>
    <w:p>
      <w:pPr>
        <w:jc w:val="right"/>
      </w:pPr>
      <w:r>
        <w:t>اس کے بعد دوسری قسم ہے</w:t>
      </w:r>
    </w:p>
    <w:p>
      <w:r>
        <w:rPr>
          <w:b/>
        </w:rPr>
        <w:t xml:space="preserve">[09:32] </w:t>
      </w:r>
      <w:r>
        <w:t>siddiqeen ki.</w:t>
      </w:r>
    </w:p>
    <w:p>
      <w:pPr>
        <w:jc w:val="right"/>
      </w:pPr>
      <w:r>
        <w:t>صدیقین کی۔</w:t>
      </w:r>
    </w:p>
    <w:p>
      <w:r>
        <w:rPr>
          <w:b/>
        </w:rPr>
        <w:t xml:space="preserve">[09:42] </w:t>
      </w:r>
      <w:r>
        <w:t>siddiqeen se murad woh log hain jo bohat zyada qareeb hain anbiya se, lekin woh appointed nahi hain.</w:t>
      </w:r>
    </w:p>
    <w:p>
      <w:pPr>
        <w:jc w:val="right"/>
      </w:pPr>
      <w:r>
        <w:t>صدیقین سے مراد وہ لوگ ہیں جو بہت زیادہ قریب ہیں انبیاء سے، لیکن وہ اپوائنٹڈ نہیں ہیں۔</w:t>
      </w:r>
    </w:p>
    <w:p>
      <w:r>
        <w:rPr>
          <w:b/>
        </w:rPr>
        <w:t xml:space="preserve">[09:56] </w:t>
      </w:r>
      <w:r>
        <w:t>woh anbiya se murad hai woh log jo appointed hain.</w:t>
      </w:r>
    </w:p>
    <w:p>
      <w:pPr>
        <w:jc w:val="right"/>
      </w:pPr>
      <w:r>
        <w:t>وہ انبیاء سے مراد ہے وہ لوگ جو اپوائنٹڈ ہیں۔</w:t>
      </w:r>
    </w:p>
    <w:p>
      <w:r>
        <w:rPr>
          <w:b/>
        </w:rPr>
        <w:t xml:space="preserve">[10:05] </w:t>
      </w:r>
      <w:r>
        <w:t>to yeh sab jo Quran mein bataya gaya hai, usko samajhna,</w:t>
      </w:r>
    </w:p>
    <w:p>
      <w:pPr>
        <w:jc w:val="right"/>
      </w:pPr>
      <w:r>
        <w:t>تو یہ سب جو قرآن میں بتایا گیا ہے، اس کو سمجھنا،</w:t>
      </w:r>
    </w:p>
    <w:p>
      <w:r>
        <w:rPr>
          <w:b/>
        </w:rPr>
        <w:t xml:space="preserve">[10:13] </w:t>
      </w:r>
      <w:r>
        <w:t>usko study karna, usko mutala karna, uske liye</w:t>
      </w:r>
    </w:p>
    <w:p>
      <w:pPr>
        <w:jc w:val="right"/>
      </w:pPr>
      <w:r>
        <w:t>اس کو اسٹڈی کرنا، اس کو مطالعہ کرنا، اس کے لیے</w:t>
      </w:r>
    </w:p>
    <w:p>
      <w:r>
        <w:rPr>
          <w:b/>
        </w:rPr>
        <w:t xml:space="preserve">[10:25] </w:t>
      </w:r>
      <w:r>
        <w:t>yeh mahina khaas kiya gaya hai.</w:t>
      </w:r>
    </w:p>
    <w:p>
      <w:pPr>
        <w:jc w:val="right"/>
      </w:pPr>
      <w:r>
        <w:t>یہ مہینہ خاص کیا گیا ہے۔</w:t>
      </w:r>
    </w:p>
    <w:p>
      <w:r>
        <w:rPr>
          <w:b/>
        </w:rPr>
        <w:t xml:space="preserve">[10:36] </w:t>
      </w:r>
      <w:r>
        <w:t>har tafseer mein yeh baatein hain, kisi mein mukhtasar hain, kisi mein zyada detail mein hain.</w:t>
      </w:r>
    </w:p>
    <w:p>
      <w:pPr>
        <w:jc w:val="right"/>
      </w:pPr>
      <w:r>
        <w:t>ہر تفسیر میں یہ باتیں ہیں، کسی میں مختصر ہیں، کسی میں زیادہ ڈیٹیل میں ہیں۔</w:t>
      </w:r>
    </w:p>
    <w:p>
      <w:r>
        <w:rPr>
          <w:b/>
        </w:rPr>
        <w:t xml:space="preserve">[10:58] </w:t>
      </w:r>
      <w:r>
        <w:t>to aap ko</w:t>
      </w:r>
    </w:p>
    <w:p>
      <w:pPr>
        <w:jc w:val="right"/>
      </w:pPr>
      <w:r>
        <w:t>تو آپ کو</w:t>
      </w:r>
    </w:p>
    <w:p>
      <w:r>
        <w:rPr>
          <w:b/>
        </w:rPr>
        <w:t xml:space="preserve">[11:03] </w:t>
      </w:r>
      <w:r>
        <w:t>jo tafseer available ho, usi ke mutabiq mutala karna chahiye, kyunke har tafseer mein kam o besh yaksaan qism ki</w:t>
      </w:r>
    </w:p>
    <w:p>
      <w:pPr>
        <w:jc w:val="right"/>
      </w:pPr>
      <w:r>
        <w:t>جو تفسیر اویلیبل ہو، اسی کے مطابق مطالعہ کرنا چاہیے، کیونکہ ہر تفسیر میں کم و بیش یکساں قسم کی</w:t>
      </w:r>
    </w:p>
    <w:p>
      <w:r>
        <w:rPr>
          <w:b/>
        </w:rPr>
        <w:t xml:space="preserve">[11:21] </w:t>
      </w:r>
      <w:r>
        <w:t>maloomat, information aap ko mile gi.</w:t>
      </w:r>
    </w:p>
    <w:p>
      <w:pPr>
        <w:jc w:val="right"/>
      </w:pPr>
      <w:r>
        <w:t>معلومات، انفارمیشن آپ کو ملے گی۔</w:t>
      </w:r>
    </w:p>
    <w:p>
      <w:r>
        <w:rPr>
          <w:b/>
        </w:rPr>
        <w:t xml:space="preserve">[11:43] </w:t>
      </w:r>
      <w:r>
        <w:t>ziya khan ne aap se poocha hai, maulana sahib, ke arabi tilawat ke baghair sirf angrezi mein quran parhna kaisa hai?</w:t>
      </w:r>
    </w:p>
    <w:p>
      <w:pPr>
        <w:jc w:val="right"/>
      </w:pPr>
      <w:r>
        <w:t>ضیاء خان نے آپ سے پوچھا ہے، مولانا صاحب، کہ عربی تلاوت کے بغیر صرف انگریزی میں قرآن پڑھنا کیسا ہے؟</w:t>
      </w:r>
    </w:p>
    <w:p>
      <w:r>
        <w:rPr>
          <w:b/>
        </w:rPr>
        <w:t xml:space="preserve">[11:56] </w:t>
      </w:r>
      <w:r>
        <w:t>dekhiye, jis tarah bhi aap quran ko parhein, woh sahi hai.</w:t>
      </w:r>
    </w:p>
    <w:p>
      <w:pPr>
        <w:jc w:val="right"/>
      </w:pPr>
      <w:r>
        <w:t>دیکھیے، جس طرح بھی آپ قرآن کو پڑھیں، وہ صحیح ہے۔</w:t>
      </w:r>
    </w:p>
    <w:p>
      <w:r>
        <w:rPr>
          <w:b/>
        </w:rPr>
        <w:t xml:space="preserve">[12:09] </w:t>
      </w:r>
      <w:r>
        <w:t>jis tarah bhi parhein,</w:t>
      </w:r>
    </w:p>
    <w:p>
      <w:pPr>
        <w:jc w:val="right"/>
      </w:pPr>
      <w:r>
        <w:t>جس طرح بھی پڑھیں،</w:t>
      </w:r>
    </w:p>
    <w:p>
      <w:r>
        <w:rPr>
          <w:b/>
        </w:rPr>
        <w:t xml:space="preserve">[12:13] </w:t>
      </w:r>
      <w:r>
        <w:t>bashart ke is mein koi milawat na ki gayi ho.</w:t>
      </w:r>
    </w:p>
    <w:p>
      <w:pPr>
        <w:jc w:val="right"/>
      </w:pPr>
      <w:r>
        <w:t>بشرط کہ اس میں کوئی ملاوٹ نہ کی گئی ہو۔</w:t>
      </w:r>
    </w:p>
    <w:p>
      <w:r>
        <w:rPr>
          <w:b/>
        </w:rPr>
        <w:t xml:space="preserve">[12:20] </w:t>
      </w:r>
      <w:r>
        <w:t>chahe woh arabi mein parhein aap, chahe kisi aur zaban mein, agar is mein koi milawat nahi ki gayi hai to woh parhna sahi hai.</w:t>
      </w:r>
    </w:p>
    <w:p>
      <w:pPr>
        <w:jc w:val="right"/>
      </w:pPr>
      <w:r>
        <w:t>چاہے وہ عربی میں پڑھیں آپ، چاہے کسی اور زبان میں، اگر اس میں کوئی ملاوٹ نہیں کی گئی ہے تو وہ پڑھنا صحیح ہے۔</w:t>
      </w:r>
    </w:p>
    <w:p>
      <w:r>
        <w:rPr>
          <w:b/>
        </w:rPr>
        <w:t xml:space="preserve">[12:36] </w:t>
      </w:r>
      <w:r>
        <w:t>ya aap mutala karein to bohat aasani se aap jaan sakte hain ke kaun sa quran hai jis mein koi milawat ki gayi hai.</w:t>
      </w:r>
    </w:p>
    <w:p>
      <w:pPr>
        <w:jc w:val="right"/>
      </w:pPr>
      <w:r>
        <w:t>یا آپ مطالعہ کریں تو بہت آسانی سے آپ جان سکتے ہیں کہ کون سا قرآن ہے جس میں کوئی ملاوٹ کی گئی ہے۔</w:t>
      </w:r>
    </w:p>
    <w:p>
      <w:r>
        <w:rPr>
          <w:b/>
        </w:rPr>
        <w:t xml:space="preserve">[12:49] </w:t>
      </w:r>
      <w:r>
        <w:t>mere khayal se</w:t>
      </w:r>
    </w:p>
    <w:p>
      <w:pPr>
        <w:jc w:val="right"/>
      </w:pPr>
      <w:r>
        <w:t>میرے خیال سے</w:t>
      </w:r>
    </w:p>
    <w:p>
      <w:r>
        <w:rPr>
          <w:b/>
        </w:rPr>
        <w:t xml:space="preserve">[12:55] </w:t>
      </w:r>
      <w:r>
        <w:t>umat jo hai, umat muslima jo hai, is mamle mein intehai zyada hassas hai, intehai zyada hassas hai ke agar koi zara bhi farq kar diya jaye to log</w:t>
      </w:r>
    </w:p>
    <w:p>
      <w:pPr>
        <w:jc w:val="right"/>
      </w:pPr>
      <w:r>
        <w:t>امت جو ہے، امت مسلمہ جو ہے، اس معاملے میں انتہائی زیادہ حساس ہے، انتہائی زیادہ حساس ہے کہ اگر کوئی ذرا بھی فرق کر دیا جائے تو لوگ</w:t>
      </w:r>
    </w:p>
    <w:p>
      <w:r>
        <w:rPr>
          <w:b/>
        </w:rPr>
        <w:t xml:space="preserve">[13:14] </w:t>
      </w:r>
      <w:r>
        <w:t>us ke khilaf</w:t>
      </w:r>
    </w:p>
    <w:p>
      <w:pPr>
        <w:jc w:val="right"/>
      </w:pPr>
      <w:r>
        <w:t>اس کے خلاف</w:t>
      </w:r>
    </w:p>
    <w:p>
      <w:r>
        <w:rPr>
          <w:b/>
        </w:rPr>
        <w:t xml:space="preserve">[13:18] </w:t>
      </w:r>
      <w:r>
        <w:t>shor karte hain aur us ko accept nahi karte.</w:t>
      </w:r>
    </w:p>
    <w:p>
      <w:pPr>
        <w:jc w:val="right"/>
      </w:pPr>
      <w:r>
        <w:t>شور کرتے ہیں اور اس کو ایکسیپٹ نہیں کرتے۔</w:t>
      </w:r>
    </w:p>
    <w:p>
      <w:r>
        <w:rPr>
          <w:b/>
        </w:rPr>
        <w:t xml:space="preserve">[13:32] </w:t>
      </w:r>
      <w:r>
        <w:t>yeh bohat zyada umat, umat bohat zyada hassas hai is mamle mein, aur yeh hassasiyat, yeh hassasiyat jo hai, is ki wajah se quran mehfooz hai.</w:t>
      </w:r>
    </w:p>
    <w:p>
      <w:pPr>
        <w:jc w:val="right"/>
      </w:pPr>
      <w:r>
        <w:t>یہ بہت زیادہ امت، امت بہت زیادہ حساس ہے اس معاملے میں، اور یہ حساسیت، یہ حساسیت جو ہے، اس کی وجہ سے قرآن محفوظ ہے۔</w:t>
      </w:r>
    </w:p>
    <w:p>
      <w:r>
        <w:rPr>
          <w:b/>
        </w:rPr>
        <w:t xml:space="preserve">[13:51] </w:t>
      </w:r>
      <w:r>
        <w:t>quran mehfooz hai.</w:t>
      </w:r>
    </w:p>
    <w:p>
      <w:pPr>
        <w:jc w:val="right"/>
      </w:pPr>
      <w:r>
        <w:t>قرآن محفوظ ہے۔</w:t>
      </w:r>
    </w:p>
    <w:p>
      <w:r>
        <w:rPr>
          <w:b/>
        </w:rPr>
        <w:t xml:space="preserve">[13:59] </w:t>
      </w:r>
      <w:r>
        <w:t>log bohat zyada hassas hain ke koi zara bhi koi</w:t>
      </w:r>
    </w:p>
    <w:p>
      <w:pPr>
        <w:jc w:val="right"/>
      </w:pPr>
      <w:r>
        <w:t>لوگ بہت زیادہ حساس ہیں کہ کوئی ذرا بھی کوئی</w:t>
      </w:r>
    </w:p>
    <w:p>
      <w:r>
        <w:rPr>
          <w:b/>
        </w:rPr>
        <w:t xml:space="preserve">[14:07] </w:t>
      </w:r>
      <w:r>
        <w:t>kisi qism ka change quran mein koi na kar paye.</w:t>
      </w:r>
    </w:p>
    <w:p>
      <w:pPr>
        <w:jc w:val="right"/>
      </w:pPr>
      <w:r>
        <w:t>کسی قسم کا چینج قرآن میں کوئی نہ کر پائے۔</w:t>
      </w:r>
    </w:p>
    <w:p>
      <w:r>
        <w:rPr>
          <w:b/>
        </w:rPr>
        <w:t xml:space="preserve">[14:24] </w:t>
      </w:r>
      <w:r>
        <w:t>is par bohat kuch likha gaya hai, aap tafseel mein parhna chahein to parh sakte hain.</w:t>
      </w:r>
    </w:p>
    <w:p>
      <w:pPr>
        <w:jc w:val="right"/>
      </w:pPr>
      <w:r>
        <w:t>اس پر بہت کچھ لکھا گیا ہے، آپ تفصیل میں پڑھنا چاہیں تو پڑھ سکتے ہیں۔</w:t>
      </w:r>
    </w:p>
    <w:p>
      <w:r>
        <w:rPr>
          <w:b/>
        </w:rPr>
        <w:t xml:space="preserve">[14:44] </w:t>
      </w:r>
      <w:r>
        <w:t>quran ke jo tarjume hain, tafaseer hain, is mein koi is ke mamle mein umat zyada hassas hai ke koi milawat</w:t>
      </w:r>
    </w:p>
    <w:p>
      <w:pPr>
        <w:jc w:val="right"/>
      </w:pPr>
      <w:r>
        <w:t>قرآن کے جو ترجمے ہیں، تفسیریں ہیں، اس میں کوئی اس کے معاملے میں امت زیادہ حساس ہے کہ کوئی ملاوٹ</w:t>
      </w:r>
    </w:p>
    <w:p>
      <w:r>
        <w:rPr>
          <w:b/>
        </w:rPr>
        <w:t xml:space="preserve">[15:01] </w:t>
      </w:r>
      <w:r>
        <w:t>koi kar nahi pata. koi milawat agar karta hai to umat intehai zyada is ke khilaf</w:t>
      </w:r>
    </w:p>
    <w:p>
      <w:pPr>
        <w:jc w:val="right"/>
      </w:pPr>
      <w:r>
        <w:t>کوئی کر نہیں پاتا۔ کوئی ملاوٹ اگر کرتا ہے تو امت انتہائی زیادہ اس کے خلاف</w:t>
      </w:r>
    </w:p>
    <w:p>
      <w:r>
        <w:rPr>
          <w:b/>
        </w:rPr>
        <w:t xml:space="preserve">[15:14] </w:t>
      </w:r>
      <w:r>
        <w:t>ehsas karti hai ke woh nakam ho jata hai.</w:t>
      </w:r>
    </w:p>
    <w:p>
      <w:pPr>
        <w:jc w:val="right"/>
      </w:pPr>
      <w:r>
        <w:t>احساس کرتی ہے کہ وہ ناکام ہو جاتا ہے۔</w:t>
      </w:r>
    </w:p>
    <w:p>
      <w:r>
        <w:rPr>
          <w:b/>
        </w:rPr>
        <w:t xml:space="preserve">[15:22] </w:t>
      </w:r>
      <w:r>
        <w:t>is liye aam taur par aik currency hoga ke aap ko jo tarjuma ya jo tafseer available ho, us ko aap istemal kar sakte hain,</w:t>
      </w:r>
    </w:p>
    <w:p>
      <w:pPr>
        <w:jc w:val="right"/>
      </w:pPr>
      <w:r>
        <w:t>اس لیے عام طور پر ایک کارنسی ہوگا کہ آپ کو جو ترجمہ یا جو تفسیر اویلیبل ہو، اس کو آپ استعمال کر سکتے ہیں،</w:t>
      </w:r>
    </w:p>
    <w:p>
      <w:r>
        <w:rPr>
          <w:b/>
        </w:rPr>
        <w:t xml:space="preserve">[15:38] </w:t>
      </w:r>
      <w:r>
        <w:t>kyun ke kisi</w:t>
      </w:r>
    </w:p>
    <w:p>
      <w:pPr>
        <w:jc w:val="right"/>
      </w:pPr>
      <w:r>
        <w:t>کیونکہ کسی</w:t>
      </w:r>
    </w:p>
    <w:p>
      <w:r>
        <w:rPr>
          <w:b/>
        </w:rPr>
        <w:t xml:space="preserve">[15:40] </w:t>
      </w:r>
      <w:r>
        <w:t>tarjuma ya tafseer mein koi</w:t>
      </w:r>
    </w:p>
    <w:p>
      <w:pPr>
        <w:jc w:val="right"/>
      </w:pPr>
      <w:r>
        <w:t>ترجمہ یا تفسیر میں کوئی</w:t>
      </w:r>
    </w:p>
    <w:p>
      <w:r>
        <w:rPr>
          <w:b/>
        </w:rPr>
        <w:t xml:space="preserve">[15:47] </w:t>
      </w:r>
      <w:r>
        <w:t>haqeeqi maano mein koi ghalti amalan inshallah shamil nahi hogi.</w:t>
      </w:r>
    </w:p>
    <w:p>
      <w:pPr>
        <w:jc w:val="right"/>
      </w:pPr>
      <w:r>
        <w:t>حقیقی معنوں میں کوئی غلطی عملاً انشاءاللہ شامل نہیں ہوگی۔</w:t>
      </w:r>
    </w:p>
    <w:p>
      <w:r>
        <w:rPr>
          <w:b/>
        </w:rPr>
        <w:t xml:space="preserve">[16:06] </w:t>
      </w:r>
      <w:r>
        <w:t>maulana sahib, aaftab khan likhte hain: "maulana, aap ki taleemat ki roshni mein alhamdulillah mein kuch na kuch aage to barha hoon, khuda ko daryaft karne ke muamle mein, magar manzil par pahunch gaye hain, yeh kaise pata chalega?"</w:t>
      </w:r>
    </w:p>
    <w:p>
      <w:pPr>
        <w:jc w:val="right"/>
      </w:pPr>
      <w:r>
        <w:t>مولانا صاحب، آفتاب خان لکھتے ہیں: "مولانا، آپ کی تعلیمات کی روشنی میں الحمدللہ میں کچھ نہ کچھ آگے تو بڑھا ہوں، خدا کو دریافت کرنے کے معاملے میں، مگر منزل پر پہنچ گئے ہیں، یہ کیسے پتہ چلے گا؟"</w:t>
      </w:r>
    </w:p>
    <w:p>
      <w:r>
        <w:rPr>
          <w:b/>
        </w:rPr>
        <w:t xml:space="preserve">[16:27] </w:t>
      </w:r>
      <w:r>
        <w:t>dekhiye, manzil par pahunchne ka sahi pata to chalega aakhirat mein, dunya mein nahin. dunya to musalsal talash aur tehqeeq ki</w:t>
      </w:r>
    </w:p>
    <w:p>
      <w:pPr>
        <w:jc w:val="right"/>
      </w:pPr>
      <w:r>
        <w:t>دیکھیے، منزل پر پہنچنے کا صحیح پتہ تو چلے گا آخرت میں، دنیا میں نہیں۔ دنیا تو مسلسل تلاش اور تحقیق کی</w:t>
      </w:r>
    </w:p>
    <w:p>
      <w:r>
        <w:rPr>
          <w:b/>
        </w:rPr>
        <w:t xml:space="preserve">[16:48] </w:t>
      </w:r>
      <w:r>
        <w:t>dunya hai.</w:t>
      </w:r>
    </w:p>
    <w:p>
      <w:pPr>
        <w:jc w:val="right"/>
      </w:pPr>
      <w:r>
        <w:t>دنیا ہے۔</w:t>
      </w:r>
    </w:p>
    <w:p>
      <w:r>
        <w:rPr>
          <w:b/>
        </w:rPr>
        <w:t xml:space="preserve">[16:51] </w:t>
      </w:r>
      <w:r>
        <w:t>bar bar parhiye, bar bar ghor kijiye. baqi manzil aa gayi hai to yeh to pata chalega aakhirat mein inshallah.</w:t>
      </w:r>
    </w:p>
    <w:p>
      <w:pPr>
        <w:jc w:val="right"/>
      </w:pPr>
      <w:r>
        <w:t>بار بار پڑھیے، بار بار غور کیجیے۔ باقی منزل آ گئی ہے تو یہ تو پتہ چلے گا آخرت میں انشاءاللہ۔</w:t>
      </w:r>
    </w:p>
    <w:p>
      <w:r>
        <w:rPr>
          <w:b/>
        </w:rPr>
        <w:t xml:space="preserve">[17:16] </w:t>
      </w:r>
      <w:r>
        <w:t>mera sheikh likhte hain: "salam maulana sahib, aap ka bayan sun ke lagta hai jaise abhi abhi musalman hue hain.</w:t>
      </w:r>
    </w:p>
    <w:p>
      <w:pPr>
        <w:jc w:val="right"/>
      </w:pPr>
      <w:r>
        <w:t>میرا شیخ لکھتے ہیں: "سلام مولانا صاحب، آپ کا بیان سن کے لگتا ہے جیسے ابھی ابھی مسلمان ہوئے ہیں۔</w:t>
      </w:r>
    </w:p>
    <w:p>
      <w:r>
        <w:rPr>
          <w:b/>
        </w:rPr>
        <w:t xml:space="preserve">[17:28] </w:t>
      </w:r>
      <w:r>
        <w:t>abhi tak bohat nasamjhi aur bekhabri mein zindagi guzari. allah aap ko jaza-e-khair ata farmaye."</w:t>
      </w:r>
    </w:p>
    <w:p>
      <w:pPr>
        <w:jc w:val="right"/>
      </w:pPr>
      <w:r>
        <w:t>ابھی تک بہت ناسمجھی اور بے خبری میں زندگی گزاری۔ اللہ آپ کو جزائے خیر عطا فرمائے۔"</w:t>
      </w:r>
    </w:p>
    <w:p>
      <w:r>
        <w:rPr>
          <w:b/>
        </w:rPr>
        <w:t xml:space="preserve">[17:40] </w:t>
      </w:r>
      <w:r>
        <w:t>ameen,</w:t>
      </w:r>
    </w:p>
    <w:p>
      <w:pPr>
        <w:jc w:val="right"/>
      </w:pPr>
      <w:r>
        <w:t>آمین،</w:t>
      </w:r>
    </w:p>
    <w:p>
      <w:r>
        <w:rPr>
          <w:b/>
        </w:rPr>
        <w:t xml:space="preserve">[17:44] </w:t>
      </w:r>
      <w:r>
        <w:t>ameen.</w:t>
      </w:r>
    </w:p>
    <w:p>
      <w:pPr>
        <w:jc w:val="right"/>
      </w:pPr>
      <w:r>
        <w:t>آمین۔</w:t>
      </w:r>
    </w:p>
    <w:p>
      <w:r>
        <w:rPr>
          <w:b/>
        </w:rPr>
        <w:t xml:space="preserve">[17:46] </w:t>
      </w:r>
      <w:r>
        <w:t>aaftab, aaftab khan likhte hain: "assalam o alaikum maulana, aap hamare liye bohat bohat aham hain. hazraat karam, kisi din apni zindagi ki kahani bayan karen taake hamare liye woh bhi rehnumai ka sabab ho,</w:t>
      </w:r>
    </w:p>
    <w:p>
      <w:pPr>
        <w:jc w:val="right"/>
      </w:pPr>
      <w:r>
        <w:t>آفتاب، آفتاب خان لکھتے ہیں: "السلام علیکم مولانا، آپ ہمارے لیے بہت بہت اہم ہیں۔ حضرات کرم، کسی دن اپنی زندگی کی کہانی بیان کریں تاکہ ہمارے لیے وہ بھی رہنمائی کا باعث ہو،</w:t>
      </w:r>
    </w:p>
    <w:p>
      <w:r>
        <w:rPr>
          <w:b/>
        </w:rPr>
        <w:t xml:space="preserve">[18:05] </w:t>
      </w:r>
      <w:r>
        <w:t>ikhtesar ke sath."</w:t>
      </w:r>
    </w:p>
    <w:p>
      <w:pPr>
        <w:jc w:val="right"/>
      </w:pPr>
      <w:r>
        <w:t>اختصار کے ساتھ۔"</w:t>
      </w:r>
    </w:p>
    <w:p>
      <w:r>
        <w:rPr>
          <w:b/>
        </w:rPr>
        <w:t xml:space="preserve">[18:09] </w:t>
      </w:r>
      <w:r>
        <w:t>meri apni zindagi ki kahani</w:t>
      </w:r>
    </w:p>
    <w:p>
      <w:pPr>
        <w:jc w:val="right"/>
      </w:pPr>
      <w:r>
        <w:t>میری اپنی زندگی کی کہانی</w:t>
      </w:r>
    </w:p>
    <w:p>
      <w:r>
        <w:rPr>
          <w:b/>
        </w:rPr>
        <w:t xml:space="preserve">[18:16] </w:t>
      </w:r>
      <w:r>
        <w:t>likhi hui hai urdu mein, english mein,</w:t>
      </w:r>
    </w:p>
    <w:p>
      <w:pPr>
        <w:jc w:val="right"/>
      </w:pPr>
      <w:r>
        <w:t>لکھی ہوئی ہے اردو میں، انگلش میں،</w:t>
      </w:r>
    </w:p>
    <w:p>
      <w:r>
        <w:rPr>
          <w:b/>
        </w:rPr>
        <w:t xml:space="preserve">[18:27] </w:t>
      </w:r>
      <w:r>
        <w:t>aur meri bohat si kitabein hain, un sab mein kisi kisi taur par woh baatein aa chuki hain. aap parhiye aur parhte rahiye.</w:t>
      </w:r>
    </w:p>
    <w:p>
      <w:pPr>
        <w:jc w:val="right"/>
      </w:pPr>
      <w:r>
        <w:t>اور میری بہت سی کتابیں ہیں، ان سب میں کسی کسی طور پر وہ باتیں آ چکی ہیں۔ آپ پڑھیے اور پڑھتے رہیے۔</w:t>
      </w:r>
    </w:p>
    <w:p>
      <w:r>
        <w:rPr>
          <w:b/>
        </w:rPr>
        <w:t xml:space="preserve">[18:43] </w:t>
      </w:r>
      <w:r>
        <w:t>maulana sahib, yeh biography par aap ki kaafi kaam ho chuka hai, abhi kitab shaya nahin hui hai, is liye abhi thoda time lagega.</w:t>
      </w:r>
    </w:p>
    <w:p>
      <w:pPr>
        <w:jc w:val="right"/>
      </w:pPr>
      <w:r>
        <w:t>مولانا صاحب، یہ بائیوگرافی پر آپ کی کافی کام ہو چکا ہے، ابھی کتاب شائع نہیں ہوئی ہے، اس لیے ابھی تھوڑا ٹائم لگے گا۔</w:t>
      </w:r>
    </w:p>
    <w:p>
      <w:r>
        <w:rPr>
          <w:b/>
        </w:rPr>
        <w:t xml:space="preserve">[18:54] </w:t>
      </w:r>
      <w:r>
        <w:t>inshallah. shajiha fiyaz likhte hain: "assalam o alaikum, allah taala ko pa lene ka kya matlab hai?</w:t>
      </w:r>
    </w:p>
    <w:p>
      <w:pPr>
        <w:jc w:val="right"/>
      </w:pPr>
      <w:r>
        <w:t>انشاءاللہ۔ شجیحہ فیاض لکھتے ہیں: "السلام علیکم، اللہ تعالیٰ کو پا لینے کا کیا مطلب ہے؟</w:t>
      </w:r>
    </w:p>
    <w:p>
      <w:r>
        <w:rPr>
          <w:b/>
        </w:rPr>
        <w:t xml:space="preserve">[19:05] </w:t>
      </w:r>
      <w:r>
        <w:t>iski kya nishani hai?"</w:t>
      </w:r>
    </w:p>
    <w:p>
      <w:pPr>
        <w:jc w:val="right"/>
      </w:pPr>
      <w:r>
        <w:t>اس کی کیا نشانی ہے؟"</w:t>
      </w:r>
    </w:p>
    <w:p>
      <w:r>
        <w:rPr>
          <w:b/>
        </w:rPr>
        <w:t xml:space="preserve">[19:10] </w:t>
      </w:r>
      <w:r>
        <w:t>allah ke pa lene ka matlab hai ke aap ko allah ki zaat par yaqeen ho jaye, yaqeen,</w:t>
      </w:r>
    </w:p>
    <w:p>
      <w:pPr>
        <w:jc w:val="right"/>
      </w:pPr>
      <w:r>
        <w:t>اللہ کے پا لینے کا مطلب ہے کہ آپ کو اللہ کی ذات پر یقین ہو جائے، یقین،</w:t>
      </w:r>
    </w:p>
    <w:p>
      <w:r>
        <w:rPr>
          <w:b/>
        </w:rPr>
        <w:t xml:space="preserve">[19:24] </w:t>
      </w:r>
      <w:r>
        <w:t>aur woh mutalliq hote hi jitna zyada aap mutala karenge, utna hi aap ke yaqeen mein izafa hoga.</w:t>
      </w:r>
    </w:p>
    <w:p>
      <w:pPr>
        <w:jc w:val="right"/>
      </w:pPr>
      <w:r>
        <w:t>اور وہ متعلق ہوتے ہی جتنا زیادہ آپ مطالعہ کریں گے، اتنا ہی آپ کے یقین میں اضافہ ہوگا۔</w:t>
      </w:r>
    </w:p>
    <w:p>
      <w:r>
        <w:rPr>
          <w:b/>
        </w:rPr>
        <w:t xml:space="preserve">[19:39] </w:t>
      </w:r>
      <w:r>
        <w:t>doctor safina tabassum ne likha hai: "quran ki ayyat</w:t>
      </w:r>
    </w:p>
    <w:p>
      <w:pPr>
        <w:jc w:val="right"/>
      </w:pPr>
      <w:r>
        <w:t>ڈاکٹر سفینہ تبسم نے لکھا ہے: "قرآن کی آیات</w:t>
      </w:r>
    </w:p>
    <w:p>
      <w:r>
        <w:rPr>
          <w:b/>
        </w:rPr>
        <w:t xml:space="preserve">[19:54] </w:t>
      </w:r>
      <w:r>
        <w:t>ya khuz maw'idatan wa tafseeran likulli shay'in". is mein woh keh rahi hain: "wamar qaumaka ya'khuz". yeh surah surah al-araf mein hai, yani behtar mafhoom ki pairwi karoon.</w:t>
      </w:r>
    </w:p>
    <w:p>
      <w:pPr>
        <w:jc w:val="right"/>
      </w:pPr>
      <w:r>
        <w:t>یاخذو موعدۃ وتفسیرا لکل شین"۔ اس میں وہ کہہ رہی ہیں: "وامر قومک یاخذ"۔ یہ سورہ سورہ الاعراف میں ہے، یعنی بہتر مفہوم کی پیروی کروں۔</w:t>
      </w:r>
    </w:p>
    <w:p>
      <w:r>
        <w:rPr>
          <w:b/>
        </w:rPr>
        <w:t xml:space="preserve">[20:09] </w:t>
      </w:r>
      <w:r>
        <w:t>yeh behtar mafhoom kya hai, maulana sahib? yeh hai: "is kitab mein har qism ki naseehat aur cheez ki tafseel likh di hai, pas is ko mazbooti se pakdo aur apni qaum ko hukum do ke un ke behtar mafhoom ki pairwi karen."</w:t>
      </w:r>
    </w:p>
    <w:p>
      <w:pPr>
        <w:jc w:val="right"/>
      </w:pPr>
      <w:r>
        <w:t>یہ بہتر مفہوم کیا ہے، مولانا صاحب؟ یہ ہے: "اس کتاب میں ہر قسم کی نصیحت اور چیز کی تفصیل لکھ دی ہے، پس اس کو مضبوطی سے پکڑو اور اپنی قوم کو حکم دو کہ ان کے بہتر مفہوم کی پیروی کریں۔"</w:t>
      </w:r>
    </w:p>
    <w:p>
      <w:r>
        <w:rPr>
          <w:b/>
        </w:rPr>
        <w:t xml:space="preserve">[20:35] </w:t>
      </w:r>
      <w:r>
        <w:t>behtar mafhoom ka matlab yeh hai ke quran ke mutale se fitri taur par jo mafhoom samne aaye, us ko maan lo.</w:t>
      </w:r>
    </w:p>
    <w:p>
      <w:pPr>
        <w:jc w:val="right"/>
      </w:pPr>
      <w:r>
        <w:t>بہتر مفہوم کا مطلب یہ ہے کہ قرآن کے مطالعے سے فطری طور پر جو مفہوم سامنے آئے، اس کو مان لو۔</w:t>
      </w:r>
    </w:p>
    <w:p>
      <w:r>
        <w:rPr>
          <w:b/>
        </w:rPr>
        <w:t xml:space="preserve">[20:50] </w:t>
      </w:r>
      <w:r>
        <w:t>shahab ahmed poochte hain: "in da past, you try to advice the muslim community in few crucial and sensitive issues.</w:t>
      </w:r>
    </w:p>
    <w:p>
      <w:pPr>
        <w:jc w:val="right"/>
      </w:pPr>
      <w:r>
        <w:t>شہاب احمد پوچھتے ہیں: "ان دا پاسٹ، یو ٹرائی ٹو ایڈوائس دی مسلم کمیونٹی ان فیو کروشل اینڈ سینسٹیو ایشوز۔</w:t>
      </w:r>
    </w:p>
    <w:p>
      <w:r>
        <w:rPr>
          <w:b/>
        </w:rPr>
        <w:t xml:space="preserve">[21:03] </w:t>
      </w:r>
      <w:r>
        <w:t>you were ahead of the time and you had seen the things in the way that nobody could. people criticized you those times, but as years rolled by and time passes,</w:t>
      </w:r>
    </w:p>
    <w:p>
      <w:pPr>
        <w:jc w:val="right"/>
      </w:pPr>
      <w:r>
        <w:t>یو ویر اہیڈ اف دا ٹائم اینڈ یو ہیڈ سین دا تھنگز ان دا وے دیٹ نو بڈی کڈ۔ پیپل کریٹیسائز یو دوز ٹائمز، بٹ ایز ایئرز رولڈ بائی اینڈ ٹائم پاسز،</w:t>
      </w:r>
    </w:p>
    <w:p>
      <w:r>
        <w:rPr>
          <w:b/>
        </w:rPr>
        <w:t xml:space="preserve">[21:18] </w:t>
      </w:r>
      <w:r>
        <w:t>muslim community accepted your same advice once they had denied. what is your advice for today muslim community in India</w:t>
      </w:r>
    </w:p>
    <w:p>
      <w:pPr>
        <w:jc w:val="right"/>
      </w:pPr>
      <w:r>
        <w:t>مسلم کمیونٹی ایکسیپٹڈ یور سیم ایڈوائس ونس دے ہیڈ ڈینائیڈ۔ واٹ از یور ایڈوائس فار ٹوڈے مسلم کمیونٹی ان انڈیا</w:t>
      </w:r>
    </w:p>
    <w:p>
      <w:r>
        <w:rPr>
          <w:b/>
        </w:rPr>
        <w:t xml:space="preserve">[21:31] </w:t>
      </w:r>
      <w:r>
        <w:t>?" bhai, aaj kal jo muamla hai,</w:t>
      </w:r>
    </w:p>
    <w:p>
      <w:pPr>
        <w:jc w:val="right"/>
      </w:pPr>
      <w:r>
        <w:t>؟" بھئی، آج کل جو معاملہ ہے،</w:t>
      </w:r>
    </w:p>
    <w:p>
      <w:r>
        <w:rPr>
          <w:b/>
        </w:rPr>
        <w:t xml:space="preserve">[21:36] </w:t>
      </w:r>
      <w:r>
        <w:t>log samajhte hain ke koi</w:t>
      </w:r>
    </w:p>
    <w:p>
      <w:pPr>
        <w:jc w:val="right"/>
      </w:pPr>
      <w:r>
        <w:t>لوگ سمجھتے ہیں کہ کوئی</w:t>
      </w:r>
    </w:p>
    <w:p>
      <w:r>
        <w:rPr>
          <w:b/>
        </w:rPr>
        <w:t xml:space="preserve">[21:47] </w:t>
      </w:r>
      <w:r>
        <w:t>crisis aaya hua hai ummat par. main samajhta hoon ke aisa nahin hai, yeh</w:t>
      </w:r>
    </w:p>
    <w:p>
      <w:pPr>
        <w:jc w:val="right"/>
      </w:pPr>
      <w:r>
        <w:t>کرائسز آیا ہوا ہے امت پر۔ میں سمجھتا ہوں کہ ایسا نہیں ہے، یہ</w:t>
      </w:r>
    </w:p>
    <w:p>
      <w:r>
        <w:rPr>
          <w:b/>
        </w:rPr>
        <w:t xml:space="preserve">[21:59] </w:t>
      </w:r>
      <w:r>
        <w:t>Allah taala ka tareeqa hai, shock treatment.</w:t>
      </w:r>
    </w:p>
    <w:p>
      <w:pPr>
        <w:jc w:val="right"/>
      </w:pPr>
      <w:r>
        <w:t>اللہ تعالیٰ کا طریقہ ہے، شاک ٹریٹمنٹ۔</w:t>
      </w:r>
    </w:p>
    <w:p>
      <w:r>
        <w:rPr>
          <w:b/>
        </w:rPr>
        <w:t xml:space="preserve">[22:06] </w:t>
      </w:r>
      <w:r>
        <w:t>insaan ko jhanjhora jaata hai taake woh zyada ghor kare,</w:t>
      </w:r>
    </w:p>
    <w:p>
      <w:pPr>
        <w:jc w:val="right"/>
      </w:pPr>
      <w:r>
        <w:t>انسان کو جھنجوڑا جاتا ہے تاکہ وہ زیادہ غور کرے،</w:t>
      </w:r>
    </w:p>
    <w:p>
      <w:r>
        <w:rPr>
          <w:b/>
        </w:rPr>
        <w:t xml:space="preserve">[22:17] </w:t>
      </w:r>
      <w:r>
        <w:t>soche.</w:t>
      </w:r>
    </w:p>
    <w:p>
      <w:pPr>
        <w:jc w:val="right"/>
      </w:pPr>
      <w:r>
        <w:t>سوچے۔</w:t>
      </w:r>
    </w:p>
    <w:p>
      <w:r>
        <w:rPr>
          <w:b/>
        </w:rPr>
        <w:t xml:space="preserve">[22:24] </w:t>
      </w:r>
      <w:r>
        <w:t>main khayal hai ke is qism ke waqeaat jhanjhorne ke liye hote hain, shock dene ke liye.</w:t>
      </w:r>
    </w:p>
    <w:p>
      <w:pPr>
        <w:jc w:val="right"/>
      </w:pPr>
      <w:r>
        <w:t>میں خیال ہے کہ اس قسم کے واقعات جھنجوڑنے کے لیے ہوتے ہیں، شاک دینے کے لیے۔</w:t>
      </w:r>
    </w:p>
    <w:p>
      <w:r>
        <w:rPr>
          <w:b/>
        </w:rPr>
        <w:t xml:space="preserve">[22:35] </w:t>
      </w:r>
      <w:r>
        <w:t>woh</w:t>
      </w:r>
    </w:p>
    <w:p>
      <w:pPr>
        <w:jc w:val="right"/>
      </w:pPr>
      <w:r>
        <w:t>وہ</w:t>
      </w:r>
    </w:p>
    <w:p>
      <w:r>
        <w:rPr>
          <w:b/>
        </w:rPr>
        <w:t xml:space="preserve">[22:46] </w:t>
      </w:r>
      <w:r>
        <w:t>kisi bure silsile mein nahin hote.</w:t>
      </w:r>
    </w:p>
    <w:p>
      <w:pPr>
        <w:jc w:val="right"/>
      </w:pPr>
      <w:r>
        <w:t>کسی برے سلسلے میں نہیں ہوتے۔</w:t>
      </w:r>
    </w:p>
    <w:p>
      <w:r>
        <w:rPr>
          <w:b/>
        </w:rPr>
        <w:t xml:space="preserve">[22:49] </w:t>
      </w:r>
      <w:r>
        <w:t>Muhammad Saleh Ibrahim likhte hain: "Assalam o Alaikum Maulana Sahab, due to corona virus, we all are inside our homes.</w:t>
      </w:r>
    </w:p>
    <w:p>
      <w:pPr>
        <w:jc w:val="right"/>
      </w:pPr>
      <w:r>
        <w:t>محمد صالح ابراہیم لکھتے ہیں: "السلام علیکم مولانا صاحب، ڈیو ٹو کرونا وائرس، وی ال ار انسائیڈ اور ہومز۔</w:t>
      </w:r>
    </w:p>
    <w:p>
      <w:r>
        <w:rPr>
          <w:b/>
        </w:rPr>
        <w:t xml:space="preserve">[23:02] </w:t>
      </w:r>
      <w:r>
        <w:t>In another way, is it blessing of God as we get enough time to think about divine blessings?" to how to explain this situation?</w:t>
      </w:r>
    </w:p>
    <w:p>
      <w:pPr>
        <w:jc w:val="right"/>
      </w:pPr>
      <w:r>
        <w:t>انادر وے، از اٹ بلیسنگ اف گاڈ ایز وی گیٹ انف ٹائم ٹو تھنک اباؤٹ ڈیوائن بلیسنگز؟" تو اور ہاؤ ٹو ایکسپلین دس سچویشن؟</w:t>
      </w:r>
    </w:p>
    <w:p>
      <w:r>
        <w:rPr>
          <w:b/>
        </w:rPr>
        <w:t xml:space="preserve">[23:16] </w:t>
      </w:r>
      <w:r>
        <w:t>Please guide us.</w:t>
      </w:r>
    </w:p>
    <w:p>
      <w:pPr>
        <w:jc w:val="right"/>
      </w:pPr>
      <w:r>
        <w:t>پلیز گائیڈ اس۔</w:t>
      </w:r>
    </w:p>
    <w:p>
      <w:r>
        <w:rPr>
          <w:b/>
        </w:rPr>
        <w:t xml:space="preserve">[23:21] </w:t>
      </w:r>
      <w:r>
        <w:t>bhai, mere dekhte hi koi laanat nahin hai, balkeh yeh jhanjhora gaya hai.</w:t>
      </w:r>
    </w:p>
    <w:p>
      <w:pPr>
        <w:jc w:val="right"/>
      </w:pPr>
      <w:r>
        <w:t>بھئی، میرے دیکھتے ہی کوئی لعنت نہیں ہے، بلکہ یہ جھنجوڑا گیا ہے۔</w:t>
      </w:r>
    </w:p>
    <w:p>
      <w:r>
        <w:rPr>
          <w:b/>
        </w:rPr>
        <w:t xml:space="preserve">[23:32] </w:t>
      </w:r>
      <w:r>
        <w:t>insaan ne jab daryaft kiya nature ko to</w:t>
      </w:r>
    </w:p>
    <w:p>
      <w:pPr>
        <w:jc w:val="right"/>
      </w:pPr>
      <w:r>
        <w:t>انسان نے جب دریافت کیا نیچر کو تو</w:t>
      </w:r>
    </w:p>
    <w:p>
      <w:r>
        <w:rPr>
          <w:b/>
        </w:rPr>
        <w:t xml:space="preserve">[23:37] </w:t>
      </w:r>
      <w:r>
        <w:t>bahut zyada madat aayi insaan ke andar. madat, maadi aish o ishrat.</w:t>
      </w:r>
    </w:p>
    <w:p>
      <w:pPr>
        <w:jc w:val="right"/>
      </w:pPr>
      <w:r>
        <w:t>بہت زیادہ مادیت آئی انسان کے اندر۔ مادیت، مادی عیش و عشرت۔</w:t>
      </w:r>
    </w:p>
    <w:p>
      <w:r>
        <w:rPr>
          <w:b/>
        </w:rPr>
        <w:t xml:space="preserve">[23:49] </w:t>
      </w:r>
      <w:r>
        <w:t>ab ab khaliq yeh chahta hai ke</w:t>
      </w:r>
    </w:p>
    <w:p>
      <w:pPr>
        <w:jc w:val="right"/>
      </w:pPr>
      <w:r>
        <w:t>اب اب خالق یہ چاہتا ہے کہ</w:t>
      </w:r>
    </w:p>
    <w:p>
      <w:r>
        <w:rPr>
          <w:b/>
        </w:rPr>
        <w:t xml:space="preserve">[23:54] </w:t>
      </w:r>
      <w:r>
        <w:t>log</w:t>
      </w:r>
    </w:p>
    <w:p>
      <w:pPr>
        <w:jc w:val="right"/>
      </w:pPr>
      <w:r>
        <w:t>لوگ</w:t>
      </w:r>
    </w:p>
    <w:p>
      <w:r>
        <w:rPr>
          <w:b/>
        </w:rPr>
        <w:t xml:space="preserve">[23:58] </w:t>
      </w:r>
      <w:r>
        <w:t>lauten materials se spiritual ki taraf. bas yahi hai maqsad</w:t>
      </w:r>
    </w:p>
    <w:p>
      <w:pPr>
        <w:jc w:val="right"/>
      </w:pPr>
      <w:r>
        <w:t>لوٹیں مٹیریلز سے سپرچوٹی کی طرف۔ بس یہی ہے مقصد</w:t>
      </w:r>
    </w:p>
    <w:p>
      <w:r>
        <w:rPr>
          <w:b/>
        </w:rPr>
        <w:t xml:space="preserve">[24:12] </w:t>
      </w:r>
      <w:r>
        <w:t>is soorat-e-haal ka. yeh koi</w:t>
      </w:r>
    </w:p>
    <w:p>
      <w:pPr>
        <w:jc w:val="right"/>
      </w:pPr>
      <w:r>
        <w:t>اس صورتحال کا۔ یہ کوئی</w:t>
      </w:r>
    </w:p>
    <w:p>
      <w:r>
        <w:rPr>
          <w:b/>
        </w:rPr>
        <w:t xml:space="preserve">[24:19] </w:t>
      </w:r>
      <w:r>
        <w:t>bure silsile mein nahin hai, balkeh achhe silsile mein hai.</w:t>
      </w:r>
    </w:p>
    <w:p>
      <w:pPr>
        <w:jc w:val="right"/>
      </w:pPr>
      <w:r>
        <w:t>برے سلسلے میں نہیں ہے، بلکہ اچھے سلسلے میں ہے۔</w:t>
      </w:r>
    </w:p>
    <w:p>
      <w:r>
        <w:rPr>
          <w:b/>
        </w:rPr>
        <w:t xml:space="preserve">[24:28] </w:t>
      </w:r>
      <w:r>
        <w:t>Faisal Manzoor Abbasi ka ek comment hai: "Maulana Sahab, whenever I see you, it feels as if I have seen you somewhere before and have known you before.</w:t>
      </w:r>
    </w:p>
    <w:p>
      <w:pPr>
        <w:jc w:val="right"/>
      </w:pPr>
      <w:r>
        <w:t>فیصل منظور عباسی کا ایک کمنٹ ہے: "مولانا صاحب، وین ایور آئی سی یو، اٹ فیلز ایز اف آئی ہیو سین یو سم ویر بیفور اینڈ ہیو نون یو بیفور۔</w:t>
      </w:r>
    </w:p>
    <w:p>
      <w:r>
        <w:rPr>
          <w:b/>
        </w:rPr>
        <w:t xml:space="preserve">[24:45] </w:t>
      </w:r>
      <w:r>
        <w:t>I am from Pakistan."</w:t>
      </w:r>
    </w:p>
    <w:p>
      <w:pPr>
        <w:jc w:val="right"/>
      </w:pPr>
      <w:r>
        <w:t>آئی ایم فرام پاکستان۔"</w:t>
      </w:r>
    </w:p>
    <w:p>
      <w:r>
        <w:rPr>
          <w:b/>
        </w:rPr>
        <w:t xml:space="preserve">[24:50] </w:t>
      </w:r>
      <w:r>
        <w:t>woh keh rahe hain: "jab main aap ko dekhta hoon to mujhe aisa lagta hai, haalankeh woh Pakistan se hain, aisa lagta hai ke jaise unhon ne aap ko pehle dekha hua hai."</w:t>
      </w:r>
    </w:p>
    <w:p>
      <w:pPr>
        <w:jc w:val="right"/>
      </w:pPr>
      <w:r>
        <w:t>وہ کہہ رہے ہیں: "جب میں آپ کو دیکھتا ہوں تو مجھے ایسا لگتا ہے، حالانکہ وہ پاکستان سے ہیں، ایسا لگتا ہے کہ جیسے انہوں نے آپ کو پہلے دیکھا ہوا ہے۔"</w:t>
      </w:r>
    </w:p>
    <w:p>
      <w:r>
        <w:rPr>
          <w:b/>
        </w:rPr>
        <w:t xml:space="preserve">[24:58] </w:t>
      </w:r>
      <w:r>
        <w:t>ajeeb baat hai, Allah taala mubarak kare, Allah taala aap ko</w:t>
      </w:r>
    </w:p>
    <w:p>
      <w:pPr>
        <w:jc w:val="right"/>
      </w:pPr>
      <w:r>
        <w:t>عجیب بات ہے، اللہ تعالیٰ مبارک کرے، اللہ تعالیٰ آپ کو</w:t>
      </w:r>
    </w:p>
    <w:p>
      <w:r>
        <w:rPr>
          <w:b/>
        </w:rPr>
        <w:t xml:space="preserve">[25:17] </w:t>
      </w:r>
      <w:r>
        <w:t>rehmat mein hisse daar banaye.</w:t>
      </w:r>
    </w:p>
    <w:p>
      <w:pPr>
        <w:jc w:val="right"/>
      </w:pPr>
      <w:r>
        <w:t>رحمت میں حصے دار بنائے۔</w:t>
      </w:r>
    </w:p>
    <w:p>
      <w:r>
        <w:rPr>
          <w:b/>
        </w:rPr>
        <w:t xml:space="preserve">[25:26] </w:t>
      </w:r>
      <w:r>
        <w:t>maulana sahib riyaz bhat likhte hain: "maulana sahib, assalam o alaikum, aksar logon se suna hai ke quran ko samajhne ke liye kuch uloom ka hona zaroori hai.</w:t>
      </w:r>
    </w:p>
    <w:p>
      <w:pPr>
        <w:jc w:val="right"/>
      </w:pPr>
      <w:r>
        <w:t>مولانا صاحب ریاض بھٹ لکھتے ہیں: "مولانا صاحب، السلام علیکم، اکثر لوگوں سے سنا ہے کہ قرآن کو سمجھنے کے لیے کچھ علوم کا ہونا ضروری ہے۔</w:t>
      </w:r>
    </w:p>
    <w:p>
      <w:r>
        <w:rPr>
          <w:b/>
        </w:rPr>
        <w:t xml:space="preserve">[25:41] </w:t>
      </w:r>
      <w:r>
        <w:t>yeh kaun hain aur kahan se seekh sakte hain?"</w:t>
      </w:r>
    </w:p>
    <w:p>
      <w:pPr>
        <w:jc w:val="right"/>
      </w:pPr>
      <w:r>
        <w:t>یہ کون ہیں اور کہاں سے سیکھ سکتے ہیں؟"</w:t>
      </w:r>
    </w:p>
    <w:p>
      <w:r>
        <w:rPr>
          <w:b/>
        </w:rPr>
        <w:t xml:space="preserve">[25:51] </w:t>
      </w:r>
      <w:r>
        <w:t>yeh uloom koi misri ki baat nahi hai, aap arabi bohat janiye, teacher hon, bas isi qism ki cheezein zaroori hain.</w:t>
      </w:r>
    </w:p>
    <w:p>
      <w:pPr>
        <w:jc w:val="right"/>
      </w:pPr>
      <w:r>
        <w:t>یہ علوم کوئی مصری کی بات نہیں ہے، آپ عربی بہت جانیں، ٹیچر ہوں، بس اسی قسم کی چیزیں ضروری ہیں۔</w:t>
      </w:r>
    </w:p>
    <w:p>
      <w:r>
        <w:rPr>
          <w:b/>
        </w:rPr>
        <w:t xml:space="preserve">[26:14] </w:t>
      </w:r>
      <w:r>
        <w:t>arabi zaban ko janna, isi do cheezein bohat khaas hain.</w:t>
      </w:r>
    </w:p>
    <w:p>
      <w:pPr>
        <w:jc w:val="right"/>
      </w:pPr>
      <w:r>
        <w:t>عربی زبان کو جاننا، اسیٹی دو چیزیں بہت خاص ہیں۔</w:t>
      </w:r>
    </w:p>
    <w:p>
      <w:r>
        <w:rPr>
          <w:b/>
        </w:rPr>
        <w:t xml:space="preserve">[26:32] </w:t>
      </w:r>
      <w:r>
        <w:t>doctor rajat malhotra likhte hain: "maulana, people from other faith think that islam is a very complex religion.</w:t>
      </w:r>
    </w:p>
    <w:p>
      <w:pPr>
        <w:jc w:val="right"/>
      </w:pPr>
      <w:r>
        <w:t>ڈاکٹر رجت ملہدرا لکھتے ہیں: "مولانا، پیپل فرام ادر فیتھ تھنک دیٹ اسلام از ا ویری کمپلیکس ریلیجن۔</w:t>
      </w:r>
    </w:p>
    <w:p>
      <w:r>
        <w:rPr>
          <w:b/>
        </w:rPr>
        <w:t xml:space="preserve">[26:45] </w:t>
      </w:r>
      <w:r>
        <w:t>so many sects, practices and rituals across geographies. how can we explain to them that islam is a very simple and easy religion?"</w:t>
      </w:r>
    </w:p>
    <w:p>
      <w:pPr>
        <w:jc w:val="right"/>
      </w:pPr>
      <w:r>
        <w:t>سو مینی سیکٹس، پریکٹسز اینڈ ریچولز اکراس جیوگرافیز۔ ہاؤ کین وی ایکسپلین ٹو دیم دیٹ اسلام از ا ویری سمپل اینڈ ایزی ریلیجن؟"</w:t>
      </w:r>
    </w:p>
    <w:p>
      <w:r>
        <w:rPr>
          <w:b/>
        </w:rPr>
        <w:t xml:space="preserve">[26:59] </w:t>
      </w:r>
      <w:r>
        <w:t>dekhiye, aisa nahi hai.</w:t>
      </w:r>
    </w:p>
    <w:p>
      <w:pPr>
        <w:jc w:val="right"/>
      </w:pPr>
      <w:r>
        <w:t>دیکھیے، ایسا نہیں ہے۔</w:t>
      </w:r>
    </w:p>
    <w:p>
      <w:r>
        <w:rPr>
          <w:b/>
        </w:rPr>
        <w:t xml:space="preserve">[27:04] </w:t>
      </w:r>
      <w:r>
        <w:t>har kitab ke samajhne ke liye do level hote hain. ek yeh ke aap deep sense mein is ko samjhein, deep sense mein,</w:t>
      </w:r>
    </w:p>
    <w:p>
      <w:pPr>
        <w:jc w:val="right"/>
      </w:pPr>
      <w:r>
        <w:t>ہر کتاب کے سمجھنے کے لیے دو لیول ہوتے ہیں۔ ایک یہ کہ آپ ڈیپ سینس میں اس کو سمجھیں، ڈیپ سینس میں،</w:t>
      </w:r>
    </w:p>
    <w:p>
      <w:r>
        <w:rPr>
          <w:b/>
        </w:rPr>
        <w:t xml:space="preserve">[27:18] </w:t>
      </w:r>
      <w:r>
        <w:t>aur doosra yeh hai ke aap is ko</w:t>
      </w:r>
    </w:p>
    <w:p>
      <w:pPr>
        <w:jc w:val="right"/>
      </w:pPr>
      <w:r>
        <w:t>اور دوسرا یہ ہے کہ آپ اس کو</w:t>
      </w:r>
    </w:p>
    <w:p>
      <w:r>
        <w:rPr>
          <w:b/>
        </w:rPr>
        <w:t xml:space="preserve">[27:24] </w:t>
      </w:r>
      <w:r>
        <w:t>saada andaaz mein samjhein. bas aap ko saada andaaz mein agar samajhna hai to tarjuma padh lijiye, aur aap ko deep sense mein samajhna hai to tafaseer padh lijiye.</w:t>
      </w:r>
    </w:p>
    <w:p>
      <w:pPr>
        <w:jc w:val="right"/>
      </w:pPr>
      <w:r>
        <w:t>سادہ انداز میں سمجھیں۔ بس آپ کو سادہ انداز میں اگر سمجھنا ہے تو ترجمہ پڑھ لیجئے، اور آپ کو ڈیپ سینس میں سمجھنا ہے تو تفسیریں پڑھ لیجئے۔</w:t>
      </w:r>
    </w:p>
    <w:p>
      <w:r>
        <w:rPr>
          <w:b/>
        </w:rPr>
        <w:t xml:space="preserve">[27:42] </w:t>
      </w:r>
      <w:r>
        <w:t>koi bhi tafseer jo aap ko achhi lage, us ko aap padh sakte hain.</w:t>
      </w:r>
    </w:p>
    <w:p>
      <w:pPr>
        <w:jc w:val="right"/>
      </w:pPr>
      <w:r>
        <w:t>کوئی بھی تفسیر جو آپ کو اچھی لگے، اس کو آپ پڑھ سکتے ہیں۔</w:t>
      </w:r>
    </w:p>
    <w:p>
      <w:r>
        <w:rPr>
          <w:b/>
        </w:rPr>
        <w:t xml:space="preserve">[27:54] </w:t>
      </w:r>
      <w:r>
        <w:t>unhone kaha hai: "itne saare sects hain, is ko kaise explain kiya jaye?" hain sects, sects itne saare hain. kya hain?</w:t>
      </w:r>
    </w:p>
    <w:p>
      <w:pPr>
        <w:jc w:val="right"/>
      </w:pPr>
      <w:r>
        <w:t>انہوں نے کہا ہے: "اتنے سارے سیکٹس ہیں، اس کو کیسے ایکسپلین کیا جائے؟" ہیں سیکٹس، سیکٹس اتنے سارے ہیں۔ کیا ہیں؟</w:t>
      </w:r>
    </w:p>
    <w:p>
      <w:r>
        <w:rPr>
          <w:b/>
        </w:rPr>
        <w:t xml:space="preserve">[28:03] </w:t>
      </w:r>
      <w:r>
        <w:t>sects, sects, firqay.</w:t>
      </w:r>
    </w:p>
    <w:p>
      <w:pPr>
        <w:jc w:val="right"/>
      </w:pPr>
      <w:r>
        <w:t>ایس ای سی ٹی ایس سیکٹس، فرقے۔</w:t>
      </w:r>
    </w:p>
    <w:p>
      <w:r>
        <w:rPr>
          <w:b/>
        </w:rPr>
        <w:t xml:space="preserve">[28:08] </w:t>
      </w:r>
      <w:r>
        <w:t>sects achhe hain, yeh firqay to baad bane hain, bane koi thay nahi. aap kisi firqay ki</w:t>
      </w:r>
    </w:p>
    <w:p>
      <w:pPr>
        <w:jc w:val="right"/>
      </w:pPr>
      <w:r>
        <w:t>سیکٹس اچھے ہیں، یہ فرقے تو بعد بنے ہیں، بنے کوئی تھے نہیں۔ آپ کسی فرقے کی</w:t>
      </w:r>
    </w:p>
    <w:p>
      <w:r>
        <w:rPr>
          <w:b/>
        </w:rPr>
        <w:t xml:space="preserve">[28:19] </w:t>
      </w:r>
      <w:r>
        <w:t>koi tehqeeq mat kijiye, aap quran ki saada tarjume ko dekhiye. bas yeh jo sects aaye hain, woh sab baat ko aaye hain, aur sajeeb sahi maloom yeh hai ke</w:t>
      </w:r>
    </w:p>
    <w:p>
      <w:pPr>
        <w:jc w:val="right"/>
      </w:pPr>
      <w:r>
        <w:t>کوئی تحقیق مت کیجئے، آپ قرآن کی سادہ ترجمے کو دیکھیے۔ بس یہ جو سیکٹس آئے ہیں، وہ سب بات کو آئے ہیں، اور سجیب صحیح معلوم یہ ہے کہ</w:t>
      </w:r>
    </w:p>
    <w:p>
      <w:r>
        <w:rPr>
          <w:b/>
        </w:rPr>
        <w:t xml:space="preserve">[28:40] </w:t>
      </w:r>
      <w:r>
        <w:t>sab theek hai, koi is mein galat galat aur sahi nahi hai, balke apni bijli ke upar sab theek hai.</w:t>
      </w:r>
    </w:p>
    <w:p>
      <w:pPr>
        <w:jc w:val="right"/>
      </w:pPr>
      <w:r>
        <w:t>سب ٹھیک ہے، کوئی اس میں غلط غلط اور صحیح نہیں ہے، بلکہ اپنی بجلی کے اوپر سب ٹھیک ہے۔</w:t>
      </w:r>
    </w:p>
    <w:p>
      <w:r>
        <w:rPr>
          <w:b/>
        </w:rPr>
        <w:t xml:space="preserve">[28:54] </w:t>
      </w:r>
      <w:r>
        <w:t>matlab hamare andar tolerance hona chahiye, ek doosre ke khilaaf hum sahi sahi hai na uthein. sahi hai, tolerance.</w:t>
      </w:r>
    </w:p>
    <w:p>
      <w:pPr>
        <w:jc w:val="right"/>
      </w:pPr>
      <w:r>
        <w:t>مطلب ہمارے اندر ٹولرنس ہونا چاہیے، ایک دوسرے کے خلاف ہم صحیح صحیح ہے نہ اٹھائیں۔ صحیح ہے، ٹولرنس۔</w:t>
      </w:r>
    </w:p>
    <w:p>
      <w:r>
        <w:rPr>
          <w:b/>
        </w:rPr>
        <w:t xml:space="preserve">[29:12] </w:t>
      </w:r>
      <w:r>
        <w:t>doctor naghma siddiqui likhti hain: "your material, maulana sahib, introduces us to the living god.</w:t>
      </w:r>
    </w:p>
    <w:p>
      <w:pPr>
        <w:jc w:val="right"/>
      </w:pPr>
      <w:r>
        <w:t>ڈاکٹر نغمہ صدیقی لکھتی ہیں: "یور مٹیریل، مولانا صاحب، انٹروڈیوسز اس ٹو دا لیونگ گاڈ۔</w:t>
      </w:r>
    </w:p>
    <w:p>
      <w:r>
        <w:rPr>
          <w:b/>
        </w:rPr>
        <w:t xml:space="preserve">[29:23] </w:t>
      </w:r>
      <w:r>
        <w:t>this provides us with a storehouse of hope."</w:t>
      </w:r>
    </w:p>
    <w:p>
      <w:pPr>
        <w:jc w:val="right"/>
      </w:pPr>
      <w:r>
        <w:t>دس پرووائیڈز اس ودا اسٹور ہاؤس اف ہوپ۔"</w:t>
      </w:r>
    </w:p>
    <w:p>
      <w:r>
        <w:rPr>
          <w:b/>
        </w:rPr>
        <w:t xml:space="preserve">[29:30] </w:t>
      </w:r>
      <w:r>
        <w:t>keh rahi hain: "your material introduces us to a living god. this gives us a storehouse of hope.</w:t>
      </w:r>
    </w:p>
    <w:p>
      <w:pPr>
        <w:jc w:val="right"/>
      </w:pPr>
      <w:r>
        <w:t>کہہ رہی ہیں: "یور مٹیریل انٹروڈیوسز اس ٹو ا لیونگ گاڈ۔ دس گیوز اس ا اسٹور ہاؤس اف ہوپ۔</w:t>
      </w:r>
    </w:p>
    <w:p>
      <w:r>
        <w:rPr>
          <w:b/>
        </w:rPr>
        <w:t xml:space="preserve">[29:42] </w:t>
      </w:r>
      <w:r>
        <w:t>" masha allah, masha allah.</w:t>
      </w:r>
    </w:p>
    <w:p>
      <w:pPr>
        <w:jc w:val="right"/>
      </w:pPr>
      <w:r>
        <w:t>" ماشاءاللہ، ماشاءاللہ۔</w:t>
      </w:r>
    </w:p>
    <w:p>
      <w:r>
        <w:rPr>
          <w:b/>
        </w:rPr>
        <w:t xml:space="preserve">[29:57] </w:t>
      </w:r>
      <w:r>
        <w:t>taimoor qalandri baloch kehte hain ke aaj kal ke zamane mein jihad zaroori hai.</w:t>
      </w:r>
    </w:p>
    <w:p>
      <w:pPr>
        <w:jc w:val="right"/>
      </w:pPr>
      <w:r>
        <w:t>تیمور قلندری بلوچ کہتے ہیں کہ آج کل کے زمانے میں جہاد ضروری ہے۔</w:t>
      </w:r>
    </w:p>
    <w:p>
      <w:r>
        <w:rPr>
          <w:b/>
        </w:rPr>
        <w:t xml:space="preserve">[30:05] </w:t>
      </w:r>
      <w:r>
        <w:t>dekhein, jihad,</w:t>
      </w:r>
    </w:p>
    <w:p>
      <w:pPr>
        <w:jc w:val="right"/>
      </w:pPr>
      <w:r>
        <w:t>دیکھیں، جہاد،</w:t>
      </w:r>
    </w:p>
    <w:p>
      <w:r>
        <w:rPr>
          <w:b/>
        </w:rPr>
        <w:t xml:space="preserve">[30:17] </w:t>
      </w:r>
      <w:r>
        <w:t>jihad jo tha qadeem zamane mein, woh zamane ka phenomena tha. tribal age mashrooh hua islam, jo tribal age mein yeh sab hota tha.</w:t>
      </w:r>
    </w:p>
    <w:p>
      <w:pPr>
        <w:jc w:val="right"/>
      </w:pPr>
      <w:r>
        <w:t>جہاد جو تھا قدیم زمانے میں، وہ زمانے کا فیناومینا تھا۔ ٹرائبل ایج مشروع ہوا اسلام، جو ٹرائبل ایج میں یہ سب ہوتا تھا۔</w:t>
      </w:r>
    </w:p>
    <w:p>
      <w:r>
        <w:rPr>
          <w:b/>
        </w:rPr>
        <w:t xml:space="preserve">[30:32] </w:t>
      </w:r>
      <w:r>
        <w:t>to</w:t>
      </w:r>
    </w:p>
    <w:p>
      <w:pPr>
        <w:jc w:val="right"/>
      </w:pPr>
      <w:r>
        <w:t>تو</w:t>
      </w:r>
    </w:p>
    <w:p>
      <w:r>
        <w:rPr>
          <w:b/>
        </w:rPr>
        <w:t xml:space="preserve">[30:33] </w:t>
      </w:r>
      <w:r>
        <w:t>hum</w:t>
      </w:r>
    </w:p>
    <w:p>
      <w:pPr>
        <w:jc w:val="right"/>
      </w:pPr>
      <w:r>
        <w:t>ہم</w:t>
      </w:r>
    </w:p>
    <w:p>
      <w:r>
        <w:rPr>
          <w:b/>
        </w:rPr>
        <w:t xml:space="preserve">[30:37] </w:t>
      </w:r>
      <w:r>
        <w:t>jee rahay hain bilkul peaceful age mein, koi rukawat nahi hai, koi larai ki zaroorat nahi hai.</w:t>
      </w:r>
    </w:p>
    <w:p>
      <w:pPr>
        <w:jc w:val="right"/>
      </w:pPr>
      <w:r>
        <w:t>جی رہے ہیں بالکل پیس فل ایج میں، کوئی رکاوٹ نہیں ہے، کوئی لڑائی کی ضرورت نہیں ہے۔</w:t>
      </w:r>
    </w:p>
    <w:p>
      <w:r>
        <w:rPr>
          <w:b/>
        </w:rPr>
        <w:t xml:space="preserve">[30:52] </w:t>
      </w:r>
      <w:r>
        <w:t>aap</w:t>
      </w:r>
    </w:p>
    <w:p>
      <w:pPr>
        <w:jc w:val="right"/>
      </w:pPr>
      <w:r>
        <w:t>آپ</w:t>
      </w:r>
    </w:p>
    <w:p>
      <w:r>
        <w:rPr>
          <w:b/>
        </w:rPr>
        <w:t xml:space="preserve">[30:53] </w:t>
      </w:r>
      <w:r>
        <w:t>ko apnay deen par tasalli ke liye koi ladna bharna nahi hai, woh daur khatam ho gaya.</w:t>
      </w:r>
    </w:p>
    <w:p>
      <w:pPr>
        <w:jc w:val="right"/>
      </w:pPr>
      <w:r>
        <w:t>کو اپنے دین پر تسلی کے لیے کوئی لڑنا بھڑنا نہیں ہے، وہ دور ختم ہو گیا۔</w:t>
      </w:r>
    </w:p>
    <w:p>
      <w:r>
        <w:rPr>
          <w:b/>
        </w:rPr>
        <w:t xml:space="preserve">[31:08] </w:t>
      </w:r>
      <w:r>
        <w:t>jihad dawat kar saktay hain, Maulana sahib. ab to jihad ke maani koshish, bas ab jihad ke maani ladna bharna nahi hai.</w:t>
      </w:r>
    </w:p>
    <w:p>
      <w:pPr>
        <w:jc w:val="right"/>
      </w:pPr>
      <w:r>
        <w:t>جہاد دعوت کر سکتے ہیں، مولانا صاحب۔ اب تو جہاد کے معنی کوشش، بس اب جہاد کے معنی لڑنا بھڑنا نہیں ہے۔</w:t>
      </w:r>
    </w:p>
    <w:p>
      <w:r>
        <w:rPr>
          <w:b/>
        </w:rPr>
        <w:t xml:space="preserve">[31:24] </w:t>
      </w:r>
      <w:r>
        <w:t>Abdul Basit Umri likhtay hain: "Maulana, kisi ke bhi baray mein kabhi negative nahi hona chahiye, is ki kuch wazahat ki jiye."</w:t>
      </w:r>
    </w:p>
    <w:p>
      <w:pPr>
        <w:jc w:val="right"/>
      </w:pPr>
      <w:r>
        <w:t>عبدالباسط عمری لکھتے ہیں: "مولانا، کسی کے بھی بارے میں کبھی نیگیٹیو نہیں ہونا چاہیے، اس کی کچھ وضاحت کیجئے۔"</w:t>
      </w:r>
    </w:p>
    <w:p>
      <w:r>
        <w:rPr>
          <w:b/>
        </w:rPr>
        <w:t xml:space="preserve">[31:44] </w:t>
      </w:r>
      <w:r>
        <w:t>negative honay ke maani hain ke aap ka safar ka full stop lag gaya, to aap full stop ko lagaiye, apna safar aap gaye rakhiye.</w:t>
      </w:r>
    </w:p>
    <w:p>
      <w:pPr>
        <w:jc w:val="right"/>
      </w:pPr>
      <w:r>
        <w:t>نیگیٹیو ہونے کے معنی ہیں کہ آپ کا سفر کا فل سٹاپ لگ گیا، تو آپ فل سٹاپ کو لگائیں، اپنا سفر آپ گئے رکھیں۔</w:t>
      </w:r>
    </w:p>
    <w:p>
      <w:r>
        <w:rPr>
          <w:b/>
        </w:rPr>
        <w:t xml:space="preserve">[32:02] </w:t>
      </w:r>
      <w:r>
        <w:t>ab aap ka jo safar hai sachai ka, is mein kabhi full stop mat lagaiye, chlay dijiye.</w:t>
      </w:r>
    </w:p>
    <w:p>
      <w:pPr>
        <w:jc w:val="right"/>
      </w:pPr>
      <w:r>
        <w:t>اب آپ کا جو سفر ہے سچائی کا، اس میں کبھی فل سٹاپ مت لگائیے، چلے دیجئے۔</w:t>
      </w:r>
    </w:p>
    <w:p>
      <w:r>
        <w:rPr>
          <w:b/>
        </w:rPr>
        <w:t xml:space="preserve">[32:17] </w:t>
      </w:r>
      <w:r>
        <w:t>yeh matlab hai is ka.</w:t>
      </w:r>
    </w:p>
    <w:p>
      <w:pPr>
        <w:jc w:val="right"/>
      </w:pPr>
      <w:r>
        <w:t>یہ مطلب ہے اس کا۔</w:t>
      </w:r>
    </w:p>
    <w:p>
      <w:r>
        <w:rPr>
          <w:b/>
        </w:rPr>
        <w:t xml:space="preserve">[32:29] </w:t>
      </w:r>
      <w:r>
        <w:t>Huzoor Laghari likhtay hain: "Assalam o Alaikum Maulana. Rehnuma yani leaders zalim bante ja rahay hain.</w:t>
      </w:r>
    </w:p>
    <w:p>
      <w:pPr>
        <w:jc w:val="right"/>
      </w:pPr>
      <w:r>
        <w:t>حضور لغاری لکھتے ہیں: "السلام علیکم مولانا۔ رہنما یعنی لیڈرز ظالم بنتے جا رہے ہیں۔</w:t>
      </w:r>
    </w:p>
    <w:p>
      <w:r>
        <w:rPr>
          <w:b/>
        </w:rPr>
        <w:t xml:space="preserve">[32:43] </w:t>
      </w:r>
      <w:r>
        <w:t>agar aisa chalta raha to aam musalman kis par yaqeen karega? Kya koi tareeqa hai is ko rokne ka?"</w:t>
      </w:r>
    </w:p>
    <w:p>
      <w:pPr>
        <w:jc w:val="right"/>
      </w:pPr>
      <w:r>
        <w:t>اگر ایسا چلتا رہا تو عام مسلمان کس پر یقین کرے گا؟ کیا کوئی طریقہ ہے اس کو روکنے کا؟"</w:t>
      </w:r>
    </w:p>
    <w:p>
      <w:r>
        <w:rPr>
          <w:b/>
        </w:rPr>
        <w:t xml:space="preserve">[32:57] </w:t>
      </w:r>
      <w:r>
        <w:t>yeh rokna ke nazariya to jihad takrao paida karta hai aur larai hoti hai. Aap samjhaiye, bajaiye, rokne ki kya zaroorat hai?</w:t>
      </w:r>
    </w:p>
    <w:p>
      <w:pPr>
        <w:jc w:val="right"/>
      </w:pPr>
      <w:r>
        <w:t>یہ روکنا کے نظریہ تو جہاد ٹکراؤ پیدا کرتا ہے اور لڑائی ہوتی ہے۔ آپ سمجھائیے، بجائیے، روکنے کی کیا ضرورت ہے؟</w:t>
      </w:r>
    </w:p>
    <w:p>
      <w:r>
        <w:rPr>
          <w:b/>
        </w:rPr>
        <w:t xml:space="preserve">[33:18] </w:t>
      </w:r>
      <w:r>
        <w:t>jaise aap ko azadi hasil hai, aise doosron ko bhi azadi hasil hai. Har aik ko apni lehaz se</w:t>
      </w:r>
    </w:p>
    <w:p>
      <w:pPr>
        <w:jc w:val="right"/>
      </w:pPr>
      <w:r>
        <w:t>جیسے آپ کو آزادی حاصل ہے، ایسے دوسروں کو بھی آزادی حاصل ہے۔ ہر ایک کو اپنی لحاظ سے</w:t>
      </w:r>
    </w:p>
    <w:p>
      <w:r>
        <w:rPr>
          <w:b/>
        </w:rPr>
        <w:t xml:space="preserve">[33:29] </w:t>
      </w:r>
      <w:r>
        <w:t>amal karne dijiye. Aap ki jo samajh mein aata hai, us par amal kijiye.</w:t>
      </w:r>
    </w:p>
    <w:p>
      <w:pPr>
        <w:jc w:val="right"/>
      </w:pPr>
      <w:r>
        <w:t>عمل کرنے دیجئے۔ آپ کی جو سمجھ میں آتا ہے، اس پر عمل کیجئے۔</w:t>
      </w:r>
    </w:p>
    <w:p>
      <w:r>
        <w:rPr>
          <w:b/>
        </w:rPr>
        <w:t xml:space="preserve">[33:47] </w:t>
      </w:r>
      <w:r>
        <w:t>Sarwat Farhan likhti hain: "Assalam o Alaikum Maulana. Jab se maine deen ko jana hai, mujhe death ka khauf ho gaya hai.</w:t>
      </w:r>
    </w:p>
    <w:p>
      <w:pPr>
        <w:jc w:val="right"/>
      </w:pPr>
      <w:r>
        <w:t>ثروت فرحان لکھتی ہیں: "السلام علیکم مولانا۔ جب سے میں نے دین کو جانا ہے، مجھے ڈیتھ کا خوف ہو گیا ہے۔</w:t>
      </w:r>
    </w:p>
    <w:p>
      <w:r>
        <w:rPr>
          <w:b/>
        </w:rPr>
        <w:t xml:space="preserve">[34:01] </w:t>
      </w:r>
      <w:r>
        <w:t>main apnay profession mein bhi koi energy aur spirit lose kar rahi hoon, is ki kya wajah hai?"</w:t>
      </w:r>
    </w:p>
    <w:p>
      <w:pPr>
        <w:jc w:val="right"/>
      </w:pPr>
      <w:r>
        <w:t>میں اپنے پروفیشن میں بھی کوئی انرجی اور سپرٹ لوز کر رہی ہوں، اس کی کیا وجہ ہے؟"</w:t>
      </w:r>
    </w:p>
    <w:p>
      <w:r>
        <w:rPr>
          <w:b/>
        </w:rPr>
        <w:t xml:space="preserve">[34:15] </w:t>
      </w:r>
      <w:r>
        <w:t>aap sochtay rahiye, ziyada ghhor kijiye,</w:t>
      </w:r>
    </w:p>
    <w:p>
      <w:pPr>
        <w:jc w:val="right"/>
      </w:pPr>
      <w:r>
        <w:t>آپ سوچتے رہیے، زیادہ غور کیجئے،</w:t>
      </w:r>
    </w:p>
    <w:p>
      <w:r>
        <w:rPr>
          <w:b/>
        </w:rPr>
        <w:t xml:space="preserve">[34:23] </w:t>
      </w:r>
      <w:r>
        <w:t>ziyada study kijiye,</w:t>
      </w:r>
    </w:p>
    <w:p>
      <w:pPr>
        <w:jc w:val="right"/>
      </w:pPr>
      <w:r>
        <w:t>زیادہ اسٹڈی کیجئے،</w:t>
      </w:r>
    </w:p>
    <w:p>
      <w:r>
        <w:rPr>
          <w:b/>
        </w:rPr>
        <w:t xml:space="preserve">[34:32] </w:t>
      </w:r>
      <w:r>
        <w:t>ya to koi aik tafseer le lijiye, us ko parhtay rahiye, ya mukhtalif tafseer ka study kijiye.</w:t>
      </w:r>
    </w:p>
    <w:p>
      <w:pPr>
        <w:jc w:val="right"/>
      </w:pPr>
      <w:r>
        <w:t>یا تو کوئی ایک تفسیر لے لیجئے، اس کو پڑھتے رہیے، یا مختلف تفسیر کا اسٹڈی کیجئے۔</w:t>
      </w:r>
    </w:p>
    <w:p>
      <w:r>
        <w:rPr>
          <w:b/>
        </w:rPr>
        <w:t xml:space="preserve">[34:42] </w:t>
      </w:r>
      <w:r>
        <w:t>is mein koi burai nahi hai, aap mukhtalif tafseer parhiye.</w:t>
      </w:r>
    </w:p>
    <w:p>
      <w:pPr>
        <w:jc w:val="right"/>
      </w:pPr>
      <w:r>
        <w:t>اس میں کوئی برائی نہیں ہے، آپ مختلف تفسیر پڑھیے۔</w:t>
      </w:r>
    </w:p>
    <w:p>
      <w:r>
        <w:rPr>
          <w:b/>
        </w:rPr>
        <w:t xml:space="preserve">[34:49] </w:t>
      </w:r>
      <w:r>
        <w:t>Aftab Khan likhtay hain: "Maulana, ishq Mustafa aur ishq Elahi dono aik hi cheez hain ya farq hai?"</w:t>
      </w:r>
    </w:p>
    <w:p>
      <w:pPr>
        <w:jc w:val="right"/>
      </w:pPr>
      <w:r>
        <w:t>آفتاب خان لکھتے ہیں: "مولانا، عشق مصطفی اور عشق الہی دونوں ایک ہی چیز ہیں یا فرق ہے؟"</w:t>
      </w:r>
    </w:p>
    <w:p>
      <w:r>
        <w:rPr>
          <w:b/>
        </w:rPr>
        <w:t xml:space="preserve">[35:01] </w:t>
      </w:r>
      <w:r>
        <w:t>bhai, ishq to main samajhta hoon ke sahi lafz nahi hai.</w:t>
      </w:r>
    </w:p>
    <w:p>
      <w:pPr>
        <w:jc w:val="right"/>
      </w:pPr>
      <w:r>
        <w:t>بھئی، عشق تو میں سمجھتا ہوں کہ صحیح لفظ نہیں ہے۔</w:t>
      </w:r>
    </w:p>
    <w:p>
      <w:r>
        <w:rPr>
          <w:b/>
        </w:rPr>
        <w:t xml:space="preserve">[35:11] </w:t>
      </w:r>
      <w:r>
        <w:t>yeh to Sufiya ne is ko aks kiya hai.</w:t>
      </w:r>
    </w:p>
    <w:p>
      <w:pPr>
        <w:jc w:val="right"/>
      </w:pPr>
      <w:r>
        <w:t>یہ تو صوفیاء نے اس کو عکس کیا ہے۔</w:t>
      </w:r>
    </w:p>
    <w:p>
      <w:r>
        <w:rPr>
          <w:b/>
        </w:rPr>
        <w:t xml:space="preserve">[35:21] </w:t>
      </w:r>
      <w:r>
        <w:t>main Hadees sahi lafz hai: it'aat, it'aat. Aap Hadees aur Quran ko parhiye, jo ahkam milay hain aap ko, un ahkam ki aap it'aat kijiye.</w:t>
      </w:r>
    </w:p>
    <w:p>
      <w:pPr>
        <w:jc w:val="right"/>
      </w:pPr>
      <w:r>
        <w:t>میں حدیث صحیح لفظ ہے: اطاعت، اطاعت۔ آپ حدیث اور قرآن کو پڑھیے، جو احکام ملے ہیں آپ کو، ان احکام کی آپ اطاعت کیجئے۔</w:t>
      </w:r>
    </w:p>
    <w:p>
      <w:r>
        <w:rPr>
          <w:b/>
        </w:rPr>
        <w:t xml:space="preserve">[35:38] </w:t>
      </w:r>
      <w:r>
        <w:t>Firdous Sharif likhtay hain: "Dubai se Hazrat, meri dua hai ke Ramzan ke baad bhi aap isi tarah naseehat amez program jari rakhein.</w:t>
      </w:r>
    </w:p>
    <w:p>
      <w:pPr>
        <w:jc w:val="right"/>
      </w:pPr>
      <w:r>
        <w:t>فردوس شریف لکھتے ہیں: "دبئی سے حضرت، میری دعا ہے کہ رمضان کے بعد بھی آپ اسی طرح نصیحت آمیز پروگرام جاری رکھیں۔</w:t>
      </w:r>
    </w:p>
    <w:p>
      <w:r>
        <w:rPr>
          <w:b/>
        </w:rPr>
        <w:t xml:space="preserve">[35:55] </w:t>
      </w:r>
      <w:r>
        <w:t>hazrat, allah aap ko himmat de, bohat bara inaam hai aap hum sab ke liye, mashallah. jazaakm allah.</w:t>
      </w:r>
    </w:p>
    <w:p>
      <w:pPr>
        <w:jc w:val="right"/>
      </w:pPr>
      <w:r>
        <w:t>حضرت، اللہ آپ کو ہمت دے، بہت بڑا انعام ہے آپ ہم سب کے لیے، ماشاءاللہ۔" جزاکم اللہ۔</w:t>
      </w:r>
    </w:p>
    <w:p>
      <w:r>
        <w:rPr>
          <w:b/>
        </w:rPr>
        <w:t xml:space="preserve">[36:15] </w:t>
      </w:r>
      <w:r>
        <w:t>professor najma siddiqui ne aap se aik sawal poocha hai: "Molana, whatever you do from your own side, does not seem enough.</w:t>
      </w:r>
    </w:p>
    <w:p>
      <w:pPr>
        <w:jc w:val="right"/>
      </w:pPr>
      <w:r>
        <w:t>پروفیسر نجمہ صدیقی نے آپ سے ایک سوال پوچھا ہے: "مولانا، واٹ ایور یو ڈو فرام یور اون سائیڈ، ڈز ناٹ سیم انف۔</w:t>
      </w:r>
    </w:p>
    <w:p>
      <w:r>
        <w:rPr>
          <w:b/>
        </w:rPr>
        <w:t xml:space="preserve">[36:26] </w:t>
      </w:r>
      <w:r>
        <w:t>there is always a fear as your maghfirat depends on allah rehmat. what should i do?</w:t>
      </w:r>
    </w:p>
    <w:p>
      <w:pPr>
        <w:jc w:val="right"/>
      </w:pPr>
      <w:r>
        <w:t>دیر از الویز ا فیئر ایز یور مغفرت ڈیپینڈز ان اللہ رحمت۔ واٹ شوڈ آئی ڈو؟</w:t>
      </w:r>
    </w:p>
    <w:p>
      <w:r>
        <w:rPr>
          <w:b/>
        </w:rPr>
        <w:t xml:space="preserve">[36:35] </w:t>
      </w:r>
      <w:r>
        <w:t>is it only hope and dua?</w:t>
      </w:r>
    </w:p>
    <w:p>
      <w:pPr>
        <w:jc w:val="right"/>
      </w:pPr>
      <w:r>
        <w:t>از اٹ اونلی ہوپ اینڈ دعا؟</w:t>
      </w:r>
    </w:p>
    <w:p>
      <w:r>
        <w:rPr>
          <w:b/>
        </w:rPr>
        <w:t xml:space="preserve">[36:40] </w:t>
      </w:r>
      <w:r>
        <w:t>"haan, dua kijiye, bas umeed rakhiye, dua kijiye aur achi umeed rakhiye. khwaja naseer ud din sanah likhte hain: "molana, humein ahle rasool mein uthaein, allah taala dua karein." kya matlab?</w:t>
      </w:r>
    </w:p>
    <w:p>
      <w:pPr>
        <w:jc w:val="right"/>
      </w:pPr>
      <w:r>
        <w:t>" ہاں، دعا کیجئے، بس امید رکھیے، دعا کیجئے اور اچھی امید رکھیے۔ خواجہ نصیر الدین سنہ لکھتے ہیں: "مولانا، ہمیں اخوان رسول میں اٹھائیں، اللہ تعالی دعا کریں۔" کیا مطلب؟</w:t>
      </w:r>
    </w:p>
    <w:p>
      <w:r>
        <w:rPr>
          <w:b/>
        </w:rPr>
        <w:t xml:space="preserve">[37:03] </w:t>
      </w:r>
      <w:r>
        <w:t>woh chahte hain ke ahle rasool ka darja un ko mile.</w:t>
      </w:r>
    </w:p>
    <w:p>
      <w:pPr>
        <w:jc w:val="right"/>
      </w:pPr>
      <w:r>
        <w:t>وہ چاہتے ہیں کہ اخوان رسول کا درجہ ان کو ملے۔</w:t>
      </w:r>
    </w:p>
    <w:p>
      <w:r>
        <w:rPr>
          <w:b/>
        </w:rPr>
        <w:t xml:space="preserve">[37:09] </w:t>
      </w:r>
      <w:r>
        <w:t>hum dua karte hain ke allah taala aap ko woh darja de jis darje ke aap talib hain.</w:t>
      </w:r>
    </w:p>
    <w:p>
      <w:pPr>
        <w:jc w:val="right"/>
      </w:pPr>
      <w:r>
        <w:t>ہم دعا کرتے ہیں کہ اللہ تعالی آپ کو وہ درجہ دے جس درجے کے آپ طالب ہیں۔</w:t>
      </w:r>
    </w:p>
    <w:p>
      <w:r>
        <w:rPr>
          <w:b/>
        </w:rPr>
        <w:t xml:space="preserve">[37:27] </w:t>
      </w:r>
      <w:r>
        <w:t>jindi river likhti hain: "dilshad from pakistan, islamabad se.</w:t>
      </w:r>
    </w:p>
    <w:p>
      <w:pPr>
        <w:jc w:val="right"/>
      </w:pPr>
      <w:r>
        <w:t>جندی ریور لکھتی ہیں: "دلشاد فرام پاکستان، اسلام آباد سے۔</w:t>
      </w:r>
    </w:p>
    <w:p>
      <w:r>
        <w:rPr>
          <w:b/>
        </w:rPr>
        <w:t xml:space="preserve">[37:38] </w:t>
      </w:r>
      <w:r>
        <w:t>salam molana sahib, my father is also from Afghanistan. He was by face like you. Our children say molana is looking just like our grandfather.</w:t>
      </w:r>
    </w:p>
    <w:p>
      <w:pPr>
        <w:jc w:val="right"/>
      </w:pPr>
      <w:r>
        <w:t>سلام مولانا صاحب، مائی فادر از السو فرام افغانستان۔ ہی واز بائی فیس لائک یو۔ اور چلڈرن سے مولانا از لوکنگ جسٹ لائک اور گرینڈ فادر۔</w:t>
      </w:r>
    </w:p>
    <w:p>
      <w:r>
        <w:rPr>
          <w:b/>
        </w:rPr>
        <w:t xml:space="preserve">[37:54] </w:t>
      </w:r>
      <w:r>
        <w:t>dilshad from af pakistan, islamabad."</w:t>
      </w:r>
    </w:p>
    <w:p>
      <w:pPr>
        <w:jc w:val="right"/>
      </w:pPr>
      <w:r>
        <w:t>دلشاد فرام اف پاکستان، اسلام آباد۔"</w:t>
      </w:r>
    </w:p>
    <w:p>
      <w:r>
        <w:rPr>
          <w:b/>
        </w:rPr>
        <w:t xml:space="preserve">[38:00] </w:t>
      </w:r>
      <w:r>
        <w:t>mashallah, allah taala aap ko</w:t>
      </w:r>
    </w:p>
    <w:p>
      <w:pPr>
        <w:jc w:val="right"/>
      </w:pPr>
      <w:r>
        <w:t>ماشاءاللہ، اللہ تعالی آپ کو</w:t>
      </w:r>
    </w:p>
    <w:p>
      <w:r>
        <w:rPr>
          <w:b/>
        </w:rPr>
        <w:t xml:space="preserve">[38:05] </w:t>
      </w:r>
      <w:r>
        <w:t>qubool farmaye.</w:t>
      </w:r>
    </w:p>
    <w:p>
      <w:pPr>
        <w:jc w:val="right"/>
      </w:pPr>
      <w:r>
        <w:t>قبول فرمائے۔</w:t>
      </w:r>
    </w:p>
    <w:p>
      <w:r>
        <w:rPr>
          <w:b/>
        </w:rPr>
        <w:t xml:space="preserve">[38:18] </w:t>
      </w:r>
      <w:r>
        <w:t>farooq shah likhte hain: "ulamae haq aur batil mein kya farq hai?"</w:t>
      </w:r>
    </w:p>
    <w:p>
      <w:pPr>
        <w:jc w:val="right"/>
      </w:pPr>
      <w:r>
        <w:t>فاروق شاہ لکھتے ہیں: "علمائے حق اور باطل میں کیا فرق ہے؟"</w:t>
      </w:r>
    </w:p>
    <w:p>
      <w:r>
        <w:rPr>
          <w:b/>
        </w:rPr>
        <w:t xml:space="preserve">[38:23] </w:t>
      </w:r>
      <w:r>
        <w:t>yeh to jhagde ki baatein hain, koi aisi taqseem nahi hai ke falan log ulamae haq hain, wahan log ulamae batil hain.</w:t>
      </w:r>
    </w:p>
    <w:p>
      <w:pPr>
        <w:jc w:val="right"/>
      </w:pPr>
      <w:r>
        <w:t>یہ تو جھگڑے کی باتیں ہیں، کوئی ایسی تقسیم نہیں ہے کہ فلاں لوگ علماء حق ہیں، وہاں لوگ علماء باطل ہیں۔</w:t>
      </w:r>
    </w:p>
    <w:p>
      <w:r>
        <w:rPr>
          <w:b/>
        </w:rPr>
        <w:t xml:space="preserve">[38:40] </w:t>
      </w:r>
      <w:r>
        <w:t>aap mutala kijiye aur ghaur se jaari rakhiye.</w:t>
      </w:r>
    </w:p>
    <w:p>
      <w:pPr>
        <w:jc w:val="right"/>
      </w:pPr>
      <w:r>
        <w:t>آپ مطالعہ کیجئے اور غور سے جاری رکھیے۔</w:t>
      </w:r>
    </w:p>
    <w:p>
      <w:r>
        <w:rPr>
          <w:b/>
        </w:rPr>
        <w:t xml:space="preserve">[38:48] </w:t>
      </w:r>
      <w:r>
        <w:t>tanveer elahi likhte hain: "molana, kya quran ko applicables aur non-applicables ki taqseem durust hai?" mein nahi, mein ne to nahi.</w:t>
      </w:r>
    </w:p>
    <w:p>
      <w:pPr>
        <w:jc w:val="right"/>
      </w:pPr>
      <w:r>
        <w:t>تنویر الہی لکھتے ہیں: "مولانا، کیا قرآن کو ایپلیکیبلز اور نان ایپلیکیبلز کی تقسیم درست ہے؟" میں نہیں، میں نے تو نہیں۔</w:t>
      </w:r>
    </w:p>
    <w:p>
      <w:r>
        <w:rPr>
          <w:b/>
        </w:rPr>
        <w:t xml:space="preserve">[39:09] </w:t>
      </w:r>
      <w:r>
        <w:t>aap to bas ghaur o fikr kijiye, yeh category mat banaiye.</w:t>
      </w:r>
    </w:p>
    <w:p>
      <w:pPr>
        <w:jc w:val="right"/>
      </w:pPr>
      <w:r>
        <w:t>آپ تو بس غور و فکر کیجئے، یہ کیٹگری مت بنائیے۔</w:t>
      </w:r>
    </w:p>
    <w:p>
      <w:r>
        <w:rPr>
          <w:b/>
        </w:rPr>
        <w:t xml:space="preserve">[39:23] </w:t>
      </w:r>
      <w:r>
        <w:t>aram gul ka kehna hai: "salam molana, is it true that dua in lailatul qadr can increase life of a person?"</w:t>
      </w:r>
    </w:p>
    <w:p>
      <w:pPr>
        <w:jc w:val="right"/>
      </w:pPr>
      <w:r>
        <w:t>ارم گل کا کہنا ہے: "سلام مولانا، از اٹ ٹرو دیٹ دعا ان لیلۃ القدر کین انکریز لائف اف اے پرسن؟"</w:t>
      </w:r>
    </w:p>
    <w:p>
      <w:r>
        <w:rPr>
          <w:b/>
        </w:rPr>
        <w:t xml:space="preserve">[39:36] </w:t>
      </w:r>
      <w:r>
        <w:t>lailatul qadr koi</w:t>
      </w:r>
    </w:p>
    <w:p>
      <w:pPr>
        <w:jc w:val="right"/>
      </w:pPr>
      <w:r>
        <w:t>لیلۃ القدر کوئی</w:t>
      </w:r>
    </w:p>
    <w:p>
      <w:r>
        <w:rPr>
          <w:b/>
        </w:rPr>
        <w:t xml:space="preserve">[39:44] </w:t>
      </w:r>
      <w:r>
        <w:t>well different, yani yeh bilkul maloom nahi hai ke falan raat lailatul qadr hai. aap ko dhoondna hai</w:t>
      </w:r>
    </w:p>
    <w:p>
      <w:pPr>
        <w:jc w:val="right"/>
      </w:pPr>
      <w:r>
        <w:t>ویل ڈفرنٹ، یعنی یہ بالکل معلوم نہیں ہے کہ فلاں رات لیلۃ القدر ہے۔ آپ کو ڈھونڈنا ہے</w:t>
      </w:r>
    </w:p>
    <w:p>
      <w:r>
        <w:rPr>
          <w:b/>
        </w:rPr>
        <w:t xml:space="preserve">[39:57] </w:t>
      </w:r>
      <w:r>
        <w:t>to aap dhoondiye.</w:t>
      </w:r>
    </w:p>
    <w:p>
      <w:pPr>
        <w:jc w:val="right"/>
      </w:pPr>
      <w:r>
        <w:t>تو آپ ڈھونڈیے۔</w:t>
      </w:r>
    </w:p>
    <w:p>
      <w:r>
        <w:rPr>
          <w:b/>
        </w:rPr>
        <w:t xml:space="preserve">[40:06] </w:t>
      </w:r>
      <w:r>
        <w:t>baqi hadith mein yeh aaya hai ke agar tum</w:t>
      </w:r>
    </w:p>
    <w:p>
      <w:pPr>
        <w:jc w:val="right"/>
      </w:pPr>
      <w:r>
        <w:t>باقی حدیث میں یہ آیا ہے کہ اگر تم</w:t>
      </w:r>
    </w:p>
    <w:p>
      <w:r>
        <w:rPr>
          <w:b/>
        </w:rPr>
        <w:t xml:space="preserve">[40:14] </w:t>
      </w:r>
      <w:r>
        <w:t>lailatul qadr ko pao to yeh dua karo: "allah</w:t>
      </w:r>
    </w:p>
    <w:p>
      <w:pPr>
        <w:jc w:val="right"/>
      </w:pPr>
      <w:r>
        <w:t>لیلۃ القدر کو پاؤ تو یہ دعا کرو: "اللہ</w:t>
      </w:r>
    </w:p>
    <w:p>
      <w:r>
        <w:rPr>
          <w:b/>
        </w:rPr>
        <w:t xml:space="preserve">[40:24] </w:t>
      </w:r>
      <w:r>
        <w:t>ta'afu'unni, afu'unni." yeh dua.</w:t>
      </w:r>
    </w:p>
    <w:p>
      <w:pPr>
        <w:jc w:val="right"/>
      </w:pPr>
      <w:r>
        <w:t>تعفون کفو عنی۔" یہ دعا۔</w:t>
      </w:r>
    </w:p>
    <w:p>
      <w:r>
        <w:rPr>
          <w:b/>
        </w:rPr>
        <w:t xml:space="preserve">[40:39] </w:t>
      </w:r>
      <w:r>
        <w:t>saima moa likhti hain: "molana sahib, aaj kal ki new generation quran ke bare mein do baatein kehti hai.</w:t>
      </w:r>
    </w:p>
    <w:p>
      <w:pPr>
        <w:jc w:val="right"/>
      </w:pPr>
      <w:r>
        <w:t>صائمہ موع لکھتی ہیں: "مولانا صاحب، آج کل کی نیو جنریشن قرآن کے بارے میں دو باتیں کہتی ہے۔</w:t>
      </w:r>
    </w:p>
    <w:p>
      <w:r>
        <w:rPr>
          <w:b/>
        </w:rPr>
        <w:t xml:space="preserve">[40:49] </w:t>
      </w:r>
      <w:r>
        <w:t>pehlay yeh keh quran mein aurat ko mard say neechay rakha gaya hai. doosri to unhon nay likha nahi hai, yahi keh aurat ka darja mard say kam hai."</w:t>
      </w:r>
    </w:p>
    <w:p>
      <w:pPr>
        <w:jc w:val="right"/>
      </w:pPr>
      <w:r>
        <w:t>پہلے یہ کہ قرآن میں عورت کو مرد سے نیچے رکھا گیا ہے۔ دوسری تو انہوں نے لکھا نہیں ہے، یہی کہ عورت کا درجہ مرد سے کم ہے۔"</w:t>
      </w:r>
    </w:p>
    <w:p>
      <w:r>
        <w:rPr>
          <w:b/>
        </w:rPr>
        <w:t xml:space="preserve">[41:03] </w:t>
      </w:r>
      <w:r>
        <w:t>mein nahi kehta nahi, yeh yeh kuch logon kay apnay khayal ho saktay hain, lekin</w:t>
      </w:r>
    </w:p>
    <w:p>
      <w:pPr>
        <w:jc w:val="right"/>
      </w:pPr>
      <w:r>
        <w:t>میں نہیں کہتا نہیں، یہ یہ کچھ لوگوں کے اپنے خیال ہو سکتے ہیں، لیکن</w:t>
      </w:r>
    </w:p>
    <w:p>
      <w:r>
        <w:rPr>
          <w:b/>
        </w:rPr>
        <w:t xml:space="preserve">[41:12] </w:t>
      </w:r>
      <w:r>
        <w:t>islam mein dono ka darja barabar hai.</w:t>
      </w:r>
    </w:p>
    <w:p>
      <w:pPr>
        <w:jc w:val="right"/>
      </w:pPr>
      <w:r>
        <w:t>اسلام میں دونوں کا درجہ برابر ہے۔</w:t>
      </w:r>
    </w:p>
    <w:p>
      <w:r>
        <w:rPr>
          <w:b/>
        </w:rPr>
        <w:t xml:space="preserve">[41:23] </w:t>
      </w:r>
      <w:r>
        <w:t>hadees mein aata hai: "al nisa shaqaiq al rijal."</w:t>
      </w:r>
    </w:p>
    <w:p>
      <w:pPr>
        <w:jc w:val="right"/>
      </w:pPr>
      <w:r>
        <w:t>حدیث میں آتا ہے: "النساء شقائق الرجال۔"</w:t>
      </w:r>
    </w:p>
    <w:p>
      <w:r>
        <w:rPr>
          <w:b/>
        </w:rPr>
        <w:t xml:space="preserve">[41:32] </w:t>
      </w:r>
      <w:r>
        <w:t>yani dono barabar hain. ji.</w:t>
      </w:r>
    </w:p>
    <w:p>
      <w:pPr>
        <w:jc w:val="right"/>
      </w:pPr>
      <w:r>
        <w:t>یعنی دونوں برابر ہیں۔ جی۔</w:t>
      </w:r>
    </w:p>
    <w:p>
      <w:r>
        <w:rPr>
          <w:b/>
        </w:rPr>
        <w:t xml:space="preserve">[41:43] </w:t>
      </w:r>
      <w:r>
        <w:t>shahid hussain ka aik comment hai: "what a wonderful quote by Maulana sahib. quote yeh hai: "negativity means full stop in the pursuit of truth." yeh quote in ko bohat pasand aaya.</w:t>
      </w:r>
    </w:p>
    <w:p>
      <w:pPr>
        <w:jc w:val="right"/>
      </w:pPr>
      <w:r>
        <w:t>شاہد حسین کا ایک کمنٹ ہے: "واٹ ا ونڈرفل کوٹ بائے مولانا صاحب۔" کوٹ یہ ہے: "نیگیٹیوٹی مینز فل سٹاپ ان دا پرسوٹ اف ٹروتھ۔" یہ کوٹ ان کو بہت پسند آیا۔</w:t>
      </w:r>
    </w:p>
    <w:p>
      <w:r>
        <w:rPr>
          <w:b/>
        </w:rPr>
        <w:t xml:space="preserve">[42:00] </w:t>
      </w:r>
      <w:r>
        <w:t>to theek hai, is ko aap ghore kijiye is par.</w:t>
      </w:r>
    </w:p>
    <w:p>
      <w:pPr>
        <w:jc w:val="right"/>
      </w:pPr>
      <w:r>
        <w:t>تو ٹھیک ہے، اس کو آپ غور کیجئے اس پر۔</w:t>
      </w:r>
    </w:p>
    <w:p>
      <w:r>
        <w:rPr>
          <w:b/>
        </w:rPr>
        <w:t xml:space="preserve">[42:07] </w:t>
      </w:r>
      <w:r>
        <w:t>mohsin mohsin likhtay hain: "Maulana, suggest some Islamic books." kitaben to bohat hain, aap khud dekhiye aur in mein koi</w:t>
      </w:r>
    </w:p>
    <w:p>
      <w:pPr>
        <w:jc w:val="right"/>
      </w:pPr>
      <w:r>
        <w:t>محسن محسن لکھتے ہیں: "مولانا، سجیسٹ سم اسلامک بکس۔" کتابیں تو بہت ہیں، آپ خود دیکھیے اور ان میں کوئی</w:t>
      </w:r>
    </w:p>
    <w:p>
      <w:r>
        <w:rPr>
          <w:b/>
        </w:rPr>
        <w:t xml:space="preserve">[42:27] </w:t>
      </w:r>
      <w:r>
        <w:t>muntakhib kijiye.</w:t>
      </w:r>
    </w:p>
    <w:p>
      <w:pPr>
        <w:jc w:val="right"/>
      </w:pPr>
      <w:r>
        <w:t>منتخب کیجئے۔</w:t>
      </w:r>
    </w:p>
    <w:p>
      <w:r>
        <w:rPr>
          <w:b/>
        </w:rPr>
        <w:t xml:space="preserve">[42:31] </w:t>
      </w:r>
      <w:r>
        <w:t>rashid ansari likhtay hain: "merit say Assalam o Alaikum Maulana. aisa kyun hai keh sahi baat kehne walay aur us par amal karne walon ki tadad hamesha kam rahi hai?" mere khayal se aisa nahi hai,</w:t>
      </w:r>
    </w:p>
    <w:p>
      <w:pPr>
        <w:jc w:val="right"/>
      </w:pPr>
      <w:r>
        <w:t>راشد انصاری لکھتے ہیں: "میرٹ سے السلام علیکم مولانا۔ ایسا کیوں ہے کہ صحیح بات کہنے والے اور اس پر عمل کرنے والوں کی تعداد ہمیشہ کم رہی ہے؟" میرے خیال سے ایسا نہیں ہے،</w:t>
      </w:r>
    </w:p>
    <w:p>
      <w:r>
        <w:rPr>
          <w:b/>
        </w:rPr>
        <w:t xml:space="preserve">[42:51] </w:t>
      </w:r>
      <w:r>
        <w:t>yeh angle of vision ki baat hai.</w:t>
      </w:r>
    </w:p>
    <w:p>
      <w:pPr>
        <w:jc w:val="right"/>
      </w:pPr>
      <w:r>
        <w:t>یہ اینگل اف ویژن کی بات ہے۔</w:t>
      </w:r>
    </w:p>
    <w:p>
      <w:r>
        <w:rPr>
          <w:b/>
        </w:rPr>
        <w:t xml:space="preserve">[42:55] </w:t>
      </w:r>
      <w:r>
        <w:t>koi kis angle say dekhta hai, koi kis angle say dekhta hai.</w:t>
      </w:r>
    </w:p>
    <w:p>
      <w:pPr>
        <w:jc w:val="right"/>
      </w:pPr>
      <w:r>
        <w:t>کوئی کس اینگل سے دیکھتا ہے، کوئی کس اینگل سے دیکھتا ہے۔</w:t>
      </w:r>
    </w:p>
    <w:p>
      <w:r>
        <w:rPr>
          <w:b/>
        </w:rPr>
        <w:t xml:space="preserve">[43:05] </w:t>
      </w:r>
      <w:r>
        <w:t>bohat se logon nay likha hai keh hamare liye dua karen Inshallah. Bangladesh say bhi aaya hai hamare liye. Inshallah, Inshallah, Inshallah.</w:t>
      </w:r>
    </w:p>
    <w:p>
      <w:pPr>
        <w:jc w:val="right"/>
      </w:pPr>
      <w:r>
        <w:t>بہت سے لوگوں نے لکھا ہے کہ ہمارے لیے دعا کریں۔ انشاءاللہ۔ بنگلہ دیش سے بھی آیا ہے ہمارے لیے۔ انشاءاللہ، انشاءاللہ، انشاءاللہ۔</w:t>
      </w:r>
    </w:p>
    <w:p>
      <w:r>
        <w:rPr>
          <w:b/>
        </w:rPr>
        <w:t xml:space="preserve">[43:20] </w:t>
      </w:r>
      <w:r>
        <w:t>muhammad deshan likhtay hain: "please let me know authentic English translation of the Quran, soft copy."</w:t>
      </w:r>
    </w:p>
    <w:p>
      <w:pPr>
        <w:jc w:val="right"/>
      </w:pPr>
      <w:r>
        <w:t>محمد دیشان لکھتے ہیں: "پلیز لیٹ می نو اتھینٹک انگلش ٹرانسلیشن اف دی قرآن، سافٹ کاپی۔"</w:t>
      </w:r>
    </w:p>
    <w:p>
      <w:r>
        <w:rPr>
          <w:b/>
        </w:rPr>
        <w:t xml:space="preserve">[43:35] </w:t>
      </w:r>
      <w:r>
        <w:t>hamare haan jo tarjuma shifa hai, us ko aap apnay paas rakhiye aur us ko muttila karte rahiye. woh Inshallah aik authentic tarjuma hai.</w:t>
      </w:r>
    </w:p>
    <w:p>
      <w:pPr>
        <w:jc w:val="right"/>
      </w:pPr>
      <w:r>
        <w:t>ہمارے ہاں جو ترجمہ شفاء ہے، اس کو آپ اپنے پاس رکھیے اور اس کو مطلع کرتے رہیے۔ وہ انشاءاللہ ایک اتھینٹک ترجمہ ہے۔</w:t>
      </w:r>
    </w:p>
    <w:p>
      <w:r>
        <w:rPr>
          <w:b/>
        </w:rPr>
        <w:t xml:space="preserve">[44:01] </w:t>
      </w:r>
      <w:r>
        <w:t>imtiyaz solangi likhtay hain: "Maulana sahib, dua in Arabic language. I could not understand how it can be accepted.</w:t>
      </w:r>
    </w:p>
    <w:p>
      <w:pPr>
        <w:jc w:val="right"/>
      </w:pPr>
      <w:r>
        <w:t>امتیاز سولنگی لکھتے ہیں: "مولانا صاحب، دعا ان عربک لینگویج۔ آئی کڈ ناٹ انڈرسٹینڈ ہاؤ اٹ کین بی ایکسیپٹڈ۔</w:t>
      </w:r>
    </w:p>
    <w:p>
      <w:r>
        <w:rPr>
          <w:b/>
        </w:rPr>
        <w:t xml:space="preserve">[44:15] </w:t>
      </w:r>
      <w:r>
        <w:t>can it be in Sindhi?" shayad yeh pooch rahe hain keh Sindhi zuban mein dua karen to yeh theek hai?</w:t>
      </w:r>
    </w:p>
    <w:p>
      <w:pPr>
        <w:jc w:val="right"/>
      </w:pPr>
      <w:r>
        <w:t>کین اٹ بی ان سندھی؟" شاید یہ پوچھ رہے ہیں کہ سندھی زبان میں دعا کریں تو یہ ٹھیک ہے؟</w:t>
      </w:r>
    </w:p>
    <w:p>
      <w:r>
        <w:rPr>
          <w:b/>
        </w:rPr>
        <w:t xml:space="preserve">[44:24] </w:t>
      </w:r>
      <w:r>
        <w:t>bilkul theek hai, aap jis zuban mein asan ho aap ke liye, us mein jo jo jo dua kijiye.</w:t>
      </w:r>
    </w:p>
    <w:p>
      <w:pPr>
        <w:jc w:val="right"/>
      </w:pPr>
      <w:r>
        <w:t>بالکل ٹھیک ہے، آپ جس زبان میں آسان ہو آپ کے لیے، اس میں جو جو جو دعا کیجئے۔</w:t>
      </w:r>
    </w:p>
    <w:p>
      <w:r>
        <w:rPr>
          <w:b/>
        </w:rPr>
        <w:t xml:space="preserve">[44:36] </w:t>
      </w:r>
      <w:r>
        <w:t>Allah taala ko har zuban maloom hai.</w:t>
      </w:r>
    </w:p>
    <w:p>
      <w:pPr>
        <w:jc w:val="right"/>
      </w:pPr>
      <w:r>
        <w:t>اللہ تعالی کو ہر زبان معلوم ہے۔</w:t>
      </w:r>
    </w:p>
    <w:p>
      <w:r>
        <w:rPr>
          <w:b/>
        </w:rPr>
        <w:t xml:space="preserve">[44:46] </w:t>
      </w:r>
      <w:r>
        <w:t>shabina ali kolkatta say likhti hain: "har insan ko maut barhaq hai, us say koi bach nahi sakta.</w:t>
      </w:r>
    </w:p>
    <w:p>
      <w:pPr>
        <w:jc w:val="right"/>
      </w:pPr>
      <w:r>
        <w:t>شبینہ علی کلکٹہ سے لکھتی ہیں: "ہر انسان کو موت برحق ہے، اس سے کوئی بچ نہیں سکتا۔</w:t>
      </w:r>
    </w:p>
    <w:p>
      <w:r>
        <w:rPr>
          <w:b/>
        </w:rPr>
        <w:t xml:space="preserve">[44:57] </w:t>
      </w:r>
      <w:r>
        <w:t>phir bhi kisi ki maut ke baray mein sun kar bohat dukh aur takleef hoti hai. mera sawal hai, hum aisay kyun feel kartay hain?"</w:t>
      </w:r>
    </w:p>
    <w:p>
      <w:pPr>
        <w:jc w:val="right"/>
      </w:pPr>
      <w:r>
        <w:t>پھر بھی کسی کی موت کے بارے میں سن کر بہت دکھ اور تکلیف ہوتی ہے۔ میرا سوال ہے، ہم ایسے کیوں فیل کرتے ہیں؟"</w:t>
      </w:r>
    </w:p>
    <w:p>
      <w:r>
        <w:rPr>
          <w:b/>
        </w:rPr>
        <w:t xml:space="preserve">[45:12] </w:t>
      </w:r>
      <w:r>
        <w:t>yeh natural hai, is ki ghabranay ki baat nahi hai. aap to bas apnay lehaz say ghore kijiye.</w:t>
      </w:r>
    </w:p>
    <w:p>
      <w:pPr>
        <w:jc w:val="right"/>
      </w:pPr>
      <w:r>
        <w:t>یہ نیچرل ہے، اس کی گھبرانے کی بات نہیں ہے۔ آپ تو بس اپنے لحاظ سے غور غور کیجئے۔</w:t>
      </w:r>
    </w:p>
    <w:p>
      <w:r>
        <w:rPr>
          <w:b/>
        </w:rPr>
        <w:t xml:space="preserve">[45:30] </w:t>
      </w:r>
      <w:r>
        <w:t>bangladesh say aik message aaya hai: "this is from Imran from Bangladesh.</w:t>
      </w:r>
    </w:p>
    <w:p>
      <w:pPr>
        <w:jc w:val="right"/>
      </w:pPr>
      <w:r>
        <w:t>بنگلہ دیش سے ایک میسج آیا ہے: "دس از فرام عمران فرام بنگلہ دیش۔</w:t>
      </w:r>
    </w:p>
    <w:p>
      <w:r>
        <w:rPr>
          <w:b/>
        </w:rPr>
        <w:t xml:space="preserve">[45:39] </w:t>
      </w:r>
      <w:r>
        <w:t>aap say milnay ki acha karta hoon, Allah qabool farmaye." Maulana sahib, ab sawal to abhi aur hain, lekin ab is ko session ko khatam karenge.</w:t>
      </w:r>
    </w:p>
    <w:p>
      <w:pPr>
        <w:jc w:val="right"/>
      </w:pPr>
      <w:r>
        <w:t>آپ سے ملنے کی اچھا کرتا ہوں، اللہ قبول فرمائے۔" مولانا صاحب، اب سوال تو ابھی اور ہیں، لیکن اب اس کو سیشن کو ختم کریں گے۔</w:t>
      </w:r>
    </w:p>
    <w:p>
      <w:r>
        <w:rPr>
          <w:b/>
        </w:rPr>
        <w:t xml:space="preserve">[45:54] </w:t>
      </w:r>
      <w:r>
        <w:t>mashallah, mashallah.</w:t>
      </w:r>
    </w:p>
    <w:p>
      <w:pPr>
        <w:jc w:val="right"/>
      </w:pPr>
      <w:r>
        <w:t>ماشاءاللہ، ماشاءاللہ۔</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