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Spiritual Message of Fasting April 29, 2020 Maulana Wahiduddin Khan</w:t>
      </w:r>
    </w:p>
    <w:p>
      <w:r>
        <w:t>https://www.youtube.com/watch?v=QCqKrVhGUF0</w:t>
      </w:r>
    </w:p>
    <w:p>
      <w:r>
        <w:rPr>
          <w:b/>
        </w:rPr>
        <w:t xml:space="preserve">[00:14] </w:t>
      </w:r>
      <w:r>
        <w:t>bismillah hir rahman nir rahim. rab ishrah li sadri, wa yassir li amri, wah lul uqdatan min lisani, yafqahu qawli.</w:t>
      </w:r>
    </w:p>
    <w:p>
      <w:pPr>
        <w:jc w:val="right"/>
      </w:pPr>
      <w:r>
        <w:t>بسم اللہ الرحمن الرحیم۔ رب اشرح لی صدری، ویسر لی امری، واحل العقدۃ من لسانی، یفقہ قولی۔</w:t>
      </w:r>
    </w:p>
    <w:p>
      <w:r>
        <w:rPr>
          <w:b/>
        </w:rPr>
        <w:t xml:space="preserve">[00:31] </w:t>
      </w:r>
      <w:r>
        <w:t>kal maine yeh bataya tha ke rab alamin ki iski worthness insan ke bare mein kya hai.</w:t>
      </w:r>
    </w:p>
    <w:p>
      <w:pPr>
        <w:jc w:val="right"/>
      </w:pPr>
      <w:r>
        <w:t>کل میں نے یہ بتایا تھا کہ رب العالمین کی اسکی ورتھنگ انسان کے بارے میں کیا ہے۔</w:t>
      </w:r>
    </w:p>
    <w:p>
      <w:r>
        <w:rPr>
          <w:b/>
        </w:rPr>
        <w:t xml:space="preserve">[00:46] </w:t>
      </w:r>
      <w:r>
        <w:t>wo</w:t>
      </w:r>
    </w:p>
    <w:p>
      <w:pPr>
        <w:jc w:val="right"/>
      </w:pPr>
      <w:r>
        <w:t>وہ</w:t>
      </w:r>
    </w:p>
    <w:p>
      <w:r>
        <w:rPr>
          <w:b/>
        </w:rPr>
        <w:t xml:space="preserve">[00:52] </w:t>
      </w:r>
      <w:r>
        <w:t>do phase mein hai. pehla phase is dunya mein hai, aur dusra phase akhirat mein.</w:t>
      </w:r>
    </w:p>
    <w:p>
      <w:pPr>
        <w:jc w:val="right"/>
      </w:pPr>
      <w:r>
        <w:t>دو فیز میں ہے۔ پہلا فیز اس دنیا میں ہے، اور دوسرا فیز آخرت میں۔</w:t>
      </w:r>
    </w:p>
    <w:p>
      <w:r>
        <w:rPr>
          <w:b/>
        </w:rPr>
        <w:t xml:space="preserve">[01:05] </w:t>
      </w:r>
      <w:r>
        <w:t>pehlay phase mein</w:t>
      </w:r>
    </w:p>
    <w:p>
      <w:pPr>
        <w:jc w:val="right"/>
      </w:pPr>
      <w:r>
        <w:t>پہلے فیز میں</w:t>
      </w:r>
    </w:p>
    <w:p>
      <w:r>
        <w:rPr>
          <w:b/>
        </w:rPr>
        <w:t xml:space="preserve">[01:10] </w:t>
      </w:r>
      <w:r>
        <w:t>insan ko</w:t>
      </w:r>
    </w:p>
    <w:p>
      <w:pPr>
        <w:jc w:val="right"/>
      </w:pPr>
      <w:r>
        <w:t>انسان کو</w:t>
      </w:r>
    </w:p>
    <w:p>
      <w:r>
        <w:rPr>
          <w:b/>
        </w:rPr>
        <w:t xml:space="preserve">[01:15] </w:t>
      </w:r>
      <w:r>
        <w:t>bator azmaish pehlay kiya gaya hai. aur dusra phase yeh hai ke is dor azmaish mein jo log</w:t>
      </w:r>
    </w:p>
    <w:p>
      <w:pPr>
        <w:jc w:val="right"/>
      </w:pPr>
      <w:r>
        <w:t>بطور آزمائش پہلے کیا گیا ہے۔ اور دوسرا فیز یہ ہے کہ اس دور آزمائش میں جو لوگ</w:t>
      </w:r>
    </w:p>
    <w:p>
      <w:r>
        <w:rPr>
          <w:b/>
        </w:rPr>
        <w:t xml:space="preserve">[01:38] </w:t>
      </w:r>
      <w:r>
        <w:t>qabil intikhab kar payein, un ke liye aglay dor mein jannati dunya mein basne ka maqam diya jaye.</w:t>
      </w:r>
    </w:p>
    <w:p>
      <w:pPr>
        <w:jc w:val="right"/>
      </w:pPr>
      <w:r>
        <w:t>قابل انتخاب کر پائیں، ان کے لیے اگلے دور میں جنتی دنیا میں بسنے کا مقام دیا جائے۔</w:t>
      </w:r>
    </w:p>
    <w:p>
      <w:r>
        <w:rPr>
          <w:b/>
        </w:rPr>
        <w:t xml:space="preserve">[01:52] </w:t>
      </w:r>
      <w:r>
        <w:t>yeh hai rab alamin ki iski worthness insan ke bare mein.</w:t>
      </w:r>
    </w:p>
    <w:p>
      <w:pPr>
        <w:jc w:val="right"/>
      </w:pPr>
      <w:r>
        <w:t>یہ ہے رب العالمین کی اسکی ورتھنگ انسان کے بارے میں۔</w:t>
      </w:r>
    </w:p>
    <w:p>
      <w:r>
        <w:rPr>
          <w:b/>
        </w:rPr>
        <w:t xml:space="preserve">[02:05] </w:t>
      </w:r>
      <w:r>
        <w:t>to yeh aap jaan sakte hain quran ke mukhtalif maqamat ke mutale se, inshallah.</w:t>
      </w:r>
    </w:p>
    <w:p>
      <w:pPr>
        <w:jc w:val="right"/>
      </w:pPr>
      <w:r>
        <w:t>تو یہ آپ جان سکتے ہیں قرآن کے مختلف مقامات کے مطالعے سے، انشاءاللہ۔</w:t>
      </w:r>
    </w:p>
    <w:p>
      <w:r>
        <w:rPr>
          <w:b/>
        </w:rPr>
        <w:t xml:space="preserve">[02:24] </w:t>
      </w:r>
      <w:r>
        <w:t>yeh ek bohat hi simple qism ki iski hai agarche bohat hi bari iski hai.</w:t>
      </w:r>
    </w:p>
    <w:p>
      <w:pPr>
        <w:jc w:val="right"/>
      </w:pPr>
      <w:r>
        <w:t>یہ ایک بہت ہی سمپل قسم کی اسکی ہے اگرچہ بہت ہی بڑی اسکی ہے۔</w:t>
      </w:r>
    </w:p>
    <w:p>
      <w:r>
        <w:rPr>
          <w:b/>
        </w:rPr>
        <w:t xml:space="preserve">[02:39] </w:t>
      </w:r>
      <w:r>
        <w:t>hum ko aur aap ko Allah ne paida kiya hai is din. is waqt hum</w:t>
      </w:r>
    </w:p>
    <w:p>
      <w:pPr>
        <w:jc w:val="right"/>
      </w:pPr>
      <w:r>
        <w:t>ہم کو اور آپ کو اللہ نے پیدا کیا ہے اس دن۔ اس وقت ہم</w:t>
      </w:r>
    </w:p>
    <w:p>
      <w:r>
        <w:rPr>
          <w:b/>
        </w:rPr>
        <w:t xml:space="preserve">[02:50] </w:t>
      </w:r>
      <w:r>
        <w:t>imtehan ke dor mein hain. isi imtehan ka ek part hai ramzan ka roza.</w:t>
      </w:r>
    </w:p>
    <w:p>
      <w:pPr>
        <w:jc w:val="right"/>
      </w:pPr>
      <w:r>
        <w:t>امتحان کے دور میں ہیں۔ اسی امتحان کا ایک پارٹ ہے رمضان کا روزہ۔</w:t>
      </w:r>
    </w:p>
    <w:p>
      <w:r>
        <w:rPr>
          <w:b/>
        </w:rPr>
        <w:t xml:space="preserve">[02:59] </w:t>
      </w:r>
      <w:r>
        <w:t>ramzan ka roza, ramzan ka roza jo hai wo is liye hai ke aap ko</w:t>
      </w:r>
    </w:p>
    <w:p>
      <w:pPr>
        <w:jc w:val="right"/>
      </w:pPr>
      <w:r>
        <w:t>رمضان کا روزہ، رمضان کا روزہ جو ہے وہ اس لیے ہے کہ آپ کو</w:t>
      </w:r>
    </w:p>
    <w:p>
      <w:r>
        <w:rPr>
          <w:b/>
        </w:rPr>
        <w:t xml:space="preserve">[03:09] </w:t>
      </w:r>
      <w:r>
        <w:t>tijarat kiya jaye. taya a mein wo shamil hai ke jo</w:t>
      </w:r>
    </w:p>
    <w:p>
      <w:pPr>
        <w:jc w:val="right"/>
      </w:pPr>
      <w:r>
        <w:t>تجارت کیا جائے۔ تایا اے میں وہ شامل ہے کہ جو</w:t>
      </w:r>
    </w:p>
    <w:p>
      <w:r>
        <w:rPr>
          <w:b/>
        </w:rPr>
        <w:t xml:space="preserve">[03:19] </w:t>
      </w:r>
      <w:r>
        <w:t>afraad</w:t>
      </w:r>
    </w:p>
    <w:p>
      <w:pPr>
        <w:jc w:val="right"/>
      </w:pPr>
      <w:r>
        <w:t>افراد</w:t>
      </w:r>
    </w:p>
    <w:p>
      <w:r>
        <w:rPr>
          <w:b/>
        </w:rPr>
        <w:t xml:space="preserve">[03:28] </w:t>
      </w:r>
      <w:r>
        <w:t>mayar par poore na utrein, un ko chhanat diya jaye. aur jo mayar par poore utrein, un ko select kar liya jaye.</w:t>
      </w:r>
    </w:p>
    <w:p>
      <w:pPr>
        <w:jc w:val="right"/>
      </w:pPr>
      <w:r>
        <w:t>معیار پر پورے نہ اتریں، ان کو چھانٹ دیا جائے۔ اور جو معیار پر پورے اتریں، ان کو سلیکٹ کر لیا جائے۔</w:t>
      </w:r>
    </w:p>
    <w:p>
      <w:r>
        <w:rPr>
          <w:b/>
        </w:rPr>
        <w:t xml:space="preserve">[03:44] </w:t>
      </w:r>
      <w:r>
        <w:t>yeh hai iski worthness rab alamin ki.</w:t>
      </w:r>
    </w:p>
    <w:p>
      <w:pPr>
        <w:jc w:val="right"/>
      </w:pPr>
      <w:r>
        <w:t>یہ ہے اسکی ورتھنگ رب العالمین کی۔</w:t>
      </w:r>
    </w:p>
    <w:p>
      <w:r>
        <w:rPr>
          <w:b/>
        </w:rPr>
        <w:t xml:space="preserve">[03:53] </w:t>
      </w:r>
      <w:r>
        <w:t>to ramzan jo hai iski</w:t>
      </w:r>
    </w:p>
    <w:p>
      <w:pPr>
        <w:jc w:val="right"/>
      </w:pPr>
      <w:r>
        <w:t>تو رمضان جو ہے اسکی</w:t>
      </w:r>
    </w:p>
    <w:p>
      <w:r>
        <w:rPr>
          <w:b/>
        </w:rPr>
        <w:t xml:space="preserve">[03:59] </w:t>
      </w:r>
      <w:r>
        <w:t>is poori iski ki ek part hai. wo kal nahi hai.</w:t>
      </w:r>
    </w:p>
    <w:p>
      <w:pPr>
        <w:jc w:val="right"/>
      </w:pPr>
      <w:r>
        <w:t>اس پوری اسکی کی ایک پارٹ ہے۔ وہ کل نہیں ہے۔</w:t>
      </w:r>
    </w:p>
    <w:p>
      <w:r>
        <w:rPr>
          <w:b/>
        </w:rPr>
        <w:t xml:space="preserve">[04:17] </w:t>
      </w:r>
      <w:r>
        <w:t>yeh bohat bara moqa hai jo rab alamin ki taraf se diya gaya hai</w:t>
      </w:r>
    </w:p>
    <w:p>
      <w:pPr>
        <w:jc w:val="right"/>
      </w:pPr>
      <w:r>
        <w:t>یہ بہت بڑا موقع ہے جو رب العالمین کی طرف سے دیا گیا ہے</w:t>
      </w:r>
    </w:p>
    <w:p>
      <w:r>
        <w:rPr>
          <w:b/>
        </w:rPr>
        <w:t xml:space="preserve">[04:27] </w:t>
      </w:r>
      <w:r>
        <w:t>ke aap ramzan ya is tarah ke doosre</w:t>
      </w:r>
    </w:p>
    <w:p>
      <w:pPr>
        <w:jc w:val="right"/>
      </w:pPr>
      <w:r>
        <w:t>کہ آپ رمضان یا اس طرح کے دوسرے</w:t>
      </w:r>
    </w:p>
    <w:p>
      <w:r>
        <w:rPr>
          <w:b/>
        </w:rPr>
        <w:t xml:space="preserve">[04:34] </w:t>
      </w:r>
      <w:r>
        <w:t>zariye ko istemal karte hue apne ko tayyar karein. jaise</w:t>
      </w:r>
    </w:p>
    <w:p>
      <w:pPr>
        <w:jc w:val="right"/>
      </w:pPr>
      <w:r>
        <w:t>ذریعے کو استعمال کرتے ہوئے اپنے کو تیار کریں۔ جیسے</w:t>
      </w:r>
    </w:p>
    <w:p>
      <w:r>
        <w:rPr>
          <w:b/>
        </w:rPr>
        <w:t xml:space="preserve">[04:47] </w:t>
      </w:r>
      <w:r>
        <w:t>ias ke log, ias ke candidate apne ko tayyar karte hain aur phir</w:t>
      </w:r>
    </w:p>
    <w:p>
      <w:pPr>
        <w:jc w:val="right"/>
      </w:pPr>
      <w:r>
        <w:t>آئی ایس کے لوگ، آئی ایس کے کینڈیڈیٹ اپنے کو تیار کرتے ہیں اور پھر</w:t>
      </w:r>
    </w:p>
    <w:p>
      <w:r>
        <w:rPr>
          <w:b/>
        </w:rPr>
        <w:t xml:space="preserve">[04:59] </w:t>
      </w:r>
      <w:r>
        <w:t>wo bare bare uhde par un ko pohnchne ka moqa milta hai.</w:t>
      </w:r>
    </w:p>
    <w:p>
      <w:pPr>
        <w:jc w:val="right"/>
      </w:pPr>
      <w:r>
        <w:t>وہ بڑے بڑے عہدے پر ان کو پہنچنے کا موقع ملتا ہے۔</w:t>
      </w:r>
    </w:p>
    <w:p>
      <w:r>
        <w:rPr>
          <w:b/>
        </w:rPr>
        <w:t xml:space="preserve">[05:12] </w:t>
      </w:r>
      <w:r>
        <w:t>yeh baat aap ko quran ke mukhtalif hisson mein mile gi.</w:t>
      </w:r>
    </w:p>
    <w:p>
      <w:pPr>
        <w:jc w:val="right"/>
      </w:pPr>
      <w:r>
        <w:t>یہ بات آپ کو قرآن کے مختلف حصوں میں ملے گی۔</w:t>
      </w:r>
    </w:p>
    <w:p>
      <w:r>
        <w:rPr>
          <w:b/>
        </w:rPr>
        <w:t xml:space="preserve">[05:28] </w:t>
      </w:r>
      <w:r>
        <w:t>kal ki baatein agar aap ko yaad hon to woh yahi theen.</w:t>
      </w:r>
    </w:p>
    <w:p>
      <w:pPr>
        <w:jc w:val="right"/>
      </w:pPr>
      <w:r>
        <w:t>کل کی باتیں اگر آپ کو یاد ہوں تو وہ یہی تھیں۔</w:t>
      </w:r>
    </w:p>
    <w:p>
      <w:r>
        <w:rPr>
          <w:b/>
        </w:rPr>
        <w:t xml:space="preserve">[05:37] </w:t>
      </w:r>
      <w:r>
        <w:t>aaj mein aap ko mauqa de raha hoon ke aap ek discussion mein hissa lein.</w:t>
      </w:r>
    </w:p>
    <w:p>
      <w:pPr>
        <w:jc w:val="right"/>
      </w:pPr>
      <w:r>
        <w:t>آج میں آپ کو موقع دے رہا ہوں کہ آپ ایک ڈسکشن میں حصہ لیں۔</w:t>
      </w:r>
    </w:p>
    <w:p>
      <w:r>
        <w:rPr>
          <w:b/>
        </w:rPr>
        <w:t xml:space="preserve">[05:48] </w:t>
      </w:r>
      <w:r>
        <w:t>kuch aap bolein ge, kuch mein boloon ga.</w:t>
      </w:r>
    </w:p>
    <w:p>
      <w:pPr>
        <w:jc w:val="right"/>
      </w:pPr>
      <w:r>
        <w:t>کچھ آپ بولیں گے، کچھ میں بولوں گا۔</w:t>
      </w:r>
    </w:p>
    <w:p>
      <w:r>
        <w:rPr>
          <w:b/>
        </w:rPr>
        <w:t xml:space="preserve">[05:54] </w:t>
      </w:r>
      <w:r>
        <w:t>aur phir baat Allah ki tofeeq se inshallah nikhar kar saamne aaye gi.</w:t>
      </w:r>
    </w:p>
    <w:p>
      <w:pPr>
        <w:jc w:val="right"/>
      </w:pPr>
      <w:r>
        <w:t>اور پھر بات اللہ کی توفیق سے انشاءاللہ نکھر کر سامنے آئے گی۔</w:t>
      </w:r>
    </w:p>
    <w:p>
      <w:r>
        <w:rPr>
          <w:b/>
        </w:rPr>
        <w:t xml:space="preserve">[06:08] </w:t>
      </w:r>
      <w:r>
        <w:t>to is tamheed ke baad aaj ka jo</w:t>
      </w:r>
    </w:p>
    <w:p>
      <w:pPr>
        <w:jc w:val="right"/>
      </w:pPr>
      <w:r>
        <w:t>تو اس تمہید کے بعد آج کا جو</w:t>
      </w:r>
    </w:p>
    <w:p>
      <w:r>
        <w:rPr>
          <w:b/>
        </w:rPr>
        <w:t xml:space="preserve">[06:15] </w:t>
      </w:r>
      <w:r>
        <w:t>discussion hai woh shuru hota hai. aap is mein azaad hain, jis andaaz mein chahein be hiss chalien. aur inshallah Allah ki tofeeq se hum kaam poori tak pohnchein ge.</w:t>
      </w:r>
    </w:p>
    <w:p>
      <w:pPr>
        <w:jc w:val="right"/>
      </w:pPr>
      <w:r>
        <w:t>ڈسکشن ہے وہ شروع ہوتا ہے۔ آپ اس میں آزاد ہیں، جس انداز میں چاہیں بے حس چلیں۔ اور انشاءاللہ اللہ کی توفیق سے ہم کام پوری تک پہنچیں گے۔</w:t>
      </w:r>
    </w:p>
    <w:p>
      <w:r>
        <w:rPr>
          <w:b/>
        </w:rPr>
        <w:t xml:space="preserve">[06:32] </w:t>
      </w:r>
      <w:r>
        <w:t>jazakm Allah.</w:t>
      </w:r>
    </w:p>
    <w:p>
      <w:pPr>
        <w:jc w:val="right"/>
      </w:pPr>
      <w:r>
        <w:t>جزاکم اللہ۔</w:t>
      </w:r>
    </w:p>
    <w:p>
      <w:r>
        <w:rPr>
          <w:b/>
        </w:rPr>
        <w:t xml:space="preserve">[06:48] </w:t>
      </w:r>
      <w:r>
        <w:t>maulana sahib ek sawal hai azhar mubarak ka. what is the relation between belief and realization in the sense of?</w:t>
      </w:r>
    </w:p>
    <w:p>
      <w:pPr>
        <w:jc w:val="right"/>
      </w:pPr>
      <w:r>
        <w:t>مولانا صاحب ایک سوال ہے اظہر مبارک کا۔ واٹ از دا ریلیشن بٹوین بیلیف اینڈ ریلائزیشن ان دا سینس اف؟</w:t>
      </w:r>
    </w:p>
    <w:p>
      <w:r>
        <w:rPr>
          <w:b/>
        </w:rPr>
        <w:t xml:space="preserve">[06:58] </w:t>
      </w:r>
      <w:r>
        <w:t>kya kya? what is the relation between belief and realization</w:t>
      </w:r>
    </w:p>
    <w:p>
      <w:pPr>
        <w:jc w:val="right"/>
      </w:pPr>
      <w:r>
        <w:t>کیا کیا؟ واٹ از دا ریلیشن بٹوین بیلیف اینڈ ریلائزیشن</w:t>
      </w:r>
    </w:p>
    <w:p>
      <w:r>
        <w:rPr>
          <w:b/>
        </w:rPr>
        <w:t xml:space="preserve">[07:05] </w:t>
      </w:r>
      <w:r>
        <w:t>? dekhein dono apni haqeeqat ke aitbaar se ek hain. lekin</w:t>
      </w:r>
    </w:p>
    <w:p>
      <w:pPr>
        <w:jc w:val="right"/>
      </w:pPr>
      <w:r>
        <w:t>؟ دیکھیں دونوں اپنی حقیقت کے اعتبار سے ایک ہیں۔ لیکن</w:t>
      </w:r>
    </w:p>
    <w:p>
      <w:r>
        <w:rPr>
          <w:b/>
        </w:rPr>
        <w:t xml:space="preserve">[07:15] </w:t>
      </w:r>
      <w:r>
        <w:t>yeh</w:t>
      </w:r>
    </w:p>
    <w:p>
      <w:pPr>
        <w:jc w:val="right"/>
      </w:pPr>
      <w:r>
        <w:t>یہ</w:t>
      </w:r>
    </w:p>
    <w:p>
      <w:r>
        <w:rPr>
          <w:b/>
        </w:rPr>
        <w:t xml:space="preserve">[07:19] </w:t>
      </w:r>
      <w:r>
        <w:t>jab yeh safar shuru hota hai marifat ka</w:t>
      </w:r>
    </w:p>
    <w:p>
      <w:pPr>
        <w:jc w:val="right"/>
      </w:pPr>
      <w:r>
        <w:t>جب یہ سفر شروع ہوتا ہے معرفت کا</w:t>
      </w:r>
    </w:p>
    <w:p>
      <w:r>
        <w:rPr>
          <w:b/>
        </w:rPr>
        <w:t xml:space="preserve">[07:29] </w:t>
      </w:r>
      <w:r>
        <w:t>to aap quran o hadees ki madad se is safar ko jaari karte hain. is ke baad Allah ki tofeeq se aage barhte hain.</w:t>
      </w:r>
    </w:p>
    <w:p>
      <w:pPr>
        <w:jc w:val="right"/>
      </w:pPr>
      <w:r>
        <w:t>تو آپ قرآن و حدیث کی مدد سے اس سفر کو جاری کرتے ہیں۔ اس کے بعد اللہ کی توفیق سے آگے بڑھتے ہیں۔</w:t>
      </w:r>
    </w:p>
    <w:p>
      <w:r>
        <w:rPr>
          <w:b/>
        </w:rPr>
        <w:t xml:space="preserve">[07:46] </w:t>
      </w:r>
      <w:r>
        <w:t>is ka ek</w:t>
      </w:r>
    </w:p>
    <w:p>
      <w:pPr>
        <w:jc w:val="right"/>
      </w:pPr>
      <w:r>
        <w:t>اس کا ایک</w:t>
      </w:r>
    </w:p>
    <w:p>
      <w:r>
        <w:rPr>
          <w:b/>
        </w:rPr>
        <w:t xml:space="preserve">[07:48] </w:t>
      </w:r>
      <w:r>
        <w:t>marhala yeh hai</w:t>
      </w:r>
    </w:p>
    <w:p>
      <w:pPr>
        <w:jc w:val="right"/>
      </w:pPr>
      <w:r>
        <w:t>مرحلہ یہ ہے</w:t>
      </w:r>
    </w:p>
    <w:p>
      <w:r>
        <w:rPr>
          <w:b/>
        </w:rPr>
        <w:t xml:space="preserve">[07:52] </w:t>
      </w:r>
      <w:r>
        <w:t>ke aap roze jaisi mushaqqat ke zariye apne aap ko tayyar karte hain.</w:t>
      </w:r>
    </w:p>
    <w:p>
      <w:pPr>
        <w:jc w:val="right"/>
      </w:pPr>
      <w:r>
        <w:t>کہ آپ روزے جیسی مشقت کے ذریعے اپنے آپ کو تیار کرتے ہیں۔</w:t>
      </w:r>
    </w:p>
    <w:p>
      <w:r>
        <w:rPr>
          <w:b/>
        </w:rPr>
        <w:t xml:space="preserve">[08:06] </w:t>
      </w:r>
      <w:r>
        <w:t>to jo jo shakhs</w:t>
      </w:r>
    </w:p>
    <w:p>
      <w:pPr>
        <w:jc w:val="right"/>
      </w:pPr>
      <w:r>
        <w:t>تو جو جو شخص</w:t>
      </w:r>
    </w:p>
    <w:p>
      <w:r>
        <w:rPr>
          <w:b/>
        </w:rPr>
        <w:t xml:space="preserve">[08:12] </w:t>
      </w:r>
      <w:r>
        <w:t>is ke liye, jo shakhs chahta ho ke woh jannat mein dakhla paaye to us ke liye zaroori hai ke woh</w:t>
      </w:r>
    </w:p>
    <w:p>
      <w:pPr>
        <w:jc w:val="right"/>
      </w:pPr>
      <w:r>
        <w:t>اس کے لیے، جو شخص چاہتا ہو کہ وہ جنت میں داخلہ پائے تو اس کے لیے ضروری ہے کہ وہ</w:t>
      </w:r>
    </w:p>
    <w:p>
      <w:r>
        <w:rPr>
          <w:b/>
        </w:rPr>
        <w:t xml:space="preserve">[08:23] </w:t>
      </w:r>
      <w:r>
        <w:t>quran o hadees ka mutala kare.</w:t>
      </w:r>
    </w:p>
    <w:p>
      <w:pPr>
        <w:jc w:val="right"/>
      </w:pPr>
      <w:r>
        <w:t>قرآن و حدیث کا مطالعہ کرے۔</w:t>
      </w:r>
    </w:p>
    <w:p>
      <w:r>
        <w:rPr>
          <w:b/>
        </w:rPr>
        <w:t xml:space="preserve">[08:30] </w:t>
      </w:r>
      <w:r>
        <w:t>hadees ke zakhire mein ek hadees bohat hi important aayi hai. is mein bataya gaya hai ke Allah taala</w:t>
      </w:r>
    </w:p>
    <w:p>
      <w:pPr>
        <w:jc w:val="right"/>
      </w:pPr>
      <w:r>
        <w:t>حدیث کے ذخیرے میں ایک حدیث بہت ہی امپورٹنٹ آئی ہے۔ اس میں بتایا گیا ہے کہ اللہ تعالیٰ</w:t>
      </w:r>
    </w:p>
    <w:p>
      <w:r>
        <w:rPr>
          <w:b/>
        </w:rPr>
        <w:t xml:space="preserve">[08:46] </w:t>
      </w:r>
      <w:r>
        <w:t>kisi amal ka badla das gunay se saat sau gunay tak dete hain.</w:t>
      </w:r>
    </w:p>
    <w:p>
      <w:pPr>
        <w:jc w:val="right"/>
      </w:pPr>
      <w:r>
        <w:t>کسی عمل کا بدلہ دس گنے سے سات سو گنا تک دیتے ہیں۔</w:t>
      </w:r>
    </w:p>
    <w:p>
      <w:r>
        <w:rPr>
          <w:b/>
        </w:rPr>
        <w:t xml:space="preserve">[09:00] </w:t>
      </w:r>
      <w:r>
        <w:t>lekin roza is se mustasna hai. roze ka</w:t>
      </w:r>
    </w:p>
    <w:p>
      <w:pPr>
        <w:jc w:val="right"/>
      </w:pPr>
      <w:r>
        <w:t>لیکن روزہ اس سے مستثنیٰ ہے۔ روزے کا</w:t>
      </w:r>
    </w:p>
    <w:p>
      <w:r>
        <w:rPr>
          <w:b/>
        </w:rPr>
        <w:t xml:space="preserve">[09:10] </w:t>
      </w:r>
      <w:r>
        <w:t>badla be hisab guna diya jata hai.</w:t>
      </w:r>
    </w:p>
    <w:p>
      <w:pPr>
        <w:jc w:val="right"/>
      </w:pPr>
      <w:r>
        <w:t>بدلہ بے حساب گنا دیا جاتا ہے۔</w:t>
      </w:r>
    </w:p>
    <w:p>
      <w:r>
        <w:rPr>
          <w:b/>
        </w:rPr>
        <w:t xml:space="preserve">[09:18] </w:t>
      </w:r>
      <w:r>
        <w:t>kyun ke roza.</w:t>
      </w:r>
    </w:p>
    <w:p>
      <w:pPr>
        <w:jc w:val="right"/>
      </w:pPr>
      <w:r>
        <w:t>کیونکہ روزہ۔</w:t>
      </w:r>
    </w:p>
    <w:p>
      <w:r>
        <w:rPr>
          <w:b/>
        </w:rPr>
        <w:t xml:space="preserve">[09:34] </w:t>
      </w:r>
      <w:r>
        <w:t>kyunke roza sirf mere liye hai aur main hi is ka badla doonga. is hadith ke samne mein aam taur par logon ko bohat galati hui hai.</w:t>
      </w:r>
    </w:p>
    <w:p>
      <w:pPr>
        <w:jc w:val="right"/>
      </w:pPr>
      <w:r>
        <w:t>کیونکہ روزہ صرف میرے لیے ہے اور میں ہی اس کا بدلہ دوں گا۔ اس حدیث کے سامنے میں عام طور پر لوگوں کو بہت غلطی ہوئی ہے۔</w:t>
      </w:r>
    </w:p>
    <w:p>
      <w:r>
        <w:rPr>
          <w:b/>
        </w:rPr>
        <w:t xml:space="preserve">[09:52] </w:t>
      </w:r>
      <w:r>
        <w:t>is hadith ko woh literal system lete hain. literal system mein aisa nahi hai.</w:t>
      </w:r>
    </w:p>
    <w:p>
      <w:pPr>
        <w:jc w:val="right"/>
      </w:pPr>
      <w:r>
        <w:t>اس حدیث کو وہ لیٹرل سسٹم لیتے ہیں۔ لیٹرل سسٹم میں ایسا نہیں ہے۔</w:t>
      </w:r>
    </w:p>
    <w:p>
      <w:r>
        <w:rPr>
          <w:b/>
        </w:rPr>
        <w:t xml:space="preserve">[10:03] </w:t>
      </w:r>
      <w:r>
        <w:t>yeh hadith</w:t>
      </w:r>
    </w:p>
    <w:p>
      <w:pPr>
        <w:jc w:val="right"/>
      </w:pPr>
      <w:r>
        <w:t>یہ حدیث</w:t>
      </w:r>
    </w:p>
    <w:p>
      <w:r>
        <w:rPr>
          <w:b/>
        </w:rPr>
        <w:t xml:space="preserve">[10:09] </w:t>
      </w:r>
      <w:r>
        <w:t>is silsile mein hai ke mislan roza woh mere liye hai. to koi bhi amal jo finally ka misdaq ho,</w:t>
      </w:r>
    </w:p>
    <w:p>
      <w:pPr>
        <w:jc w:val="right"/>
      </w:pPr>
      <w:r>
        <w:t>اس سلسلے میں ہے کہ مثلاً روزہ وہ میرے لیے ہے۔ تو کوئی بھی عمل جو فائنولی کا مصداق ہو،</w:t>
      </w:r>
    </w:p>
    <w:p>
      <w:r>
        <w:rPr>
          <w:b/>
        </w:rPr>
        <w:t xml:space="preserve">[10:24] </w:t>
      </w:r>
      <w:r>
        <w:t>koi bhi amal</w:t>
      </w:r>
    </w:p>
    <w:p>
      <w:pPr>
        <w:jc w:val="right"/>
      </w:pPr>
      <w:r>
        <w:t>کوئی بھی عمل</w:t>
      </w:r>
    </w:p>
    <w:p>
      <w:r>
        <w:rPr>
          <w:b/>
        </w:rPr>
        <w:t xml:space="preserve">[10:26] </w:t>
      </w:r>
      <w:r>
        <w:t>jo sach much sirf Allah ke liye kiya jaye, sach much to is ka badla</w:t>
      </w:r>
    </w:p>
    <w:p>
      <w:pPr>
        <w:jc w:val="right"/>
      </w:pPr>
      <w:r>
        <w:t>جو سچ مچ صرف اللہ کے لیے کیا جائے، سچ مچ تو اس کا بدلہ</w:t>
      </w:r>
    </w:p>
    <w:p>
      <w:r>
        <w:rPr>
          <w:b/>
        </w:rPr>
        <w:t xml:space="preserve">[10:39] </w:t>
      </w:r>
      <w:r>
        <w:t>kai hazar guna tak mil sakta hai.</w:t>
      </w:r>
    </w:p>
    <w:p>
      <w:pPr>
        <w:jc w:val="right"/>
      </w:pPr>
      <w:r>
        <w:t>کئی ہزار گنا تک مل سکتا ہے۔</w:t>
      </w:r>
    </w:p>
    <w:p>
      <w:r>
        <w:rPr>
          <w:b/>
        </w:rPr>
        <w:t xml:space="preserve">[10:46] </w:t>
      </w:r>
      <w:r>
        <w:t>finally ka matlab yeh nahi ke roza Allah ke liye hai balkeh yeh hai ke jo amal sirf Allah ke liye ho us</w:t>
      </w:r>
    </w:p>
    <w:p>
      <w:pPr>
        <w:jc w:val="right"/>
      </w:pPr>
      <w:r>
        <w:t>فائنولی کا مطلب یہ نہیں کہ روزہ اللہ کے لیے ہے بلکہ یہ ہے کہ جو عمل صرف اللہ کے لیے ہو اس</w:t>
      </w:r>
    </w:p>
    <w:p>
      <w:r>
        <w:rPr>
          <w:b/>
        </w:rPr>
        <w:t xml:space="preserve">[11:01] </w:t>
      </w:r>
      <w:r>
        <w:t>ka badla saat sau guna se zyada mil sakta hai. to dekhen aam taur par log karte hain ke jo</w:t>
      </w:r>
    </w:p>
    <w:p>
      <w:pPr>
        <w:jc w:val="right"/>
      </w:pPr>
      <w:r>
        <w:t>کا بدلہ سات سو گنا سے زیادہ مل سکتا ہے۔ تو دیکھیں عام طور پر لوگ کرتے ہیں کہ جو</w:t>
      </w:r>
    </w:p>
    <w:p>
      <w:r>
        <w:rPr>
          <w:b/>
        </w:rPr>
        <w:t xml:space="preserve">[11:19] </w:t>
      </w:r>
      <w:r>
        <w:t>mushkil amal hota hai us ko samajh nahi paate.</w:t>
      </w:r>
    </w:p>
    <w:p>
      <w:pPr>
        <w:jc w:val="right"/>
      </w:pPr>
      <w:r>
        <w:t>مشکل عمل ہوتا ہے اس کو سمجھ نہیں پاتے۔</w:t>
      </w:r>
    </w:p>
    <w:p>
      <w:r>
        <w:rPr>
          <w:b/>
        </w:rPr>
        <w:t xml:space="preserve">[11:29] </w:t>
      </w:r>
      <w:r>
        <w:t>mushkil amal isi liye mushkil hota hai ke is ka badla bohat zyada hai, bohat zyada hai, bohat zyada hai.</w:t>
      </w:r>
    </w:p>
    <w:p>
      <w:pPr>
        <w:jc w:val="right"/>
      </w:pPr>
      <w:r>
        <w:t>مشکل عمل اسی لیے مشکل ہوتا ہے کہ اس کا بدلہ بہت زیادہ ہے، بہت زیادہ ہے، بہت زیادہ ہے۔</w:t>
      </w:r>
    </w:p>
    <w:p>
      <w:r>
        <w:rPr>
          <w:b/>
        </w:rPr>
        <w:t xml:space="preserve">[11:42] </w:t>
      </w:r>
      <w:r>
        <w:t>bohat zyada hai.</w:t>
      </w:r>
    </w:p>
    <w:p>
      <w:pPr>
        <w:jc w:val="right"/>
      </w:pPr>
      <w:r>
        <w:t>بہت زیادہ ہے۔</w:t>
      </w:r>
    </w:p>
    <w:p>
      <w:r>
        <w:rPr>
          <w:b/>
        </w:rPr>
        <w:t xml:space="preserve">[11:48] </w:t>
      </w:r>
      <w:r>
        <w:t>mislan main aap ko ek misaal deta hoon ke mushkil amal kis cheez ka naam hai.</w:t>
      </w:r>
    </w:p>
    <w:p>
      <w:pPr>
        <w:jc w:val="right"/>
      </w:pPr>
      <w:r>
        <w:t>مثلاً میں آپ کو ایک مثال دیتا ہوں کہ مشکل عمل کس چیز کا نام ہے۔</w:t>
      </w:r>
    </w:p>
    <w:p>
      <w:r>
        <w:rPr>
          <w:b/>
        </w:rPr>
        <w:t xml:space="preserve">[11:58] </w:t>
      </w:r>
      <w:r>
        <w:t>mushkil amal yeh hai ke aap negative halaat mein apne aap ko paayein aur phir</w:t>
      </w:r>
    </w:p>
    <w:p>
      <w:pPr>
        <w:jc w:val="right"/>
      </w:pPr>
      <w:r>
        <w:t>مشکل عمل یہ ہے کہ آپ نیگیٹیو حالات میں اپنے آپ کو پائیں اور پھر</w:t>
      </w:r>
    </w:p>
    <w:p>
      <w:r>
        <w:rPr>
          <w:b/>
        </w:rPr>
        <w:t xml:space="preserve">[12:14] </w:t>
      </w:r>
      <w:r>
        <w:t>positive ke andaaz mein soch kar is negative ko positive banaayein. jaise Rasool Allah Sal Allahu Alaihi Wasallam ne Makkah mein</w:t>
      </w:r>
    </w:p>
    <w:p>
      <w:pPr>
        <w:jc w:val="right"/>
      </w:pPr>
      <w:r>
        <w:t>پازیٹیو کے انداز میں سوچ کر اس نیگیٹیو کو پازیٹیو بنائیں۔ جیسے رسول اللہ صلی اللہ علیہ وسلم نے مکہ میں</w:t>
      </w:r>
    </w:p>
    <w:p>
      <w:r>
        <w:rPr>
          <w:b/>
        </w:rPr>
        <w:t xml:space="preserve">[12:33] </w:t>
      </w:r>
      <w:r>
        <w:t>negative halaat mein kaam shuru kiya. yaani Kaaba mein jo sab se zyada muqaddas</w:t>
      </w:r>
    </w:p>
    <w:p>
      <w:pPr>
        <w:jc w:val="right"/>
      </w:pPr>
      <w:r>
        <w:t>نیگیٹیو حالات میں کام شروع کیا۔ یعنی کعبہ میں جو سب سے زیادہ مقدس</w:t>
      </w:r>
    </w:p>
    <w:p>
      <w:r>
        <w:rPr>
          <w:b/>
        </w:rPr>
        <w:t xml:space="preserve">[12:46] </w:t>
      </w:r>
      <w:r>
        <w:t>Baitullah tha wahan par buton ka, us ko haan buton ka markaz bana diya gaya.</w:t>
      </w:r>
    </w:p>
    <w:p>
      <w:pPr>
        <w:jc w:val="right"/>
      </w:pPr>
      <w:r>
        <w:t>بیت اللہ تھا وہاں پر بتوں کا، اس کو ہاں بتوں کا مرکز بنا دیا گیا۔</w:t>
      </w:r>
    </w:p>
    <w:p>
      <w:r>
        <w:rPr>
          <w:b/>
        </w:rPr>
        <w:t xml:space="preserve">[12:57] </w:t>
      </w:r>
      <w:r>
        <w:t>aap ne kitna sabr kiya hoga, aap ne kitna zyada</w:t>
      </w:r>
    </w:p>
    <w:p>
      <w:pPr>
        <w:jc w:val="right"/>
      </w:pPr>
      <w:r>
        <w:t>آپ نے کتنا صبر کیا ہوگا، آپ نے کتنا زیادہ</w:t>
      </w:r>
    </w:p>
    <w:p>
      <w:r>
        <w:rPr>
          <w:b/>
        </w:rPr>
        <w:t xml:space="preserve">[13:03] </w:t>
      </w:r>
      <w:r>
        <w:t>socha hoga ke yeh to bara acha hai sare Arab ke log yahan aate hain apne buton ko poojne ke liye.</w:t>
      </w:r>
    </w:p>
    <w:p>
      <w:pPr>
        <w:jc w:val="right"/>
      </w:pPr>
      <w:r>
        <w:t>سوچا ہوگا کہ یہ تو بڑا اچھا ہے سارے عرب کے لوگ یہاں آتے ہیں اپنے بتوں کو پوجنے کے لیے۔</w:t>
      </w:r>
    </w:p>
    <w:p>
      <w:r>
        <w:rPr>
          <w:b/>
        </w:rPr>
        <w:t xml:space="preserve">[13:16] </w:t>
      </w:r>
      <w:r>
        <w:t>to hum ko sirf apni soch ko badalna hai,</w:t>
      </w:r>
    </w:p>
    <w:p>
      <w:pPr>
        <w:jc w:val="right"/>
      </w:pPr>
      <w:r>
        <w:t>تو ہم کو صرف اپنی سوچ کو بدلنا ہے،</w:t>
      </w:r>
    </w:p>
    <w:p>
      <w:r>
        <w:rPr>
          <w:b/>
        </w:rPr>
        <w:t xml:space="preserve">[13:20] </w:t>
      </w:r>
      <w:r>
        <w:t>hum ko sirf apni soch ko badalna hai. hum ne hum yeh karein ke na ghussa karein,</w:t>
      </w:r>
    </w:p>
    <w:p>
      <w:pPr>
        <w:jc w:val="right"/>
      </w:pPr>
      <w:r>
        <w:t>ہم کو صرف اپنی سوچ کو بدلنا ہے۔ ہم نے ہم یہ کریں کہ نہ غصہ کریں،</w:t>
      </w:r>
    </w:p>
    <w:p>
      <w:r>
        <w:rPr>
          <w:b/>
        </w:rPr>
        <w:t xml:space="preserve">[13:30] </w:t>
      </w:r>
      <w:r>
        <w:t>na koi badla lein un se. apni soch ko badlein yaani negative ko positive mein convert karein.</w:t>
      </w:r>
    </w:p>
    <w:p>
      <w:pPr>
        <w:jc w:val="right"/>
      </w:pPr>
      <w:r>
        <w:t>نہ کوئی بدلہ لیں ان سے۔ اپنی سوچ کو بدلیں یعنی نیگیٹیو کو پازیٹیو میں کنورٹ کریں۔</w:t>
      </w:r>
    </w:p>
    <w:p>
      <w:r>
        <w:rPr>
          <w:b/>
        </w:rPr>
        <w:t xml:space="preserve">[13:40] </w:t>
      </w:r>
      <w:r>
        <w:t>yaani Kaaba jo buton ka markaz tha us ko</w:t>
      </w:r>
    </w:p>
    <w:p>
      <w:pPr>
        <w:jc w:val="right"/>
      </w:pPr>
      <w:r>
        <w:t>یعنی کعبہ جو بتوں کا مرکز تھا اس کو</w:t>
      </w:r>
    </w:p>
    <w:p>
      <w:r>
        <w:rPr>
          <w:b/>
        </w:rPr>
        <w:t xml:space="preserve">[13:50] </w:t>
      </w:r>
      <w:r>
        <w:t>audience mein convert karwa diya jaye. yaani us ko istemal kiya jaye</w:t>
      </w:r>
    </w:p>
    <w:p>
      <w:pPr>
        <w:jc w:val="right"/>
      </w:pPr>
      <w:r>
        <w:t>آڈینس میں کنورٹ کروا دیا جائے۔ یعنی اس کو استعمال کیا جائے</w:t>
      </w:r>
    </w:p>
    <w:p>
      <w:r>
        <w:rPr>
          <w:b/>
        </w:rPr>
        <w:t xml:space="preserve">[14:00] </w:t>
      </w:r>
      <w:r>
        <w:t>is hasiyat se ke woh aap ka audience hai.</w:t>
      </w:r>
    </w:p>
    <w:p>
      <w:pPr>
        <w:jc w:val="right"/>
      </w:pPr>
      <w:r>
        <w:t>اس حیثیت سے کہ وہ آپ کا آڈینس ہے۔</w:t>
      </w:r>
    </w:p>
    <w:p>
      <w:r>
        <w:rPr>
          <w:b/>
        </w:rPr>
        <w:t xml:space="preserve">[14:08] </w:t>
      </w:r>
      <w:r>
        <w:t>to rasool Allah sal Allah aleh wasalam kabhi na lare, na koi negitivity baat kahi, kuch nahi. Simply yeh kya ke wahan jatay thay aur yeh structures ki baat kartay thay.</w:t>
      </w:r>
    </w:p>
    <w:p>
      <w:pPr>
        <w:jc w:val="right"/>
      </w:pPr>
      <w:r>
        <w:t>تو رسول اللہ صلی اللہ علیہ وسلم کبھی نہ لڑے، نہ کوئی نیگیٹیو بات کہی، کچھ نہیں۔ سمپلی یہ کیا کہ وہاں جاتے تھے اور یہ سٹرکٹس کی بات کرتے تھے۔</w:t>
      </w:r>
    </w:p>
    <w:p>
      <w:r>
        <w:rPr>
          <w:b/>
        </w:rPr>
        <w:t xml:space="preserve">[14:25] </w:t>
      </w:r>
      <w:r>
        <w:t>Eha nas qoolo la ilaha illallah tuflehu.</w:t>
      </w:r>
    </w:p>
    <w:p>
      <w:pPr>
        <w:jc w:val="right"/>
      </w:pPr>
      <w:r>
        <w:t>ایہا الناس قولو لا الہ الا اللہ تفلحو۔</w:t>
      </w:r>
    </w:p>
    <w:p>
      <w:r>
        <w:rPr>
          <w:b/>
        </w:rPr>
        <w:t xml:space="preserve">[14:32] </w:t>
      </w:r>
      <w:r>
        <w:t>yani aap ne is ko audience mein convert kar diya. To audience mein convert ke liye, convert karne ke liye aap ko bohat ziyada bara amal karna para.</w:t>
      </w:r>
    </w:p>
    <w:p>
      <w:pPr>
        <w:jc w:val="right"/>
      </w:pPr>
      <w:r>
        <w:t>یعنی آپ نے اس کو آڈینس میں کنورٹ کر دیا۔ تو آڈینس میں کنورٹ کے لیے، کنورٹ کرنے کے لیے آپ کو بہت زیادہ بڑا عمل کرنا پڑا۔</w:t>
      </w:r>
    </w:p>
    <w:p>
      <w:r>
        <w:rPr>
          <w:b/>
        </w:rPr>
        <w:t xml:space="preserve">[14:51] </w:t>
      </w:r>
      <w:r>
        <w:t>woh yeh ke negativity ko aik dam bhula dena, bhula dena, bhula dena.</w:t>
      </w:r>
    </w:p>
    <w:p>
      <w:pPr>
        <w:jc w:val="right"/>
      </w:pPr>
      <w:r>
        <w:t>وہ یہ کہ نیگیٹیوٹی کو ایک دم بھلا دینا، بھلا دینا، بھلا دینا۔</w:t>
      </w:r>
    </w:p>
    <w:p>
      <w:r>
        <w:rPr>
          <w:b/>
        </w:rPr>
        <w:t xml:space="preserve">[14:59] </w:t>
      </w:r>
      <w:r>
        <w:t>aur total maani mein positive ban jana. Yeh hai woh cheez jis ka hisab be hisab badla milta hai.</w:t>
      </w:r>
    </w:p>
    <w:p>
      <w:pPr>
        <w:jc w:val="right"/>
      </w:pPr>
      <w:r>
        <w:t>اور ٹوٹل معنی میں پازیٹیو بن جانا۔ یہ ہے وہ چیز جس کا حساب بے حساب بدلہ ملتا ہے۔</w:t>
      </w:r>
    </w:p>
    <w:p>
      <w:r>
        <w:rPr>
          <w:b/>
        </w:rPr>
        <w:t xml:space="preserve">[15:15] </w:t>
      </w:r>
      <w:r>
        <w:t>to roza aap ko aik</w:t>
      </w:r>
    </w:p>
    <w:p>
      <w:pPr>
        <w:jc w:val="right"/>
      </w:pPr>
      <w:r>
        <w:t>تو روزہ آپ کو ایک</w:t>
      </w:r>
    </w:p>
    <w:p>
      <w:r>
        <w:rPr>
          <w:b/>
        </w:rPr>
        <w:t xml:space="preserve">[15:18] </w:t>
      </w:r>
      <w:r>
        <w:t>misal ki shakal mein batata hai ke woh woh amal kon sa amal hai jis ka badla be hisab diya jata hai.</w:t>
      </w:r>
    </w:p>
    <w:p>
      <w:pPr>
        <w:jc w:val="right"/>
      </w:pPr>
      <w:r>
        <w:t>مثال کی شکل میں بتاتا ہے کہ وہ وہ عمل کون سا عمل ہے جس کا بدلہ بے حساب دیا جاتا ہے۔</w:t>
      </w:r>
    </w:p>
    <w:p>
      <w:r>
        <w:rPr>
          <w:b/>
        </w:rPr>
        <w:t xml:space="preserve">[15:33] </w:t>
      </w:r>
      <w:r>
        <w:t>to roza aik aik misal hai aur rasool Allah sal Allah aleh wasalam ne jo</w:t>
      </w:r>
    </w:p>
    <w:p>
      <w:pPr>
        <w:jc w:val="right"/>
      </w:pPr>
      <w:r>
        <w:t>تو روزہ ایک ایک مثال ہے اور رسول اللہ صلی اللہ علیہ وسلم نے جو</w:t>
      </w:r>
    </w:p>
    <w:p>
      <w:r>
        <w:rPr>
          <w:b/>
        </w:rPr>
        <w:t xml:space="preserve">[15:45] </w:t>
      </w:r>
      <w:r>
        <w:t>Makkah mein jo</w:t>
      </w:r>
    </w:p>
    <w:p>
      <w:pPr>
        <w:jc w:val="right"/>
      </w:pPr>
      <w:r>
        <w:t>مکہ میں جو</w:t>
      </w:r>
    </w:p>
    <w:p>
      <w:r>
        <w:rPr>
          <w:b/>
        </w:rPr>
        <w:t xml:space="preserve">[15:51] </w:t>
      </w:r>
      <w:r>
        <w:t>management kiya yeh aik aik management tha yeh</w:t>
      </w:r>
    </w:p>
    <w:p>
      <w:pPr>
        <w:jc w:val="right"/>
      </w:pPr>
      <w:r>
        <w:t>مینجمنٹ کیا یہ ایک ایک مینجمنٹ تھا یہ</w:t>
      </w:r>
    </w:p>
    <w:p>
      <w:r>
        <w:rPr>
          <w:b/>
        </w:rPr>
        <w:t xml:space="preserve">[15:58] </w:t>
      </w:r>
      <w:r>
        <w:t>ke buton ke markaz ko audience mein tabdeel kar diya. Is liye aap ko bohat sochna para. Aap ghor kijiye yahi sab sochne ke liye to gaye thay aap Hira mein.</w:t>
      </w:r>
    </w:p>
    <w:p>
      <w:pPr>
        <w:jc w:val="right"/>
      </w:pPr>
      <w:r>
        <w:t>کہ بتوں کے مرکز کو آڈینس میں تبدیل کر دیا۔ اس لیے آپ کو بہت سوچنا پڑا۔ آپ غور کیجئے یہی سب سوچنے کے لیے تو گئے تھے آپ حیرہ میں۔</w:t>
      </w:r>
    </w:p>
    <w:p>
      <w:r>
        <w:rPr>
          <w:b/>
        </w:rPr>
        <w:t xml:space="preserve">[16:20] </w:t>
      </w:r>
      <w:r>
        <w:t>mein sochta tha ke Hira koi hamwar jagah hogi. To aap agar hajj ke liye jayen to wahan jaiye aur dekhiye ke woh bilkul</w:t>
      </w:r>
    </w:p>
    <w:p>
      <w:pPr>
        <w:jc w:val="right"/>
      </w:pPr>
      <w:r>
        <w:t>میں سوچتا تھا کہ حیرہ کوئی ہموار جگہ ہوگی۔ تو آپ اگر حج کے لیے جائیں تو وہاں جائیے اور دیکھیے کہ وہ بالکل</w:t>
      </w:r>
    </w:p>
    <w:p>
      <w:r>
        <w:rPr>
          <w:b/>
        </w:rPr>
        <w:t xml:space="preserve">[16:38] </w:t>
      </w:r>
      <w:r>
        <w:t>aisi jagah hai ke aap na aaram se baith sakte hain na aaram se so sakte hain. To aisi jagah par aap jatay thay aur sochtay thay.</w:t>
      </w:r>
    </w:p>
    <w:p>
      <w:pPr>
        <w:jc w:val="right"/>
      </w:pPr>
      <w:r>
        <w:t>ایسی جگہ ہے کہ آپ نہ آرام سے بیٹھ سکتے ہیں نہ آرام سے سو سکتے ہیں۔ تو ایسی جگہ پر آپ جاتے تھے اور سوچتے تھے۔</w:t>
      </w:r>
    </w:p>
    <w:p>
      <w:r>
        <w:rPr>
          <w:b/>
        </w:rPr>
        <w:t xml:space="preserve">[16:52] </w:t>
      </w:r>
      <w:r>
        <w:t>soch kar ke aap ne yeh nikala</w:t>
      </w:r>
    </w:p>
    <w:p>
      <w:pPr>
        <w:jc w:val="right"/>
      </w:pPr>
      <w:r>
        <w:t>سوچ کر کے آپ نے یہ نکالا</w:t>
      </w:r>
    </w:p>
    <w:p>
      <w:r>
        <w:rPr>
          <w:b/>
        </w:rPr>
        <w:t xml:space="preserve">[16:59] </w:t>
      </w:r>
      <w:r>
        <w:t>ke buton ke markaz ko</w:t>
      </w:r>
    </w:p>
    <w:p>
      <w:pPr>
        <w:jc w:val="right"/>
      </w:pPr>
      <w:r>
        <w:t>کہ بتوں کے مرکز کو</w:t>
      </w:r>
    </w:p>
    <w:p>
      <w:r>
        <w:rPr>
          <w:b/>
        </w:rPr>
        <w:t xml:space="preserve">[17:05] </w:t>
      </w:r>
      <w:r>
        <w:t>audience mein tabdeel kar do.</w:t>
      </w:r>
    </w:p>
    <w:p>
      <w:pPr>
        <w:jc w:val="right"/>
      </w:pPr>
      <w:r>
        <w:t>آڈینس میں تبدیل کر دو۔</w:t>
      </w:r>
    </w:p>
    <w:p>
      <w:r>
        <w:rPr>
          <w:b/>
        </w:rPr>
        <w:t xml:space="preserve">[17:11] </w:t>
      </w:r>
      <w:r>
        <w:t>yeh mein aap ko deta hoon sochne ka aik</w:t>
      </w:r>
    </w:p>
    <w:p>
      <w:pPr>
        <w:jc w:val="right"/>
      </w:pPr>
      <w:r>
        <w:t>یہ میں آپ کو دیتا ہوں سوچنے کا ایک</w:t>
      </w:r>
    </w:p>
    <w:p>
      <w:r>
        <w:rPr>
          <w:b/>
        </w:rPr>
        <w:t xml:space="preserve">[17:16] </w:t>
      </w:r>
      <w:r>
        <w:t>point ke kis tarah se woh amal kar sakte hain aap jis ke baray mein hadith mein aya hai, doosri hadith mein.</w:t>
      </w:r>
    </w:p>
    <w:p>
      <w:pPr>
        <w:jc w:val="right"/>
      </w:pPr>
      <w:r>
        <w:t>پوائنٹ کہ کس طرح سے وہ عمل کر سکتے ہیں آپ جس کے بارے میں حدیث میں آیا ہے، دوسری حدیث میں۔</w:t>
      </w:r>
    </w:p>
    <w:p>
      <w:r>
        <w:rPr>
          <w:b/>
        </w:rPr>
        <w:t xml:space="preserve">[17:29] </w:t>
      </w:r>
      <w:r>
        <w:t>ke aik amal woh hai jo aam tor par jo amal hain woh un ka badla milta hai insan ko saat sau guna tak.</w:t>
      </w:r>
    </w:p>
    <w:p>
      <w:pPr>
        <w:jc w:val="right"/>
      </w:pPr>
      <w:r>
        <w:t>کہ ایک عمل وہ ہے جو عام طور پر جو عمل ہیں وہ ان کا بدلہ ملتا ہے انسان کو سات سو گنا تک۔</w:t>
      </w:r>
    </w:p>
    <w:p>
      <w:r>
        <w:rPr>
          <w:b/>
        </w:rPr>
        <w:t xml:space="preserve">[17:46] </w:t>
      </w:r>
      <w:r>
        <w:t>lekan aik amal woh hai jo sirf Allah ke liye kiya jaye</w:t>
      </w:r>
    </w:p>
    <w:p>
      <w:pPr>
        <w:jc w:val="right"/>
      </w:pPr>
      <w:r>
        <w:t>لیکن ایک عمل وہ ہے جو صرف اللہ کے لیے کیا جائے</w:t>
      </w:r>
    </w:p>
    <w:p>
      <w:r>
        <w:rPr>
          <w:b/>
        </w:rPr>
        <w:t xml:space="preserve">[17:49] </w:t>
      </w:r>
      <w:r>
        <w:t>is ka be hisab badla milta hai. To be hisab badla ke liye aik misal</w:t>
      </w:r>
    </w:p>
    <w:p>
      <w:pPr>
        <w:jc w:val="right"/>
      </w:pPr>
      <w:r>
        <w:t>اس کا بے حساب بدلہ ملتا ہے۔ تو بے حساب بدلہ کے لیے ایک مثال</w:t>
      </w:r>
    </w:p>
    <w:p>
      <w:r>
        <w:rPr>
          <w:b/>
        </w:rPr>
        <w:t xml:space="preserve">[18:04] </w:t>
      </w:r>
      <w:r>
        <w:t>woh hai jis ko aap hajj mein dekh sakte hain. Aur doosri jagah jo hai soch kar aap jaan sakte hain ke kis tarah Allah ke Nabi ne, Allah ke Nabi ne</w:t>
      </w:r>
    </w:p>
    <w:p>
      <w:pPr>
        <w:jc w:val="right"/>
      </w:pPr>
      <w:r>
        <w:t>وہ ہے جس کو آپ حج میں دیکھ سکتے ہیں۔ اور دوسری جگہ جو ہے سوچ کر آپ جان سکتے ہیں کہ کس طرح اللہ کے نبی نے، اللہ کے نبی نے</w:t>
      </w:r>
    </w:p>
    <w:p>
      <w:r>
        <w:rPr>
          <w:b/>
        </w:rPr>
        <w:t xml:space="preserve">[18:26] </w:t>
      </w:r>
      <w:r>
        <w:t>but parasti ke markaz ko audience mein tabdeel kar diya.</w:t>
      </w:r>
    </w:p>
    <w:p>
      <w:pPr>
        <w:jc w:val="right"/>
      </w:pPr>
      <w:r>
        <w:t>بت پرستی کے مرکز کو آڈینس میں تبدیل کر دیا۔</w:t>
      </w:r>
    </w:p>
    <w:p>
      <w:r>
        <w:rPr>
          <w:b/>
        </w:rPr>
        <w:t xml:space="preserve">[18:34] </w:t>
      </w:r>
      <w:r>
        <w:t>yeh woh amal hai jis ka badla be hisab milta hai. Allah taala aap ko tofeeq de ke aap is</w:t>
      </w:r>
    </w:p>
    <w:p>
      <w:pPr>
        <w:jc w:val="right"/>
      </w:pPr>
      <w:r>
        <w:t>یہ وہ عمل ہے جس کا بدلہ بے حساب ملتا ہے۔ اللہ تعالیٰ آپ کو توفیق دے کہ آپ اس</w:t>
      </w:r>
    </w:p>
    <w:p>
      <w:r>
        <w:rPr>
          <w:b/>
        </w:rPr>
        <w:t xml:space="preserve">[18:45] </w:t>
      </w:r>
      <w:r>
        <w:t>is raaz ko jaan saken inshallah.</w:t>
      </w:r>
    </w:p>
    <w:p>
      <w:pPr>
        <w:jc w:val="right"/>
      </w:pPr>
      <w:r>
        <w:t>اس راز کو جان سکیں انشاءاللہ۔</w:t>
      </w:r>
    </w:p>
    <w:p>
      <w:r>
        <w:rPr>
          <w:b/>
        </w:rPr>
        <w:t xml:space="preserve">[18:54] </w:t>
      </w:r>
      <w:r>
        <w:t>fehmeda khan likhti hain maulana jis tarah se doctor patient ko cure karta hai usi tarah se aap meri soul ke doctor hain.</w:t>
      </w:r>
    </w:p>
    <w:p>
      <w:pPr>
        <w:jc w:val="right"/>
      </w:pPr>
      <w:r>
        <w:t>فہمیدہ خان لکھتی ہیں مولانا جس طرح سے ڈاکٹر پیشنٹ کو کیور کرتا ہے اسی طرح سے آپ میری سول کے ڈاکٹر ہیں۔</w:t>
      </w:r>
    </w:p>
    <w:p>
      <w:r>
        <w:rPr>
          <w:b/>
        </w:rPr>
        <w:t xml:space="preserve">[19:07] </w:t>
      </w:r>
      <w:r>
        <w:t>aap ka lecture sun ke rooh tar ho jati hai jaise sokhi zameen par pani parta hai.</w:t>
      </w:r>
    </w:p>
    <w:p>
      <w:pPr>
        <w:jc w:val="right"/>
      </w:pPr>
      <w:r>
        <w:t>آپ کا لیکچر سن کے روح تر ہو جاتی ہے جیسے سوکھی زمین پر پانی پڑتا ہے۔</w:t>
      </w:r>
    </w:p>
    <w:p>
      <w:r>
        <w:rPr>
          <w:b/>
        </w:rPr>
        <w:t xml:space="preserve">[19:18] </w:t>
      </w:r>
      <w:r>
        <w:t>aap ki talk aur writings ke baghair ab mein reh nahi pati. jazak Allah maulana.</w:t>
      </w:r>
    </w:p>
    <w:p>
      <w:pPr>
        <w:jc w:val="right"/>
      </w:pPr>
      <w:r>
        <w:t>آپ کی ٹاک اور رائٹنگز کے بغیر اب میں رہ نہیں پاتی۔ جزاک اللہ مولانا۔</w:t>
      </w:r>
    </w:p>
    <w:p>
      <w:r>
        <w:rPr>
          <w:b/>
        </w:rPr>
        <w:t xml:space="preserve">[19:28] </w:t>
      </w:r>
      <w:r>
        <w:t>mashallah mashallah mashallah.</w:t>
      </w:r>
    </w:p>
    <w:p>
      <w:pPr>
        <w:jc w:val="right"/>
      </w:pPr>
      <w:r>
        <w:t>ماشاءاللہ ماشاءاللہ ماشاءاللہ۔</w:t>
      </w:r>
    </w:p>
    <w:p>
      <w:r>
        <w:rPr>
          <w:b/>
        </w:rPr>
        <w:t xml:space="preserve">[19:34] </w:t>
      </w:r>
      <w:r>
        <w:t>azhar mubarak bhagal pur se likhte hain mein aap ko aap ke mission ko soch soch kar tarp uthta hoon.</w:t>
      </w:r>
    </w:p>
    <w:p>
      <w:pPr>
        <w:jc w:val="right"/>
      </w:pPr>
      <w:r>
        <w:t>اظہر مبارک بھاگل پور سے لکھتے ہیں میں آپ کو آپ کے مشن کو سوچ سوچ کر تڑپ اٹھتا ہوں۔</w:t>
      </w:r>
    </w:p>
    <w:p>
      <w:r>
        <w:rPr>
          <w:b/>
        </w:rPr>
        <w:t xml:space="preserve">[19:43] </w:t>
      </w:r>
      <w:r>
        <w:t>mujhe is din ka shadeed intezar hai jab ke mein aap ke mission ke liye accept kiya jaon. inshallah.</w:t>
      </w:r>
    </w:p>
    <w:p>
      <w:pPr>
        <w:jc w:val="right"/>
      </w:pPr>
      <w:r>
        <w:t>مجھے اس دن کا شدید انتظار ہے جب کہ میں آپ کے مشن کے لیے ایکسیپٹ کیا جاؤں۔ انشاءاللہ۔</w:t>
      </w:r>
    </w:p>
    <w:p>
      <w:r>
        <w:rPr>
          <w:b/>
        </w:rPr>
        <w:t xml:space="preserve">[19:53] </w:t>
      </w:r>
      <w:r>
        <w:t>meri.</w:t>
      </w:r>
    </w:p>
    <w:p>
      <w:pPr>
        <w:jc w:val="right"/>
      </w:pPr>
      <w:r>
        <w:t>میری۔</w:t>
      </w:r>
    </w:p>
    <w:p>
      <w:r>
        <w:rPr>
          <w:b/>
        </w:rPr>
        <w:t xml:space="preserve">[19:54] </w:t>
      </w:r>
      <w:r>
        <w:t>yaad rakhiye ya jab aap ne niyat kar li niyat, niyat sachay dil se to woh accept ho gayi.</w:t>
      </w:r>
    </w:p>
    <w:p>
      <w:pPr>
        <w:jc w:val="right"/>
      </w:pPr>
      <w:r>
        <w:t>یاد رکھیے یا جب آپ نے نیت کر لی نیت، نیت سچے دل سے تو وہ ایکسیپٹ ہو گئی۔</w:t>
      </w:r>
    </w:p>
    <w:p>
      <w:r>
        <w:rPr>
          <w:b/>
        </w:rPr>
        <w:t xml:space="preserve">[20:04] </w:t>
      </w:r>
      <w:r>
        <w:t>sachay dil se jab aap ne niyat kar li to accept ho gayi inshallah inshallah inshallah.</w:t>
      </w:r>
    </w:p>
    <w:p>
      <w:pPr>
        <w:jc w:val="right"/>
      </w:pPr>
      <w:r>
        <w:t>سچے دل سے جب آپ نے نیت کر لی تو ایکسیپٹ ہو گئی انشاءاللہ انشاءاللہ انشاءاللہ۔</w:t>
      </w:r>
    </w:p>
    <w:p>
      <w:r>
        <w:rPr>
          <w:b/>
        </w:rPr>
        <w:t xml:space="preserve">[20:12] </w:t>
      </w:r>
      <w:r>
        <w:t>abhi aage kuch aur keh rahe hain mujhe maaf kijiye mein ne સહયોગ ka mamla nahi kar paya. meri zindagi ghaflat mein guzar gayi.</w:t>
      </w:r>
    </w:p>
    <w:p>
      <w:pPr>
        <w:jc w:val="right"/>
      </w:pPr>
      <w:r>
        <w:t>ابھی آگے کچھ اور کہہ رہے ہیں مجھے معاف کیجئے میں نے تعاون کا معاملہ نہیں کر پایا۔ میری زندگی غفلت میں گزر گئی۔</w:t>
      </w:r>
    </w:p>
    <w:p>
      <w:r>
        <w:rPr>
          <w:b/>
        </w:rPr>
        <w:t xml:space="preserve">[20:22] </w:t>
      </w:r>
      <w:r>
        <w:t>Allah ne aap ko mere dour mein paida kiya lekin mein soya raha. meri meri realization ka amal tak mein nahi ja paya.</w:t>
      </w:r>
    </w:p>
    <w:p>
      <w:pPr>
        <w:jc w:val="right"/>
      </w:pPr>
      <w:r>
        <w:t>اللہ نے آپ کو میرے دور میں پیدا کیا لیکن میں سویا رہا۔ میری میری ریلائزیشن کا عمل تک میں نہیں جا پایا۔</w:t>
      </w:r>
    </w:p>
    <w:p>
      <w:r>
        <w:rPr>
          <w:b/>
        </w:rPr>
        <w:t xml:space="preserve">[20:34] </w:t>
      </w:r>
      <w:r>
        <w:t>Allah taala aap ko khoob khoob qabool farmaye. khoob khoob qabool farmaye.</w:t>
      </w:r>
    </w:p>
    <w:p>
      <w:pPr>
        <w:jc w:val="right"/>
      </w:pPr>
      <w:r>
        <w:t>اللہ تعالیٰ آپ کو خوب خوب قبول فرمائے۔ خوب خوب قبول فرمائے۔</w:t>
      </w:r>
    </w:p>
    <w:p>
      <w:r>
        <w:rPr>
          <w:b/>
        </w:rPr>
        <w:t xml:space="preserve">[20:42] </w:t>
      </w:r>
      <w:r>
        <w:t>fari abbasi ka bhi ek comment hai maulana aap ki baatein mere dil pe lagti hain. intehai aasan tareeqay se aap samjhate hain.</w:t>
      </w:r>
    </w:p>
    <w:p>
      <w:pPr>
        <w:jc w:val="right"/>
      </w:pPr>
      <w:r>
        <w:t>فاری عباسی کا بھی ایک کمنٹ ہے مولانا آپ کی باتیں میرے دل پہ لگتی ہیں۔ انتہائی آسان طریقے سے آپ سمجھاتے ہیں۔</w:t>
      </w:r>
    </w:p>
    <w:p>
      <w:r>
        <w:rPr>
          <w:b/>
        </w:rPr>
        <w:t xml:space="preserve">[20:55] </w:t>
      </w:r>
      <w:r>
        <w:t>jazak Allah mere liye dua farmayen. inshallah inshallah.</w:t>
      </w:r>
    </w:p>
    <w:p>
      <w:pPr>
        <w:jc w:val="right"/>
      </w:pPr>
      <w:r>
        <w:t>جزاک اللہ میرے لیے دعا فرمائیں۔ انشاءاللہ انشاءاللہ۔</w:t>
      </w:r>
    </w:p>
    <w:p>
      <w:r>
        <w:rPr>
          <w:b/>
        </w:rPr>
        <w:t xml:space="preserve">[21:05] </w:t>
      </w:r>
      <w:r>
        <w:t>irshad ul haq ka ek sawal hai</w:t>
      </w:r>
    </w:p>
    <w:p>
      <w:pPr>
        <w:jc w:val="right"/>
      </w:pPr>
      <w:r>
        <w:t>ارشاد الحق کا ایک سوال ہے</w:t>
      </w:r>
    </w:p>
    <w:p>
      <w:r>
        <w:rPr>
          <w:b/>
        </w:rPr>
        <w:t xml:space="preserve">[21:11] </w:t>
      </w:r>
      <w:r>
        <w:t>family responsibilities are the main hurdle in dawah work. how to manage more time for dawah work along with family responsibilities?</w:t>
      </w:r>
    </w:p>
    <w:p>
      <w:pPr>
        <w:jc w:val="right"/>
      </w:pPr>
      <w:r>
        <w:t>فیملی ریسپانسبیلٹیز آر دا مین ہرڈل ان دعویٰ ورک۔ ہاؤ ٹو مینج مور ٹائم فار دعویٰ ورک الانگ ود فیملی ریسپانسبیلٹیز؟</w:t>
      </w:r>
    </w:p>
    <w:p>
      <w:r>
        <w:rPr>
          <w:b/>
        </w:rPr>
        <w:t xml:space="preserve">[21:25] </w:t>
      </w:r>
      <w:r>
        <w:t>dekhiye agar yeh koi mushkil kaam ho to mushkil kaam mein to mein to baray baray sahib milte hain.</w:t>
      </w:r>
    </w:p>
    <w:p>
      <w:pPr>
        <w:jc w:val="right"/>
      </w:pPr>
      <w:r>
        <w:t>دیکھیے اگر یہ کوئی مشکل کام ہو تو مشکل کام میں تو میں تو بڑے بڑے صاحب ملتے ہیں۔</w:t>
      </w:r>
    </w:p>
    <w:p>
      <w:r>
        <w:rPr>
          <w:b/>
        </w:rPr>
        <w:t xml:space="preserve">[21:38] </w:t>
      </w:r>
      <w:r>
        <w:t>agar do zimmedari ko ada karna koi mushkil kaam ho to woh to aap ke liye khushkhabri ki baat hai.</w:t>
      </w:r>
    </w:p>
    <w:p>
      <w:pPr>
        <w:jc w:val="right"/>
      </w:pPr>
      <w:r>
        <w:t>اگر دو ذمہ داری کو ادا کرنا کوئی مشکل کام ہو تو وہ تو آپ کے لیے خوشخبری کی بات ہے۔</w:t>
      </w:r>
    </w:p>
    <w:p>
      <w:r>
        <w:rPr>
          <w:b/>
        </w:rPr>
        <w:t xml:space="preserve">[21:50] </w:t>
      </w:r>
      <w:r>
        <w:t>kyun ke isi mein to aap ko baray baray</w:t>
      </w:r>
    </w:p>
    <w:p>
      <w:pPr>
        <w:jc w:val="right"/>
      </w:pPr>
      <w:r>
        <w:t>کیونکہ اسی میں تو آپ کو بڑے بڑے</w:t>
      </w:r>
    </w:p>
    <w:p>
      <w:r>
        <w:rPr>
          <w:b/>
        </w:rPr>
        <w:t xml:space="preserve">[21:58] </w:t>
      </w:r>
      <w:r>
        <w:t>inaamaat milen gay.</w:t>
      </w:r>
    </w:p>
    <w:p>
      <w:pPr>
        <w:jc w:val="right"/>
      </w:pPr>
      <w:r>
        <w:t>انعامات ملیں گے۔</w:t>
      </w:r>
    </w:p>
    <w:p>
      <w:r>
        <w:rPr>
          <w:b/>
        </w:rPr>
        <w:t xml:space="preserve">[22:00] </w:t>
      </w:r>
      <w:r>
        <w:t>riaz bhat aapse poochte hain maulana sahib assalam o alaikum in this phase of life what are major distractions which a believer experiences?</w:t>
      </w:r>
    </w:p>
    <w:p>
      <w:pPr>
        <w:jc w:val="right"/>
      </w:pPr>
      <w:r>
        <w:t>ریاض بھٹ آپ سے پوچھتے ہیں مولانا صاحب السلام علیکم ان دس فیز آف لائف واٹ آر میجر ڈسٹریکشنز وچ ا بیلیور ایکسپیرینسز؟</w:t>
      </w:r>
    </w:p>
    <w:p>
      <w:r>
        <w:rPr>
          <w:b/>
        </w:rPr>
        <w:t xml:space="preserve">[22:15] </w:t>
      </w:r>
      <w:r>
        <w:t>yeh distractions har aadmi ka apna hota hai.</w:t>
      </w:r>
    </w:p>
    <w:p>
      <w:pPr>
        <w:jc w:val="right"/>
      </w:pPr>
      <w:r>
        <w:t>یہ ڈسٹریکشن ہر آدمی کا اپنا ہوتا ہے۔</w:t>
      </w:r>
    </w:p>
    <w:p>
      <w:r>
        <w:rPr>
          <w:b/>
        </w:rPr>
        <w:t xml:space="preserve">[22:22] </w:t>
      </w:r>
      <w:r>
        <w:t>ek cheez jo Quran o Hadees se maloom ho jaye ke yeh</w:t>
      </w:r>
    </w:p>
    <w:p>
      <w:pPr>
        <w:jc w:val="right"/>
      </w:pPr>
      <w:r>
        <w:t>ایک چیز جو قرآن و حدیث سے معلوم ہو جائے کہ یہ</w:t>
      </w:r>
    </w:p>
    <w:p>
      <w:r>
        <w:rPr>
          <w:b/>
        </w:rPr>
        <w:t xml:space="preserve">[22:30] </w:t>
      </w:r>
      <w:r>
        <w:t>bari cheez hai, bara amal hai. phir koi</w:t>
      </w:r>
    </w:p>
    <w:p>
      <w:pPr>
        <w:jc w:val="right"/>
      </w:pPr>
      <w:r>
        <w:t>بڑی چیز ہے، بڑا عمل ہے۔ پھر کوئی</w:t>
      </w:r>
    </w:p>
    <w:p>
      <w:r>
        <w:rPr>
          <w:b/>
        </w:rPr>
        <w:t xml:space="preserve">[22:39] </w:t>
      </w:r>
      <w:r>
        <w:t>phir koi</w:t>
      </w:r>
    </w:p>
    <w:p>
      <w:pPr>
        <w:jc w:val="right"/>
      </w:pPr>
      <w:r>
        <w:t>پھر کوئی</w:t>
      </w:r>
    </w:p>
    <w:p>
      <w:r>
        <w:rPr>
          <w:b/>
        </w:rPr>
        <w:t xml:space="preserve">[22:49] </w:t>
      </w:r>
      <w:r>
        <w:t>excuze le kar phir koi excuze le kar aadmi is se hat jaye, is ko na kare.</w:t>
      </w:r>
    </w:p>
    <w:p>
      <w:pPr>
        <w:jc w:val="right"/>
      </w:pPr>
      <w:r>
        <w:t>ایکسکیوز لے کر پھر کوئی ایکسکیوز لے کر آدمی اس سے ہٹ جائے، اس کو نہ کرے۔</w:t>
      </w:r>
    </w:p>
    <w:p>
      <w:r>
        <w:rPr>
          <w:b/>
        </w:rPr>
        <w:t xml:space="preserve">[23:02] </w:t>
      </w:r>
      <w:r>
        <w:t>yahi sab se bara amal hai ke aap lame excuze ko kabhi na lein. lame excuze ko wahin foran ke foran kill kar dein.</w:t>
      </w:r>
    </w:p>
    <w:p>
      <w:pPr>
        <w:jc w:val="right"/>
      </w:pPr>
      <w:r>
        <w:t>یہی سب سے بڑا عمل ہے کہ آپ لیم ایکسکیوز کو کبھی نہ لیں۔ لیم ایکسکیوز کو وہیں فوراً کے فوراً کل کر دیں۔</w:t>
      </w:r>
    </w:p>
    <w:p>
      <w:r>
        <w:rPr>
          <w:b/>
        </w:rPr>
        <w:t xml:space="preserve">[23:19] </w:t>
      </w:r>
      <w:r>
        <w:t>yeh pata karna ke yeh lame excuze hai, yeh sab bara amal hai. aur lame excuze ka shikar banna sab bari nadani hai.</w:t>
      </w:r>
    </w:p>
    <w:p>
      <w:pPr>
        <w:jc w:val="right"/>
      </w:pPr>
      <w:r>
        <w:t>یہ پتہ کرنا کہ یہ لیم ایکسکیوز ہے، یہ سب بڑا عمل ہے۔ اور لیم ایکسکیوز کا شکار بننا سب بڑی نادانی ہے۔</w:t>
      </w:r>
    </w:p>
    <w:p>
      <w:r>
        <w:rPr>
          <w:b/>
        </w:rPr>
        <w:t xml:space="preserve">[23:31] </w:t>
      </w:r>
      <w:r>
        <w:t>phir se suniye lame excuze ko</w:t>
      </w:r>
    </w:p>
    <w:p>
      <w:pPr>
        <w:jc w:val="right"/>
      </w:pPr>
      <w:r>
        <w:t>پھر سے سنیے لیم ایکسکیوز کو</w:t>
      </w:r>
    </w:p>
    <w:p>
      <w:r>
        <w:rPr>
          <w:b/>
        </w:rPr>
        <w:t xml:space="preserve">[23:39] </w:t>
      </w:r>
      <w:r>
        <w:t>qubool karna yeh sab se bari nadani hai. aur lame excuze ko</w:t>
      </w:r>
    </w:p>
    <w:p>
      <w:pPr>
        <w:jc w:val="right"/>
      </w:pPr>
      <w:r>
        <w:t>قبول کرنا یہ سب سے بڑی نادانی ہے۔ اور لیم ایکسکیوز کو</w:t>
      </w:r>
    </w:p>
    <w:p>
      <w:r>
        <w:rPr>
          <w:b/>
        </w:rPr>
        <w:t xml:space="preserve">[23:51] </w:t>
      </w:r>
      <w:r>
        <w:t>tajziya ek tajziya kar ke is ki ghalti ko janna yeh sab bara amal hai.</w:t>
      </w:r>
    </w:p>
    <w:p>
      <w:pPr>
        <w:jc w:val="right"/>
      </w:pPr>
      <w:r>
        <w:t>تجزیہ ایک تجزیہ کر کے اس کی غلطی کو جاننا یہ سب بڑا عمل ہے۔</w:t>
      </w:r>
    </w:p>
    <w:p>
      <w:r>
        <w:rPr>
          <w:b/>
        </w:rPr>
        <w:t xml:space="preserve">[24:15] </w:t>
      </w:r>
      <w:r>
        <w:t>shahab ahmed ka ek question hai you have made impact in lakhs of people all over the world but who has impressed you most in your life</w:t>
      </w:r>
    </w:p>
    <w:p>
      <w:pPr>
        <w:jc w:val="right"/>
      </w:pPr>
      <w:r>
        <w:t>شہاب احمد کا ایک کوئسچن ہے یو ہیو میڈ امپیکٹ ان لاکھز آف پیپل آل اوور دا ورلڈ بٹ ہو ہیز امپریسڈ یو موسٹ ان یور لائف</w:t>
      </w:r>
    </w:p>
    <w:p>
      <w:r>
        <w:rPr>
          <w:b/>
        </w:rPr>
        <w:t xml:space="preserve">[24:30] </w:t>
      </w:r>
      <w:r>
        <w:t>? main to jab quran o hadees ko hamesha parhta tha, ab bhi parhta hoon. isi se maine apna fikr banaya quran o hadees se.</w:t>
      </w:r>
    </w:p>
    <w:p>
      <w:pPr>
        <w:jc w:val="right"/>
      </w:pPr>
      <w:r>
        <w:t>؟ میں تو جب قرآن و حدیث کو ہمیشہ پڑھتا تھا، اب بھی پڑھتا ہوں۔ اسی سے میں نے اپنا فکر بنایا قرآن و حدیث سے۔</w:t>
      </w:r>
    </w:p>
    <w:p>
      <w:r>
        <w:rPr>
          <w:b/>
        </w:rPr>
        <w:t xml:space="preserve">[24:43] </w:t>
      </w:r>
      <w:r>
        <w:t>kis par kisi shakhsiyat se maine, kis shakhsiyat ne meri fikr ko nahi banaya?</w:t>
      </w:r>
    </w:p>
    <w:p>
      <w:pPr>
        <w:jc w:val="right"/>
      </w:pPr>
      <w:r>
        <w:t>کس پر کسی شخصیت سے میں نے، کس شخصیت نے میری فکر کو نہیں بنایا؟</w:t>
      </w:r>
    </w:p>
    <w:p>
      <w:r>
        <w:rPr>
          <w:b/>
        </w:rPr>
        <w:t xml:space="preserve">[24:55] </w:t>
      </w:r>
      <w:r>
        <w:t>sab se zyada shakhsiyat saaz jo cheez hai woh quran o hadees hai.</w:t>
      </w:r>
    </w:p>
    <w:p>
      <w:pPr>
        <w:jc w:val="right"/>
      </w:pPr>
      <w:r>
        <w:t>سب سے زیادہ شخصیت ساز جو چیز ہے وہ قرآن و حدیث ہے۔</w:t>
      </w:r>
    </w:p>
    <w:p>
      <w:r>
        <w:rPr>
          <w:b/>
        </w:rPr>
        <w:t xml:space="preserve">[25:12] </w:t>
      </w:r>
      <w:r>
        <w:t>sab se zyada jo cheez aap ki personality ko banane wali hai woh quran o hadees hai.</w:t>
      </w:r>
    </w:p>
    <w:p>
      <w:pPr>
        <w:jc w:val="right"/>
      </w:pPr>
      <w:r>
        <w:t>سب سے زیادہ جو چیز آپ کی پرسنیلٹی کو بنانے والی ہے وہ قرآن و حدیث ہے۔</w:t>
      </w:r>
    </w:p>
    <w:p>
      <w:r>
        <w:rPr>
          <w:b/>
        </w:rPr>
        <w:t xml:space="preserve">[25:24] </w:t>
      </w:r>
      <w:r>
        <w:t>gehrayi ke sath parhiye, gehrayi ke sath.</w:t>
      </w:r>
    </w:p>
    <w:p>
      <w:pPr>
        <w:jc w:val="right"/>
      </w:pPr>
      <w:r>
        <w:t>گہرائی کے ساتھ پڑھیے، گہرائی کے ساتھ۔</w:t>
      </w:r>
    </w:p>
    <w:p>
      <w:r>
        <w:rPr>
          <w:b/>
        </w:rPr>
        <w:t xml:space="preserve">[25:31] </w:t>
      </w:r>
      <w:r>
        <w:t>doctor safina tabassum likhti hain molana sahib quran ke mutale se yeh pata chal raha hai ke Allah rab ul alameen ne jab bhi naseehat pohanchai to sirf logon ka arrogance hamesha samne aya.</w:t>
      </w:r>
    </w:p>
    <w:p>
      <w:pPr>
        <w:jc w:val="right"/>
      </w:pPr>
      <w:r>
        <w:t>ڈاکٹر سفینہ تبسم لکھتی ہیں مولانا صاحب قرآن کے مطالعے سے یہ پتہ چل رہا ہے کہ اللہ رب العالمین نے جب بھی نصیحت پہنچائی تو صرف لوگوں کا ایروگنس ہمیشہ سامنے آیا۔</w:t>
      </w:r>
    </w:p>
    <w:p>
      <w:r>
        <w:rPr>
          <w:b/>
        </w:rPr>
        <w:t xml:space="preserve">[25:51] </w:t>
      </w:r>
      <w:r>
        <w:t>to kya mera yeh sochna sahi hai ke self mein jeena hi sab se tabah kun hai?</w:t>
      </w:r>
    </w:p>
    <w:p>
      <w:pPr>
        <w:jc w:val="right"/>
      </w:pPr>
      <w:r>
        <w:t>تو کیا میرا یہ سوچنا صحیح ہے کہ سیلف میں جینا ہی سب سے تباہ کن ہے؟</w:t>
      </w:r>
    </w:p>
    <w:p>
      <w:r>
        <w:rPr>
          <w:b/>
        </w:rPr>
        <w:t xml:space="preserve">[26:00] </w:t>
      </w:r>
      <w:r>
        <w:t>bohat sahi hai, bohat sahi hai, bohat sahi hai.</w:t>
      </w:r>
    </w:p>
    <w:p>
      <w:pPr>
        <w:jc w:val="right"/>
      </w:pPr>
      <w:r>
        <w:t>بہت صحیح ہے، بہت صحیح ہے، بہت صحیح ہے۔</w:t>
      </w:r>
    </w:p>
    <w:p>
      <w:r>
        <w:rPr>
          <w:b/>
        </w:rPr>
        <w:t xml:space="preserve">[26:06] </w:t>
      </w:r>
      <w:r>
        <w:t>aur isi ko daryaft karna sab se bari neki hai. apne bare mein daryaft karna hai ke main kahan jee raha hoon.</w:t>
      </w:r>
    </w:p>
    <w:p>
      <w:pPr>
        <w:jc w:val="right"/>
      </w:pPr>
      <w:r>
        <w:t>اور اسی کو دریافت کرنا سب سے بڑی نیکی ہے۔ اپنے بارے میں دریافت کرنا ہے کہ میں کہاں جی رہا ہوں۔</w:t>
      </w:r>
    </w:p>
    <w:p>
      <w:r>
        <w:rPr>
          <w:b/>
        </w:rPr>
        <w:t xml:space="preserve">[26:21] </w:t>
      </w:r>
      <w:r>
        <w:t>apne bare mein, khud apne bare mein yeh discover karna ke main kahan jee raha hoon. false hold mein ya sachai mein.</w:t>
      </w:r>
    </w:p>
    <w:p>
      <w:pPr>
        <w:jc w:val="right"/>
      </w:pPr>
      <w:r>
        <w:t>اپنے بارے میں، خود اپنے بارے میں یہ ڈسکور کرنا کہ میں کہاں جی رہا ہوں۔ فالس ہولڈ میں یا سچائی میں۔</w:t>
      </w:r>
    </w:p>
    <w:p>
      <w:r>
        <w:rPr>
          <w:b/>
        </w:rPr>
        <w:t xml:space="preserve">[26:41] </w:t>
      </w:r>
      <w:r>
        <w:t>irshad ul haq likhte hain in our families women are stronger and influential in decision making.</w:t>
      </w:r>
    </w:p>
    <w:p>
      <w:pPr>
        <w:jc w:val="right"/>
      </w:pPr>
      <w:r>
        <w:t>ارشاد الحق لکھتے ہیں ان اور فیملیز وومن آر اسٹرانگر اینڈ انفلوئنشل ان ڈیسیژن میکنگ۔</w:t>
      </w:r>
    </w:p>
    <w:p>
      <w:r>
        <w:rPr>
          <w:b/>
        </w:rPr>
        <w:t xml:space="preserve">[26:55] </w:t>
      </w:r>
      <w:r>
        <w:t>like religious insight and religious knowledge. they don't listen to their husbands. what to do as being strict disturbs our peace of mind?</w:t>
      </w:r>
    </w:p>
    <w:p>
      <w:pPr>
        <w:jc w:val="right"/>
      </w:pPr>
      <w:r>
        <w:t>لائک ریلیجس انسائٹ اینڈ ریلیجس نالج۔ دے ڈونٹ لسن ٹو دیر ہسبینڈز۔ واٹ ٹو ڈو ایز بینگ اسٹرکٹ ڈسٹربز اور پیس آف مائنڈ؟</w:t>
      </w:r>
    </w:p>
    <w:p>
      <w:r>
        <w:rPr>
          <w:b/>
        </w:rPr>
        <w:t xml:space="preserve">[27:10] </w:t>
      </w:r>
      <w:r>
        <w:t>yeh sab kuch nahi. koi na strong hota, na koi kamzor hota. yeh sab tareekh ki baat hai.</w:t>
      </w:r>
    </w:p>
    <w:p>
      <w:pPr>
        <w:jc w:val="right"/>
      </w:pPr>
      <w:r>
        <w:t>یہ سب کچھ نہیں۔ کوئی نہ اسٹرانگ ہوتا، نہ کوئی کمزور ہوتا۔ یہ سب تاریخ کی بات ہے۔</w:t>
      </w:r>
    </w:p>
    <w:p>
      <w:r>
        <w:rPr>
          <w:b/>
        </w:rPr>
        <w:t xml:space="preserve">[27:23] </w:t>
      </w:r>
      <w:r>
        <w:t>aap ka fail hona,</w:t>
      </w:r>
    </w:p>
    <w:p>
      <w:pPr>
        <w:jc w:val="right"/>
      </w:pPr>
      <w:r>
        <w:t>آپ کا فیل ہونا،</w:t>
      </w:r>
    </w:p>
    <w:p>
      <w:r>
        <w:rPr>
          <w:b/>
        </w:rPr>
        <w:t xml:space="preserve">[27:31] </w:t>
      </w:r>
      <w:r>
        <w:t>aap ka fail hona yahi aap ko kamzor banata hai.</w:t>
      </w:r>
    </w:p>
    <w:p>
      <w:pPr>
        <w:jc w:val="right"/>
      </w:pPr>
      <w:r>
        <w:t>آپ کا فیل ہونا یہی آپ کو کمزور بناتا ہے۔</w:t>
      </w:r>
    </w:p>
    <w:p>
      <w:r>
        <w:rPr>
          <w:b/>
        </w:rPr>
        <w:t xml:space="preserve">[27:41] </w:t>
      </w:r>
      <w:r>
        <w:t>jaise musalmanon ne misal ke tor par</w:t>
      </w:r>
    </w:p>
    <w:p>
      <w:pPr>
        <w:jc w:val="right"/>
      </w:pPr>
      <w:r>
        <w:t>جیسے مسلمانوں نے مثال کے طور پر</w:t>
      </w:r>
    </w:p>
    <w:p>
      <w:r>
        <w:rPr>
          <w:b/>
        </w:rPr>
        <w:t xml:space="preserve">[27:49] </w:t>
      </w:r>
      <w:r>
        <w:t>mundre ko le kar sari dunya mein tehreek chala di.</w:t>
      </w:r>
    </w:p>
    <w:p>
      <w:pPr>
        <w:jc w:val="right"/>
      </w:pPr>
      <w:r>
        <w:t>مندرے کو لے کر ساری دنیا میں تحریک چلا دی۔</w:t>
      </w:r>
    </w:p>
    <w:p>
      <w:r>
        <w:rPr>
          <w:b/>
        </w:rPr>
        <w:t xml:space="preserve">[27:59] </w:t>
      </w:r>
      <w:r>
        <w:t>aur rasool Allah sal Allah ho alaihi wasallam ne isi ko le kar sari dunya mein sachai ko phaila diya.</w:t>
      </w:r>
    </w:p>
    <w:p>
      <w:pPr>
        <w:jc w:val="right"/>
      </w:pPr>
      <w:r>
        <w:t>اور رسول اللہ صلی اللہ علیہ وسلم نے اسی کو لے کر ساری دنیا میں سچائی کو پھیلا دیا۔</w:t>
      </w:r>
    </w:p>
    <w:p>
      <w:r>
        <w:rPr>
          <w:b/>
        </w:rPr>
        <w:t xml:space="preserve">[28:10] </w:t>
      </w:r>
      <w:r>
        <w:t>to yaad rakhiye har har sabab, har sabab khud aap ke andar hai.</w:t>
      </w:r>
    </w:p>
    <w:p>
      <w:pPr>
        <w:jc w:val="right"/>
      </w:pPr>
      <w:r>
        <w:t>تو یاد رکھیے ہر ہر سبب، ہر سبب خود آپ کے اندر ہے۔</w:t>
      </w:r>
    </w:p>
    <w:p>
      <w:r>
        <w:rPr>
          <w:b/>
        </w:rPr>
        <w:t xml:space="preserve">[28:19] </w:t>
      </w:r>
      <w:r>
        <w:t>apne andar ke reason ko daryaft kijiye. apne andar ke bahar mat dhoondiye.</w:t>
      </w:r>
    </w:p>
    <w:p>
      <w:pPr>
        <w:jc w:val="right"/>
      </w:pPr>
      <w:r>
        <w:t>اپنے اندر کے ریزن کو دریافت کیجئے۔ اپنے اندر کے باہر مت ڈھونڈیے۔</w:t>
      </w:r>
    </w:p>
    <w:p>
      <w:r>
        <w:rPr>
          <w:b/>
        </w:rPr>
        <w:t xml:space="preserve">[28:30] </w:t>
      </w:r>
      <w:r>
        <w:t>koi reason aap ke bahar nahi hota. har reason aap ke andar hota hai.</w:t>
      </w:r>
    </w:p>
    <w:p>
      <w:pPr>
        <w:jc w:val="right"/>
      </w:pPr>
      <w:r>
        <w:t>کوئی ریزن آپ کے باہر نہیں ہوتا۔ ہر ریزن آپ کے اندر ہوتا ہے۔</w:t>
      </w:r>
    </w:p>
    <w:p>
      <w:r>
        <w:rPr>
          <w:b/>
        </w:rPr>
        <w:t xml:space="preserve">[28:36] </w:t>
      </w:r>
      <w:r>
        <w:t>woh yeh keh rahe hain ke jab woh samjhane ki koshish karte hain to auraton mein narazgi hoti hai. to is se un ka peace of mind disturb hota hai.</w:t>
      </w:r>
    </w:p>
    <w:p>
      <w:pPr>
        <w:jc w:val="right"/>
      </w:pPr>
      <w:r>
        <w:t>وہ یہ کہہ رہے ہیں کہ جب وہ سمجھانے کی کوشش کرتے ہیں تو عورتوں میں ناراضگی ہوتی ہے۔ تو اس سے ان کا پیس آف مائنڈ ڈسٹرب ہوتا ہے۔</w:t>
      </w:r>
    </w:p>
    <w:p>
      <w:r>
        <w:rPr>
          <w:b/>
        </w:rPr>
        <w:t xml:space="preserve">[28:45] </w:t>
      </w:r>
      <w:r>
        <w:t>yeh kuch bhi nahi. yeh lame mushkil hai.</w:t>
      </w:r>
    </w:p>
    <w:p>
      <w:pPr>
        <w:jc w:val="right"/>
      </w:pPr>
      <w:r>
        <w:t>یہ کچھ بھی نہیں۔ یہ لیم مشکل ہے۔</w:t>
      </w:r>
    </w:p>
    <w:p>
      <w:r>
        <w:rPr>
          <w:b/>
        </w:rPr>
        <w:t xml:space="preserve">[28:52] </w:t>
      </w:r>
      <w:r>
        <w:t>yeh lame mushkil hai.</w:t>
      </w:r>
    </w:p>
    <w:p>
      <w:pPr>
        <w:jc w:val="right"/>
      </w:pPr>
      <w:r>
        <w:t>یہ لیم مشکل ہے۔</w:t>
      </w:r>
    </w:p>
    <w:p>
      <w:r>
        <w:rPr>
          <w:b/>
        </w:rPr>
        <w:t xml:space="preserve">[28:58] </w:t>
      </w:r>
      <w:r>
        <w:t>aap dekhiye yani main aap ko batata hoon apni zindagi ka tajruba to main nahi kar sakta lekin samajh lijiye aap ke har masle ko maine dua ke zariye hal kiya hai.</w:t>
      </w:r>
    </w:p>
    <w:p>
      <w:pPr>
        <w:jc w:val="right"/>
      </w:pPr>
      <w:r>
        <w:t>آپ دیکھ یعنی میں آپ کو بتاتا ہوں اپنی زندگی کا تجربہ تو میں نہیں کر سکتا لیکن سمجھ لیجئے آپ کہ ہر مسئلے کو میں نے دعا کے ذریعے حل کیا ہے۔</w:t>
      </w:r>
    </w:p>
    <w:p>
      <w:r>
        <w:rPr>
          <w:b/>
        </w:rPr>
        <w:t xml:space="preserve">[29:16] </w:t>
      </w:r>
      <w:r>
        <w:t>chahe woh mard se mutalliq ho ya aurat se mutalliq ho. dua.</w:t>
      </w:r>
    </w:p>
    <w:p>
      <w:pPr>
        <w:jc w:val="right"/>
      </w:pPr>
      <w:r>
        <w:t>چاہے وہ مرد سے متعلق ہو یا عورت سے متعلق ہو۔ دعا۔</w:t>
      </w:r>
    </w:p>
    <w:p>
      <w:r>
        <w:rPr>
          <w:b/>
        </w:rPr>
        <w:t xml:space="preserve">[29:26] </w:t>
      </w:r>
      <w:r>
        <w:t>aap sachchi dua karna jaaniye. sachchi dua karna jaaniye. to na mard na aurat, na strong na kamzor.</w:t>
      </w:r>
    </w:p>
    <w:p>
      <w:pPr>
        <w:jc w:val="right"/>
      </w:pPr>
      <w:r>
        <w:t>آپ سچی دعا کرنا جانیے۔ سچی دعا کرنا جانیے۔ تو نہ مرد نہ عورت، نہ اسٹرانگ نہ کمزور۔</w:t>
      </w:r>
    </w:p>
    <w:p>
      <w:r>
        <w:rPr>
          <w:b/>
        </w:rPr>
        <w:t xml:space="preserve">[29:40] </w:t>
      </w:r>
      <w:r>
        <w:t>har masla aap ka hal ho jayega.</w:t>
      </w:r>
    </w:p>
    <w:p>
      <w:pPr>
        <w:jc w:val="right"/>
      </w:pPr>
      <w:r>
        <w:t>ہر مسئلہ آپ کا حل ہو جائے گا۔</w:t>
      </w:r>
    </w:p>
    <w:p>
      <w:r>
        <w:rPr>
          <w:b/>
        </w:rPr>
        <w:t xml:space="preserve">[29:51] </w:t>
      </w:r>
      <w:r>
        <w:t>doctor Muhammad Usman Pakistan se poochte hain ek sawal Maulana sahab Allah aap ko salamat rakhe.</w:t>
      </w:r>
    </w:p>
    <w:p>
      <w:pPr>
        <w:jc w:val="right"/>
      </w:pPr>
      <w:r>
        <w:t>ڈاکٹر محمد عثمان پاکستان سے پوچھتے ہیں ایک سوال مولانا صاحب اللہ آپ کو سلامت رکھے۔</w:t>
      </w:r>
    </w:p>
    <w:p>
      <w:r>
        <w:rPr>
          <w:b/>
        </w:rPr>
        <w:t xml:space="preserve">[30:01] </w:t>
      </w:r>
      <w:r>
        <w:t>mera ek sawal hai aur bahut se logon ka bhi yahi sawal hai. kuch logon ka khayal hai ke Rab ul Alameen ne insaan ke bare mein sab kuch taqdeer mein likh diya hai aur wahee hota hai.</w:t>
      </w:r>
    </w:p>
    <w:p>
      <w:pPr>
        <w:jc w:val="right"/>
      </w:pPr>
      <w:r>
        <w:t>میرا ایک سوال ہے اور بہت سے لوگوں کا بھی یہی سوال ہے۔ کچھ لوگوں کا خیال ہے کہ رب العالمین نے انسان کے بارے میں سب کچھ تقدیر میں لکھ دیا ہے اور وحی ہوتا ہے۔</w:t>
      </w:r>
    </w:p>
    <w:p>
      <w:r>
        <w:rPr>
          <w:b/>
        </w:rPr>
        <w:t xml:space="preserve">[30:14] </w:t>
      </w:r>
      <w:r>
        <w:t>insaan jo chahe kare. meri samajh mein nahi aata ke agar wahee hota hai jo taqdeer mein likha hai to phir Rab ul Izzat ki taraf se saza o jaza kyun hai?</w:t>
      </w:r>
    </w:p>
    <w:p>
      <w:pPr>
        <w:jc w:val="right"/>
      </w:pPr>
      <w:r>
        <w:t>انسان جو چاہے کرے۔ میری سمجھ میں نہیں آتا کہ اگر وحی ہوتا ہے جو تقدیر میں لکھا ہے تو پھر رب العزت کی طرف سے سزا و جزا کیوں ہے؟</w:t>
      </w:r>
    </w:p>
    <w:p>
      <w:r>
        <w:rPr>
          <w:b/>
        </w:rPr>
        <w:t xml:space="preserve">[30:24] </w:t>
      </w:r>
      <w:r>
        <w:t>is ke bare mein janna chahte hain.</w:t>
      </w:r>
    </w:p>
    <w:p>
      <w:pPr>
        <w:jc w:val="right"/>
      </w:pPr>
      <w:r>
        <w:t>اس کے بارے میں جاننا چاہتے ہیں۔</w:t>
      </w:r>
    </w:p>
    <w:p>
      <w:r>
        <w:rPr>
          <w:b/>
        </w:rPr>
        <w:t xml:space="preserve">[30:26] </w:t>
      </w:r>
      <w:r>
        <w:t>kuch nahi hai sir. bahut sakhti ki baatein hain. bahut sakhti se aap logon ko nikalna hai. yeh sab rah e jihad hai.</w:t>
      </w:r>
    </w:p>
    <w:p>
      <w:pPr>
        <w:jc w:val="right"/>
      </w:pPr>
      <w:r>
        <w:t>کچھ نہیں ہے سر۔ بہت سختی کی باتیں ہیں۔ بہت سختی سے آپ لوگوں کو نکالنا ہے۔ یہ سب راہ جہاد ہے۔</w:t>
      </w:r>
    </w:p>
    <w:p>
      <w:r>
        <w:rPr>
          <w:b/>
        </w:rPr>
        <w:t xml:space="preserve">[30:37] </w:t>
      </w:r>
      <w:r>
        <w:t>sab se bara jihad yeh hai ke aap logon ko bahut sakhti se nikalein.</w:t>
      </w:r>
    </w:p>
    <w:p>
      <w:pPr>
        <w:jc w:val="right"/>
      </w:pPr>
      <w:r>
        <w:t>سب سے بڑا جہاد یہ ہے کہ آپ لوگوں کو بہت سختی سے نکالیں۔</w:t>
      </w:r>
    </w:p>
    <w:p>
      <w:r>
        <w:rPr>
          <w:b/>
        </w:rPr>
        <w:t xml:space="preserve">[30:45] </w:t>
      </w:r>
      <w:r>
        <w:t>aur Quran ki jo aakhri surah hai, aakhri surah is mein is raaz ko bataya gaya hai.</w:t>
      </w:r>
    </w:p>
    <w:p>
      <w:pPr>
        <w:jc w:val="right"/>
      </w:pPr>
      <w:r>
        <w:t>اور قرآن کی جو آخری سورہ ہے، آخری سورہ اس میں اس راز کو بتایا گیا ہے۔</w:t>
      </w:r>
    </w:p>
    <w:p>
      <w:r>
        <w:rPr>
          <w:b/>
        </w:rPr>
        <w:t xml:space="preserve">[30:57] </w:t>
      </w:r>
      <w:r>
        <w:t>Quran ki aakhri surah ko padhiye, ghaur kijiye. is ke andar jo wisdom hai us ko discover kijiye.</w:t>
      </w:r>
    </w:p>
    <w:p>
      <w:pPr>
        <w:jc w:val="right"/>
      </w:pPr>
      <w:r>
        <w:t>قرآن کی آخری سورہ کو پڑھیے، غور کیجئے۔ اس کے اندر جو وزڈم ہے اس کو ڈسکور کیجئے۔</w:t>
      </w:r>
    </w:p>
    <w:p>
      <w:r>
        <w:rPr>
          <w:b/>
        </w:rPr>
        <w:t xml:space="preserve">[31:11] </w:t>
      </w:r>
      <w:r>
        <w:t>aakhri surah.</w:t>
      </w:r>
    </w:p>
    <w:p>
      <w:pPr>
        <w:jc w:val="right"/>
      </w:pPr>
      <w:r>
        <w:t>آخری سورہ۔</w:t>
      </w:r>
    </w:p>
    <w:p>
      <w:r>
        <w:rPr>
          <w:b/>
        </w:rPr>
        <w:t xml:space="preserve">[31:21] </w:t>
      </w:r>
      <w:r>
        <w:t>Miss Saima likhti hain Maulana sahab kya aap ne Rasool Allah ko kabhi khwab mein dekha hai? to please humein batayein ke woh kaise lagte hain.</w:t>
      </w:r>
    </w:p>
    <w:p>
      <w:pPr>
        <w:jc w:val="right"/>
      </w:pPr>
      <w:r>
        <w:t>مس صائمہ لکھتی ہیں مولانا صاحب کیا آپ نے رسول اللہ کو کبھی خواب میں دیکھا ہے؟ تو پلیز ہمیں بتائیں کہ وہ کیسے لگتے ہیں۔</w:t>
      </w:r>
    </w:p>
    <w:p>
      <w:r>
        <w:rPr>
          <w:b/>
        </w:rPr>
        <w:t xml:space="preserve">[31:32] </w:t>
      </w:r>
      <w:r>
        <w:t>maine to bahut baar dekha hai. lekin Rasool Allah ko khwab mein dekhne ka matlab yeh nahi ke aadmi bata bhi sakta hai.</w:t>
      </w:r>
    </w:p>
    <w:p>
      <w:pPr>
        <w:jc w:val="right"/>
      </w:pPr>
      <w:r>
        <w:t>میں نے تو بہت بار دیکھا ہے۔ لیکن رسول اللہ کو خواب میں دیکھنے کا مطلب یہ نہیں کہ آدمی بتا بھی سکتا ہے۔</w:t>
      </w:r>
    </w:p>
    <w:p>
      <w:r>
        <w:rPr>
          <w:b/>
        </w:rPr>
        <w:t xml:space="preserve">[31:45] </w:t>
      </w:r>
      <w:r>
        <w:t>yeh khud agar aap dekh sakte hain to dekhiye. koi batane wala aap ko nahi batayega.</w:t>
      </w:r>
    </w:p>
    <w:p>
      <w:pPr>
        <w:jc w:val="right"/>
      </w:pPr>
      <w:r>
        <w:t>یہ خود اگر آپ دیکھ سکتے ہیں تو دیکھیے۔ کوئی بتانے والا آپ کو نہیں بتائے گا۔</w:t>
      </w:r>
    </w:p>
    <w:p>
      <w:r>
        <w:rPr>
          <w:b/>
        </w:rPr>
        <w:t xml:space="preserve">[31:57] </w:t>
      </w:r>
      <w:r>
        <w:t>ek baar aap ne dekha tha ke Rasool Allah sallallahu alaihi wasallam doosre kamre se baat kar rahe hain aap se aur aap baat sun rahe hain. yaad hai aap ko?</w:t>
      </w:r>
    </w:p>
    <w:p>
      <w:pPr>
        <w:jc w:val="right"/>
      </w:pPr>
      <w:r>
        <w:t>ایک بار آپ نے دیکھا تھا کہ رسول اللہ صلی اللہ علیہ وسلم دوسرے کمرے سے بات کر رہے ہیں آپ سے اور آپ بات سن رہے ہیں۔ یاد ہے آپ کو؟</w:t>
      </w:r>
    </w:p>
    <w:p>
      <w:r>
        <w:rPr>
          <w:b/>
        </w:rPr>
        <w:t xml:space="preserve">[32:07] </w:t>
      </w:r>
      <w:r>
        <w:t>hmm sahi hai.</w:t>
      </w:r>
    </w:p>
    <w:p>
      <w:pPr>
        <w:jc w:val="right"/>
      </w:pPr>
      <w:r>
        <w:t>ہمم صحیح ہے۔</w:t>
      </w:r>
    </w:p>
    <w:p>
      <w:r>
        <w:rPr>
          <w:b/>
        </w:rPr>
        <w:t xml:space="preserve">[32:11] </w:t>
      </w:r>
      <w:r>
        <w:t>matlab awaz aa rahi hai. haan samne nahi hai. hmm.</w:t>
      </w:r>
    </w:p>
    <w:p>
      <w:pPr>
        <w:jc w:val="right"/>
      </w:pPr>
      <w:r>
        <w:t>مطلب آواز آ رہی ہے۔ ہاں سامنے نہیں ہے۔ ہمم۔</w:t>
      </w:r>
    </w:p>
    <w:p>
      <w:r>
        <w:rPr>
          <w:b/>
        </w:rPr>
        <w:t xml:space="preserve">[32:21] </w:t>
      </w:r>
      <w:r>
        <w:t>abdul wahab malishia se puchte hain ke molana sahib tooth paste is allowed during fasting time? roze mein tooth paste kya ja sakta hai?</w:t>
      </w:r>
    </w:p>
    <w:p>
      <w:pPr>
        <w:jc w:val="right"/>
      </w:pPr>
      <w:r>
        <w:t>عبدالوہاب ملیشیا سے پوچھتے ہیں کہ مولانا صاحب ٹوتھ پیسٹ از الاؤڈ ڈیورنگ فاسٹنگ ٹائم؟ روزے میں ٹوتھ پیسٹ کیا جا سکتا ہے؟</w:t>
      </w:r>
    </w:p>
    <w:p>
      <w:r>
        <w:rPr>
          <w:b/>
        </w:rPr>
        <w:t xml:space="preserve">[32:35] </w:t>
      </w:r>
      <w:r>
        <w:t>zarur hai, zarur kijiye. zarur kijiye. yeh sab to</w:t>
      </w:r>
    </w:p>
    <w:p>
      <w:pPr>
        <w:jc w:val="right"/>
      </w:pPr>
      <w:r>
        <w:t>ضرور ہے، ضرور کیجئے۔ ضرور کیجئے۔ یہ سب تو</w:t>
      </w:r>
    </w:p>
    <w:p>
      <w:r>
        <w:rPr>
          <w:b/>
        </w:rPr>
        <w:t xml:space="preserve">[32:45] </w:t>
      </w:r>
      <w:r>
        <w:t>koi masla nahin. yeh sab koi masla nahin.</w:t>
      </w:r>
    </w:p>
    <w:p>
      <w:pPr>
        <w:jc w:val="right"/>
      </w:pPr>
      <w:r>
        <w:t>کوئی مسئلہ نہیں۔ یہ سب کوئی مسئلہ نہیں۔</w:t>
      </w:r>
    </w:p>
    <w:p>
      <w:r>
        <w:rPr>
          <w:b/>
        </w:rPr>
        <w:t xml:space="preserve">[32:54] </w:t>
      </w:r>
      <w:r>
        <w:t>yasir khan likhte hain allah aap ko sehat aur tandrusti de. aap ne meri zindagi ko bilkul badal diya.</w:t>
      </w:r>
    </w:p>
    <w:p>
      <w:pPr>
        <w:jc w:val="right"/>
      </w:pPr>
      <w:r>
        <w:t>یاسر خان لکھتے ہیں اللہ آپ کو صحت اور تندرستی دے۔ آپ نے میری زندگی کو بالکل بدل دیا۔</w:t>
      </w:r>
    </w:p>
    <w:p>
      <w:r>
        <w:rPr>
          <w:b/>
        </w:rPr>
        <w:t xml:space="preserve">[33:03] </w:t>
      </w:r>
      <w:r>
        <w:t>masha allah masha allah. masha allah. molana iqbal umri likhte hain alsomli ka matlab har woh amal jis mein khalis allah ki raza matloob hai woh discover karna chahiye.</w:t>
      </w:r>
    </w:p>
    <w:p>
      <w:pPr>
        <w:jc w:val="right"/>
      </w:pPr>
      <w:r>
        <w:t>ماشاءاللہ ماشاءاللہ۔ ماشاءاللہ۔ مولانا اقبال عمری لکھتے ہیں السوملی کا مطلب ہر وہ عمل جس میں خالص اللہ کی رضا مطلوب ہے وہ ڈسکور کرنا چاہیے۔</w:t>
      </w:r>
    </w:p>
    <w:p>
      <w:r>
        <w:rPr>
          <w:b/>
        </w:rPr>
        <w:t xml:space="preserve">[33:22] </w:t>
      </w:r>
      <w:r>
        <w:t>madu se maadi jhagde aur shikayatein chhodna is daur ka khalista lojh allah amal maloom hota hai.</w:t>
      </w:r>
    </w:p>
    <w:p>
      <w:pPr>
        <w:jc w:val="right"/>
      </w:pPr>
      <w:r>
        <w:t>مدعو سے مادی جھگڑے اور شکایتیں چھوڑنا اس دور کا خالصتا لوجھ اللہ عمل معلوم ہوتا ہے۔</w:t>
      </w:r>
    </w:p>
    <w:p>
      <w:r>
        <w:rPr>
          <w:b/>
        </w:rPr>
        <w:t xml:space="preserve">[33:34] </w:t>
      </w:r>
      <w:r>
        <w:t>kya yeh sahi hai molana?</w:t>
      </w:r>
    </w:p>
    <w:p>
      <w:pPr>
        <w:jc w:val="right"/>
      </w:pPr>
      <w:r>
        <w:t>کیا یہ صحیح ہے مولانا؟</w:t>
      </w:r>
    </w:p>
    <w:p>
      <w:r>
        <w:rPr>
          <w:b/>
        </w:rPr>
        <w:t xml:space="preserve">[33:37] </w:t>
      </w:r>
      <w:r>
        <w:t>theek hai, sahi hai.</w:t>
      </w:r>
    </w:p>
    <w:p>
      <w:pPr>
        <w:jc w:val="right"/>
      </w:pPr>
      <w:r>
        <w:t>ٹھیک ہے، صحیح ہے۔</w:t>
      </w:r>
    </w:p>
    <w:p>
      <w:r>
        <w:rPr>
          <w:b/>
        </w:rPr>
        <w:t xml:space="preserve">[33:42] </w:t>
      </w:r>
      <w:r>
        <w:t>inshallah.</w:t>
      </w:r>
    </w:p>
    <w:p>
      <w:pPr>
        <w:jc w:val="right"/>
      </w:pPr>
      <w:r>
        <w:t>انشاءاللہ۔</w:t>
      </w:r>
    </w:p>
    <w:p>
      <w:r>
        <w:rPr>
          <w:b/>
        </w:rPr>
        <w:t xml:space="preserve">[33:51] </w:t>
      </w:r>
      <w:r>
        <w:t>imtiyaz solangi likhte hain molana what is the reason that sometimes i am very keenly interested in islam while at other times i am not?</w:t>
      </w:r>
    </w:p>
    <w:p>
      <w:pPr>
        <w:jc w:val="right"/>
      </w:pPr>
      <w:r>
        <w:t>امتیاز سولنگی لکھتے ہیں مولانا واٹ از دا ریزن دیٹ سم ٹائمز آئی ایم ویری کینلی انٹرسٹڈ ان اسلام وائل ایٹ ادر ٹائمز آئی ایم ناٹ؟</w:t>
      </w:r>
    </w:p>
    <w:p>
      <w:r>
        <w:rPr>
          <w:b/>
        </w:rPr>
        <w:t xml:space="preserve">[34:05] </w:t>
      </w:r>
      <w:r>
        <w:t>kya</w:t>
      </w:r>
    </w:p>
    <w:p>
      <w:pPr>
        <w:jc w:val="right"/>
      </w:pPr>
      <w:r>
        <w:t>کیا</w:t>
      </w:r>
    </w:p>
    <w:p>
      <w:r>
        <w:rPr>
          <w:b/>
        </w:rPr>
        <w:t xml:space="preserve">[34:06] </w:t>
      </w:r>
      <w:r>
        <w:t>? kabhi kabhi to woh bohat zyada interest lete hain islam mein aur kabhi kabhi bilkul nahin lete. yeh to sab ke liye hai. sahaba ko bhi hota tha.</w:t>
      </w:r>
    </w:p>
    <w:p>
      <w:pPr>
        <w:jc w:val="right"/>
      </w:pPr>
      <w:r>
        <w:t>؟ کبھی کبھی تو وہ بہت زیادہ انٹرسٹ لیتے ہیں اسلام میں اور کبھی کبھی بالکل نہیں لیتے۔ یہ تو سب کے لیے ہے۔ صحابہ کو بھی ہوتا تھا۔</w:t>
      </w:r>
    </w:p>
    <w:p>
      <w:r>
        <w:rPr>
          <w:b/>
        </w:rPr>
        <w:t xml:space="preserve">[34:16] </w:t>
      </w:r>
      <w:r>
        <w:t>yeh sab koi koi baat nahin hai.</w:t>
      </w:r>
    </w:p>
    <w:p>
      <w:pPr>
        <w:jc w:val="right"/>
      </w:pPr>
      <w:r>
        <w:t>یہ سب کوئی کوئی بات نہیں ہے۔</w:t>
      </w:r>
    </w:p>
    <w:p>
      <w:r>
        <w:rPr>
          <w:b/>
        </w:rPr>
        <w:t xml:space="preserve">[34:22] </w:t>
      </w:r>
      <w:r>
        <w:t>nahin hai koi problem.</w:t>
      </w:r>
    </w:p>
    <w:p>
      <w:pPr>
        <w:jc w:val="right"/>
      </w:pPr>
      <w:r>
        <w:t>نہیں ہے کوئی پرابلم۔</w:t>
      </w:r>
    </w:p>
    <w:p>
      <w:r>
        <w:rPr>
          <w:b/>
        </w:rPr>
        <w:t xml:space="preserve">[34:32] </w:t>
      </w:r>
      <w:r>
        <w:t>doctor rag malhotra ne aap se poocha hai molana what do you think about the position of muslims in india? haan?</w:t>
      </w:r>
    </w:p>
    <w:p>
      <w:pPr>
        <w:jc w:val="right"/>
      </w:pPr>
      <w:r>
        <w:t>ڈاکٹر رگ ملھوترا نے آپ سے پوچھا ہے مولانا واٹ ڈو یو تھنک اباؤٹ دا پوزیشن آف مسلمز ان انڈیا؟ ہاں؟</w:t>
      </w:r>
    </w:p>
    <w:p>
      <w:r>
        <w:rPr>
          <w:b/>
        </w:rPr>
        <w:t xml:space="preserve">[34:41] </w:t>
      </w:r>
      <w:r>
        <w:t>what do you think about the position of muslims in india? mus</w:t>
      </w:r>
    </w:p>
    <w:p>
      <w:pPr>
        <w:jc w:val="right"/>
      </w:pPr>
      <w:r>
        <w:t>واٹ ڈو یو تھنک اباؤٹ دا پوزیشن آف مسلمز ان انڈیا؟ مس</w:t>
      </w:r>
    </w:p>
    <w:p>
      <w:r>
        <w:rPr>
          <w:b/>
        </w:rPr>
        <w:t xml:space="preserve">[34:48] </w:t>
      </w:r>
      <w:r>
        <w:t>alman india mein</w:t>
      </w:r>
    </w:p>
    <w:p>
      <w:pPr>
        <w:jc w:val="right"/>
      </w:pPr>
      <w:r>
        <w:t>لمان انڈیا میں</w:t>
      </w:r>
    </w:p>
    <w:p>
      <w:r>
        <w:rPr>
          <w:b/>
        </w:rPr>
        <w:t xml:space="preserve">[34:52] </w:t>
      </w:r>
      <w:r>
        <w:t>bohat hi achhe mulk mein hain jahan constitution ki hukumat hai. constitution ki hukumat hai.</w:t>
      </w:r>
    </w:p>
    <w:p>
      <w:pPr>
        <w:jc w:val="right"/>
      </w:pPr>
      <w:r>
        <w:t>بہت ہی اچھے ملک میں ہیں جہاں کانسٹیٹیوشن کی حکومت ہے۔ کانسٹیٹیوشن کی حکومت ہے۔</w:t>
      </w:r>
    </w:p>
    <w:p>
      <w:r>
        <w:rPr>
          <w:b/>
        </w:rPr>
        <w:t xml:space="preserve">[35:04] </w:t>
      </w:r>
      <w:r>
        <w:t>jahan ke ruler democratic ruler hote hain.</w:t>
      </w:r>
    </w:p>
    <w:p>
      <w:pPr>
        <w:jc w:val="right"/>
      </w:pPr>
      <w:r>
        <w:t>جہاں کے رولر ڈیموکریٹک رولر ہوتے ہیں۔</w:t>
      </w:r>
    </w:p>
    <w:p>
      <w:r>
        <w:rPr>
          <w:b/>
        </w:rPr>
        <w:t xml:space="preserve">[35:15] </w:t>
      </w:r>
      <w:r>
        <w:t>aap is mulk ki potential ko janiye aur is ko istemal kijiye.</w:t>
      </w:r>
    </w:p>
    <w:p>
      <w:pPr>
        <w:jc w:val="right"/>
      </w:pPr>
      <w:r>
        <w:t>آپ اس ملک کی پوٹینشل کو جانیے اور اس کو استعمال کیجئے۔</w:t>
      </w:r>
    </w:p>
    <w:p>
      <w:r>
        <w:rPr>
          <w:b/>
        </w:rPr>
        <w:t xml:space="preserve">[35:30] </w:t>
      </w:r>
      <w:r>
        <w:t>syed hussain likhte hain assalam o alaikum molana sahib you have given us super formula for salvation that is not to be led astray by lame excuses.</w:t>
      </w:r>
    </w:p>
    <w:p>
      <w:pPr>
        <w:jc w:val="right"/>
      </w:pPr>
      <w:r>
        <w:t>سید حسین لکھتے ہیں السلام علیکم مولانا صاحب یو ہیو گیون اس سپر فارمولا فار سالویشن دیٹ از ناٹ ٹو بی لیڈ اسٹری بائے لیم ایکسکیوزز۔</w:t>
      </w:r>
    </w:p>
    <w:p>
      <w:r>
        <w:rPr>
          <w:b/>
        </w:rPr>
        <w:t xml:space="preserve">[35:46] </w:t>
      </w:r>
      <w:r>
        <w:t>sahi hai. mera qaul hai main logon se kehta hoon if you have a good excuse don't use it.</w:t>
      </w:r>
    </w:p>
    <w:p>
      <w:pPr>
        <w:jc w:val="right"/>
      </w:pPr>
      <w:r>
        <w:t>صحیح ہے۔ میرا قول ہے میں لوگوں سے کہتا ہوں اف یو ہیو ا گڈ ایکسکیوز ڈونٹ یوز اٹ۔</w:t>
      </w:r>
    </w:p>
    <w:p>
      <w:r>
        <w:rPr>
          <w:b/>
        </w:rPr>
        <w:t xml:space="preserve">[36:00] </w:t>
      </w:r>
      <w:r>
        <w:t>if you have a good excuse don't use it.</w:t>
      </w:r>
    </w:p>
    <w:p>
      <w:pPr>
        <w:jc w:val="right"/>
      </w:pPr>
      <w:r>
        <w:t>اف یو ہیو ا گڈ ایکسکیوز ڈونٹ یوز اٹ۔</w:t>
      </w:r>
    </w:p>
    <w:p>
      <w:r>
        <w:rPr>
          <w:b/>
        </w:rPr>
        <w:t xml:space="preserve">[36:08] </w:t>
      </w:r>
      <w:r>
        <w:t>if you have a good excuse don't use it.</w:t>
      </w:r>
    </w:p>
    <w:p>
      <w:pPr>
        <w:jc w:val="right"/>
      </w:pPr>
      <w:r>
        <w:t>اف یو ہیو ا گڈ ایکسکیوز ڈونٹ یوز اٹ۔</w:t>
      </w:r>
    </w:p>
    <w:p>
      <w:r>
        <w:rPr>
          <w:b/>
        </w:rPr>
        <w:t xml:space="preserve">[36:24] </w:t>
      </w:r>
      <w:r>
        <w:t>sabeel athar likhte hain molana you always tell us that there is no dua better than well spirited dua.</w:t>
      </w:r>
    </w:p>
    <w:p>
      <w:pPr>
        <w:jc w:val="right"/>
      </w:pPr>
      <w:r>
        <w:t>سبیل اطہر لکھتے ہیں مولانا یو الویز ٹیل اس دیٹ دیر از نو دعا بیٹر دین ویل اسپیریٹڈ دعا۔</w:t>
      </w:r>
    </w:p>
    <w:p>
      <w:r>
        <w:rPr>
          <w:b/>
        </w:rPr>
        <w:t xml:space="preserve">[36:35] </w:t>
      </w:r>
      <w:r>
        <w:t>yesterday i realize that the prayers which</w:t>
      </w:r>
    </w:p>
    <w:p>
      <w:pPr>
        <w:jc w:val="right"/>
      </w:pPr>
      <w:r>
        <w:t>یسٹرڈے آئی ریلائز دیٹ دا پریئرز وچ</w:t>
      </w:r>
    </w:p>
    <w:p>
      <w:r>
        <w:rPr>
          <w:b/>
        </w:rPr>
        <w:t xml:space="preserve">[36:42] </w:t>
      </w:r>
      <w:r>
        <w:t>the prophet of islam did to god were well spirited dua.</w:t>
      </w:r>
    </w:p>
    <w:p>
      <w:pPr>
        <w:jc w:val="right"/>
      </w:pPr>
      <w:r>
        <w:t>دا پرافٹ آف اسلام ڈیڈ ٹو گاڈ ویر ویل اسپیریٹڈ دعا۔</w:t>
      </w:r>
    </w:p>
    <w:p>
      <w:r>
        <w:rPr>
          <w:b/>
        </w:rPr>
        <w:t xml:space="preserve">[36:51] </w:t>
      </w:r>
      <w:r>
        <w:t>dua aap ke dil se ubalti hai. dua aap ke dil se ubalti hai. yeh kisi kitaab mein dekh kar rati nahi aati.</w:t>
      </w:r>
    </w:p>
    <w:p>
      <w:pPr>
        <w:jc w:val="right"/>
      </w:pPr>
      <w:r>
        <w:t>دعا آپ کے دل سے ابلتی ہے۔ دعا آپ کے دل سے ابلتی ہے۔ یہ کسی کتاب میں دیکھ کر رٹی نہیں آتی۔</w:t>
      </w:r>
    </w:p>
    <w:p>
      <w:r>
        <w:rPr>
          <w:b/>
        </w:rPr>
        <w:t xml:space="preserve">[37:05] </w:t>
      </w:r>
      <w:r>
        <w:t>rati rati nahi aati. woh aap ke dil se ubalti hai.</w:t>
      </w:r>
    </w:p>
    <w:p>
      <w:pPr>
        <w:jc w:val="right"/>
      </w:pPr>
      <w:r>
        <w:t>رٹی رٹی نہیں آتی۔ وہ آپ کے دل سے ابلتی ہے۔</w:t>
      </w:r>
    </w:p>
    <w:p>
      <w:r>
        <w:rPr>
          <w:b/>
        </w:rPr>
        <w:t xml:space="preserve">[37:12] </w:t>
      </w:r>
      <w:r>
        <w:t>wohi sachi dua hai. aaj hi mein apne aik din ko yaad kar raha tha jo adam garh mein guzra tha.</w:t>
      </w:r>
    </w:p>
    <w:p>
      <w:pPr>
        <w:jc w:val="right"/>
      </w:pPr>
      <w:r>
        <w:t>وہی سچی دعا ہے۔ آج ہی میں اپنے ایک دن کو یاد کر رہا تھا جو آدم گڑھ میں گزرا تھا۔</w:t>
      </w:r>
    </w:p>
    <w:p>
      <w:r>
        <w:rPr>
          <w:b/>
        </w:rPr>
        <w:t xml:space="preserve">[37:25] </w:t>
      </w:r>
      <w:r>
        <w:t>adam garh up ka shehar.</w:t>
      </w:r>
    </w:p>
    <w:p>
      <w:pPr>
        <w:jc w:val="right"/>
      </w:pPr>
      <w:r>
        <w:t>آدم گڑھ یو پی کا شہر۔</w:t>
      </w:r>
    </w:p>
    <w:p>
      <w:r>
        <w:rPr>
          <w:b/>
        </w:rPr>
        <w:t xml:space="preserve">[37:31] </w:t>
      </w:r>
      <w:r>
        <w:t>wahan mere bare bhai ka ghar tha. is ke qareeb hi jamia masjid thi.</w:t>
      </w:r>
    </w:p>
    <w:p>
      <w:pPr>
        <w:jc w:val="right"/>
      </w:pPr>
      <w:r>
        <w:t>وہاں میرے بڑے بھائی کا گھر تھا۔ اس کے قریب ہی جامع مسجد تھی۔</w:t>
      </w:r>
    </w:p>
    <w:p>
      <w:r>
        <w:rPr>
          <w:b/>
        </w:rPr>
        <w:t xml:space="preserve">[37:44] </w:t>
      </w:r>
      <w:r>
        <w:t>to aik din mein wahan gaya aur us waqt koi namaz ka waqt nahi tha kuch nahi tha to bilkul sunata tha us waqt.</w:t>
      </w:r>
    </w:p>
    <w:p>
      <w:pPr>
        <w:jc w:val="right"/>
      </w:pPr>
      <w:r>
        <w:t>تو ایک دن میں وہاں گیا اور اس وقت کوئی نماز کا وقت نہیں تھا کچھ نہیں تھا تو بالکل سناٹا تھا اس وقت۔</w:t>
      </w:r>
    </w:p>
    <w:p>
      <w:r>
        <w:rPr>
          <w:b/>
        </w:rPr>
        <w:t xml:space="preserve">[37:58] </w:t>
      </w:r>
      <w:r>
        <w:t>to mein andar gaya to wahan aik papite ka aik peir</w:t>
      </w:r>
    </w:p>
    <w:p>
      <w:pPr>
        <w:jc w:val="right"/>
      </w:pPr>
      <w:r>
        <w:t>تو میں اندر گیا تو وہاں ایک پپیتے کا ایک پیڑ</w:t>
      </w:r>
    </w:p>
    <w:p>
      <w:r>
        <w:rPr>
          <w:b/>
        </w:rPr>
        <w:t xml:space="preserve">[38:04] </w:t>
      </w:r>
      <w:r>
        <w:t>tha jis se phool jhad rahe the. is ko dekh kar mein ro para.</w:t>
      </w:r>
    </w:p>
    <w:p>
      <w:pPr>
        <w:jc w:val="right"/>
      </w:pPr>
      <w:r>
        <w:t>تھا جس سے پھول جھڑ رہے تھے۔ اس کو دیکھ کر میں رو پڑا۔</w:t>
      </w:r>
    </w:p>
    <w:p>
      <w:r>
        <w:rPr>
          <w:b/>
        </w:rPr>
        <w:t xml:space="preserve">[38:16] </w:t>
      </w:r>
      <w:r>
        <w:t>to papite ke peir se phool jhad rahe the aur meri aankh se aansu</w:t>
      </w:r>
    </w:p>
    <w:p>
      <w:pPr>
        <w:jc w:val="right"/>
      </w:pPr>
      <w:r>
        <w:t>تو پپیتے کے پیڑ سے پھول جھڑ رہے تھے اور میری آنکھ سے آنسو</w:t>
      </w:r>
    </w:p>
    <w:p>
      <w:r>
        <w:rPr>
          <w:b/>
        </w:rPr>
        <w:t xml:space="preserve">[38:23] </w:t>
      </w:r>
      <w:r>
        <w:t>gir rahe the. us waqt be tazgi ke andaaz mein bilkul mere liye un ki kaise yeh alfaaz nikle ke khudawand tu kab aaye ga mein kab tak tera tere aane ka intezar karoon.</w:t>
      </w:r>
    </w:p>
    <w:p>
      <w:pPr>
        <w:jc w:val="right"/>
      </w:pPr>
      <w:r>
        <w:t>گر رہے تھے۔ اس وقت بے تازگی کے انداز میں بالکل میرے لیے ان کی کیسے یہ الفاظ نکلے کہ خداوند تو کب آئے گا میں کب تک تیرا تیرے آنے کا انتظار کروں۔</w:t>
      </w:r>
    </w:p>
    <w:p>
      <w:r>
        <w:rPr>
          <w:b/>
        </w:rPr>
        <w:t xml:space="preserve">[38:41] </w:t>
      </w:r>
      <w:r>
        <w:t>Khawand to kab aaye ga mein kab tak tere aanay ka intezar karoon.</w:t>
      </w:r>
    </w:p>
    <w:p>
      <w:pPr>
        <w:jc w:val="right"/>
      </w:pPr>
      <w:r>
        <w:t>خداوند تو کب آئے گا میں کب تک تیرے آنے کا انتظار کروں۔</w:t>
      </w:r>
    </w:p>
    <w:p>
      <w:r>
        <w:rPr>
          <w:b/>
        </w:rPr>
        <w:t xml:space="preserve">[38:49] </w:t>
      </w:r>
      <w:r>
        <w:t>to jab aap</w:t>
      </w:r>
    </w:p>
    <w:p>
      <w:pPr>
        <w:jc w:val="right"/>
      </w:pPr>
      <w:r>
        <w:t>تو جب آپ</w:t>
      </w:r>
    </w:p>
    <w:p>
      <w:r>
        <w:rPr>
          <w:b/>
        </w:rPr>
        <w:t xml:space="preserve">[38:51] </w:t>
      </w:r>
      <w:r>
        <w:t>apne aap ko jab doob jatay hain aap sachai mein to aap ko is qism ke tajrubay hotay</w:t>
      </w:r>
    </w:p>
    <w:p>
      <w:pPr>
        <w:jc w:val="right"/>
      </w:pPr>
      <w:r>
        <w:t>اپنے آپ کو جب ڈوب جاتے ہیں آپ سچائی میں تو آپ کو اس قسم کے تجربے ہوتے</w:t>
      </w:r>
    </w:p>
    <w:p>
      <w:r>
        <w:rPr>
          <w:b/>
        </w:rPr>
        <w:t xml:space="preserve">[38:57] </w:t>
      </w:r>
      <w:r>
        <w:t>hain.</w:t>
      </w:r>
    </w:p>
    <w:p>
      <w:pPr>
        <w:jc w:val="right"/>
      </w:pPr>
      <w:r>
        <w:t>ہیں۔</w:t>
      </w:r>
    </w:p>
    <w:p>
      <w:r>
        <w:rPr>
          <w:b/>
        </w:rPr>
        <w:t xml:space="preserve">[39:13] </w:t>
      </w:r>
      <w:r>
        <w:t>sahib ahmad likhte hain maulana sahib you and javed gandhi both deserve more praise than what you got in the muslim world yet both of you are extremely positive and optimistic about the world what is the secret of your sabr.</w:t>
      </w:r>
    </w:p>
    <w:p>
      <w:pPr>
        <w:jc w:val="right"/>
      </w:pPr>
      <w:r>
        <w:t>صاحب احمد لکھتے ہیں مولانا صاحب یو اینڈ جاوید گاندھی بوتھ ڈیزرو مور پریز دین واٹ یو گاٹ ان دا مسلم ورلڈ یٹ بوتھ اف یو آر ایکسٹریملی پازیٹیو اینڈ اپٹیمسٹک اباؤٹ دا ورلڈ واٹ از دا سیکرٹ اف یور صبر۔</w:t>
      </w:r>
    </w:p>
    <w:p>
      <w:r>
        <w:rPr>
          <w:b/>
        </w:rPr>
        <w:t xml:space="preserve">[39:42] </w:t>
      </w:r>
      <w:r>
        <w:t>bhai mera secret to yahi hai ke mein allah mein jeene wala insan hoon.</w:t>
      </w:r>
    </w:p>
    <w:p>
      <w:pPr>
        <w:jc w:val="right"/>
      </w:pPr>
      <w:r>
        <w:t>بھئی میرا سیکرٹ تو یہی ہے کہ میں اللہ میں جینے والا انسان ہوں۔</w:t>
      </w:r>
    </w:p>
    <w:p>
      <w:r>
        <w:rPr>
          <w:b/>
        </w:rPr>
        <w:t xml:space="preserve">[39:52] </w:t>
      </w:r>
      <w:r>
        <w:t>kisi ko mein</w:t>
      </w:r>
    </w:p>
    <w:p>
      <w:pPr>
        <w:jc w:val="right"/>
      </w:pPr>
      <w:r>
        <w:t>کسی کو میں</w:t>
      </w:r>
    </w:p>
    <w:p>
      <w:r>
        <w:rPr>
          <w:b/>
        </w:rPr>
        <w:t xml:space="preserve">[39:59] </w:t>
      </w:r>
      <w:r>
        <w:t>kisi ko mein apna</w:t>
      </w:r>
    </w:p>
    <w:p>
      <w:pPr>
        <w:jc w:val="right"/>
      </w:pPr>
      <w:r>
        <w:t>کسی کو میں اپنا</w:t>
      </w:r>
    </w:p>
    <w:p>
      <w:r>
        <w:rPr>
          <w:b/>
        </w:rPr>
        <w:t xml:space="preserve">[40:08] </w:t>
      </w:r>
      <w:r>
        <w:t>bara nahi samajhta. mein sirf allah ko apna bara samajhta hoon.</w:t>
      </w:r>
    </w:p>
    <w:p>
      <w:pPr>
        <w:jc w:val="right"/>
      </w:pPr>
      <w:r>
        <w:t>بڑا نہیں سمجھتا۔ میں صرف اللہ کو اپنا بڑا سمجھتا ہوں۔</w:t>
      </w:r>
    </w:p>
    <w:p>
      <w:r>
        <w:rPr>
          <w:b/>
        </w:rPr>
        <w:t xml:space="preserve">[40:18] </w:t>
      </w:r>
      <w:r>
        <w:t>bas yahi meri zindagi hai.</w:t>
      </w:r>
    </w:p>
    <w:p>
      <w:pPr>
        <w:jc w:val="right"/>
      </w:pPr>
      <w:r>
        <w:t>بس یہی میری زندگی ہے۔</w:t>
      </w:r>
    </w:p>
    <w:p>
      <w:r>
        <w:rPr>
          <w:b/>
        </w:rPr>
        <w:t xml:space="preserve">[40:22] </w:t>
      </w:r>
      <w:r>
        <w:t>wo keh rahe hain ke logon ne aap ko woh ahmiyat nahi di jo aap ko milni chahiye thi phir bhi aap ke andar bohat ziyada sabr hai aur positive hain to is ka secret kya hai?</w:t>
      </w:r>
    </w:p>
    <w:p>
      <w:pPr>
        <w:jc w:val="right"/>
      </w:pPr>
      <w:r>
        <w:t>وہ کہہ رہے ہیں کہ لوگوں نے آپ کو وہ اہمیت نہیں دی جو آپ کو ملنی چاہیے تھی پھر بھی آپ کے اندر بہت زیادہ صبر ہے اور پازیٹیو ہیں تو اس کا سیکرٹ کیا ہے؟</w:t>
      </w:r>
    </w:p>
    <w:p>
      <w:r>
        <w:rPr>
          <w:b/>
        </w:rPr>
        <w:t xml:space="preserve">[40:34] </w:t>
      </w:r>
      <w:r>
        <w:t>mujhe is ka iqdar hi nahi ke koi mujhe darja de. yahi yahi sabr yahi is ka secret hai.</w:t>
      </w:r>
    </w:p>
    <w:p>
      <w:pPr>
        <w:jc w:val="right"/>
      </w:pPr>
      <w:r>
        <w:t>مجھے اس کا اقدار ہی نہیں کہ کوئی مجھے درجہ دے۔ یہی یہی صبر یہی اس کا سیکرٹ ہے۔</w:t>
      </w:r>
    </w:p>
    <w:p>
      <w:r>
        <w:rPr>
          <w:b/>
        </w:rPr>
        <w:t xml:space="preserve">[40:45] </w:t>
      </w:r>
      <w:r>
        <w:t>kisi insaniyat kisi insan ke appreciation ka mujhe intezar hi nahi hai.</w:t>
      </w:r>
    </w:p>
    <w:p>
      <w:pPr>
        <w:jc w:val="right"/>
      </w:pPr>
      <w:r>
        <w:t>کسی انسانیت کسی انسان کے اپریسی ایشن کا مجھے انتظار ہی نہیں ہے۔</w:t>
      </w:r>
    </w:p>
    <w:p>
      <w:r>
        <w:rPr>
          <w:b/>
        </w:rPr>
        <w:t xml:space="preserve">[40:55] </w:t>
      </w:r>
      <w:r>
        <w:t>allah rab ul alameen ko mein ne discover kar liya yahi mera sab se bara سرمایہ hai.</w:t>
      </w:r>
    </w:p>
    <w:p>
      <w:pPr>
        <w:jc w:val="right"/>
      </w:pPr>
      <w:r>
        <w:t>اللہ رب العالمین کو میں نے ڈسکور کر لیا یہی میرا سب سے بڑا سرمایہ ہے۔</w:t>
      </w:r>
    </w:p>
    <w:p>
      <w:r>
        <w:rPr>
          <w:b/>
        </w:rPr>
        <w:t xml:space="preserve">[41:06] </w:t>
      </w:r>
      <w:r>
        <w:t>sab se bara.</w:t>
      </w:r>
    </w:p>
    <w:p>
      <w:pPr>
        <w:jc w:val="right"/>
      </w:pPr>
      <w:r>
        <w:t>سب سے بڑا۔</w:t>
      </w:r>
    </w:p>
    <w:p>
      <w:r>
        <w:rPr>
          <w:b/>
        </w:rPr>
        <w:t xml:space="preserve">[41:18] </w:t>
      </w:r>
      <w:r>
        <w:t>aik bar mujhe yaad aata hai ke jab aap ne islam likhi thi to aap ne likh kar woh kitaab almari mein rakh di thi. aap ko koi shauq nahi tha ke ab woh chhape aur logon tak pahoanchay.</w:t>
      </w:r>
    </w:p>
    <w:p>
      <w:pPr>
        <w:jc w:val="right"/>
      </w:pPr>
      <w:r>
        <w:t>ایک بار مجھے یاد آتا ہے کہ جب آپ نے الاسلام لکھی تھی تو آپ نے لکھ کر وہ کتاب الماری میں رکھ دی تھی۔ آپ کو کوئی شوق نہیں تھا کہ اب وہ چھپے اور لوگوں تک پہنچے۔</w:t>
      </w:r>
    </w:p>
    <w:p>
      <w:r>
        <w:rPr>
          <w:b/>
        </w:rPr>
        <w:t xml:space="preserve">[41:30] </w:t>
      </w:r>
      <w:r>
        <w:t>to jo aap ke bare bete aaye bahar se to unhon ne dekha to unhon ne bohat pasand kiya to unhon ne is ko chhapwaya pehla edi</w:t>
      </w:r>
    </w:p>
    <w:p>
      <w:pPr>
        <w:jc w:val="right"/>
      </w:pPr>
      <w:r>
        <w:t>تو جو آپ کے بڑے بیٹے آئے باہر سے تو انہوں نے دیکھا تو انہوں نے بہت پسند کیا تو انہوں نے اس کو چھپوایا پہلا ایڈی</w:t>
      </w:r>
    </w:p>
    <w:p>
      <w:r>
        <w:rPr>
          <w:b/>
        </w:rPr>
        <w:t xml:space="preserve">[41:39] </w:t>
      </w:r>
      <w:r>
        <w:t>shan. haan un ka naam hai doctor zahoor islam khan unhon ne is ko edit kiya.</w:t>
      </w:r>
    </w:p>
    <w:p>
      <w:pPr>
        <w:jc w:val="right"/>
      </w:pPr>
      <w:r>
        <w:t>شن۔ ہاں ان کا نام ہے ڈاکٹر ظہور اسلام خان انہوں نے اس کو ایڈٹ کیا۔</w:t>
      </w:r>
    </w:p>
    <w:p>
      <w:r>
        <w:rPr>
          <w:b/>
        </w:rPr>
        <w:t xml:space="preserve">[41:50] </w:t>
      </w:r>
      <w:r>
        <w:t>unhon ne is ko sab theek thaak kiya aur unhon ne apne paise se is ko chhapwaya.</w:t>
      </w:r>
    </w:p>
    <w:p>
      <w:pPr>
        <w:jc w:val="right"/>
      </w:pPr>
      <w:r>
        <w:t>انہوں نے اس کو سب ٹھیک ٹھاک کیا اور انہوں نے اپنے پیسے سے اس کو چھپوایا۔</w:t>
      </w:r>
    </w:p>
    <w:p>
      <w:r>
        <w:rPr>
          <w:b/>
        </w:rPr>
        <w:t xml:space="preserve">[42:01] </w:t>
      </w:r>
      <w:r>
        <w:t>wohi is ke</w:t>
      </w:r>
    </w:p>
    <w:p>
      <w:pPr>
        <w:jc w:val="right"/>
      </w:pPr>
      <w:r>
        <w:t>وہی اس کے</w:t>
      </w:r>
    </w:p>
    <w:p>
      <w:r>
        <w:rPr>
          <w:b/>
        </w:rPr>
        <w:t xml:space="preserve">[42:05] </w:t>
      </w:r>
      <w:r>
        <w:t>yani fard awwal hain.</w:t>
      </w:r>
    </w:p>
    <w:p>
      <w:pPr>
        <w:jc w:val="right"/>
      </w:pPr>
      <w:r>
        <w:t>یعنی فرد اول ہیں۔</w:t>
      </w:r>
    </w:p>
    <w:p>
      <w:r>
        <w:rPr>
          <w:b/>
        </w:rPr>
        <w:t xml:space="preserve">[42:11] </w:t>
      </w:r>
      <w:r>
        <w:t>abdul wahab pooch rahe hain ke is waba ke zamane mein hum ghar mein namaz padhein ya masjid mein?</w:t>
      </w:r>
    </w:p>
    <w:p>
      <w:pPr>
        <w:jc w:val="right"/>
      </w:pPr>
      <w:r>
        <w:t>عبدالوہاب پوچھ رہے ہیں کہ اس وبا کے زمانے میں ہم گھر میں نماز پڑھیں یا مسجد میں؟</w:t>
      </w:r>
    </w:p>
    <w:p>
      <w:r>
        <w:rPr>
          <w:b/>
        </w:rPr>
        <w:t xml:space="preserve">[42:21] </w:t>
      </w:r>
      <w:r>
        <w:t>aaj bhi system jahan ka hai wahan padhiye.</w:t>
      </w:r>
    </w:p>
    <w:p>
      <w:pPr>
        <w:jc w:val="right"/>
      </w:pPr>
      <w:r>
        <w:t>آج بھی سسٹم جہاں کا ہے وہاں پڑھیے۔</w:t>
      </w:r>
    </w:p>
    <w:p>
      <w:r>
        <w:rPr>
          <w:b/>
        </w:rPr>
        <w:t xml:space="preserve">[42:28] </w:t>
      </w:r>
      <w:r>
        <w:t>aap democracy mein hain aik</w:t>
      </w:r>
    </w:p>
    <w:p>
      <w:pPr>
        <w:jc w:val="right"/>
      </w:pPr>
      <w:r>
        <w:t>آپ ڈیموکریسی میں ہیں ایک</w:t>
      </w:r>
    </w:p>
    <w:p>
      <w:r>
        <w:rPr>
          <w:b/>
        </w:rPr>
        <w:t xml:space="preserve">[42:36] </w:t>
      </w:r>
      <w:r>
        <w:t>aik democratic system mein hain aap</w:t>
      </w:r>
    </w:p>
    <w:p>
      <w:pPr>
        <w:jc w:val="right"/>
      </w:pPr>
      <w:r>
        <w:t>ایک ڈیموکریٹک سسٹم میں ہیں آپ</w:t>
      </w:r>
    </w:p>
    <w:p>
      <w:r>
        <w:rPr>
          <w:b/>
        </w:rPr>
        <w:t xml:space="preserve">[42:43] </w:t>
      </w:r>
      <w:r>
        <w:t>to democratic system jo hai</w:t>
      </w:r>
    </w:p>
    <w:p>
      <w:pPr>
        <w:jc w:val="right"/>
      </w:pPr>
      <w:r>
        <w:t>تو ڈیموکریٹک سسٹم جو ہے</w:t>
      </w:r>
    </w:p>
    <w:p>
      <w:r>
        <w:rPr>
          <w:b/>
        </w:rPr>
        <w:t xml:space="preserve">[42:48] </w:t>
      </w:r>
      <w:r>
        <w:t>wo jahan aap ko kaha hai wahin padhiye. yeh masla</w:t>
      </w:r>
    </w:p>
    <w:p>
      <w:pPr>
        <w:jc w:val="right"/>
      </w:pPr>
      <w:r>
        <w:t>وہ جہاں آپ کو کہا ہے وہیں پڑھیے۔ یہ مسئلہ</w:t>
      </w:r>
    </w:p>
    <w:p>
      <w:r>
        <w:rPr>
          <w:b/>
        </w:rPr>
        <w:t xml:space="preserve">[42:57] </w:t>
      </w:r>
      <w:r>
        <w:t>yeh masla fatwa dene ka masla nahi hai.</w:t>
      </w:r>
    </w:p>
    <w:p>
      <w:pPr>
        <w:jc w:val="right"/>
      </w:pPr>
      <w:r>
        <w:t>یہ مسئلہ فتویٰ دینے کا مسئلہ نہیں ہے۔</w:t>
      </w:r>
    </w:p>
    <w:p>
      <w:r>
        <w:rPr>
          <w:b/>
        </w:rPr>
        <w:t xml:space="preserve">[43:03] </w:t>
      </w:r>
      <w:r>
        <w:t>yeh bas mazhab administration ka masla hi hai.</w:t>
      </w:r>
    </w:p>
    <w:p>
      <w:pPr>
        <w:jc w:val="right"/>
      </w:pPr>
      <w:r>
        <w:t>یہ بس مذہب ایڈمنسٹریشن کا مسئلہ ہی ہے۔</w:t>
      </w:r>
    </w:p>
    <w:p>
      <w:r>
        <w:rPr>
          <w:b/>
        </w:rPr>
        <w:t xml:space="preserve">[43:10] </w:t>
      </w:r>
      <w:r>
        <w:t>namaz yaad rakhiye namaz Allah ke liye padhi jati hai lekin</w:t>
      </w:r>
    </w:p>
    <w:p>
      <w:pPr>
        <w:jc w:val="right"/>
      </w:pPr>
      <w:r>
        <w:t>نماز یاد رکھیے نماز اللہ کے لیے پڑھی جاتی ہے لیکن</w:t>
      </w:r>
    </w:p>
    <w:p>
      <w:r>
        <w:rPr>
          <w:b/>
        </w:rPr>
        <w:t xml:space="preserve">[43:19] </w:t>
      </w:r>
      <w:r>
        <w:t>is ka intezami pehlu jo hai wo administration wo administration ka kis cheez hai.</w:t>
      </w:r>
    </w:p>
    <w:p>
      <w:pPr>
        <w:jc w:val="right"/>
      </w:pPr>
      <w:r>
        <w:t>اس کا انتظامی پہلو جو ہے وہ ایڈمنسٹریشن وہ ایڈمنسٹریشن کا کس چیز ہے۔</w:t>
      </w:r>
    </w:p>
    <w:p>
      <w:r>
        <w:rPr>
          <w:b/>
        </w:rPr>
        <w:t xml:space="preserve">[43:33] </w:t>
      </w:r>
      <w:r>
        <w:t>harghiz aap nizam se bahar na jaiye.</w:t>
      </w:r>
    </w:p>
    <w:p>
      <w:pPr>
        <w:jc w:val="right"/>
      </w:pPr>
      <w:r>
        <w:t>ہرگز آپ نظام سے باہر نہ جائیے۔</w:t>
      </w:r>
    </w:p>
    <w:p>
      <w:r>
        <w:rPr>
          <w:b/>
        </w:rPr>
        <w:t xml:space="preserve">[43:43] </w:t>
      </w:r>
      <w:r>
        <w:t>meer abdul rehman baloch likhte hain molana sahib please share one of your experiences with us about the discovery of god realization.</w:t>
      </w:r>
    </w:p>
    <w:p>
      <w:pPr>
        <w:jc w:val="right"/>
      </w:pPr>
      <w:r>
        <w:t>میر عبدالرحمن بلوچ لکھتے ہیں مولانا صاحب پلیز شیئر ون آف یور ایکسپیرینسز ود اس اباؤٹ دا ڈسکوری آف گاڈ ریلائزیشن۔</w:t>
      </w:r>
    </w:p>
    <w:p>
      <w:r>
        <w:rPr>
          <w:b/>
        </w:rPr>
        <w:t xml:space="preserve">[44:00] </w:t>
      </w:r>
      <w:r>
        <w:t>aap meri kitab padh lijiye. meri kai kitabein hain is mozu par hain. discovery of god ke mozu par hai. is mein aap ko bohat cheezein mil jayengi.</w:t>
      </w:r>
    </w:p>
    <w:p>
      <w:pPr>
        <w:jc w:val="right"/>
      </w:pPr>
      <w:r>
        <w:t>آپ میری کتاب پڑھ لیجئے۔ میری کئی کتابیں ہیں اس موضوع پر ہیں۔ ڈسکوری آف گاڈ کے موضوع پر ہے۔ اس میں آپ کو بہت چیزیں مل جائیں گی۔</w:t>
      </w:r>
    </w:p>
    <w:p>
      <w:r>
        <w:rPr>
          <w:b/>
        </w:rPr>
        <w:t xml:space="preserve">[44:17] </w:t>
      </w:r>
      <w:r>
        <w:t>molana sahib aap session khatam karenge. inshallah.</w:t>
      </w:r>
    </w:p>
    <w:p>
      <w:pPr>
        <w:jc w:val="right"/>
      </w:pPr>
      <w:r>
        <w:t>مولانا صاحب آپ سیشن ختم کریں گے۔ انشاءاللہ۔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