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Bury Your Complaints This Ramazan April 26, 2020 Maulana Wahiduddin Khan</w:t>
      </w:r>
    </w:p>
    <w:p>
      <w:r>
        <w:t>https://www.youtube.com/watch?v=t2vt4rkgd_8</w:t>
      </w:r>
    </w:p>
    <w:p>
      <w:r>
        <w:rPr>
          <w:b/>
        </w:rPr>
        <w:t xml:space="preserve">[00:14] </w:t>
      </w:r>
      <w:r>
        <w:t>bismillah rahman al-rahim. aaj main soch raha tha ke agar mujhe logon se yeh kehna ho ke ramzan mein aap yeh ahad kijiye ke kam az kam ek</w:t>
      </w:r>
    </w:p>
    <w:p>
      <w:pPr>
        <w:jc w:val="right"/>
      </w:pPr>
      <w:r>
        <w:t>بسم اللہ الرحمن الرحیم۔ آج میں سوچ رہا تھا کہ اگر مجھے لوگوں سے یہ کہنا ہو کہ رمضان میں آپ یہ عہد کیجیے کہ کم از کم ایک</w:t>
      </w:r>
    </w:p>
    <w:p>
      <w:r>
        <w:rPr>
          <w:b/>
        </w:rPr>
        <w:t xml:space="preserve">[00:37] </w:t>
      </w:r>
      <w:r>
        <w:t>apni ek ghalti ko chhod denge, to woh kya hogi?</w:t>
      </w:r>
    </w:p>
    <w:p>
      <w:pPr>
        <w:jc w:val="right"/>
      </w:pPr>
      <w:r>
        <w:t>اپنی ایک غلطی کو چھوڑ دیں گے، تو وہ کیا ہوگی؟</w:t>
      </w:r>
    </w:p>
    <w:p>
      <w:r>
        <w:rPr>
          <w:b/>
        </w:rPr>
        <w:t xml:space="preserve">[00:47] </w:t>
      </w:r>
      <w:r>
        <w:t>to woh aasan bhi honi chahiye.</w:t>
      </w:r>
    </w:p>
    <w:p>
      <w:pPr>
        <w:jc w:val="right"/>
      </w:pPr>
      <w:r>
        <w:t>تو وہ آسان بھی ہونی چاہیے۔</w:t>
      </w:r>
    </w:p>
    <w:p>
      <w:r>
        <w:rPr>
          <w:b/>
        </w:rPr>
        <w:t xml:space="preserve">[00:54] </w:t>
      </w:r>
      <w:r>
        <w:t>to mujhe yaad aaya</w:t>
      </w:r>
    </w:p>
    <w:p>
      <w:pPr>
        <w:jc w:val="right"/>
      </w:pPr>
      <w:r>
        <w:t>تو مجھے یاد آیا</w:t>
      </w:r>
    </w:p>
    <w:p>
      <w:r>
        <w:rPr>
          <w:b/>
        </w:rPr>
        <w:t xml:space="preserve">[00:58] </w:t>
      </w:r>
      <w:r>
        <w:t>budha shah ka ek qaul. budha shah ne kaha hai ke har aadmi ke paas ek</w:t>
      </w:r>
    </w:p>
    <w:p>
      <w:pPr>
        <w:jc w:val="right"/>
      </w:pPr>
      <w:r>
        <w:t>بڈھا شاہ کا ایک قول۔ بڈھا شاہ نے کہا ہے کہ ہر آدمی کے پاس ایک</w:t>
      </w:r>
    </w:p>
    <w:p>
      <w:r>
        <w:rPr>
          <w:b/>
        </w:rPr>
        <w:t xml:space="preserve">[01:11] </w:t>
      </w:r>
      <w:r>
        <w:t>bareer hona chahiye, jis se woh logon ki shikayaton ko bari karta rahe, dafan karta rahe.</w:t>
      </w:r>
    </w:p>
    <w:p>
      <w:pPr>
        <w:jc w:val="right"/>
      </w:pPr>
      <w:r>
        <w:t>بریر ہونا چاہیے، جس سے وہ لوگوں کی شکایتوں کو بری کرتا رہے، دفن کرتا رہے۔</w:t>
      </w:r>
    </w:p>
    <w:p>
      <w:r>
        <w:rPr>
          <w:b/>
        </w:rPr>
        <w:t xml:space="preserve">[01:23] </w:t>
      </w:r>
      <w:r>
        <w:t>to main aaj yahi baat karna chahta hoon</w:t>
      </w:r>
    </w:p>
    <w:p>
      <w:pPr>
        <w:jc w:val="right"/>
      </w:pPr>
      <w:r>
        <w:t>تو میں آج یہی بات کرنا چاہتا ہوں</w:t>
      </w:r>
    </w:p>
    <w:p>
      <w:r>
        <w:rPr>
          <w:b/>
        </w:rPr>
        <w:t xml:space="preserve">[01:28] </w:t>
      </w:r>
      <w:r>
        <w:t>ke aap mein se har shakhs</w:t>
      </w:r>
    </w:p>
    <w:p>
      <w:pPr>
        <w:jc w:val="right"/>
      </w:pPr>
      <w:r>
        <w:t>کہ آپ میں سے ہر شخص</w:t>
      </w:r>
    </w:p>
    <w:p>
      <w:r>
        <w:rPr>
          <w:b/>
        </w:rPr>
        <w:t xml:space="preserve">[01:33] </w:t>
      </w:r>
      <w:r>
        <w:t>jo roze ke mahine mein apne ko paata hai,</w:t>
      </w:r>
    </w:p>
    <w:p>
      <w:pPr>
        <w:jc w:val="right"/>
      </w:pPr>
      <w:r>
        <w:t>جو روزے کے مہینے میں اپنے کو پاتا ہے،</w:t>
      </w:r>
    </w:p>
    <w:p>
      <w:r>
        <w:rPr>
          <w:b/>
        </w:rPr>
        <w:t xml:space="preserve">[01:42] </w:t>
      </w:r>
      <w:r>
        <w:t>aap mein se har shakhs ko yeh ahad karna chahiye ke main is ramzan mein yeh ahad karta hoon ke main apni falan ghalti ko,</w:t>
      </w:r>
    </w:p>
    <w:p>
      <w:pPr>
        <w:jc w:val="right"/>
      </w:pPr>
      <w:r>
        <w:t>آپ میں سے ہر شخص کو یہ عہد کرنا چاہیے کہ میں اس رمضان میں یہ عہد کرتا ہوں کہ میں اپنی فلاں غلطی کو،</w:t>
      </w:r>
    </w:p>
    <w:p>
      <w:r>
        <w:rPr>
          <w:b/>
        </w:rPr>
        <w:t xml:space="preserve">[01:57] </w:t>
      </w:r>
      <w:r>
        <w:t>burai ko chhod dunga.</w:t>
      </w:r>
    </w:p>
    <w:p>
      <w:pPr>
        <w:jc w:val="right"/>
      </w:pPr>
      <w:r>
        <w:t>برائی کو چھوڑ دوں گا۔</w:t>
      </w:r>
    </w:p>
    <w:p>
      <w:r>
        <w:rPr>
          <w:b/>
        </w:rPr>
        <w:t xml:space="preserve">[02:02] </w:t>
      </w:r>
      <w:r>
        <w:t>to woh kya honi chahiye? main samajhta hoon ke woh honi chahiye shikayat.</w:t>
      </w:r>
    </w:p>
    <w:p>
      <w:pPr>
        <w:jc w:val="right"/>
      </w:pPr>
      <w:r>
        <w:t>تو وہ کیا ہونی چاہیے؟ میں سمجھتا ہوں کہ وہ ہونی چاہیے شکایت۔</w:t>
      </w:r>
    </w:p>
    <w:p>
      <w:r>
        <w:rPr>
          <w:b/>
        </w:rPr>
        <w:t xml:space="preserve">[02:13] </w:t>
      </w:r>
      <w:r>
        <w:t>jis jis se bhi mujhe koi shikayat hogi to is ramzan mein main is shikayat ko chhod dunga, khatm kar dunga.</w:t>
      </w:r>
    </w:p>
    <w:p>
      <w:pPr>
        <w:jc w:val="right"/>
      </w:pPr>
      <w:r>
        <w:t>جس جس سے بھی مجھے کوئی شکایت ہوگی تو اس رمضان میں میں اس شکایت کو چھوڑ دوں گا، ختم کر دوں گا۔</w:t>
      </w:r>
    </w:p>
    <w:p>
      <w:r>
        <w:rPr>
          <w:b/>
        </w:rPr>
        <w:t xml:space="preserve">[02:30] </w:t>
      </w:r>
      <w:r>
        <w:t>main samajhta hoon ke yeh</w:t>
      </w:r>
    </w:p>
    <w:p>
      <w:pPr>
        <w:jc w:val="right"/>
      </w:pPr>
      <w:r>
        <w:t>میں سمجھتا ہوں کہ یہ</w:t>
      </w:r>
    </w:p>
    <w:p>
      <w:r>
        <w:rPr>
          <w:b/>
        </w:rPr>
        <w:t xml:space="preserve">[02:35] </w:t>
      </w:r>
      <w:r>
        <w:t>best ahad hai, best faisla hai.</w:t>
      </w:r>
    </w:p>
    <w:p>
      <w:pPr>
        <w:jc w:val="right"/>
      </w:pPr>
      <w:r>
        <w:t>بیسٹ عہد ہے، بیسٹ فیصلہ ہے۔</w:t>
      </w:r>
    </w:p>
    <w:p>
      <w:r>
        <w:rPr>
          <w:b/>
        </w:rPr>
        <w:t xml:space="preserve">[02:48] </w:t>
      </w:r>
      <w:r>
        <w:t>rasool allah sallallahu alaihi wasallam ke paas ek sahaba aaye, unhone kaha ke mujhe koi ek naseehat kijiye, ek naseehat.</w:t>
      </w:r>
    </w:p>
    <w:p>
      <w:pPr>
        <w:jc w:val="right"/>
      </w:pPr>
      <w:r>
        <w:t>رسول اللہ صلی اللہ علیہ وسلم کے پاس ایک صحابہ آئے، انہوں نے کہا کہ مجھے کوئی ایک نصیحت کیجیے، ایک نصیحت۔</w:t>
      </w:r>
    </w:p>
    <w:p>
      <w:r>
        <w:rPr>
          <w:b/>
        </w:rPr>
        <w:t xml:space="preserve">[03:00] </w:t>
      </w:r>
      <w:r>
        <w:t>to aap ne farmaya ke tum</w:t>
      </w:r>
    </w:p>
    <w:p>
      <w:pPr>
        <w:jc w:val="right"/>
      </w:pPr>
      <w:r>
        <w:t>تو آپ نے فرمایا کہ تم</w:t>
      </w:r>
    </w:p>
    <w:p>
      <w:r>
        <w:rPr>
          <w:b/>
        </w:rPr>
        <w:t xml:space="preserve">[03:06] </w:t>
      </w:r>
      <w:r>
        <w:t>ghussa karna chhod do,</w:t>
      </w:r>
    </w:p>
    <w:p>
      <w:pPr>
        <w:jc w:val="right"/>
      </w:pPr>
      <w:r>
        <w:t>غصہ کرنا چھوڑ دو،</w:t>
      </w:r>
    </w:p>
    <w:p>
      <w:r>
        <w:rPr>
          <w:b/>
        </w:rPr>
        <w:t xml:space="preserve">[03:10] </w:t>
      </w:r>
      <w:r>
        <w:t>ghussa karna chhod do.</w:t>
      </w:r>
    </w:p>
    <w:p>
      <w:pPr>
        <w:jc w:val="right"/>
      </w:pPr>
      <w:r>
        <w:t>غصہ کرنا چھوڑ دو۔</w:t>
      </w:r>
    </w:p>
    <w:p>
      <w:r>
        <w:rPr>
          <w:b/>
        </w:rPr>
        <w:t xml:space="preserve">[03:16] </w:t>
      </w:r>
      <w:r>
        <w:t>to isi baat ko main is tareeqe se keh raha hoon ke aap mein se har shakhs yeh tay kare ke mujhe kisi se shikayat hogi to use khatm kar dega.</w:t>
      </w:r>
    </w:p>
    <w:p>
      <w:pPr>
        <w:jc w:val="right"/>
      </w:pPr>
      <w:r>
        <w:t>تو اسی بات کو میں اس طریقے سے کہہ رہا ہوں کہ آپ میں سے ہر شخص یہ طے کرے کہ مجھے کسی سے شکایت ہوگی تو اسے ختم کر دے گا۔</w:t>
      </w:r>
    </w:p>
    <w:p>
      <w:r>
        <w:rPr>
          <w:b/>
        </w:rPr>
        <w:t xml:space="preserve">[03:30] </w:t>
      </w:r>
      <w:r>
        <w:t>main shikayat nahi paalunga, nahi,</w:t>
      </w:r>
    </w:p>
    <w:p>
      <w:pPr>
        <w:jc w:val="right"/>
      </w:pPr>
      <w:r>
        <w:t>میں شکایت نہیں پالوں گا، نہیں،</w:t>
      </w:r>
    </w:p>
    <w:p>
      <w:r>
        <w:rPr>
          <w:b/>
        </w:rPr>
        <w:t xml:space="preserve">[03:33] </w:t>
      </w:r>
      <w:r>
        <w:t>shikayat ko ab bari kar dunga.</w:t>
      </w:r>
    </w:p>
    <w:p>
      <w:pPr>
        <w:jc w:val="right"/>
      </w:pPr>
      <w:r>
        <w:t>شکایت کو اب بری کر دوں گا۔</w:t>
      </w:r>
    </w:p>
    <w:p>
      <w:r>
        <w:rPr>
          <w:b/>
        </w:rPr>
        <w:t xml:space="preserve">[03:42] </w:t>
      </w:r>
      <w:r>
        <w:t>main samajhta hoon ke yeh ek hi faisla bahut hi jamia faisla hai.</w:t>
      </w:r>
    </w:p>
    <w:p>
      <w:pPr>
        <w:jc w:val="right"/>
      </w:pPr>
      <w:r>
        <w:t>میں سمجھتا ہوں کہ یہ ایک ہی فیصلہ بہت ہی جامع فیصلہ ہے۔</w:t>
      </w:r>
    </w:p>
    <w:p>
      <w:r>
        <w:rPr>
          <w:b/>
        </w:rPr>
        <w:t xml:space="preserve">[03:53] </w:t>
      </w:r>
      <w:r>
        <w:t>kyunki dekhiye, jab aadmi rehta hai bel jood kar</w:t>
      </w:r>
    </w:p>
    <w:p>
      <w:pPr>
        <w:jc w:val="right"/>
      </w:pPr>
      <w:r>
        <w:t>کیونکہ دیکھیے، جب آدمی رہتا ہے بیل جڑ کر</w:t>
      </w:r>
    </w:p>
    <w:p>
      <w:r>
        <w:rPr>
          <w:b/>
        </w:rPr>
        <w:t xml:space="preserve">[04:00] </w:t>
      </w:r>
      <w:r>
        <w:t>to kuch na kuch to shikayat ho jati hai, ghar mein, ghar ke andar, ghar ke bahir. to hum aap yeh faisla karein ke hum kam az kam ek shikayat ko chhod denge,</w:t>
      </w:r>
    </w:p>
    <w:p>
      <w:pPr>
        <w:jc w:val="right"/>
      </w:pPr>
      <w:r>
        <w:t>تو کچھ نہ کچھ تو شکایت ہو جاتی ہے، گھر میں، گھر کے اندر، گھر کے باہر۔ تو ہم آپ یہ فیصلہ کریں کہ ہم کم از کم ایک شکایت کو چھوڑ دیں گے،</w:t>
      </w:r>
    </w:p>
    <w:p>
      <w:r>
        <w:rPr>
          <w:b/>
        </w:rPr>
        <w:t xml:space="preserve">[04:22] </w:t>
      </w:r>
      <w:r>
        <w:t>ek shikayat ko chhod denge.</w:t>
      </w:r>
    </w:p>
    <w:p>
      <w:pPr>
        <w:jc w:val="right"/>
      </w:pPr>
      <w:r>
        <w:t>ایک شکایت کو چھوڑ دیں گے۔</w:t>
      </w:r>
    </w:p>
    <w:p>
      <w:r>
        <w:rPr>
          <w:b/>
        </w:rPr>
        <w:t xml:space="preserve">[04:31] </w:t>
      </w:r>
      <w:r>
        <w:t>kyunke dekhiye, yeh shikayat jo hai ek cheez nahi hai. shikayat jab aap ho jati hai to bohat si aur baatein paida ho jati hain.</w:t>
      </w:r>
    </w:p>
    <w:p>
      <w:pPr>
        <w:jc w:val="right"/>
      </w:pPr>
      <w:r>
        <w:t>کیونکہ دیکھیے، یہ شکایت جو ہے ایک چیز نہیں ہے۔ شکایت جب آپ ہو جاتی ہے تو بہت سی اور باتیں پیدا ہو جاتی ہیں۔</w:t>
      </w:r>
    </w:p>
    <w:p>
      <w:r>
        <w:rPr>
          <w:b/>
        </w:rPr>
        <w:t xml:space="preserve">[04:47] </w:t>
      </w:r>
      <w:r>
        <w:t>shikayat ek cheez nahi hai.</w:t>
      </w:r>
    </w:p>
    <w:p>
      <w:pPr>
        <w:jc w:val="right"/>
      </w:pPr>
      <w:r>
        <w:t>شکایت ایک چیز نہیں ہے۔</w:t>
      </w:r>
    </w:p>
    <w:p>
      <w:r>
        <w:rPr>
          <w:b/>
        </w:rPr>
        <w:t xml:space="preserve">[04:49] </w:t>
      </w:r>
      <w:r>
        <w:t>shikayat agar ho gayi to phir is ki shakhain hoti hain.</w:t>
      </w:r>
    </w:p>
    <w:p>
      <w:pPr>
        <w:jc w:val="right"/>
      </w:pPr>
      <w:r>
        <w:t>شکایت اگر ہو گئی تو پھر اس کی شاخیں ہوتی ہیں۔</w:t>
      </w:r>
    </w:p>
    <w:p>
      <w:r>
        <w:rPr>
          <w:b/>
        </w:rPr>
        <w:t xml:space="preserve">[04:57] </w:t>
      </w:r>
      <w:r>
        <w:t>shikayat to bachcha barhti rehti hai.</w:t>
      </w:r>
    </w:p>
    <w:p>
      <w:pPr>
        <w:jc w:val="right"/>
      </w:pPr>
      <w:r>
        <w:t>شکایت تو بچہ بڑھتی رہتی ہے۔</w:t>
      </w:r>
    </w:p>
    <w:p>
      <w:r>
        <w:rPr>
          <w:b/>
        </w:rPr>
        <w:t xml:space="preserve">[05:06] </w:t>
      </w:r>
      <w:r>
        <w:t>to hum mein se har shakhs ko yeh tay karna hai ke woh</w:t>
      </w:r>
    </w:p>
    <w:p>
      <w:pPr>
        <w:jc w:val="right"/>
      </w:pPr>
      <w:r>
        <w:t>تو ہم میں سے ہر شخص کو یہ طے کرنا ہے کہ وہ</w:t>
      </w:r>
    </w:p>
    <w:p>
      <w:r>
        <w:rPr>
          <w:b/>
        </w:rPr>
        <w:t xml:space="preserve">[05:15] </w:t>
      </w:r>
      <w:r>
        <w:t>kam az kam, kam az kam, kam az kam ek shikayat ko bari karega,</w:t>
      </w:r>
    </w:p>
    <w:p>
      <w:pPr>
        <w:jc w:val="right"/>
      </w:pPr>
      <w:r>
        <w:t>کم از کم، کم از کم، کم از کم ایک شکایت کو بری کرے گا،</w:t>
      </w:r>
    </w:p>
    <w:p>
      <w:r>
        <w:rPr>
          <w:b/>
        </w:rPr>
        <w:t xml:space="preserve">[05:25] </w:t>
      </w:r>
      <w:r>
        <w:t>woh dafan karega.</w:t>
      </w:r>
    </w:p>
    <w:p>
      <w:pPr>
        <w:jc w:val="right"/>
      </w:pPr>
      <w:r>
        <w:t>وہ دفن کرے گا۔</w:t>
      </w:r>
    </w:p>
    <w:p>
      <w:r>
        <w:rPr>
          <w:b/>
        </w:rPr>
        <w:t xml:space="preserve">[05:33] </w:t>
      </w:r>
      <w:r>
        <w:t>matlab aaj ki duniya mein shayad koi bhi aisa nahi hai jis ko koi na koi shikayat jis ke dil mein na ho.</w:t>
      </w:r>
    </w:p>
    <w:p>
      <w:pPr>
        <w:jc w:val="right"/>
      </w:pPr>
      <w:r>
        <w:t>مطلب آج کی دنیا میں شاید کوئی بھی ایسا نہیں ہے جس کو کوئی نہ کوئی شکایت جس کے دل میں نہ ہو۔</w:t>
      </w:r>
    </w:p>
    <w:p>
      <w:r>
        <w:rPr>
          <w:b/>
        </w:rPr>
        <w:t xml:space="preserve">[05:43] </w:t>
      </w:r>
      <w:r>
        <w:t>koi na koi shikayat, koi na koi shikayat, koi chhoti koi bari,</w:t>
      </w:r>
    </w:p>
    <w:p>
      <w:pPr>
        <w:jc w:val="right"/>
      </w:pPr>
      <w:r>
        <w:t>کوئی نہ کوئی شکایت، کوئی نہ کوئی شکایت، کوئی چھوٹی کوئی بڑی،</w:t>
      </w:r>
    </w:p>
    <w:p>
      <w:r>
        <w:rPr>
          <w:b/>
        </w:rPr>
        <w:t xml:space="preserve">[05:50] </w:t>
      </w:r>
      <w:r>
        <w:t>ghar ke andar, ghar ke bahir.</w:t>
      </w:r>
    </w:p>
    <w:p>
      <w:pPr>
        <w:jc w:val="right"/>
      </w:pPr>
      <w:r>
        <w:t>گھر کے اندر، گھر کے باہر۔</w:t>
      </w:r>
    </w:p>
    <w:p>
      <w:r>
        <w:rPr>
          <w:b/>
        </w:rPr>
        <w:t xml:space="preserve">[05:56] </w:t>
      </w:r>
      <w:r>
        <w:t>to mein samajhta hoon ke hum mein se har shakhs ko dhoondhna chahiye ke mein kaun si shikayat apne dil mein paali hui hoon,</w:t>
      </w:r>
    </w:p>
    <w:p>
      <w:pPr>
        <w:jc w:val="right"/>
      </w:pPr>
      <w:r>
        <w:t>تو میں سمجھتا ہوں کہ ہم میں سے ہر شخص کو ڈھونڈنا چاہیے کہ میں کون سی شکایت اپنے دل میں پالی ہوئی ہوں،</w:t>
      </w:r>
    </w:p>
    <w:p>
      <w:r>
        <w:rPr>
          <w:b/>
        </w:rPr>
        <w:t xml:space="preserve">[06:06] </w:t>
      </w:r>
      <w:r>
        <w:t>kaun si shikayat. aur is shikayat ko dhoond kar nikale aur yeh faisla kare ke is shikayat ko mujhe bari karna hai, is ko dafan karna hai,</w:t>
      </w:r>
    </w:p>
    <w:p>
      <w:pPr>
        <w:jc w:val="right"/>
      </w:pPr>
      <w:r>
        <w:t>کون سی شکایت۔ اور اس شکایت کو ڈھونڈ کر نکالے اور یہ فیصلہ کرے کہ اس شکایت کو مجھے بری کرنا ہے، اس کو دفن کرنا ہے،</w:t>
      </w:r>
    </w:p>
    <w:p>
      <w:r>
        <w:rPr>
          <w:b/>
        </w:rPr>
        <w:t xml:space="preserve">[06:19] </w:t>
      </w:r>
      <w:r>
        <w:t>is ko mein khatam karna hai.</w:t>
      </w:r>
    </w:p>
    <w:p>
      <w:pPr>
        <w:jc w:val="right"/>
      </w:pPr>
      <w:r>
        <w:t>اس کو میں ختم کرنا ہے۔</w:t>
      </w:r>
    </w:p>
    <w:p>
      <w:r>
        <w:rPr>
          <w:b/>
        </w:rPr>
        <w:t xml:space="preserve">[06:31] </w:t>
      </w:r>
      <w:r>
        <w:t>yeh bohat bazahir ek chhoti si baat hai lekin bohat bari baat hai.</w:t>
      </w:r>
    </w:p>
    <w:p>
      <w:pPr>
        <w:jc w:val="right"/>
      </w:pPr>
      <w:r>
        <w:t>یہ بہت بظاہر ایک چھوٹی سی بات ہے لیکن بہت بڑی بات ہے۔</w:t>
      </w:r>
    </w:p>
    <w:p>
      <w:r>
        <w:rPr>
          <w:b/>
        </w:rPr>
        <w:t xml:space="preserve">[06:43] </w:t>
      </w:r>
      <w:r>
        <w:t>bazahir ek chhoti si baat hai lekin bohat bari baat hai.</w:t>
      </w:r>
    </w:p>
    <w:p>
      <w:pPr>
        <w:jc w:val="right"/>
      </w:pPr>
      <w:r>
        <w:t>بظاہر ایک چھوٹی سی بات ہے لیکن بہت بڑی بات ہے۔</w:t>
      </w:r>
    </w:p>
    <w:p>
      <w:r>
        <w:rPr>
          <w:b/>
        </w:rPr>
        <w:t xml:space="preserve">[06:50] </w:t>
      </w:r>
      <w:r>
        <w:t>kyunke jab bhi aadmi koi cheez decide kare aur woh positive nature ki ho</w:t>
      </w:r>
    </w:p>
    <w:p>
      <w:pPr>
        <w:jc w:val="right"/>
      </w:pPr>
      <w:r>
        <w:t>کیونکہ جب بھی آدمی کوئی چیز ڈیسائیڈ کرے اور وہ پازیٹیو نیچر کی ہو</w:t>
      </w:r>
    </w:p>
    <w:p>
      <w:r>
        <w:rPr>
          <w:b/>
        </w:rPr>
        <w:t xml:space="preserve">[07:04] </w:t>
      </w:r>
      <w:r>
        <w:t>to woh bohat babarkat hota hai, bohat zyada barkat hoti hai is mein.</w:t>
      </w:r>
    </w:p>
    <w:p>
      <w:pPr>
        <w:jc w:val="right"/>
      </w:pPr>
      <w:r>
        <w:t>تو وہ بہت بابرکت ہوتا ہے، بہت زیادہ برکت ہوتی ہے اس میں۔</w:t>
      </w:r>
    </w:p>
    <w:p>
      <w:r>
        <w:rPr>
          <w:b/>
        </w:rPr>
        <w:t xml:space="preserve">[07:13] </w:t>
      </w:r>
      <w:r>
        <w:t>woh aisa hi hai jaise ek drakht ko bo diya jaye aur is mein se shakhain niklein, patte niklein aur nikalte hi chala jaye.</w:t>
      </w:r>
    </w:p>
    <w:p>
      <w:pPr>
        <w:jc w:val="right"/>
      </w:pPr>
      <w:r>
        <w:t>وہ ایسا ہی ہے جیسے ایک درخت کو بو دیا جائے اور اس میں سے شاخیں نکلیں، پتے نکلیں اور نکلتے ہی چلا جائے۔</w:t>
      </w:r>
    </w:p>
    <w:p>
      <w:r>
        <w:rPr>
          <w:b/>
        </w:rPr>
        <w:t xml:space="preserve">[07:37] </w:t>
      </w:r>
      <w:r>
        <w:t>mein ne khud apne se is ko shuru kiya.</w:t>
      </w:r>
    </w:p>
    <w:p>
      <w:pPr>
        <w:jc w:val="right"/>
      </w:pPr>
      <w:r>
        <w:t>میں نے خود اپنے سے اس کو شروع کیا۔</w:t>
      </w:r>
    </w:p>
    <w:p>
      <w:r>
        <w:rPr>
          <w:b/>
        </w:rPr>
        <w:t xml:space="preserve">[07:54] </w:t>
      </w:r>
      <w:r>
        <w:t>ek</w:t>
      </w:r>
    </w:p>
    <w:p>
      <w:pPr>
        <w:jc w:val="right"/>
      </w:pPr>
      <w:r>
        <w:t>ایک</w:t>
      </w:r>
    </w:p>
    <w:p>
      <w:r>
        <w:rPr>
          <w:b/>
        </w:rPr>
        <w:t xml:space="preserve">[08:00] </w:t>
      </w:r>
      <w:r>
        <w:t>ek hindu the dilli mein, ab un ka intiqal ho chuka hai.</w:t>
      </w:r>
    </w:p>
    <w:p>
      <w:pPr>
        <w:jc w:val="right"/>
      </w:pPr>
      <w:r>
        <w:t>ایک ہندو تھے دلی میں، اب ان کا انتقال ہو چکا ہے۔</w:t>
      </w:r>
    </w:p>
    <w:p>
      <w:r>
        <w:rPr>
          <w:b/>
        </w:rPr>
        <w:t xml:space="preserve">[08:08] </w:t>
      </w:r>
      <w:r>
        <w:t>to un ka ek ehsan tha mere saath. aaj mein ne is ko yaad kiya aur un ke liye dua ki ke ek shikayat khatam karne ki ek shakliya yeh hai.</w:t>
      </w:r>
    </w:p>
    <w:p>
      <w:pPr>
        <w:jc w:val="right"/>
      </w:pPr>
      <w:r>
        <w:t>تو ان کا ایک احسان تھا میرے ساتھ۔ آج میں نے اس کو یاد کیا اور ان کے لیے دعا کی کہ ایک شکایت ختم کرنے کی ایک شکلیہ یہ ہے۔</w:t>
      </w:r>
    </w:p>
    <w:p>
      <w:r>
        <w:rPr>
          <w:b/>
        </w:rPr>
        <w:t xml:space="preserve">[08:29] </w:t>
      </w:r>
      <w:r>
        <w:t>to woh pakistan se india aa gaye the, phir yahan unhon ne business ki.</w:t>
      </w:r>
    </w:p>
    <w:p>
      <w:pPr>
        <w:jc w:val="right"/>
      </w:pPr>
      <w:r>
        <w:t>تو وہ پاکستان سے انڈیا آ گئے تھے، پھر یہاں انہوں نے بزنس کی۔</w:t>
      </w:r>
    </w:p>
    <w:p>
      <w:r>
        <w:rPr>
          <w:b/>
        </w:rPr>
        <w:t xml:space="preserve">[08:41] </w:t>
      </w:r>
      <w:r>
        <w:t>to ek baat mere dimagh wasee hui thi.</w:t>
      </w:r>
    </w:p>
    <w:p>
      <w:pPr>
        <w:jc w:val="right"/>
      </w:pPr>
      <w:r>
        <w:t>تو ایک بات میرے دماغ وسیع ہوئی تھی۔</w:t>
      </w:r>
    </w:p>
    <w:p>
      <w:r>
        <w:rPr>
          <w:b/>
        </w:rPr>
        <w:t xml:space="preserve">[08:49] </w:t>
      </w:r>
      <w:r>
        <w:t>balkay woh un ka acha sulook tha. to aaj mein nay is achay sulook ko yaad kiya aur un kay liye duain keen, duain keen, duain keen.</w:t>
      </w:r>
    </w:p>
    <w:p>
      <w:pPr>
        <w:jc w:val="right"/>
      </w:pPr>
      <w:r>
        <w:t>بلکہ وہ ان کا اچھا سلوک تھا۔ تو آج میں نے اس اچھے سلوک کو یاد کیا اور ان کے لیے دعائیں کیں، دعائیں کیں، دعائیں کیں۔</w:t>
      </w:r>
    </w:p>
    <w:p>
      <w:r>
        <w:rPr>
          <w:b/>
        </w:rPr>
        <w:t xml:space="preserve">[09:04] </w:t>
      </w:r>
      <w:r>
        <w:t>to aap mein say mein aap say mein yeh darkhwast karoon ga kay koi shikayat hai to us ko bhalaiye.</w:t>
      </w:r>
    </w:p>
    <w:p>
      <w:pPr>
        <w:jc w:val="right"/>
      </w:pPr>
      <w:r>
        <w:t>تو آپ میں سے میں آپ سے میں یہ درخواست کروں گا کہ کوئی شکایت ہے تو اس کو بھلائیے۔</w:t>
      </w:r>
    </w:p>
    <w:p>
      <w:r>
        <w:rPr>
          <w:b/>
        </w:rPr>
        <w:t xml:space="preserve">[09:14] </w:t>
      </w:r>
      <w:r>
        <w:t>kisi nay sulook kiya hai to us kay liye dua keejiyay.</w:t>
      </w:r>
    </w:p>
    <w:p>
      <w:pPr>
        <w:jc w:val="right"/>
      </w:pPr>
      <w:r>
        <w:t>کسی نے سلوک کیا ہے تو اس کے لیے دعا کیجیے۔</w:t>
      </w:r>
    </w:p>
    <w:p>
      <w:r>
        <w:rPr>
          <w:b/>
        </w:rPr>
        <w:t xml:space="preserve">[09:21] </w:t>
      </w:r>
      <w:r>
        <w:t>agar aap kay dil dil mein koi shikayat hai to us ko bhalaiye, bhalaiye, bhalaiye. us ko buri keejiyay, dafan kar deejiay.</w:t>
      </w:r>
    </w:p>
    <w:p>
      <w:pPr>
        <w:jc w:val="right"/>
      </w:pPr>
      <w:r>
        <w:t>اگر آپ کے دل دل میں کوئی شکایت ہے تو اس کو بھلائیے، بھلائیے، بھلائیے۔ اس کو بری کیجیے، دفن کر دیجیے۔</w:t>
      </w:r>
    </w:p>
    <w:p>
      <w:r>
        <w:rPr>
          <w:b/>
        </w:rPr>
        <w:t xml:space="preserve">[09:34] </w:t>
      </w:r>
      <w:r>
        <w:t>aur kisi nay aap ka sulook kiya hai to us ko to us ko yaad keejiyay,</w:t>
      </w:r>
    </w:p>
    <w:p>
      <w:pPr>
        <w:jc w:val="right"/>
      </w:pPr>
      <w:r>
        <w:t>اور کسی نے آپ کا سلوک کیا ہے تو اس کو تو اس کو یاد کیجیے،</w:t>
      </w:r>
    </w:p>
    <w:p>
      <w:r>
        <w:rPr>
          <w:b/>
        </w:rPr>
        <w:t xml:space="preserve">[09:40] </w:t>
      </w:r>
      <w:r>
        <w:t>khoob khoob yaad keejiyay aur phir us kay liye duain keejiyay.</w:t>
      </w:r>
    </w:p>
    <w:p>
      <w:pPr>
        <w:jc w:val="right"/>
      </w:pPr>
      <w:r>
        <w:t>خوب خوب یاد کیجیے اور پھر اس کے لیے دعائیں کیجیے۔</w:t>
      </w:r>
    </w:p>
    <w:p>
      <w:r>
        <w:rPr>
          <w:b/>
        </w:rPr>
        <w:t xml:space="preserve">[09:49] </w:t>
      </w:r>
      <w:r>
        <w:t>to mein nay aik hindu kay liye, jo hamaray paros mein rehtay thay, yahan aanay kay baad duain keen kyunkay unhon nay waqai meray sath aik bohat acha sulook kiya tha.</w:t>
      </w:r>
    </w:p>
    <w:p>
      <w:pPr>
        <w:jc w:val="right"/>
      </w:pPr>
      <w:r>
        <w:t>تو میں نے ایک ہندو کے لیے، جو ہمارے پڑوس میں رہتے تھے، یہاں آنے کے بعد دعائیں کیں کیونکہ انہوں نے واقعی میرے ساتھ ایک بہت اچھا سلوک کیا تھا۔</w:t>
      </w:r>
    </w:p>
    <w:p>
      <w:r>
        <w:rPr>
          <w:b/>
        </w:rPr>
        <w:t xml:space="preserve">[10:02] </w:t>
      </w:r>
      <w:r>
        <w:t>to mein nay un kay liye duain keen.</w:t>
      </w:r>
    </w:p>
    <w:p>
      <w:pPr>
        <w:jc w:val="right"/>
      </w:pPr>
      <w:r>
        <w:t>تو میں نے ان کے لیے دعائیں کیں۔</w:t>
      </w:r>
    </w:p>
    <w:p>
      <w:r>
        <w:rPr>
          <w:b/>
        </w:rPr>
        <w:t xml:space="preserve">[10:08] </w:t>
      </w:r>
      <w:r>
        <w:t>to aaj mein aap logon ko is ramzan kay liye yahi</w:t>
      </w:r>
    </w:p>
    <w:p>
      <w:pPr>
        <w:jc w:val="right"/>
      </w:pPr>
      <w:r>
        <w:t>تو آج میں آپ لوگوں کو اس رمضان کے لیے یہی</w:t>
      </w:r>
    </w:p>
    <w:p>
      <w:r>
        <w:rPr>
          <w:b/>
        </w:rPr>
        <w:t xml:space="preserve">[10:19] </w:t>
      </w:r>
      <w:r>
        <w:t>agenda deta hoon. yeh agenda ko aap mein say har shakhs pakray aur us par amal karay.</w:t>
      </w:r>
    </w:p>
    <w:p>
      <w:pPr>
        <w:jc w:val="right"/>
      </w:pPr>
      <w:r>
        <w:t>ایجنڈا دیتا ہوں۔ یہ ایجنڈے کو آپ میں سے ہر شخص پکڑے اور اس پر عمل کرے۔</w:t>
      </w:r>
    </w:p>
    <w:p>
      <w:r>
        <w:rPr>
          <w:b/>
        </w:rPr>
        <w:t xml:space="preserve">[10:31] </w:t>
      </w:r>
      <w:r>
        <w:t>meri dua hai kay Allah taala aap kay iraday ko qabool farmaye. meri dua hai kay Allah taala aap ko is ka ajar ata farmaye.</w:t>
      </w:r>
    </w:p>
    <w:p>
      <w:pPr>
        <w:jc w:val="right"/>
      </w:pPr>
      <w:r>
        <w:t>میری دعا ہے کہ اللہ تعالیٰ آپ کے ارادے کو قبول فرمائے۔ میری دعا ہے کہ اللہ تعالیٰ آپ کو اس کا اجر عطا فرمائے۔</w:t>
      </w:r>
    </w:p>
    <w:p>
      <w:r>
        <w:rPr>
          <w:b/>
        </w:rPr>
        <w:t xml:space="preserve">[10:55] </w:t>
      </w:r>
      <w:r>
        <w:t>is kay nateeja mein aap ko Allah</w:t>
      </w:r>
    </w:p>
    <w:p>
      <w:pPr>
        <w:jc w:val="right"/>
      </w:pPr>
      <w:r>
        <w:t>اس کے نتیجے میں آپ کو اللہ</w:t>
      </w:r>
    </w:p>
    <w:p>
      <w:r>
        <w:rPr>
          <w:b/>
        </w:rPr>
        <w:t xml:space="preserve">[11:07] </w:t>
      </w:r>
      <w:r>
        <w:t>dunya mein aur akhirat mein kamyabi ata farmaye. assalam o alaikum wa rehmatullah.</w:t>
      </w:r>
    </w:p>
    <w:p>
      <w:pPr>
        <w:jc w:val="right"/>
      </w:pPr>
      <w:r>
        <w:t>دنیا میں اور آخرت میں کامیابی عطا فرمائے۔ السلام علیکم ورحمۃ اللہ۔</w:t>
      </w:r>
    </w:p>
    <w:p>
      <w:r>
        <w:rPr>
          <w:b/>
        </w:rPr>
        <w:t xml:space="preserve">[11:28] </w:t>
      </w:r>
      <w:r>
        <w:t>maulana sahib, maulana iqbal umri likhtay hain: "maulana, abhi say mein ahad karta hoon kay mein apni aik shikayat ko chhodta hoon.</w:t>
      </w:r>
    </w:p>
    <w:p>
      <w:pPr>
        <w:jc w:val="right"/>
      </w:pPr>
      <w:r>
        <w:t>مولانا صاحب، مولانا اقبال عمری لکھتے ہیں: "مولانا، ابھی سے میں عہد کرتا ہوں کہ میں اپنی ایک شکایت کو چھوڑتا ہوں۔</w:t>
      </w:r>
    </w:p>
    <w:p>
      <w:r>
        <w:rPr>
          <w:b/>
        </w:rPr>
        <w:t xml:space="preserve">[11:42] </w:t>
      </w:r>
      <w:r>
        <w:t>mein us ko lay kar kabhi nahi sochoon ga, inshallah." jazak Allah, maulana. Allah taala qabool farmaye, Allah taala qabool farmaye, Allah taala qabool farmaye.</w:t>
      </w:r>
    </w:p>
    <w:p>
      <w:pPr>
        <w:jc w:val="right"/>
      </w:pPr>
      <w:r>
        <w:t>میں اس کو لے کر کبھی نہیں سوچوں گا، انشاءاللہ۔" جزاک اللہ، مولانا۔ اللہ تعالیٰ قبول فرمائے، اللہ تعالیٰ قبول فرمائے، اللہ تعالیٰ قبول فرمائے۔</w:t>
      </w:r>
    </w:p>
    <w:p>
      <w:r>
        <w:rPr>
          <w:b/>
        </w:rPr>
        <w:t xml:space="preserve">[11:57] </w:t>
      </w:r>
      <w:r>
        <w:t>azhar mubarak likhtay hain: "un ka aik sawal hai: what is the role of thinking in worship?</w:t>
      </w:r>
    </w:p>
    <w:p>
      <w:pPr>
        <w:jc w:val="right"/>
      </w:pPr>
      <w:r>
        <w:t>اظہر مبارک لکھتے ہیں: "ان کا ایک سوال ہے: واٹ از دا رول اف تھنکنگ انٹرو ورشپ؟</w:t>
      </w:r>
    </w:p>
    <w:p>
      <w:r>
        <w:rPr>
          <w:b/>
        </w:rPr>
        <w:t xml:space="preserve">[12:07] </w:t>
      </w:r>
      <w:r>
        <w:t>is worship possible without an intellectual activity?"</w:t>
      </w:r>
    </w:p>
    <w:p>
      <w:pPr>
        <w:jc w:val="right"/>
      </w:pPr>
      <w:r>
        <w:t>از ورشپ پاسیبل وداؤٹ این انٹلیکچول ایکٹیویٹی؟"</w:t>
      </w:r>
    </w:p>
    <w:p>
      <w:r>
        <w:rPr>
          <w:b/>
        </w:rPr>
        <w:t xml:space="preserve">[12:13] </w:t>
      </w:r>
      <w:r>
        <w:t>thinking hi to ibadat hai, sochna.</w:t>
      </w:r>
    </w:p>
    <w:p>
      <w:pPr>
        <w:jc w:val="right"/>
      </w:pPr>
      <w:r>
        <w:t>تھنکنگ ہی تو عبادت ہے، سوچنا۔</w:t>
      </w:r>
    </w:p>
    <w:p>
      <w:r>
        <w:rPr>
          <w:b/>
        </w:rPr>
        <w:t xml:space="preserve">[12:20] </w:t>
      </w:r>
      <w:r>
        <w:t>agar aap aik form wali ibadat kartay hain to woh to</w:t>
      </w:r>
    </w:p>
    <w:p>
      <w:pPr>
        <w:jc w:val="right"/>
      </w:pPr>
      <w:r>
        <w:t>اگر آپ ایک فارم والی عبادت کرتے ہیں تو وہ تو</w:t>
      </w:r>
    </w:p>
    <w:p>
      <w:r>
        <w:rPr>
          <w:b/>
        </w:rPr>
        <w:t xml:space="preserve">[12:29] </w:t>
      </w:r>
      <w:r>
        <w:t>aisa hi hai kay hazrat ayesha kay zamanay mein aik aadmi thay, woh bohat ziyada quran parhtay thay.</w:t>
      </w:r>
    </w:p>
    <w:p>
      <w:pPr>
        <w:jc w:val="right"/>
      </w:pPr>
      <w:r>
        <w:t>ایسا ہی ہے کہ حضرت عائشہ کے زمانے میں ایک آدمی تھے، وہ بہت زیادہ قرآن پڑھتے تھے۔</w:t>
      </w:r>
    </w:p>
    <w:p>
      <w:r>
        <w:rPr>
          <w:b/>
        </w:rPr>
        <w:t xml:space="preserve">[12:44] </w:t>
      </w:r>
      <w:r>
        <w:t>to unhon nay poocha: "tumharay bhai kay pas woh sawab kay liye parhtay hain, samjhtay nahi?" to hazrat ayesha nay kaha kay: "qurb yaqrub." unhon nay parha magar nahi parha.</w:t>
      </w:r>
    </w:p>
    <w:p>
      <w:pPr>
        <w:jc w:val="right"/>
      </w:pPr>
      <w:r>
        <w:t>تو انہوں نے پوچھا: "تمہارے بھائی کے پاس وہ ثواب کے لیے پڑھتے ہیں، سمجھتے نہیں؟" تو حضرت عائشہ نے کہا کہ: "قرب یقرب۔" انہوں نے پڑھا مگر نہیں پڑھا۔</w:t>
      </w:r>
    </w:p>
    <w:p>
      <w:r>
        <w:rPr>
          <w:b/>
        </w:rPr>
        <w:t xml:space="preserve">[13:03] </w:t>
      </w:r>
      <w:r>
        <w:t>to thinking kay mani fikr, tadabbur, woh to mein samajhta hoon kay maghaz hai ibadat</w:t>
      </w:r>
    </w:p>
    <w:p>
      <w:pPr>
        <w:jc w:val="right"/>
      </w:pPr>
      <w:r>
        <w:t>تو تھنکنگ کے معنی فکر، تدبر، وہ تو میں سمجھتا ہوں کہ مغز ہے عبادت</w:t>
      </w:r>
    </w:p>
    <w:p>
      <w:r>
        <w:rPr>
          <w:b/>
        </w:rPr>
        <w:t xml:space="preserve">[13:17] </w:t>
      </w:r>
      <w:r>
        <w:t>ka.</w:t>
      </w:r>
    </w:p>
    <w:p>
      <w:pPr>
        <w:jc w:val="right"/>
      </w:pPr>
      <w:r>
        <w:t>کا۔</w:t>
      </w:r>
    </w:p>
    <w:p>
      <w:r>
        <w:rPr>
          <w:b/>
        </w:rPr>
        <w:t xml:space="preserve">[13:28] </w:t>
      </w:r>
      <w:r>
        <w:t>maulana sahib, wani izzat ka aik sawal hai: agar logon ko hum say shikaytain hon to us ka kiya hal hai</w:t>
      </w:r>
    </w:p>
    <w:p>
      <w:pPr>
        <w:jc w:val="right"/>
      </w:pPr>
      <w:r>
        <w:t>مولانا صاحب، وانی عزت کا ایک سوال ہے: اگر لوگوں کو ہم سے شکایتیں ہوں تو اس کا کیا حل ہے</w:t>
      </w:r>
    </w:p>
    <w:p>
      <w:r>
        <w:rPr>
          <w:b/>
        </w:rPr>
        <w:t xml:space="preserve">[13:39] </w:t>
      </w:r>
      <w:r>
        <w:t>? dekhiye, aap ke hisse ki jo baat hai, woh to aap khatm kar di. is abhi aap ke dil mein agar koi jawabi shikayat hai,</w:t>
      </w:r>
    </w:p>
    <w:p>
      <w:pPr>
        <w:jc w:val="right"/>
      </w:pPr>
      <w:r>
        <w:t>؟ دیکھیے، آپ کے حصے کی جو بات ہے، وہ تو آپ ختم کر دیے۔ اس ابھی آپ کے دل میں اگر کوئی جوابی شکایت ہے،</w:t>
      </w:r>
    </w:p>
    <w:p>
      <w:r>
        <w:rPr>
          <w:b/>
        </w:rPr>
        <w:t xml:space="preserve">[13:52] </w:t>
      </w:r>
      <w:r>
        <w:t>woh khud khatm kar dijiye. aur nahi hai to un ke liye achhi duaen kijiye, achhi duaen kijiye un ke liye.</w:t>
      </w:r>
    </w:p>
    <w:p>
      <w:pPr>
        <w:jc w:val="right"/>
      </w:pPr>
      <w:r>
        <w:t>وہ خود ختم کر دیجیے۔ اور نہیں ہے تو ان کے لیے اچھی دعائیں کیجیے، اچھی دعائیں کیجیے ان کے لیے۔</w:t>
      </w:r>
    </w:p>
    <w:p>
      <w:r>
        <w:rPr>
          <w:b/>
        </w:rPr>
        <w:t xml:space="preserve">[14:09] </w:t>
      </w:r>
      <w:r>
        <w:t>Riyaz Bhatt writes: "Maulana Sahib, Assalam o Alaikum. You have rightly pointed out that complaining is not a small issue, but it is a state of mind which hurts its intellectual development.</w:t>
      </w:r>
    </w:p>
    <w:p>
      <w:pPr>
        <w:jc w:val="right"/>
      </w:pPr>
      <w:r>
        <w:t>ریاض بھٹ لکھتے ہیں: "مولانا صاحب، السلام علیکم۔ یو ہیو رائٹلی پوائنٹڈ آؤٹ دیٹ کمپلیننگ از ناٹ اے سمال ایشو، بٹ اٹ از اے سٹیٹ اف مائنڈ وچ ہارٹس اٹس انٹلیکچول ڈیویلپمنٹ۔</w:t>
      </w:r>
    </w:p>
    <w:p>
      <w:r>
        <w:rPr>
          <w:b/>
        </w:rPr>
        <w:t xml:space="preserve">[14:29] </w:t>
      </w:r>
      <w:r>
        <w:t>hence, burial of complaint becomes a necessity."</w:t>
      </w:r>
    </w:p>
    <w:p>
      <w:pPr>
        <w:jc w:val="right"/>
      </w:pPr>
      <w:r>
        <w:t>ہینس، بریئل اف کمپلینٹ بیکمز ا نیسیسٹی۔"</w:t>
      </w:r>
    </w:p>
    <w:p>
      <w:r>
        <w:rPr>
          <w:b/>
        </w:rPr>
        <w:t xml:space="preserve">[14:34] </w:t>
      </w:r>
      <w:r>
        <w:t>haan, sahi kaha aap ne, bilkul sahi kaha aap ne, bilkul sahi kaha aap ne.</w:t>
      </w:r>
    </w:p>
    <w:p>
      <w:pPr>
        <w:jc w:val="right"/>
      </w:pPr>
      <w:r>
        <w:t>ہاں، صحیح کہا آپ نے، بالکل صحیح کہا آپ نے، بالکل صحیح کہا آپ نے۔</w:t>
      </w:r>
    </w:p>
    <w:p>
      <w:r>
        <w:rPr>
          <w:b/>
        </w:rPr>
        <w:t xml:space="preserve">[14:49] </w:t>
      </w:r>
      <w:r>
        <w:t>doctor safeena tabassum likhti hain: "masha allah, maulana sahib, you have given a great task for this ramadan.</w:t>
      </w:r>
    </w:p>
    <w:p>
      <w:pPr>
        <w:jc w:val="right"/>
      </w:pPr>
      <w:r>
        <w:t>ڈاکٹر سفینہ تبسم لکھتی ہیں: "ماشاءاللہ، مولانا صاحب، یو ہیو گیون ا گریٹ ٹاسک فار دس رمضان۔</w:t>
      </w:r>
    </w:p>
    <w:p>
      <w:r>
        <w:rPr>
          <w:b/>
        </w:rPr>
        <w:t xml:space="preserve">[15:00] </w:t>
      </w:r>
      <w:r>
        <w:t>inshallah, i will follow it through out my life." inshallah, jazakum allah.</w:t>
      </w:r>
    </w:p>
    <w:p>
      <w:pPr>
        <w:jc w:val="right"/>
      </w:pPr>
      <w:r>
        <w:t>انشاءاللہ، ائی ویل فالو اٹ تھرو آؤٹ مائی لائف۔" انشاءاللہ، جزاکم اللہ۔</w:t>
      </w:r>
    </w:p>
    <w:p>
      <w:r>
        <w:rPr>
          <w:b/>
        </w:rPr>
        <w:t xml:space="preserve">[15:10] </w:t>
      </w:r>
      <w:r>
        <w:t>Muhammad Saleh Ibrahim likhte hain: "Assalam o alaikum, Maulana sahib. It's a great subject and an amazing opportunity for me to leave grudges and complaints as situation demands.</w:t>
      </w:r>
    </w:p>
    <w:p>
      <w:pPr>
        <w:jc w:val="right"/>
      </w:pPr>
      <w:r>
        <w:t>محمد صالح ابراہیم لکھتے ہیں: "السلام علیکم، مولانا صاحب۔ اٹس ا گریٹ سبجیکٹ اینڈ این امیزنگ اپرچونیٹی فار می ٹو لیو گرجز اینڈ کمپلینٹس ایز سچویشن ڈیمانڈز۔</w:t>
      </w:r>
    </w:p>
    <w:p>
      <w:r>
        <w:rPr>
          <w:b/>
        </w:rPr>
        <w:t xml:space="preserve">[15:31] </w:t>
      </w:r>
      <w:r>
        <w:t>please guide us how to make a change from complaint culture to shukr one."</w:t>
      </w:r>
    </w:p>
    <w:p>
      <w:pPr>
        <w:jc w:val="right"/>
      </w:pPr>
      <w:r>
        <w:t>پلیز گائیڈ اس ہاؤ ٹو میک ا چینج فرام کمپلینٹ کلچر ٹو شکر ون۔"</w:t>
      </w:r>
    </w:p>
    <w:p>
      <w:r>
        <w:rPr>
          <w:b/>
        </w:rPr>
        <w:t xml:space="preserve">[15:42] </w:t>
      </w:r>
      <w:r>
        <w:t>is bahut badi baat hai, keh rahe hain ke complaint culture khatm karna, lekin yeh kaise yeh change apne andar laein?</w:t>
      </w:r>
    </w:p>
    <w:p>
      <w:pPr>
        <w:jc w:val="right"/>
      </w:pPr>
      <w:r>
        <w:t>ایس بہت بڑی بات ہے، کہہ رہے ہیں کہ کمپلینٹ کلچر ختم کرنا، لیکن یہ کیسے یہ چینج اپنے اندر لائیں؟</w:t>
      </w:r>
    </w:p>
    <w:p>
      <w:r>
        <w:rPr>
          <w:b/>
        </w:rPr>
        <w:t xml:space="preserve">[15:51] </w:t>
      </w:r>
      <w:r>
        <w:t>bahut aasan hai.</w:t>
      </w:r>
    </w:p>
    <w:p>
      <w:pPr>
        <w:jc w:val="right"/>
      </w:pPr>
      <w:r>
        <w:t>بہت آسان ہے۔</w:t>
      </w:r>
    </w:p>
    <w:p>
      <w:r>
        <w:rPr>
          <w:b/>
        </w:rPr>
        <w:t xml:space="preserve">[15:55] </w:t>
      </w:r>
      <w:r>
        <w:t>charon taraf aap ke allah ki nematein phaili hui hain, phaili hui hain.</w:t>
      </w:r>
    </w:p>
    <w:p>
      <w:pPr>
        <w:jc w:val="right"/>
      </w:pPr>
      <w:r>
        <w:t>چاروں طرف آپ کے اللہ کی نعمتیں پھیلی ہوئی ہیں، پھیلی ہوئی ہیں۔</w:t>
      </w:r>
    </w:p>
    <w:p>
      <w:r>
        <w:rPr>
          <w:b/>
        </w:rPr>
        <w:t xml:space="preserve">[16:15] </w:t>
      </w:r>
      <w:r>
        <w:t>to aap allah ki nematon se shuru kar dijiye,</w:t>
      </w:r>
    </w:p>
    <w:p>
      <w:pPr>
        <w:jc w:val="right"/>
      </w:pPr>
      <w:r>
        <w:t>تو آپ اللہ کی نعمتوں سے شروع کر دیجیے،</w:t>
      </w:r>
    </w:p>
    <w:p>
      <w:r>
        <w:rPr>
          <w:b/>
        </w:rPr>
        <w:t xml:space="preserve">[16:25] </w:t>
      </w:r>
      <w:r>
        <w:t>nematon se shuru kar dijiye. is ke baad ek ke baad ek ke baad ek shakhhein niklen gi aur aap ki poori zindagi isi ka misdaq ban jaye gi.</w:t>
      </w:r>
    </w:p>
    <w:p>
      <w:pPr>
        <w:jc w:val="right"/>
      </w:pPr>
      <w:r>
        <w:t>نعمتوں سے شروع کر دیجیے۔ اس کے بعد ایک کے بعد ایک کے بعد ایک شاخیں نکلیں گی اور آپ کی پوری زندگی اسی کا مصداق بن جائے گی۔</w:t>
      </w:r>
    </w:p>
    <w:p>
      <w:r>
        <w:rPr>
          <w:b/>
        </w:rPr>
        <w:t xml:space="preserve">[16:43] </w:t>
      </w:r>
      <w:r>
        <w:t>wani izzat likhte hain: "But if people are complaining about us and they're closely related to us, how can we deal with that situation?" woh keh rahe hain ji hamare qareebi rishtedaar hain aur qareebi rishtedaar jo complaint karte hain,</w:t>
      </w:r>
    </w:p>
    <w:p>
      <w:pPr>
        <w:jc w:val="right"/>
      </w:pPr>
      <w:r>
        <w:t>وانی عزت لکھتے ہیں: "بٹ اف پیپل ار کمپلیننگ اباؤٹ اس اینڈ دیر کلوزلی ریلیٹڈ ٹو اس، ہاؤ کین وی ڈیل ود دیٹ سچویشن؟" وہ کہہ رہے ہیں جی ہمارے قریبی رشتہ دار ہیں اور قریبی رشتہ دار جو کمپلینٹ کرتے ہیں،</w:t>
      </w:r>
    </w:p>
    <w:p>
      <w:r>
        <w:rPr>
          <w:b/>
        </w:rPr>
        <w:t xml:space="preserve">[17:06] </w:t>
      </w:r>
      <w:r>
        <w:t>aisi situation ko hum kaise deal karein?</w:t>
      </w:r>
    </w:p>
    <w:p>
      <w:pPr>
        <w:jc w:val="right"/>
      </w:pPr>
      <w:r>
        <w:t>ایسی سچویشن کو ہم کیسے ڈیل کریں؟</w:t>
      </w:r>
    </w:p>
    <w:p>
      <w:r>
        <w:rPr>
          <w:b/>
        </w:rPr>
        <w:t xml:space="preserve">[17:10] </w:t>
      </w:r>
      <w:r>
        <w:t>chahe qareebi koi aadmi ho ya door ka aadmi ho, sab ke liye ek hi tareeqa hai. aap is ke liye achhi dua karna shuru kar dijiye, uska dil apna aap badal jaye ga,</w:t>
      </w:r>
    </w:p>
    <w:p>
      <w:pPr>
        <w:jc w:val="right"/>
      </w:pPr>
      <w:r>
        <w:t>چاہے قریبی کوئی آدمی ہو یا دور کا آدمی ہو، سب کے لیے ایک ہی طریقہ ہے۔ آپ اس کے لیے اچھی دعا کرنا شروع کر دیجیے، اس کا دل اپنا آپ بدل جائے گا،</w:t>
      </w:r>
    </w:p>
    <w:p>
      <w:r>
        <w:rPr>
          <w:b/>
        </w:rPr>
        <w:t xml:space="preserve">[17:28] </w:t>
      </w:r>
      <w:r>
        <w:t>uska dil apna aap badal jaye ga. aap kar ke dekhiye,</w:t>
      </w:r>
    </w:p>
    <w:p>
      <w:pPr>
        <w:jc w:val="right"/>
      </w:pPr>
      <w:r>
        <w:t>اس کا دل اپنا آپ بدل جائے گا۔ آپ کر کے دیکھیے،</w:t>
      </w:r>
    </w:p>
    <w:p>
      <w:r>
        <w:rPr>
          <w:b/>
        </w:rPr>
        <w:t xml:space="preserve">[17:35] </w:t>
      </w:r>
      <w:r>
        <w:t>jo bhi shakhs aap ke, aap jis ko jante hon ke woh aap se shikayat rakhta hai, to aap ne apni shikayat khatm kar dijiye aur us ke liye dua karna shuru kar dijiye.</w:t>
      </w:r>
    </w:p>
    <w:p>
      <w:pPr>
        <w:jc w:val="right"/>
      </w:pPr>
      <w:r>
        <w:t>جو بھی شخص آپ کے، آپ جس کو جانتے ہوں کہ وہ آپ سے شکایت رکھتا ہے، تو آپ نے اپنی شکایت ختم کر دیجیے اور اس کے لیے دعا کرنا شروع کر دیجیے۔</w:t>
      </w:r>
    </w:p>
    <w:p>
      <w:r>
        <w:rPr>
          <w:b/>
        </w:rPr>
        <w:t xml:space="preserve">[17:49] </w:t>
      </w:r>
      <w:r>
        <w:t>uski shikayat apne aap khatm ho jaye gi.</w:t>
      </w:r>
    </w:p>
    <w:p>
      <w:pPr>
        <w:jc w:val="right"/>
      </w:pPr>
      <w:r>
        <w:t>اس کی شکایت اپنے آپ ختم ہو جائے گی۔</w:t>
      </w:r>
    </w:p>
    <w:p>
      <w:r>
        <w:rPr>
          <w:b/>
        </w:rPr>
        <w:t xml:space="preserve">[17:55] </w:t>
      </w:r>
      <w:r>
        <w:t>jab chahe tajurba kar lijiye aap.</w:t>
      </w:r>
    </w:p>
    <w:p>
      <w:pPr>
        <w:jc w:val="right"/>
      </w:pPr>
      <w:r>
        <w:t>جب چاہے تجربہ کر لیجئے آپ۔</w:t>
      </w:r>
    </w:p>
    <w:p>
      <w:r>
        <w:rPr>
          <w:b/>
        </w:rPr>
        <w:t xml:space="preserve">[18:02] </w:t>
      </w:r>
      <w:r>
        <w:t>idrees qamar likhte hain: "maulana sahib, koi bhi shikayat ho, kisi se bhi, us ko bhulana hi hamari intellectual development ke liye behtar hai kyun ke shikayat hamare liye hi nuqsaan deh hai,</w:t>
      </w:r>
    </w:p>
    <w:p>
      <w:pPr>
        <w:jc w:val="right"/>
      </w:pPr>
      <w:r>
        <w:t>ادریس قمر لکھتے ہیں: "مولانا صاحب، کوئی بھی شکایت ہو، کسی سے بھی، اس کو بھلانا ہی ہماری انٹلیکچول ڈیویلپمنٹ کے لیے بہتر ہے کیونکہ شکایت ہمارے لیے ہی نقصان دہ ہے،</w:t>
      </w:r>
    </w:p>
    <w:p>
      <w:r>
        <w:rPr>
          <w:b/>
        </w:rPr>
        <w:t xml:space="preserve">[18:24] </w:t>
      </w:r>
      <w:r>
        <w:t>dusron ka koi nuqsaan nahi hota." comment hai.</w:t>
      </w:r>
    </w:p>
    <w:p>
      <w:pPr>
        <w:jc w:val="right"/>
      </w:pPr>
      <w:r>
        <w:t>دوسروں کا کوئی نقصان نہیں ہوتا۔" کمنٹ ہے۔</w:t>
      </w:r>
    </w:p>
    <w:p>
      <w:r>
        <w:rPr>
          <w:b/>
        </w:rPr>
        <w:t xml:space="preserve">[18:30] </w:t>
      </w:r>
      <w:r>
        <w:t>sahi kaha aap ne, sahi kaha aap ne. doctor rajat malhotra ka ek comment hai: "maulana, this is a master formula for one's spiritual development.</w:t>
      </w:r>
    </w:p>
    <w:p>
      <w:pPr>
        <w:jc w:val="right"/>
      </w:pPr>
      <w:r>
        <w:t>صحیح کہا آپ نے، صحیح کہا آپ نے۔ ڈاکٹر رجت ملھوترا کا ایک کمنٹ ہے: "مولانا، دس از ا ماسٹر فارمولا فار ونس سپریچول ڈیویلپمنٹ۔</w:t>
      </w:r>
    </w:p>
    <w:p>
      <w:r>
        <w:rPr>
          <w:b/>
        </w:rPr>
        <w:t xml:space="preserve">[18:45] </w:t>
      </w:r>
      <w:r>
        <w:t>a person who lives in shikayat psychology will not become a creative thinker. also for a dai, shikayat psychology is unlawful." thank you, maulana.</w:t>
      </w:r>
    </w:p>
    <w:p>
      <w:pPr>
        <w:jc w:val="right"/>
      </w:pPr>
      <w:r>
        <w:t>ا پرسن ہو لیوز ان شکایت سائیکالوجی ول ناٹ بیکم ا کریٹیو تھنکر۔ السو فار ا دائی، شکایت سائیکالوجی از ان لافل۔" تھینک یو، مولانا۔</w:t>
      </w:r>
    </w:p>
    <w:p>
      <w:r>
        <w:rPr>
          <w:b/>
        </w:rPr>
        <w:t xml:space="preserve">[19:00] </w:t>
      </w:r>
      <w:r>
        <w:t>bahut sahih, bahut sahih.</w:t>
      </w:r>
    </w:p>
    <w:p>
      <w:pPr>
        <w:jc w:val="right"/>
      </w:pPr>
      <w:r>
        <w:t>بہت صحیح، بہت صحیح۔</w:t>
      </w:r>
    </w:p>
    <w:p>
      <w:r>
        <w:rPr>
          <w:b/>
        </w:rPr>
        <w:t xml:space="preserve">[19:13] </w:t>
      </w:r>
      <w:r>
        <w:t>zahir nazimi likhte hain: "kahan se? location nahin maloom." assalam o alaikum, maulana. dil ki tamanna hai ke zindagi mein ek bar aap se mulaqat ho.</w:t>
      </w:r>
    </w:p>
    <w:p>
      <w:pPr>
        <w:jc w:val="right"/>
      </w:pPr>
      <w:r>
        <w:t>ظہیر نظامی لکھتے ہیں: "کہاں سے؟ لوکیشن نہیں معلوم۔" السلام علیکم، مولانا۔ دل کی تمنا ہے کہ زندگی میں ایک بار آپ سے ملاقات ہو۔</w:t>
      </w:r>
    </w:p>
    <w:p>
      <w:r>
        <w:rPr>
          <w:b/>
        </w:rPr>
        <w:t xml:space="preserve">[19:30] </w:t>
      </w:r>
      <w:r>
        <w:t>allah aap ki</w:t>
      </w:r>
    </w:p>
    <w:p>
      <w:pPr>
        <w:jc w:val="right"/>
      </w:pPr>
      <w:r>
        <w:t>اللہ آپ کی</w:t>
      </w:r>
    </w:p>
    <w:p>
      <w:r>
        <w:rPr>
          <w:b/>
        </w:rPr>
        <w:t xml:space="preserve">[19:36] </w:t>
      </w:r>
      <w:r>
        <w:t>irade ko mubarak kare aur hum aap ko allah taala zyada behtar jagah par, yani jannat mein, izafa kare,</w:t>
      </w:r>
    </w:p>
    <w:p>
      <w:pPr>
        <w:jc w:val="right"/>
      </w:pPr>
      <w:r>
        <w:t>ارادے کو مبارک کرے اور ہم آپ کو اللہ تعالیٰ زیادہ بہتر جگہ پر، یعنی جنت میں، اضافہ کرے،</w:t>
      </w:r>
    </w:p>
    <w:p>
      <w:r>
        <w:rPr>
          <w:b/>
        </w:rPr>
        <w:t xml:space="preserve">[19:52] </w:t>
      </w:r>
      <w:r>
        <w:t>inshallah.</w:t>
      </w:r>
    </w:p>
    <w:p>
      <w:pPr>
        <w:jc w:val="right"/>
      </w:pPr>
      <w:r>
        <w:t>انشاءاللہ۔</w:t>
      </w:r>
    </w:p>
    <w:p>
      <w:r>
        <w:rPr>
          <w:b/>
        </w:rPr>
        <w:t xml:space="preserve">[19:56] </w:t>
      </w:r>
      <w:r>
        <w:t>Sam is ke ka ek comment hai: "Jazak Allah for the great message. I will follow this throughout my life.</w:t>
      </w:r>
    </w:p>
    <w:p>
      <w:pPr>
        <w:jc w:val="right"/>
      </w:pPr>
      <w:r>
        <w:t>سام اس کے کا ایک کمنٹ ہے: "جزاک اللہ فار دا گریٹ میسج۔ ائی ویل فالو دس تھرو آؤٹ مائی لائف۔</w:t>
      </w:r>
    </w:p>
    <w:p>
      <w:r>
        <w:rPr>
          <w:b/>
        </w:rPr>
        <w:t xml:space="preserve">[20:07] </w:t>
      </w:r>
      <w:r>
        <w:t>The message has been beautifully explained. May Allah have mercy on you." Jazakum Allah.</w:t>
      </w:r>
    </w:p>
    <w:p>
      <w:pPr>
        <w:jc w:val="right"/>
      </w:pPr>
      <w:r>
        <w:t>دا میسج ہیز بین بیوٹیفلی ایکسپلینڈ۔ می اللہ ہیو مرسی ان یو۔" جزاکم اللہ۔</w:t>
      </w:r>
    </w:p>
    <w:p>
      <w:r>
        <w:rPr>
          <w:b/>
        </w:rPr>
        <w:t xml:space="preserve">[20:20] </w:t>
      </w:r>
      <w:r>
        <w:t>mazhar un nisa likhti hain: "inshallah, maulana sahib, main is par amal karungi. mere liye dua karen." allah taala aap ko tofeeq ata farmaye.</w:t>
      </w:r>
    </w:p>
    <w:p>
      <w:pPr>
        <w:jc w:val="right"/>
      </w:pPr>
      <w:r>
        <w:t>مظہر النساء لکھتی ہیں: "انشاءاللہ، مولانا صاحب، میں اس پر عمل کروں گی۔ میرے لیے دعا کریں۔" اللہ تعالیٰ آپ کو توفیق عطا فرمائے۔</w:t>
      </w:r>
    </w:p>
    <w:p>
      <w:r>
        <w:rPr>
          <w:b/>
        </w:rPr>
        <w:t xml:space="preserve">[20:33] </w:t>
      </w:r>
      <w:r>
        <w:t>doctor naghma siddiqui likhti hain: "can people who did not live in positivity in this world?</w:t>
      </w:r>
    </w:p>
    <w:p>
      <w:pPr>
        <w:jc w:val="right"/>
      </w:pPr>
      <w:r>
        <w:t>ڈاکٹر نغمہ صدیقی لکھتی ہیں: "کین پیپل ہو ڈیڈ ناٹ لیو ان پازیٹیوٹی ان دس ورلڈ؟</w:t>
      </w:r>
    </w:p>
    <w:p>
      <w:r>
        <w:rPr>
          <w:b/>
        </w:rPr>
        <w:t xml:space="preserve">[20:42] </w:t>
      </w:r>
      <w:r>
        <w:t>hope for paradise in the next."</w:t>
      </w:r>
    </w:p>
    <w:p>
      <w:pPr>
        <w:jc w:val="right"/>
      </w:pPr>
      <w:r>
        <w:t>ہوپ فار پیراڈائز ان دا نیکسٹ۔"</w:t>
      </w:r>
    </w:p>
    <w:p>
      <w:r>
        <w:rPr>
          <w:b/>
        </w:rPr>
        <w:t xml:space="preserve">[20:47] </w:t>
      </w:r>
      <w:r>
        <w:t>zarur, hope to achha se achhi hi kar rahi hai hamesha. keh rahe hain jo log positivity mein nahin jee rahe hain, woh bhi paradise ke liye hope kar sakte hain.</w:t>
      </w:r>
    </w:p>
    <w:p>
      <w:pPr>
        <w:jc w:val="right"/>
      </w:pPr>
      <w:r>
        <w:t>ضرور، ہوپ تو اچھا سے اچھی ہی کر رہی ہے ہمیشہ۔ کہہ رہے ہیں جو لوگ پازیٹیوٹی میں نہیں جی رہے ہیں، وہ بھی پیراڈائز کے لیے ہوپ کر سکتے ہیں۔</w:t>
      </w:r>
    </w:p>
    <w:p>
      <w:r>
        <w:rPr>
          <w:b/>
        </w:rPr>
        <w:t xml:space="preserve">[21:01] </w:t>
      </w:r>
      <w:r>
        <w:t>nahin, main to samajhta hoon ke</w:t>
      </w:r>
    </w:p>
    <w:p>
      <w:pPr>
        <w:jc w:val="right"/>
      </w:pPr>
      <w:r>
        <w:t>نہیں، میں تو سمجھتا ہوں کہ</w:t>
      </w:r>
    </w:p>
    <w:p>
      <w:r>
        <w:rPr>
          <w:b/>
        </w:rPr>
        <w:t xml:space="preserve">[21:05] </w:t>
      </w:r>
      <w:r>
        <w:t>jab aap positive soch aap ka dar nahin hai to aap ki main samajhta hoon ke</w:t>
      </w:r>
    </w:p>
    <w:p>
      <w:pPr>
        <w:jc w:val="right"/>
      </w:pPr>
      <w:r>
        <w:t>جب آپ پازیٹیو سوچ آپ کا در نہیں ہے تو آپ کی میں سمجھتا ہوں کہ</w:t>
      </w:r>
    </w:p>
    <w:p>
      <w:r>
        <w:rPr>
          <w:b/>
        </w:rPr>
        <w:t xml:space="preserve">[21:18] </w:t>
      </w:r>
      <w:r>
        <w:t>jannat wali duaen nahin niklen gi aap ke andar se.</w:t>
      </w:r>
    </w:p>
    <w:p>
      <w:pPr>
        <w:jc w:val="right"/>
      </w:pPr>
      <w:r>
        <w:t>جنت والی دعائیں نہیں نکلیں گی آپ کے اندر سے۔</w:t>
      </w:r>
    </w:p>
    <w:p>
      <w:r>
        <w:rPr>
          <w:b/>
        </w:rPr>
        <w:t xml:space="preserve">[21:23] </w:t>
      </w:r>
      <w:r>
        <w:t>jannat wali duaen niklne ke liye zaruri hai ke aap positive soch mein jeena</w:t>
      </w:r>
    </w:p>
    <w:p>
      <w:pPr>
        <w:jc w:val="right"/>
      </w:pPr>
      <w:r>
        <w:t>جنت والی دعائیں نکلنے کے لیے ضروری ہے کہ آپ پازیٹیو سوچ میں جینا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