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Fasting Gratitude to God April 25, 2020 Maulana Wahiduddin Khan</w:t>
      </w:r>
    </w:p>
    <w:p>
      <w:r>
        <w:t>https://www.youtube.com/watch?v=ql1UxsMLOzg</w:t>
      </w:r>
    </w:p>
    <w:p>
      <w:r>
        <w:rPr>
          <w:b/>
        </w:rPr>
        <w:t xml:space="preserve">[00:14] </w:t>
      </w:r>
      <w:r>
        <w:t>bismillah rahman rahim.</w:t>
      </w:r>
    </w:p>
    <w:p>
      <w:pPr>
        <w:jc w:val="right"/>
      </w:pPr>
      <w:r>
        <w:t>بسم اللہ الرحمن الرحیم۔</w:t>
      </w:r>
    </w:p>
    <w:p>
      <w:r>
        <w:rPr>
          <w:b/>
        </w:rPr>
        <w:t xml:space="preserve">[00:22] </w:t>
      </w:r>
      <w:r>
        <w:t>yeh ramzan ka mahina hai.</w:t>
      </w:r>
    </w:p>
    <w:p>
      <w:pPr>
        <w:jc w:val="right"/>
      </w:pPr>
      <w:r>
        <w:t>یہ رمضان کا مہینہ ہے۔</w:t>
      </w:r>
    </w:p>
    <w:p>
      <w:r>
        <w:rPr>
          <w:b/>
        </w:rPr>
        <w:t xml:space="preserve">[00:28] </w:t>
      </w:r>
      <w:r>
        <w:t>ramzan ko english mein fasting kehte hain, urdu mein is ko roza kaha jata hai.</w:t>
      </w:r>
    </w:p>
    <w:p>
      <w:pPr>
        <w:jc w:val="right"/>
      </w:pPr>
      <w:r>
        <w:t>رمضان کو انگلش میں Fasting کہتے ہیں، اردو میں اس کو روزہ کہا جاتا ہے۔</w:t>
      </w:r>
    </w:p>
    <w:p>
      <w:r>
        <w:rPr>
          <w:b/>
        </w:rPr>
        <w:t xml:space="preserve">[00:42] </w:t>
      </w:r>
      <w:r>
        <w:t>ramzan ka mahina</w:t>
      </w:r>
    </w:p>
    <w:p>
      <w:pPr>
        <w:jc w:val="right"/>
      </w:pPr>
      <w:r>
        <w:t>رمضان کا مہینہ</w:t>
      </w:r>
    </w:p>
    <w:p>
      <w:r>
        <w:rPr>
          <w:b/>
        </w:rPr>
        <w:t xml:space="preserve">[00:46] </w:t>
      </w:r>
      <w:r>
        <w:t>aam taur par samajhte hain log ke yeh sawab ka mahina hai.</w:t>
      </w:r>
    </w:p>
    <w:p>
      <w:pPr>
        <w:jc w:val="right"/>
      </w:pPr>
      <w:r>
        <w:t>عام طور پر سمجھتے ہیں لوگ کہ یہ ثواب کا مہینہ ہے۔</w:t>
      </w:r>
    </w:p>
    <w:p>
      <w:r>
        <w:rPr>
          <w:b/>
        </w:rPr>
        <w:t xml:space="preserve">[00:55] </w:t>
      </w:r>
      <w:r>
        <w:t>sawab ek bawa lafz hai. sahih baat yeh hai ke ramzan ka mahina tarbiyat ka mahina hai.</w:t>
      </w:r>
    </w:p>
    <w:p>
      <w:pPr>
        <w:jc w:val="right"/>
      </w:pPr>
      <w:r>
        <w:t>ثواب ایک بوا لفظ ہے۔ صحیح بات یہ ہے کہ رمضان کا مہینہ تربیت کا مہینہ ہے۔</w:t>
      </w:r>
    </w:p>
    <w:p>
      <w:r>
        <w:rPr>
          <w:b/>
        </w:rPr>
        <w:t xml:space="preserve">[01:09] </w:t>
      </w:r>
      <w:r>
        <w:t>tarbiyat ka matlab koi mahdoodh matlab mein nahin hai. main ek misal deta hoon aap ko. rasool allah salallaho alaihi wasallam ne roza rakha to jab aap ne iftar kiya</w:t>
      </w:r>
    </w:p>
    <w:p>
      <w:pPr>
        <w:jc w:val="right"/>
      </w:pPr>
      <w:r>
        <w:t>تربیت کا مطلب کوئی محدود معنی میں نہیں ہے۔ میں ایک مثال دیتا ہوں آپ کو۔ رسول اللہ صلی اللہ علیہ وسلم نے روزہ رکھا تو جب آپ نے افطار کیا</w:t>
      </w:r>
    </w:p>
    <w:p>
      <w:r>
        <w:rPr>
          <w:b/>
        </w:rPr>
        <w:t xml:space="preserve">[01:30] </w:t>
      </w:r>
      <w:r>
        <w:t>to pani piya, pani se iftar kiya aur kaha ke maine allah ke rizq se iftar kiya.</w:t>
      </w:r>
    </w:p>
    <w:p>
      <w:pPr>
        <w:jc w:val="right"/>
      </w:pPr>
      <w:r>
        <w:t>تو پانی پیا، پانی سے افطار کیا اور کہا کہ میں نے اللہ کے رزق سے افطار کیا۔</w:t>
      </w:r>
    </w:p>
    <w:p>
      <w:r>
        <w:rPr>
          <w:b/>
        </w:rPr>
        <w:t xml:space="preserve">[01:44] </w:t>
      </w:r>
      <w:r>
        <w:t>aur jab aap ne</w:t>
      </w:r>
    </w:p>
    <w:p>
      <w:pPr>
        <w:jc w:val="right"/>
      </w:pPr>
      <w:r>
        <w:t>اور جب آپ نے</w:t>
      </w:r>
    </w:p>
    <w:p>
      <w:r>
        <w:rPr>
          <w:b/>
        </w:rPr>
        <w:t xml:space="preserve">[01:46] </w:t>
      </w:r>
      <w:r>
        <w:t>pani piya</w:t>
      </w:r>
    </w:p>
    <w:p>
      <w:pPr>
        <w:jc w:val="right"/>
      </w:pPr>
      <w:r>
        <w:t>پانی پیا</w:t>
      </w:r>
    </w:p>
    <w:p>
      <w:r>
        <w:rPr>
          <w:b/>
        </w:rPr>
        <w:t xml:space="preserve">[01:50] </w:t>
      </w:r>
      <w:r>
        <w:t>to aap ne kaha ke</w:t>
      </w:r>
    </w:p>
    <w:p>
      <w:pPr>
        <w:jc w:val="right"/>
      </w:pPr>
      <w:r>
        <w:t>تو آپ نے کہا کہ</w:t>
      </w:r>
    </w:p>
    <w:p>
      <w:r>
        <w:rPr>
          <w:b/>
        </w:rPr>
        <w:t xml:space="preserve">[02:01] </w:t>
      </w:r>
      <w:r>
        <w:t>rageen tar ho gayi hain.</w:t>
      </w:r>
    </w:p>
    <w:p>
      <w:pPr>
        <w:jc w:val="right"/>
      </w:pPr>
      <w:r>
        <w:t>رگیں تر ہو گئی ہیں۔</w:t>
      </w:r>
    </w:p>
    <w:p>
      <w:r>
        <w:rPr>
          <w:b/>
        </w:rPr>
        <w:t xml:space="preserve">[02:06] </w:t>
      </w:r>
      <w:r>
        <w:t>jab aap ne pani piya to aap ne farmaya ke rageen tar ho gayi hain.</w:t>
      </w:r>
    </w:p>
    <w:p>
      <w:pPr>
        <w:jc w:val="right"/>
      </w:pPr>
      <w:r>
        <w:t>جب آپ نے پانی پیا تو آپ نے فرمایا کہ رگیں تر ہو گئی ہیں۔</w:t>
      </w:r>
    </w:p>
    <w:p>
      <w:r>
        <w:rPr>
          <w:b/>
        </w:rPr>
        <w:t xml:space="preserve">[02:15] </w:t>
      </w:r>
      <w:r>
        <w:t>is ka matlab azal in sha Allah taala. to yeh rageen tar hone wali baat jo hai aam dinon mein kam hoti hai.</w:t>
      </w:r>
    </w:p>
    <w:p>
      <w:pPr>
        <w:jc w:val="right"/>
      </w:pPr>
      <w:r>
        <w:t>اس کا مطلب اذل ان شاء اللہ تعالیٰ۔ تو یہ رگیں تر ہونے والی بات جو ہے عام دنوں میں کم ہوتی ہے۔</w:t>
      </w:r>
    </w:p>
    <w:p>
      <w:r>
        <w:rPr>
          <w:b/>
        </w:rPr>
        <w:t xml:space="preserve">[02:31] </w:t>
      </w:r>
      <w:r>
        <w:t>lekin jab aap ne</w:t>
      </w:r>
    </w:p>
    <w:p>
      <w:pPr>
        <w:jc w:val="right"/>
      </w:pPr>
      <w:r>
        <w:t>لیکن جب آپ نے</w:t>
      </w:r>
    </w:p>
    <w:p>
      <w:r>
        <w:rPr>
          <w:b/>
        </w:rPr>
        <w:t xml:space="preserve">[02:36] </w:t>
      </w:r>
      <w:r>
        <w:t>bhook ne roza rakha aur bhook is ko lag rahi ho to bhook ki halat mein jab woh</w:t>
      </w:r>
    </w:p>
    <w:p>
      <w:pPr>
        <w:jc w:val="right"/>
      </w:pPr>
      <w:r>
        <w:t>بھوک نے روزہ رکھا اور بھوک اس کو لگ رہی ہو تو بھوک کی حالت میں جب وہ</w:t>
      </w:r>
    </w:p>
    <w:p>
      <w:r>
        <w:rPr>
          <w:b/>
        </w:rPr>
        <w:t xml:space="preserve">[02:54] </w:t>
      </w:r>
      <w:r>
        <w:t>pani peeta hai to is ko tajurba hota hai ke pani kitni bari nemat hai.</w:t>
      </w:r>
    </w:p>
    <w:p>
      <w:pPr>
        <w:jc w:val="right"/>
      </w:pPr>
      <w:r>
        <w:t>پانی پیتا ہے تو اس کو تجربہ ہوتا ہے کہ پانی کتنی بڑی نعمت ہے۔</w:t>
      </w:r>
    </w:p>
    <w:p>
      <w:r>
        <w:rPr>
          <w:b/>
        </w:rPr>
        <w:t xml:space="preserve">[03:07] </w:t>
      </w:r>
      <w:r>
        <w:t>pani kitni bari nemat hai.</w:t>
      </w:r>
    </w:p>
    <w:p>
      <w:pPr>
        <w:jc w:val="right"/>
      </w:pPr>
      <w:r>
        <w:t>پانی کتنی بڑی نعمت ہے۔</w:t>
      </w:r>
    </w:p>
    <w:p>
      <w:r>
        <w:rPr>
          <w:b/>
        </w:rPr>
        <w:t xml:space="preserve">[03:13] </w:t>
      </w:r>
      <w:r>
        <w:t>aam halat mein bhi aadmi mehsoos karta hai ke pani bohat bari nemat hai. lekin jab aap piyase hon aur piyas ki halat mein aap pani piyen to is ka asar kai guna barh jata hai.</w:t>
      </w:r>
    </w:p>
    <w:p>
      <w:pPr>
        <w:jc w:val="right"/>
      </w:pPr>
      <w:r>
        <w:t>عام حالت میں بھی آدمی محسوس کرتا ہے کہ پانی بہت بڑی نعمت ہے۔ لیکن جب آپ پیاسے ہوں اور پیاس کی حالت میں آپ پانی پیئیں تو اس کا اثر کئی گنا بڑھ جاتا ہے۔</w:t>
      </w:r>
    </w:p>
    <w:p>
      <w:r>
        <w:rPr>
          <w:b/>
        </w:rPr>
        <w:t xml:space="preserve">[03:31] </w:t>
      </w:r>
      <w:r>
        <w:t>to yeh khana aur yeh pani</w:t>
      </w:r>
    </w:p>
    <w:p>
      <w:pPr>
        <w:jc w:val="right"/>
      </w:pPr>
      <w:r>
        <w:t>تو یہ کھانا اور یہ پانی</w:t>
      </w:r>
    </w:p>
    <w:p>
      <w:r>
        <w:rPr>
          <w:b/>
        </w:rPr>
        <w:t xml:space="preserve">[03:37] </w:t>
      </w:r>
      <w:r>
        <w:t>aam halat mein bhi aadmi sochta hai ke ek yeh nemat hai. lekin jab bhook piyas ke baad woh khata hai aur peeta hai to is ka ehsas bohat barh jata hai.</w:t>
      </w:r>
    </w:p>
    <w:p>
      <w:pPr>
        <w:jc w:val="right"/>
      </w:pPr>
      <w:r>
        <w:t>عام حالت میں بھی آدمی سوچتا ہے کہ ایک یہ نعمت ہے۔ لیکن جب بھوک پیاس کے بعد وہ کھاتا ہے اور پیتا ہے تو اس کا احساس بہت بڑھ جاتا ہے۔</w:t>
      </w:r>
    </w:p>
    <w:p>
      <w:r>
        <w:rPr>
          <w:b/>
        </w:rPr>
        <w:t xml:space="preserve">[03:57] </w:t>
      </w:r>
      <w:r>
        <w:t>Allah ki nemat ka ehsas bohat izafa ho jata hai. to sach poochhiye to roza jo hai ka maqsad yeh hai ke insan jaane</w:t>
      </w:r>
    </w:p>
    <w:p>
      <w:pPr>
        <w:jc w:val="right"/>
      </w:pPr>
      <w:r>
        <w:t>اللہ کی نعمت کا احساس بہت اضافہ ہو جاتا ہے۔ تو سچ پوچھیے تو روزہ جو ہے کا مقصد یہ ہے کہ انسان جانے</w:t>
      </w:r>
    </w:p>
    <w:p>
      <w:r>
        <w:rPr>
          <w:b/>
        </w:rPr>
        <w:t xml:space="preserve">[04:14] </w:t>
      </w:r>
      <w:r>
        <w:t>ke rizq kitni bari nemat hai. khana aur pani kitni bari nemat hai.</w:t>
      </w:r>
    </w:p>
    <w:p>
      <w:pPr>
        <w:jc w:val="right"/>
      </w:pPr>
      <w:r>
        <w:t>کہ رزق کتنی بڑی نعمت ہے۔ کھانا اور پانی کتنی بڑی نعمت ہے۔</w:t>
      </w:r>
    </w:p>
    <w:p>
      <w:r>
        <w:rPr>
          <w:b/>
        </w:rPr>
        <w:t xml:space="preserve">[04:26] </w:t>
      </w:r>
      <w:r>
        <w:t>yani aap jab dil bhooke rahen tab jante hain aap ke khane se taqat aati hai.</w:t>
      </w:r>
    </w:p>
    <w:p>
      <w:pPr>
        <w:jc w:val="right"/>
      </w:pPr>
      <w:r>
        <w:t>یعنی آپ جب دل بھوکے رہیں تب جانتے ہیں آپ کے کھانے سے طاقت آتی ہے۔</w:t>
      </w:r>
    </w:p>
    <w:p>
      <w:r>
        <w:rPr>
          <w:b/>
        </w:rPr>
        <w:t xml:space="preserve">[04:36] </w:t>
      </w:r>
      <w:r>
        <w:t>khana hamari taqat ke liye hai. na khana khayen to</w:t>
      </w:r>
    </w:p>
    <w:p>
      <w:pPr>
        <w:jc w:val="right"/>
      </w:pPr>
      <w:r>
        <w:t>کھانا ہماری طاقت کے لیے ہے۔ نہ کھانا کھائیں تو</w:t>
      </w:r>
    </w:p>
    <w:p>
      <w:r>
        <w:rPr>
          <w:b/>
        </w:rPr>
        <w:t xml:space="preserve">[04:43] </w:t>
      </w:r>
      <w:r>
        <w:t>hum kamzor ho jayenge. hum kaam ziyada kaam ke qabil nahi rahenge. to khane ki nemat, pani ki nemat, har cheez ki</w:t>
      </w:r>
    </w:p>
    <w:p>
      <w:pPr>
        <w:jc w:val="right"/>
      </w:pPr>
      <w:r>
        <w:t>ہم کمزور ہو جائیں گے۔ ہم کام زیادہ کام کے قابل نہیں رہیں گے۔ تو کھانے کی نعمت، پانی کی نعمت، ہر چیز کی</w:t>
      </w:r>
    </w:p>
    <w:p>
      <w:r>
        <w:rPr>
          <w:b/>
        </w:rPr>
        <w:t xml:space="preserve">[05:01] </w:t>
      </w:r>
      <w:r>
        <w:t>nemat ko yaad dilata hai roze ka mahina.</w:t>
      </w:r>
    </w:p>
    <w:p>
      <w:pPr>
        <w:jc w:val="right"/>
      </w:pPr>
      <w:r>
        <w:t>نعمت کو یاد دلاتا ہے روزے کا مہینہ۔</w:t>
      </w:r>
    </w:p>
    <w:p>
      <w:r>
        <w:rPr>
          <w:b/>
        </w:rPr>
        <w:t xml:space="preserve">[05:11] </w:t>
      </w:r>
      <w:r>
        <w:t>to hum ko chahiye ke hum roze ke mahine mein is ehsas ko taza karen aur ziyada ziyada sochein ke khana aur pani</w:t>
      </w:r>
    </w:p>
    <w:p>
      <w:pPr>
        <w:jc w:val="right"/>
      </w:pPr>
      <w:r>
        <w:t>تو ہم کو چاہیے کہ ہم روزے کے مہینے میں اس احساس کو تازہ کریں اور زیادہ زیادہ سوچیں کہ کھانا اور پانی</w:t>
      </w:r>
    </w:p>
    <w:p>
      <w:r>
        <w:rPr>
          <w:b/>
        </w:rPr>
        <w:t xml:space="preserve">[05:29] </w:t>
      </w:r>
      <w:r>
        <w:t>kaisi ajeeb nemat hai.</w:t>
      </w:r>
    </w:p>
    <w:p>
      <w:pPr>
        <w:jc w:val="right"/>
      </w:pPr>
      <w:r>
        <w:t>کیسی عجیب نعمت ہے۔</w:t>
      </w:r>
    </w:p>
    <w:p>
      <w:r>
        <w:rPr>
          <w:b/>
        </w:rPr>
        <w:t xml:space="preserve">[05:39] </w:t>
      </w:r>
      <w:r>
        <w:t>mein ek martaba Kashmir gaya wahan mein ne</w:t>
      </w:r>
    </w:p>
    <w:p>
      <w:pPr>
        <w:jc w:val="right"/>
      </w:pPr>
      <w:r>
        <w:t>میں ایک مرتبہ کشمیر گیا۔ وہاں میں نے</w:t>
      </w:r>
    </w:p>
    <w:p>
      <w:r>
        <w:rPr>
          <w:b/>
        </w:rPr>
        <w:t xml:space="preserve">[05:48] </w:t>
      </w:r>
      <w:r>
        <w:t>kafi der ke baad pani piya tha. to jab piyas pani waise pani bhi acha tha lekin jab piyas ke baad mein ne is pani ko piya to mein ne chhe</w:t>
      </w:r>
    </w:p>
    <w:p>
      <w:pPr>
        <w:jc w:val="right"/>
      </w:pPr>
      <w:r>
        <w:t>کافی دیر کے بعد پانی پیا تھا۔ تو جب پیاس پانی ویسے پانی بھی اچھا تھا لیکن جب پیاس کے بعد میں نے اس پانی کو پیا تو میں نے چھ</w:t>
      </w:r>
    </w:p>
    <w:p>
      <w:r>
        <w:rPr>
          <w:b/>
        </w:rPr>
        <w:t xml:space="preserve">[06:06] </w:t>
      </w:r>
      <w:r>
        <w:t>gilaas pani pi gaya. chhe gilaas.</w:t>
      </w:r>
    </w:p>
    <w:p>
      <w:pPr>
        <w:jc w:val="right"/>
      </w:pPr>
      <w:r>
        <w:t>گلاس پانی پی گیا۔ چھ گلاس۔</w:t>
      </w:r>
    </w:p>
    <w:p>
      <w:r>
        <w:rPr>
          <w:b/>
        </w:rPr>
        <w:t xml:space="preserve">[06:18] </w:t>
      </w:r>
      <w:r>
        <w:t>to yeh maqsad hai roze ka. yani Allah ki nemat ko yaad karna.</w:t>
      </w:r>
    </w:p>
    <w:p>
      <w:pPr>
        <w:jc w:val="right"/>
      </w:pPr>
      <w:r>
        <w:t>تو یہ مقصد ہے روزے کا۔ یعنی اللہ کی نعمت کو یاد کرنا۔</w:t>
      </w:r>
    </w:p>
    <w:p>
      <w:r>
        <w:rPr>
          <w:b/>
        </w:rPr>
        <w:t xml:space="preserve">[06:29] </w:t>
      </w:r>
      <w:r>
        <w:t>Allah ki</w:t>
      </w:r>
    </w:p>
    <w:p>
      <w:pPr>
        <w:jc w:val="right"/>
      </w:pPr>
      <w:r>
        <w:t>اللہ کی</w:t>
      </w:r>
    </w:p>
    <w:p>
      <w:r>
        <w:rPr>
          <w:b/>
        </w:rPr>
        <w:t xml:space="preserve">[06:37] </w:t>
      </w:r>
      <w:r>
        <w:t>rizq kaisi nemat hai is ko yaad karna.</w:t>
      </w:r>
    </w:p>
    <w:p>
      <w:pPr>
        <w:jc w:val="right"/>
      </w:pPr>
      <w:r>
        <w:t>رزق کیسی نعمت ہے اس کو یاد کرنا۔</w:t>
      </w:r>
    </w:p>
    <w:p>
      <w:r>
        <w:rPr>
          <w:b/>
        </w:rPr>
        <w:t xml:space="preserve">[06:47] </w:t>
      </w:r>
      <w:r>
        <w:t>aur phir dekhiye jab ek buniyadi cheez yani khana aur pani buniyadi zaroorat hai insaan ki jab uska aap ko shadeed ehsaas hoga to doosri jo beshumar nematein hain</w:t>
      </w:r>
    </w:p>
    <w:p>
      <w:pPr>
        <w:jc w:val="right"/>
      </w:pPr>
      <w:r>
        <w:t>اور پھر دیکھیے جب ایک بنیادی چیز یعنی کھانا اور پانی بنیادی ضرورت ہے انسان کی جب اس کا آپ کو شدید احساس ہوگا تو دوسری جو بے شمار نعمتیں ہیں</w:t>
      </w:r>
    </w:p>
    <w:p>
      <w:r>
        <w:rPr>
          <w:b/>
        </w:rPr>
        <w:t xml:space="preserve">[07:06] </w:t>
      </w:r>
      <w:r>
        <w:t>wo sab aap ko yaad aayengi. Aap jante hain ke yeh poori universe jo hai insaan ke liye banai hai Allah taala ne.</w:t>
      </w:r>
    </w:p>
    <w:p>
      <w:pPr>
        <w:jc w:val="right"/>
      </w:pPr>
      <w:r>
        <w:t>وہ سب آپ کو یاد آئیں گی۔ آپ جانتے ہیں کہ یہ پوری یونیورس جو ہے انسان کے لیے بنائی ہے اللہ تعالیٰ نے۔</w:t>
      </w:r>
    </w:p>
    <w:p>
      <w:r>
        <w:rPr>
          <w:b/>
        </w:rPr>
        <w:t xml:space="preserve">[07:21] </w:t>
      </w:r>
      <w:r>
        <w:t>Poori universe custom made universe hai.</w:t>
      </w:r>
    </w:p>
    <w:p>
      <w:pPr>
        <w:jc w:val="right"/>
      </w:pPr>
      <w:r>
        <w:t>پوری یونیورس کسٹم میڈ یونیورس ہے۔</w:t>
      </w:r>
    </w:p>
    <w:p>
      <w:r>
        <w:rPr>
          <w:b/>
        </w:rPr>
        <w:t xml:space="preserve">[07:26] </w:t>
      </w:r>
      <w:r>
        <w:t>Yeh sab cheezein aap ko yaad aati hain ke kaisi ajeeb meharbani hai Khuda ki ke usne hamare liye poori poori universe ko custom made universe bana diya.</w:t>
      </w:r>
    </w:p>
    <w:p>
      <w:pPr>
        <w:jc w:val="right"/>
      </w:pPr>
      <w:r>
        <w:t>یہ سب چیزیں آپ کو یاد آتی ہیں کہ کیسی عجیب مہربانی ہے خدا کی کہ اس نے ہمارے لیے پوری پوری یونیورس کو کسٹم میڈ یونیورس بنا دیا۔</w:t>
      </w:r>
    </w:p>
    <w:p>
      <w:r>
        <w:rPr>
          <w:b/>
        </w:rPr>
        <w:t xml:space="preserve">[07:44] </w:t>
      </w:r>
      <w:r>
        <w:t>Ab yeh sab ke baad jab aap iftar karte hain, jab aap</w:t>
      </w:r>
    </w:p>
    <w:p>
      <w:pPr>
        <w:jc w:val="right"/>
      </w:pPr>
      <w:r>
        <w:t>اب یہ سب کے بعد جب آپ افطار کرتے ہیں، جب آپ</w:t>
      </w:r>
    </w:p>
    <w:p>
      <w:r>
        <w:rPr>
          <w:b/>
        </w:rPr>
        <w:t xml:space="preserve">[07:55] </w:t>
      </w:r>
      <w:r>
        <w:t>namaz padhte hain, taraveeh padhte hain to aap ka ehsaas nemmat ke bare mein kai guna badh jata hai.</w:t>
      </w:r>
    </w:p>
    <w:p>
      <w:pPr>
        <w:jc w:val="right"/>
      </w:pPr>
      <w:r>
        <w:t>نماز پڑھتے ہیں، تراویح پڑھتے ہیں تو آپ کا احساس نعمت کے بارے میں کئی گنا بڑھ جاتا ہے۔</w:t>
      </w:r>
    </w:p>
    <w:p>
      <w:r>
        <w:rPr>
          <w:b/>
        </w:rPr>
        <w:t xml:space="preserve">[08:18] </w:t>
      </w:r>
      <w:r>
        <w:t>To nemmat sirf khana peena nahi hai. Har cheez nemmat hai. Maslan dekhiye aap aap pani yeh jo hawa hai hawa hum ko har waqt milti hai.</w:t>
      </w:r>
    </w:p>
    <w:p>
      <w:pPr>
        <w:jc w:val="right"/>
      </w:pPr>
      <w:r>
        <w:t>تو نعمت صرف کھانا پینا نہیں ہے۔ ہر چیز نعمت ہے۔ مثلاً دیکھیے آپ آپ پانی یہ جو ہوا ہے ہوا ہم کو ہر وقت ملتی ہے۔</w:t>
      </w:r>
    </w:p>
    <w:p>
      <w:r>
        <w:rPr>
          <w:b/>
        </w:rPr>
        <w:t xml:space="preserve">[08:34] </w:t>
      </w:r>
      <w:r>
        <w:t>Hawa mein hum saans lete hain. Lekin aap jante hain ke jab hawa mein saans lete hain hum to hum</w:t>
      </w:r>
    </w:p>
    <w:p>
      <w:pPr>
        <w:jc w:val="right"/>
      </w:pPr>
      <w:r>
        <w:t>ہوا میں ہم سانس لیتے ہیں۔ لیکن آپ جانتے ہیں کہ جب ہوا میں سانس لیتے ہیں ہم تو ہم</w:t>
      </w:r>
    </w:p>
    <w:p>
      <w:r>
        <w:rPr>
          <w:b/>
        </w:rPr>
        <w:t xml:space="preserve">[08:49] </w:t>
      </w:r>
      <w:r>
        <w:t>bahut qeemti nemmat hasil hoti hai hum ko. Jab hawa mein saans lete hain to hum aakhri din inhale karte hain.</w:t>
      </w:r>
    </w:p>
    <w:p>
      <w:pPr>
        <w:jc w:val="right"/>
      </w:pPr>
      <w:r>
        <w:t>بہت قیمتی نعمت حاصل ہوتی ہے ہم کو۔ جب ہوا میں سانس لیتے ہیں تو ہم آخری دن انہیل کرتے ہیں۔</w:t>
      </w:r>
    </w:p>
    <w:p>
      <w:r>
        <w:rPr>
          <w:b/>
        </w:rPr>
        <w:t xml:space="preserve">[09:00] </w:t>
      </w:r>
      <w:r>
        <w:t>Aur aakhri din itni qeemti cheez hai ke iske baghair hum zinda nahi reh sakte.</w:t>
      </w:r>
    </w:p>
    <w:p>
      <w:pPr>
        <w:jc w:val="right"/>
      </w:pPr>
      <w:r>
        <w:t>اور آخری دن اتنی قیمتی چیز ہے کہ اس کے بغیر ہم زندہ نہیں رہ سکتے۔</w:t>
      </w:r>
    </w:p>
    <w:p>
      <w:r>
        <w:rPr>
          <w:b/>
        </w:rPr>
        <w:t xml:space="preserve">[09:08] </w:t>
      </w:r>
      <w:r>
        <w:t>Aur jab hum saans nikalte hain to hum carbon ko exhale karte hain.</w:t>
      </w:r>
    </w:p>
    <w:p>
      <w:pPr>
        <w:jc w:val="right"/>
      </w:pPr>
      <w:r>
        <w:t>اور جب ہم سانس نکالتے ہیں تو ہم کاربن کو ایکسیل کرتے ہیں۔</w:t>
      </w:r>
    </w:p>
    <w:p>
      <w:r>
        <w:rPr>
          <w:b/>
        </w:rPr>
        <w:t xml:space="preserve">[09:21] </w:t>
      </w:r>
      <w:r>
        <w:t>Kitna bada nizam hai yeh. To dunya mein har cheez</w:t>
      </w:r>
    </w:p>
    <w:p>
      <w:pPr>
        <w:jc w:val="right"/>
      </w:pPr>
      <w:r>
        <w:t>کتنا بڑا نظام ہے یہ۔ تو دنیا میں ہر چیز</w:t>
      </w:r>
    </w:p>
    <w:p>
      <w:r>
        <w:rPr>
          <w:b/>
        </w:rPr>
        <w:t xml:space="preserve">[09:28] </w:t>
      </w:r>
      <w:r>
        <w:t>nemmat hai. Allah Rabbul Alameen ki atiya hai. To in nematon ko, in atiyaat ko yaad karna aur is par Allah Rabbul Alameen ka</w:t>
      </w:r>
    </w:p>
    <w:p>
      <w:pPr>
        <w:jc w:val="right"/>
      </w:pPr>
      <w:r>
        <w:t>نعمت ہے۔ اللہ رب العالمین کی عطیہ ہے۔ تو ان نعمتوں کو، ان عطیات کو یاد کرنا اور اس پر اللہ رب العالمین کا</w:t>
      </w:r>
    </w:p>
    <w:p>
      <w:r>
        <w:rPr>
          <w:b/>
        </w:rPr>
        <w:t xml:space="preserve">[09:45] </w:t>
      </w:r>
      <w:r>
        <w:t>shukr karna. Shukr ke maani hote hain</w:t>
      </w:r>
    </w:p>
    <w:p>
      <w:pPr>
        <w:jc w:val="right"/>
      </w:pPr>
      <w:r>
        <w:t>شکر کرنا۔ شکر کے معنی ہوتے ہیں</w:t>
      </w:r>
    </w:p>
    <w:p>
      <w:r>
        <w:rPr>
          <w:b/>
        </w:rPr>
        <w:t xml:space="preserve">[09:56] </w:t>
      </w:r>
      <w:r>
        <w:t>gehra ehsaas. Shukr ke maani yani ek zuban se keh diya gehra ehsaas atiyaat ilahi ka.</w:t>
      </w:r>
    </w:p>
    <w:p>
      <w:pPr>
        <w:jc w:val="right"/>
      </w:pPr>
      <w:r>
        <w:t>گہرا احساس۔ شکر کے معنی یعنی ایک زبان سے کہہ دیا گہرا احساس عطیات الہی کا۔</w:t>
      </w:r>
    </w:p>
    <w:p>
      <w:r>
        <w:rPr>
          <w:b/>
        </w:rPr>
        <w:t xml:space="preserve">[10:11] </w:t>
      </w:r>
      <w:r>
        <w:t>Atiyaat ilahi ka gehra ehsaas.</w:t>
      </w:r>
    </w:p>
    <w:p>
      <w:pPr>
        <w:jc w:val="right"/>
      </w:pPr>
      <w:r>
        <w:t>عطیات الہی کا گہرا احساس۔</w:t>
      </w:r>
    </w:p>
    <w:p>
      <w:r>
        <w:rPr>
          <w:b/>
        </w:rPr>
        <w:t xml:space="preserve">[10:19] </w:t>
      </w:r>
      <w:r>
        <w:t>To main chahta hoon ke aap log is ehsaas ko zinda karein. Is ehsaas ko zinda karein.</w:t>
      </w:r>
    </w:p>
    <w:p>
      <w:pPr>
        <w:jc w:val="right"/>
      </w:pPr>
      <w:r>
        <w:t>تو میں چاہتا ہوں کہ آپ لوگ اس احساس کو زندہ کریں۔ اس احساس کو زندہ کریں۔</w:t>
      </w:r>
    </w:p>
    <w:p>
      <w:r>
        <w:rPr>
          <w:b/>
        </w:rPr>
        <w:t xml:space="preserve">[10:30] </w:t>
      </w:r>
      <w:r>
        <w:t>Aur is is mahine mein is mahine mein zyada se zyada is baat ko</w:t>
      </w:r>
    </w:p>
    <w:p>
      <w:pPr>
        <w:jc w:val="right"/>
      </w:pPr>
      <w:r>
        <w:t>اور اس اس مہینے میں اس مہینے میں زیادہ سے زیادہ اس بات کو</w:t>
      </w:r>
    </w:p>
    <w:p>
      <w:r>
        <w:rPr>
          <w:b/>
        </w:rPr>
        <w:t xml:space="preserve">[10:39] </w:t>
      </w:r>
      <w:r>
        <w:t>koshish karein ke aap Allah ke shukr guzar bande bankar rahein.</w:t>
      </w:r>
    </w:p>
    <w:p>
      <w:pPr>
        <w:jc w:val="right"/>
      </w:pPr>
      <w:r>
        <w:t>کوشش کریں کہ آپ اللہ کے شکر گزار بندے بن کر رہیں۔</w:t>
      </w:r>
    </w:p>
    <w:p>
      <w:r>
        <w:rPr>
          <w:b/>
        </w:rPr>
        <w:t xml:space="preserve">[10:48] </w:t>
      </w:r>
      <w:r>
        <w:t>Allah ke shukr guzar bande bankar rahein. Ya aap ki ibadat mein, aap ki har cheez mein shukr guzari ka jazba, shukr guzari ki</w:t>
      </w:r>
    </w:p>
    <w:p>
      <w:pPr>
        <w:jc w:val="right"/>
      </w:pPr>
      <w:r>
        <w:t>اللہ کے شکر گزار بندے بن کر رہیں۔ یا آپ کی عبادت میں، آپ کی ہر چیز میں شکر گزاری کا جذبہ، شکر گزاری کی</w:t>
      </w:r>
    </w:p>
    <w:p>
      <w:r>
        <w:rPr>
          <w:b/>
        </w:rPr>
        <w:t xml:space="preserve">[11:06] </w:t>
      </w:r>
      <w:r>
        <w:t>spirit shamil ho jaye.</w:t>
      </w:r>
    </w:p>
    <w:p>
      <w:pPr>
        <w:jc w:val="right"/>
      </w:pPr>
      <w:r>
        <w:t>اسپیٹ شامل جائے۔</w:t>
      </w:r>
    </w:p>
    <w:p>
      <w:r>
        <w:rPr>
          <w:b/>
        </w:rPr>
        <w:t xml:space="preserve">[11:12] </w:t>
      </w:r>
      <w:r>
        <w:t>Shukr guzari ki spirit jari o sari ho jaye.</w:t>
      </w:r>
    </w:p>
    <w:p>
      <w:pPr>
        <w:jc w:val="right"/>
      </w:pPr>
      <w:r>
        <w:t>شکر گزاری کی اسپیٹ جاری و ساری ہو جائے۔</w:t>
      </w:r>
    </w:p>
    <w:p>
      <w:r>
        <w:rPr>
          <w:b/>
        </w:rPr>
        <w:t xml:space="preserve">[11:22] </w:t>
      </w:r>
      <w:r>
        <w:t>Aur phir yahi کیفیت poore mahine rahe, poore saal rahe, poori zindagi rahe,</w:t>
      </w:r>
    </w:p>
    <w:p>
      <w:pPr>
        <w:jc w:val="right"/>
      </w:pPr>
      <w:r>
        <w:t>اور پھر یہی کیفیت پورے مہینے رہے، پورے سال رہے، پوری زندگی رہے،</w:t>
      </w:r>
    </w:p>
    <w:p>
      <w:r>
        <w:rPr>
          <w:b/>
        </w:rPr>
        <w:t xml:space="preserve">[11:34] </w:t>
      </w:r>
      <w:r>
        <w:t>aakhri waqt tak baqi rahe. Yeh ehsaas shukr.</w:t>
      </w:r>
    </w:p>
    <w:p>
      <w:pPr>
        <w:jc w:val="right"/>
      </w:pPr>
      <w:r>
        <w:t>آخری وقت تک باقی رہے۔ یہ احساس شکر۔</w:t>
      </w:r>
    </w:p>
    <w:p>
      <w:r>
        <w:rPr>
          <w:b/>
        </w:rPr>
        <w:t xml:space="preserve">[11:43] </w:t>
      </w:r>
      <w:r>
        <w:t>To main dua karta hoon Allah taala se apne liye, aap sab ke liye ke Allah taala hum ko shukr guzar banda bankar</w:t>
      </w:r>
    </w:p>
    <w:p>
      <w:pPr>
        <w:jc w:val="right"/>
      </w:pPr>
      <w:r>
        <w:t>تو میں دعا کرتا ہوں اللہ تعالیٰ سے اپنے لیے، آپ سب کے لیے کہ اللہ تعالیٰ ہم کو شکر گزار بندہ بن کر</w:t>
      </w:r>
    </w:p>
    <w:p>
      <w:r>
        <w:rPr>
          <w:b/>
        </w:rPr>
        <w:t xml:space="preserve">[11:54] </w:t>
      </w:r>
      <w:r>
        <w:t>banne ki tofeeq de. shukr guzar.</w:t>
      </w:r>
    </w:p>
    <w:p>
      <w:pPr>
        <w:jc w:val="right"/>
      </w:pPr>
      <w:r>
        <w:t>بننے کی توفیق دے۔ شکر گزار۔</w:t>
      </w:r>
    </w:p>
    <w:p>
      <w:r>
        <w:rPr>
          <w:b/>
        </w:rPr>
        <w:t xml:space="preserve">[12:02] </w:t>
      </w:r>
      <w:r>
        <w:t>shukr guzar banda.</w:t>
      </w:r>
    </w:p>
    <w:p>
      <w:pPr>
        <w:jc w:val="right"/>
      </w:pPr>
      <w:r>
        <w:t>شکر گزار بندہ۔</w:t>
      </w:r>
    </w:p>
    <w:p>
      <w:r>
        <w:rPr>
          <w:b/>
        </w:rPr>
        <w:t xml:space="preserve">[12:11] </w:t>
      </w:r>
      <w:r>
        <w:t>tofeeq de. aur Allah qabool farmaye hamari</w:t>
      </w:r>
    </w:p>
    <w:p>
      <w:pPr>
        <w:jc w:val="right"/>
      </w:pPr>
      <w:r>
        <w:t>توفیق دے۔ اور اللہ قبول فرمائے ہماری</w:t>
      </w:r>
    </w:p>
    <w:p>
      <w:r>
        <w:rPr>
          <w:b/>
        </w:rPr>
        <w:t xml:space="preserve">[12:19] </w:t>
      </w:r>
      <w:r>
        <w:t>hamari ibadat ko, hamari shukr guzari ko, sab cheez ko qabool farmaye.</w:t>
      </w:r>
    </w:p>
    <w:p>
      <w:pPr>
        <w:jc w:val="right"/>
      </w:pPr>
      <w:r>
        <w:t>ہماری عبادت کو، ہماری شکر گزاری کو، سب چیز کو قبول فرمائے۔</w:t>
      </w:r>
    </w:p>
    <w:p>
      <w:r>
        <w:rPr>
          <w:b/>
        </w:rPr>
        <w:t xml:space="preserve">[12:32] </w:t>
      </w:r>
      <w:r>
        <w:t>Assalam o alaikum wa rehmatullah.</w:t>
      </w:r>
    </w:p>
    <w:p>
      <w:pPr>
        <w:jc w:val="right"/>
      </w:pPr>
      <w:r>
        <w:t>السلام علیکم ورحمۃ اللہ۔</w:t>
      </w:r>
    </w:p>
    <w:p>
      <w:r>
        <w:rPr>
          <w:b/>
        </w:rPr>
        <w:t xml:space="preserve">[12:50] </w:t>
      </w:r>
      <w:r>
        <w:t>Maulana sahib aap ke liye sawal hai. Ali Raza sahib ka. Woh keh rahe hain Maulana Islam mein tasawwuf ki kya haqeeqat hai?</w:t>
      </w:r>
    </w:p>
    <w:p>
      <w:pPr>
        <w:jc w:val="right"/>
      </w:pPr>
      <w:r>
        <w:t>مولانا صاحب آپ کے لیے سوال ہے۔ علی رضا صاحب کا۔ وہ کہہ رہے ہیں مولانا اسلام میں تصوف کی کیا حقیقت ہے؟</w:t>
      </w:r>
    </w:p>
    <w:p>
      <w:r>
        <w:rPr>
          <w:b/>
        </w:rPr>
        <w:t xml:space="preserve">[13:03] </w:t>
      </w:r>
      <w:r>
        <w:t>dekhiye</w:t>
      </w:r>
    </w:p>
    <w:p>
      <w:pPr>
        <w:jc w:val="right"/>
      </w:pPr>
      <w:r>
        <w:t>دیکھیے</w:t>
      </w:r>
    </w:p>
    <w:p>
      <w:r>
        <w:rPr>
          <w:b/>
        </w:rPr>
        <w:t xml:space="preserve">[13:06] </w:t>
      </w:r>
      <w:r>
        <w:t>ek hai haqeeqat aur ek hai form. Jis tasawwur ka tasawwuf ka jo form ban gaya hai woh woh</w:t>
      </w:r>
    </w:p>
    <w:p>
      <w:pPr>
        <w:jc w:val="right"/>
      </w:pPr>
      <w:r>
        <w:t>ایک ہے حقیقت اور ایک ہے فارم۔ جس تصور کا تصوف کا جو فارم بن گیا ہے وہ وہ</w:t>
      </w:r>
    </w:p>
    <w:p>
      <w:r>
        <w:rPr>
          <w:b/>
        </w:rPr>
        <w:t xml:space="preserve">[13:23] </w:t>
      </w:r>
      <w:r>
        <w:t>poora ka poora mabni par qalb hai. To main zaati taur par mabni par qalb tasawwuf ko nahi manta.</w:t>
      </w:r>
    </w:p>
    <w:p>
      <w:pPr>
        <w:jc w:val="right"/>
      </w:pPr>
      <w:r>
        <w:t>پورا کا پورا مبنی پر قلب ہے۔ تو میں ذاتی طور پر مبنی پر قلب تصوف کو نہیں مانتا۔</w:t>
      </w:r>
    </w:p>
    <w:p>
      <w:r>
        <w:rPr>
          <w:b/>
        </w:rPr>
        <w:t xml:space="preserve">[13:34] </w:t>
      </w:r>
      <w:r>
        <w:t>lekin doosra tasawwuf jo mabni par</w:t>
      </w:r>
    </w:p>
    <w:p>
      <w:pPr>
        <w:jc w:val="right"/>
      </w:pPr>
      <w:r>
        <w:t>لیکن دوسرا تصوف جو مبنی پر</w:t>
      </w:r>
    </w:p>
    <w:p>
      <w:r>
        <w:rPr>
          <w:b/>
        </w:rPr>
        <w:t xml:space="preserve">[13:41] </w:t>
      </w:r>
      <w:r>
        <w:t>mind hai woh sacha tasawwuf wahi tasawwuf hai aur woh ain Islami hai. Ain Islami hai.</w:t>
      </w:r>
    </w:p>
    <w:p>
      <w:pPr>
        <w:jc w:val="right"/>
      </w:pPr>
      <w:r>
        <w:t>مائنڈ ہے وہ سچا تصوف وہی تصوف ہے اور وہ عین اسلامی ہے۔ عین اسلامی ہے۔</w:t>
      </w:r>
    </w:p>
    <w:p>
      <w:r>
        <w:rPr>
          <w:b/>
        </w:rPr>
        <w:t xml:space="preserve">[13:51] </w:t>
      </w:r>
      <w:r>
        <w:t>Islami tasawwuf mabni par mind hai. Aur</w:t>
      </w:r>
    </w:p>
    <w:p>
      <w:pPr>
        <w:jc w:val="right"/>
      </w:pPr>
      <w:r>
        <w:t>اسلامی تصوف مبنی پر مائنڈ ہے۔ اور</w:t>
      </w:r>
    </w:p>
    <w:p>
      <w:r>
        <w:rPr>
          <w:b/>
        </w:rPr>
        <w:t xml:space="preserve">[13:58] </w:t>
      </w:r>
      <w:r>
        <w:t>rasmi tasawwuf hai woh mabni par qalb hai. To main zaati taur par mabni par qalb tasawwuf</w:t>
      </w:r>
    </w:p>
    <w:p>
      <w:pPr>
        <w:jc w:val="right"/>
      </w:pPr>
      <w:r>
        <w:t>رسمی تصوف ہے وہ مبنی پر قلب ہے۔ تو میں ذاتی طور پر مبنی پر قلب تصوف</w:t>
      </w:r>
    </w:p>
    <w:p>
      <w:r>
        <w:rPr>
          <w:b/>
        </w:rPr>
        <w:t xml:space="preserve">[14:11] </w:t>
      </w:r>
      <w:r>
        <w:t>ko nahi manta hoon. Lekin mabni par mabni par mind tasawwuf ko zaati taur par is par amal hoon aur is ko ikhtiyar kiya hua hoon.</w:t>
      </w:r>
    </w:p>
    <w:p>
      <w:pPr>
        <w:jc w:val="right"/>
      </w:pPr>
      <w:r>
        <w:t>کو نہیں مانتا ہوں۔ لیکن مبنی پر مبنی پر مائنڈ تصوف کو ذاتی طور پر اس پر عامل ہوں اور اس کو اختیار کیا ہوا ہوں۔</w:t>
      </w:r>
    </w:p>
    <w:p>
      <w:r>
        <w:rPr>
          <w:b/>
        </w:rPr>
        <w:t xml:space="preserve">[14:28] </w:t>
      </w:r>
      <w:r>
        <w:t>Maulana sahib ne yeh baat bohat tafseel se kitaab marifat mein bayan ki hai. Aap is ko parh sakte hain. Is ko Angrezi mein bhi available hai aur Urdu mein to hai hi.</w:t>
      </w:r>
    </w:p>
    <w:p>
      <w:pPr>
        <w:jc w:val="right"/>
      </w:pPr>
      <w:r>
        <w:t>مولانا صاحب نے یہ بات بہت تفصیل سے کتاب معرفت میں بیان کی ہے۔ آپ اس کو پڑھ سکتے ہیں۔ اس کو انگریزی میں بھی اویلیبل ہے اور اردو میں تو ہے ہی۔</w:t>
      </w:r>
    </w:p>
    <w:p>
      <w:r>
        <w:rPr>
          <w:b/>
        </w:rPr>
        <w:t xml:space="preserve">[14:44] </w:t>
      </w:r>
      <w:r>
        <w:t>Maulana sahib ek comment hai Maulana Waral ka. Hello you are my favorite scholar. I wish I could meet you and have talk in real or in person.</w:t>
      </w:r>
    </w:p>
    <w:p>
      <w:pPr>
        <w:jc w:val="right"/>
      </w:pPr>
      <w:r>
        <w:t>مولانا صاحب ایک کمنٹ ہے مولانا وارالز کا۔ ہیلو یو آر مائی فیوریٹ سکالر۔ آئی وش آئی کڈ میٹ یو اینڈ ہیو ٹاک ان ریل اور ان پرسن۔</w:t>
      </w:r>
    </w:p>
    <w:p>
      <w:r>
        <w:rPr>
          <w:b/>
        </w:rPr>
        <w:t xml:space="preserve">[14:59] </w:t>
      </w:r>
      <w:r>
        <w:t>May Allah bless you a lot. Your knowledge is so pure and full of wisdom. If you see my message please pray for me to Allah to give me such intense knowledge.</w:t>
      </w:r>
    </w:p>
    <w:p>
      <w:pPr>
        <w:jc w:val="right"/>
      </w:pPr>
      <w:r>
        <w:t>می اللہ بلیس یو ا لاٹ۔ یور نالج از سو پیور اینڈ فل آف وزڈم۔ اف یو سی مائی میسج پلیز پری فار می ٹو اللہ ٹو گیو می سچ انٹینسو نالج۔</w:t>
      </w:r>
    </w:p>
    <w:p>
      <w:r>
        <w:rPr>
          <w:b/>
        </w:rPr>
        <w:t xml:space="preserve">[15:17] </w:t>
      </w:r>
      <w:r>
        <w:t>Main dua karta hoon Allah taala aap ko qabool farmaye.</w:t>
      </w:r>
    </w:p>
    <w:p>
      <w:pPr>
        <w:jc w:val="right"/>
      </w:pPr>
      <w:r>
        <w:t>میں دعا کرتا ہوں اللہ تعالی آپ کو قبول فرمائے۔</w:t>
      </w:r>
    </w:p>
    <w:p>
      <w:r>
        <w:rPr>
          <w:b/>
        </w:rPr>
        <w:t xml:space="preserve">[15:25] </w:t>
      </w:r>
      <w:r>
        <w:t>Maulana Iqbal Umri ka bhi ek comment hai. Nematon ka ehsas nematton ke rukne ke baad ya khone ke baad hota hai.</w:t>
      </w:r>
    </w:p>
    <w:p>
      <w:pPr>
        <w:jc w:val="right"/>
      </w:pPr>
      <w:r>
        <w:t>مولانا اقبال عمری کا بھی ایک کمنٹ ہے۔ نعمتوں کا احساس نعمتوں کے رکنے کے بعد یا کھونے کے بعد ہوتا ہے۔</w:t>
      </w:r>
    </w:p>
    <w:p>
      <w:r>
        <w:rPr>
          <w:b/>
        </w:rPr>
        <w:t xml:space="preserve">[15:37] </w:t>
      </w:r>
      <w:r>
        <w:t>Roza yahi ehsas jagata hai. Sahi hai. Sahi hai. Bilkul sahi hai.</w:t>
      </w:r>
    </w:p>
    <w:p>
      <w:pPr>
        <w:jc w:val="right"/>
      </w:pPr>
      <w:r>
        <w:t>روزہ یہی احساس جگاتا ہے۔ صحیح ہے۔ صحیح ہے۔ بالکل صحیح ہے۔</w:t>
      </w:r>
    </w:p>
    <w:p>
      <w:r>
        <w:rPr>
          <w:b/>
        </w:rPr>
        <w:t xml:space="preserve">[15:53] </w:t>
      </w:r>
      <w:r>
        <w:t>Sajjad Ali London se likhte hain. Mashallah Allah aap ko himmat diye rakhein. Aap ko dekh kar jahad aur apne maqsad par irtiqaa ka namoona o hausla milta hai.</w:t>
      </w:r>
    </w:p>
    <w:p>
      <w:pPr>
        <w:jc w:val="right"/>
      </w:pPr>
      <w:r>
        <w:t>سجاد علی لندن سے لکھتے ہیں۔ ماشاءاللہ اللہ آپ کو ہمت دیے رکھیں۔ آپ کو دیکھ کر جدوجہد اور اپنے مقصد پر ارتقاض کا نمونہ و حوصلہ ملتا ہے۔</w:t>
      </w:r>
    </w:p>
    <w:p>
      <w:r>
        <w:rPr>
          <w:b/>
        </w:rPr>
        <w:t xml:space="preserve">[16:10] </w:t>
      </w:r>
      <w:r>
        <w:t>Jazak Allah. Mashallah.</w:t>
      </w:r>
    </w:p>
    <w:p>
      <w:pPr>
        <w:jc w:val="right"/>
      </w:pPr>
      <w:r>
        <w:t>جزاک اللہ۔ ماشاءاللہ۔</w:t>
      </w:r>
    </w:p>
    <w:p>
      <w:r>
        <w:rPr>
          <w:b/>
        </w:rPr>
        <w:t xml:space="preserve">[16:19] </w:t>
      </w:r>
      <w:r>
        <w:t>Shaan likhte hain. May Allah bless you please pray for me. Inshallah. Doctor Rajat Malhotra likhte hain.</w:t>
      </w:r>
    </w:p>
    <w:p>
      <w:pPr>
        <w:jc w:val="right"/>
      </w:pPr>
      <w:r>
        <w:t>شان لکھتے ہیں۔ می اللہ بلیس یو پلیز پری فار می۔ انشاءاللہ۔ ڈاکٹر رجت ملہوترا لکھتے ہیں۔</w:t>
      </w:r>
    </w:p>
    <w:p>
      <w:r>
        <w:rPr>
          <w:b/>
        </w:rPr>
        <w:t xml:space="preserve">[16:32] </w:t>
      </w:r>
      <w:r>
        <w:t>Maulana your talks and ideology</w:t>
      </w:r>
    </w:p>
    <w:p>
      <w:pPr>
        <w:jc w:val="right"/>
      </w:pPr>
      <w:r>
        <w:t>مولانا یور ٹاکس اینڈ آئیڈیالوجی</w:t>
      </w:r>
    </w:p>
    <w:p>
      <w:r>
        <w:rPr>
          <w:b/>
        </w:rPr>
        <w:t xml:space="preserve">[16:35] </w:t>
      </w:r>
      <w:r>
        <w:t>has given us a new perspective to every small and big thing around us. Everything now appears as God's blessing.</w:t>
      </w:r>
    </w:p>
    <w:p>
      <w:pPr>
        <w:jc w:val="right"/>
      </w:pPr>
      <w:r>
        <w:t>ہیز گیون اس ا نیو پرسپیکٹو ٹو ایوری سمال اینڈ بگ تھنگ اراؤنڈ اس۔ ایوری تھنگ ناو اپیئرز ایز گاڈز بلیسنگ۔</w:t>
      </w:r>
    </w:p>
    <w:p>
      <w:r>
        <w:rPr>
          <w:b/>
        </w:rPr>
        <w:t xml:space="preserve">[16:47] </w:t>
      </w:r>
      <w:r>
        <w:t>we all need to personalize these blessings daily.</w:t>
      </w:r>
    </w:p>
    <w:p>
      <w:pPr>
        <w:jc w:val="right"/>
      </w:pPr>
      <w:r>
        <w:t>وی ال نیڈ ٹو پرسنلائز دیز بلیسنگز ڈیلی۔</w:t>
      </w:r>
    </w:p>
    <w:p>
      <w:r>
        <w:rPr>
          <w:b/>
        </w:rPr>
        <w:t xml:space="preserve">[16:51] </w:t>
      </w:r>
      <w:r>
        <w:t>thank you Maulana.</w:t>
      </w:r>
    </w:p>
    <w:p>
      <w:pPr>
        <w:jc w:val="right"/>
      </w:pPr>
      <w:r>
        <w:t>تھینک یو مولانا۔</w:t>
      </w:r>
    </w:p>
    <w:p>
      <w:r>
        <w:rPr>
          <w:b/>
        </w:rPr>
        <w:t xml:space="preserve">[17:03] </w:t>
      </w:r>
      <w:r>
        <w:t>mustafa hmm mustafa khan likhte hain. Maulana sahib Allah aap ko salamat rakhe ke aap is umar mein bhi logon ko achi baaton ki talqeen farmate hain.</w:t>
      </w:r>
    </w:p>
    <w:p>
      <w:pPr>
        <w:jc w:val="right"/>
      </w:pPr>
      <w:r>
        <w:t>مصطفی ہمم مصطفی خان لکھتے ہیں۔ مولانا صاحب اللہ آپ کو سلامت رکھیں کہ آپ اس عمر میں بھی لوگوں کو اچھی باتوں کی تلقین فرماتے ہیں۔</w:t>
      </w:r>
    </w:p>
    <w:p>
      <w:r>
        <w:rPr>
          <w:b/>
        </w:rPr>
        <w:t xml:space="preserve">[17:23] </w:t>
      </w:r>
      <w:r>
        <w:t>Muhammad Tauseef likhte hain. lets be thankful for all that we have.</w:t>
      </w:r>
    </w:p>
    <w:p>
      <w:pPr>
        <w:jc w:val="right"/>
      </w:pPr>
      <w:r>
        <w:t>محمد توصیف لکھتے ہیں۔ لیٹس بی تھینک فل فار ال دیٹ وی ہیو۔</w:t>
      </w:r>
    </w:p>
    <w:p>
      <w:r>
        <w:rPr>
          <w:b/>
        </w:rPr>
        <w:t xml:space="preserve">[17:32] </w:t>
      </w:r>
      <w:r>
        <w:t>masha Allah. Shakeel Ahmed likhte hain. the greatest blessing of this month is the Quran by which God Almighty gave guidance to human beings.</w:t>
      </w:r>
    </w:p>
    <w:p>
      <w:pPr>
        <w:jc w:val="right"/>
      </w:pPr>
      <w:r>
        <w:t>ماشاءاللہ۔ شکیل احمد لکھتے ہیں۔ دا گریٹسٹ بلیسنگ اف دس منتھ از دا قران بائی وچ گاڈ المائٹی گیو گائیڈنس ٹو ہیومن بینگز۔</w:t>
      </w:r>
    </w:p>
    <w:p>
      <w:r>
        <w:rPr>
          <w:b/>
        </w:rPr>
        <w:t xml:space="preserve">[17:49] </w:t>
      </w:r>
      <w:r>
        <w:t>masha Allah.</w:t>
      </w:r>
    </w:p>
    <w:p>
      <w:pPr>
        <w:jc w:val="right"/>
      </w:pPr>
      <w:r>
        <w:t>ماشاءاللہ۔</w:t>
      </w:r>
    </w:p>
    <w:p>
      <w:r>
        <w:rPr>
          <w:b/>
        </w:rPr>
        <w:t xml:space="preserve">[17:52] </w:t>
      </w:r>
      <w:r>
        <w:t>Riyaz Bhat likhte hain. Maulana sahib your guidance has moved our focus from have-nots to haves.</w:t>
      </w:r>
    </w:p>
    <w:p>
      <w:pPr>
        <w:jc w:val="right"/>
      </w:pPr>
      <w:r>
        <w:t>ریاض بھٹ لکھتے ہیں۔ مولانا صاحب یور گائیڈنس ہیز مووڈ اور فوکس فرام ہیو ناٹس ٹو ہیوز۔</w:t>
      </w:r>
    </w:p>
    <w:p>
      <w:r>
        <w:rPr>
          <w:b/>
        </w:rPr>
        <w:t xml:space="preserve">[18:02] </w:t>
      </w:r>
      <w:r>
        <w:t>this has help us to acknowledge the blessings of the creator and become a positive personality.</w:t>
      </w:r>
    </w:p>
    <w:p>
      <w:pPr>
        <w:jc w:val="right"/>
      </w:pPr>
      <w:r>
        <w:t>دس ہیز ہیلپ اس ٹو ایکنالج دا بلیسنگز اف دا کریٹر اینڈ بیکم ا پازیٹیو پرسنیلٹی۔</w:t>
      </w:r>
    </w:p>
    <w:p>
      <w:r>
        <w:rPr>
          <w:b/>
        </w:rPr>
        <w:t xml:space="preserve">[18:13] </w:t>
      </w:r>
      <w:r>
        <w:t>Dr. Aslam Khan likhte hain. Maulana har koi is galat fehmi mein mubtala hai ke woh dawat-e-haq de raha hai.</w:t>
      </w:r>
    </w:p>
    <w:p>
      <w:pPr>
        <w:jc w:val="right"/>
      </w:pPr>
      <w:r>
        <w:t>ڈاکٹر اسلم خان لکھتے ہیں۔ مولانا ہر کوئی اس غلط فہمی میں مبتلا ہے کہ وہ دعوت حق دے رہا ہے۔</w:t>
      </w:r>
    </w:p>
    <w:p>
      <w:r>
        <w:rPr>
          <w:b/>
        </w:rPr>
        <w:t xml:space="preserve">[18:24] </w:t>
      </w:r>
      <w:r>
        <w:t>lekin jo tadap aur modesty aap aur aap ki family mein hai woh exception hai. Allah aap ki rehnumai poori dunya ko naseeb farmaye.</w:t>
      </w:r>
    </w:p>
    <w:p>
      <w:pPr>
        <w:jc w:val="right"/>
      </w:pPr>
      <w:r>
        <w:t>لیکن جو تڑپ اور ماڈیسٹی آپ اور آپ کی فیملی میں ہے وہ ایکسیپشن ہے۔ اللہ آپ کی رہنمائی پوری دنیا کو نصیب فرمائے۔</w:t>
      </w:r>
    </w:p>
    <w:p>
      <w:r>
        <w:rPr>
          <w:b/>
        </w:rPr>
        <w:t xml:space="preserve">[18:38] </w:t>
      </w:r>
      <w:r>
        <w:t>jazakum Allah.</w:t>
      </w:r>
    </w:p>
    <w:p>
      <w:pPr>
        <w:jc w:val="right"/>
      </w:pPr>
      <w:r>
        <w:t>جزاکم اللہ۔</w:t>
      </w:r>
    </w:p>
    <w:p>
      <w:r>
        <w:rPr>
          <w:b/>
        </w:rPr>
        <w:t xml:space="preserve">[18:42] </w:t>
      </w:r>
      <w:r>
        <w:t>zyada tar logon ne kaha hai ke hamare liye dua dua karein. dua ki darkhwast kar rahe hain. zaroor insha Allah. hum aap sab ke liye dua karte hain.</w:t>
      </w:r>
    </w:p>
    <w:p>
      <w:pPr>
        <w:jc w:val="right"/>
      </w:pPr>
      <w:r>
        <w:t>زیادہ تر لوگوں نے کہا ہے کہ ہمارے لیے دعا دعا کریں۔ دعا کی درخواست کر رہے ہیں۔ ضرور انشاءاللہ۔ ہم آپ سب کے لیے دعا کرتے ہیں۔</w:t>
      </w:r>
    </w:p>
    <w:p>
      <w:r>
        <w:rPr>
          <w:b/>
        </w:rPr>
        <w:t xml:space="preserve">[18:55] </w:t>
      </w:r>
      <w:r>
        <w:t>ek ek sahib ne likha hai naam clear nahi aa raha hai. pray for corona virus to end. insha Allah.</w:t>
      </w:r>
    </w:p>
    <w:p>
      <w:pPr>
        <w:jc w:val="right"/>
      </w:pPr>
      <w:r>
        <w:t>ایک ایک صاحب نے لکھا ہے نام کلیئر نہیں آ رہا ہے۔ پری فار کرونا وائرس ٹو اینڈ۔ انشاءاللہ۔</w:t>
      </w:r>
    </w:p>
    <w:p>
      <w:r>
        <w:rPr>
          <w:b/>
        </w:rPr>
        <w:t xml:space="preserve">[19:04] </w:t>
      </w:r>
      <w:r>
        <w:t>insha Allah.</w:t>
      </w:r>
    </w:p>
    <w:p>
      <w:pPr>
        <w:jc w:val="right"/>
      </w:pPr>
      <w:r>
        <w:t>انشاءاللہ۔</w:t>
      </w:r>
    </w:p>
    <w:p>
      <w:r>
        <w:rPr>
          <w:b/>
        </w:rPr>
        <w:t xml:space="preserve">[19:06] </w:t>
      </w:r>
      <w:r>
        <w:t>yeh prayer ek aayi thi kis tareekh ko mujhe koi yaad nahi hai lekin bohat hi zabardast bohat hi moving prayer aayi thi Maulana sahib ki.</w:t>
      </w:r>
    </w:p>
    <w:p>
      <w:pPr>
        <w:jc w:val="right"/>
      </w:pPr>
      <w:r>
        <w:t>یہ پریئر ایک آئی تھی کس تاریخ کو مجھے کوئی یاد نہیں ہے لیکن بہت ہی زبردست بہت ہی موونگ پریئر آئی تھی مولانا صاحب کی۔</w:t>
      </w:r>
    </w:p>
    <w:p>
      <w:r>
        <w:rPr>
          <w:b/>
        </w:rPr>
        <w:t xml:space="preserve">[19:20] </w:t>
      </w:r>
      <w:r>
        <w:t>date nahi yaad aa rahi aap ko mil jayegi.</w:t>
      </w:r>
    </w:p>
    <w:p>
      <w:pPr>
        <w:jc w:val="right"/>
      </w:pPr>
      <w:r>
        <w:t>ڈیٹ نہیں یاد آ رہی آپ کو مل جائے گی۔</w:t>
      </w:r>
    </w:p>
    <w:p>
      <w:r>
        <w:rPr>
          <w:b/>
        </w:rPr>
        <w:t xml:space="preserve">[19:32] </w:t>
      </w:r>
      <w:r>
        <w:t>Bangladesh se aaya hai naam Bengali mein likha hua hai. always praying for you dear chef.</w:t>
      </w:r>
    </w:p>
    <w:p>
      <w:pPr>
        <w:jc w:val="right"/>
      </w:pPr>
      <w:r>
        <w:t>بنگلہ دیش سے آیا ہے نام بنگالی میں لکھا ہوا ہے۔ الویز پرینگ فار یو ڈیئر شیف۔</w:t>
      </w:r>
    </w:p>
    <w:p>
      <w:r>
        <w:rPr>
          <w:b/>
        </w:rPr>
        <w:t xml:space="preserve">[19:44] </w:t>
      </w:r>
      <w:r>
        <w:t>jazakum Allah.</w:t>
      </w:r>
    </w:p>
    <w:p>
      <w:pPr>
        <w:jc w:val="right"/>
      </w:pPr>
      <w:r>
        <w:t>جزاکم اللہ۔</w:t>
      </w:r>
    </w:p>
    <w:p>
      <w:r>
        <w:rPr>
          <w:b/>
        </w:rPr>
        <w:t xml:space="preserve">[19:47] </w:t>
      </w:r>
      <w:r>
        <w:t>Afghanistan se bhi aaya hai ke please pray for Afghanistan. jazakum Allah.</w:t>
      </w:r>
    </w:p>
    <w:p>
      <w:pPr>
        <w:jc w:val="right"/>
      </w:pPr>
      <w:r>
        <w:t>افغانستان سے بھی آیا ہے کہ پلیز پری فار افغانستان۔ جزاکم اللہ۔</w:t>
      </w:r>
    </w:p>
    <w:p>
      <w:r>
        <w:rPr>
          <w:b/>
        </w:rPr>
        <w:t xml:space="preserve">[20:04] </w:t>
      </w:r>
      <w:r>
        <w:t>Assalamu Alaikum Maulana Raees Lone yeh Kashmir se likh rahe hain. I am from Kashmir. may Allah bless you tell me something about Maulana Maududi.</w:t>
      </w:r>
    </w:p>
    <w:p>
      <w:pPr>
        <w:jc w:val="right"/>
      </w:pPr>
      <w:r>
        <w:t>السلام علیکم مولانا رئیس لون یہ کشمیر سے لکھ رہے ہیں۔ آئی ایم فرام کشمیر۔ می اللہ بلیس یو ٹیل می سمتھنگ اباؤٹ مولانا مودودی۔</w:t>
      </w:r>
    </w:p>
    <w:p>
      <w:r>
        <w:rPr>
          <w:b/>
        </w:rPr>
        <w:t xml:space="preserve">[20:22] </w:t>
      </w:r>
      <w:r>
        <w:t>Maududi sahib se main</w:t>
      </w:r>
    </w:p>
    <w:p>
      <w:pPr>
        <w:jc w:val="right"/>
      </w:pPr>
      <w:r>
        <w:t>مودودی صاحب سے میں</w:t>
      </w:r>
    </w:p>
    <w:p>
      <w:r>
        <w:rPr>
          <w:b/>
        </w:rPr>
        <w:t xml:space="preserve">[20:26] </w:t>
      </w:r>
      <w:r>
        <w:t>baqayda mila hoon. ghaliban do baar. un ki kuch yaadein hain maine likhi hain.</w:t>
      </w:r>
    </w:p>
    <w:p>
      <w:pPr>
        <w:jc w:val="right"/>
      </w:pPr>
      <w:r>
        <w:t>باقاعدہ ملا ہوں۔ غالباً دو بار۔ ان کی کچھ یادیں ہیں میں نے لکھی ہیں۔</w:t>
      </w:r>
    </w:p>
    <w:p>
      <w:r>
        <w:rPr>
          <w:b/>
        </w:rPr>
        <w:t xml:space="preserve">[20:36] </w:t>
      </w:r>
      <w:r>
        <w:t>aap parh sakte hain.</w:t>
      </w:r>
    </w:p>
    <w:p>
      <w:pPr>
        <w:jc w:val="right"/>
      </w:pPr>
      <w:r>
        <w:t>آپ پڑھ سکتے ہیں۔</w:t>
      </w:r>
    </w:p>
    <w:p>
      <w:r>
        <w:rPr>
          <w:b/>
        </w:rPr>
        <w:t xml:space="preserve">[20:44] </w:t>
      </w:r>
      <w:r>
        <w:t>is mulaqat ke baray mein aur apni yaadon ke baray mein maine likha hai.</w:t>
      </w:r>
    </w:p>
    <w:p>
      <w:pPr>
        <w:jc w:val="right"/>
      </w:pPr>
      <w:r>
        <w:t>اس ملاقات کے بارے میں اور اپنی یادوں کے بارے میں میں نے لکھا ہے۔</w:t>
      </w:r>
    </w:p>
    <w:p>
      <w:r>
        <w:rPr>
          <w:b/>
        </w:rPr>
        <w:t xml:space="preserve">[20:58] </w:t>
      </w:r>
      <w:r>
        <w:t>Abdullah likhte hain. location nahi maloom. Assalamu Alaikum Maulana sahib. hum aap ke mudah hain. Rab-e-Zillat aap jaisay jadeed aalim aur kamil insan ko salamat rakhe.</w:t>
      </w:r>
    </w:p>
    <w:p>
      <w:pPr>
        <w:jc w:val="right"/>
      </w:pPr>
      <w:r>
        <w:t>عبداللہ لکھتے ہیں۔ لوکیشن نہیں معلوم۔ السلام علیکم مولانا صاحب۔ ہم آپ کے مداح ہیں۔ رب العزت آپ جیسے جید عالم اور کامل انسان کو سلامت رکھے۔</w:t>
      </w:r>
    </w:p>
    <w:p>
      <w:r>
        <w:rPr>
          <w:b/>
        </w:rPr>
        <w:t xml:space="preserve">[21:13] </w:t>
      </w:r>
      <w:r>
        <w:t>qibla dua farmaye. jazakallah. jazakallah.</w:t>
      </w:r>
    </w:p>
    <w:p>
      <w:pPr>
        <w:jc w:val="right"/>
      </w:pPr>
      <w:r>
        <w:t>قبلہ دعا فرمائیے۔ جزاکم اللہ۔ جزاکم اللہ۔</w:t>
      </w:r>
    </w:p>
    <w:p>
      <w:r>
        <w:rPr>
          <w:b/>
        </w:rPr>
        <w:t xml:space="preserve">[21:26] </w:t>
      </w:r>
      <w:r>
        <w:t>muhammad salih ibrahim ka sawal hai. assalam o alaikum molana. may allah have mercy upon you.</w:t>
      </w:r>
    </w:p>
    <w:p>
      <w:pPr>
        <w:jc w:val="right"/>
      </w:pPr>
      <w:r>
        <w:t>محمد صالح ابراہیم کا سوال ہے۔ السلام علیکم مولانا۔ می اللہ ہیو مرسی اپان یو۔</w:t>
      </w:r>
    </w:p>
    <w:p>
      <w:r>
        <w:rPr>
          <w:b/>
        </w:rPr>
        <w:t xml:space="preserve">[21:36] </w:t>
      </w:r>
      <w:r>
        <w:t>My question to Maulana is how to develop essence of shukr in us. Please guide us.</w:t>
      </w:r>
    </w:p>
    <w:p>
      <w:pPr>
        <w:jc w:val="right"/>
      </w:pPr>
      <w:r>
        <w:t>مائی کوئسچن ٹو مولانا از ہاؤ ٹو ڈیولپ ایسنس اف شکر ان اس پلیز گائیڈ اس۔</w:t>
      </w:r>
    </w:p>
    <w:p>
      <w:r>
        <w:rPr>
          <w:b/>
        </w:rPr>
        <w:t xml:space="preserve">[21:49] </w:t>
      </w:r>
      <w:r>
        <w:t>ghor ghor o fikr se hota hai. yeh sochiye tafakkur kijiye tadabbur kijiye aur koi doosra tareeqa nahi hai.</w:t>
      </w:r>
    </w:p>
    <w:p>
      <w:pPr>
        <w:jc w:val="right"/>
      </w:pPr>
      <w:r>
        <w:t>غور غور و فکر سے ہوتا ہے۔ یہ سوچیے تفکر کیجئے تدبر کیجئے اور کوئی دوسرا طریقہ نہیں ہے۔</w:t>
      </w:r>
    </w:p>
    <w:p>
      <w:r>
        <w:rPr>
          <w:b/>
        </w:rPr>
        <w:t xml:space="preserve">[22:07] </w:t>
      </w:r>
      <w:r>
        <w:t>ghor o fikr aur tadabbur isi se aam cheezein paida hoti hain.</w:t>
      </w:r>
    </w:p>
    <w:p>
      <w:pPr>
        <w:jc w:val="right"/>
      </w:pPr>
      <w:r>
        <w:t>غور و فکر اور تدبر اسی سے عام چیزیں پیدا ہوتی ہیں۔</w:t>
      </w:r>
    </w:p>
    <w:p>
      <w:r>
        <w:rPr>
          <w:b/>
        </w:rPr>
        <w:t xml:space="preserve">[22:17] </w:t>
      </w:r>
      <w:r>
        <w:t>ghor o fikr aur tadabbur. hmm.</w:t>
      </w:r>
    </w:p>
    <w:p>
      <w:pPr>
        <w:jc w:val="right"/>
      </w:pPr>
      <w:r>
        <w:t>غور و فکر اور تدبر۔ ہمم۔</w:t>
      </w:r>
    </w:p>
    <w:p>
      <w:r>
        <w:rPr>
          <w:b/>
        </w:rPr>
        <w:t xml:space="preserve">[22:25] </w:t>
      </w:r>
      <w:r>
        <w:t>murtaza ahmed likhte hain. molana sahib your scholarship is exceptional in the subcontinent. i follow you and love your literature.</w:t>
      </w:r>
    </w:p>
    <w:p>
      <w:pPr>
        <w:jc w:val="right"/>
      </w:pPr>
      <w:r>
        <w:t>مرتضی احمد لکھتے ہیں۔ مولانا صاحب یور سکالرشپ از ایکسیپشنل ان دی سب کانٹیننٹ۔ آئی فالو یو اینڈ لو یور لٹریچر۔</w:t>
      </w:r>
    </w:p>
    <w:p>
      <w:r>
        <w:rPr>
          <w:b/>
        </w:rPr>
        <w:t xml:space="preserve">[22:36] </w:t>
      </w:r>
      <w:r>
        <w:t>please pray for us. inshallah. inshallah.</w:t>
      </w:r>
    </w:p>
    <w:p>
      <w:pPr>
        <w:jc w:val="right"/>
      </w:pPr>
      <w:r>
        <w:t>پلیز پری فار اس۔ انشاءاللہ۔ انشاءاللہ۔</w:t>
      </w:r>
    </w:p>
    <w:p>
      <w:r>
        <w:rPr>
          <w:b/>
        </w:rPr>
        <w:t xml:space="preserve">[22:44] </w:t>
      </w:r>
      <w:r>
        <w:t>bangladesh se mufti mamoon mahmoodi likhte hain. always praying for you dear chef. jazakallah.</w:t>
      </w:r>
    </w:p>
    <w:p>
      <w:pPr>
        <w:jc w:val="right"/>
      </w:pPr>
      <w:r>
        <w:t>بنگلہ دیش سے مفتی مامون محمودی لکھتے ہیں۔ الویز پرینگ فار یو ڈیئر شیف۔ جزاکم اللہ۔</w:t>
      </w:r>
    </w:p>
    <w:p>
      <w:r>
        <w:rPr>
          <w:b/>
        </w:rPr>
        <w:t xml:space="preserve">[23:11] </w:t>
      </w:r>
      <w:r>
        <w:t>zyada tar log dua ki darkhwast kar rahe hain. ali raza ne likha hai aap se dua ki appeal hai ke allah hum ko ilm o hikmat ata farmaye.</w:t>
      </w:r>
    </w:p>
    <w:p>
      <w:pPr>
        <w:jc w:val="right"/>
      </w:pPr>
      <w:r>
        <w:t>زیادہ تر لوگ دعا کی درخواست کر رہے ہیں۔ علی رضا نے لکھا ہے آپ سے دعا کی اپیل ہے کہ اللہ ہم کو علم و حکمت عطا فرمائے۔</w:t>
      </w:r>
    </w:p>
    <w:p>
      <w:r>
        <w:rPr>
          <w:b/>
        </w:rPr>
        <w:t xml:space="preserve">[23:21] </w:t>
      </w:r>
      <w:r>
        <w:t>inshallah. inshallah.</w:t>
      </w:r>
    </w:p>
    <w:p>
      <w:pPr>
        <w:jc w:val="right"/>
      </w:pPr>
      <w:r>
        <w:t>انشاءاللہ۔ انشاءاللہ۔</w:t>
      </w:r>
    </w:p>
    <w:p>
      <w:r>
        <w:rPr>
          <w:b/>
        </w:rPr>
        <w:t xml:space="preserve">[23:34] </w:t>
      </w:r>
      <w:r>
        <w:t>shakir baba likhte hain. molana salam. kya hum zakat mention kiye baghair kisi ko de sakte hain?</w:t>
      </w:r>
    </w:p>
    <w:p>
      <w:pPr>
        <w:jc w:val="right"/>
      </w:pPr>
      <w:r>
        <w:t>شاکر بابا لکھتے ہیں۔ مولانا سلام۔ کیا ہم زکوۃ مینشن کیے بغیر کسی کو دے سکتے ہیں؟</w:t>
      </w:r>
    </w:p>
    <w:p>
      <w:r>
        <w:rPr>
          <w:b/>
        </w:rPr>
        <w:t xml:space="preserve">[23:51] </w:t>
      </w:r>
      <w:r>
        <w:t>haan. niyat asal se niyat hai. asal se niyat hai.</w:t>
      </w:r>
    </w:p>
    <w:p>
      <w:pPr>
        <w:jc w:val="right"/>
      </w:pPr>
      <w:r>
        <w:t>ہاں۔ نیت اصل سے نیت ہے۔ اصل سے نیت ہے۔</w:t>
      </w:r>
    </w:p>
    <w:p>
      <w:r>
        <w:rPr>
          <w:b/>
        </w:rPr>
        <w:t xml:space="preserve">[24:03] </w:t>
      </w:r>
      <w:r>
        <w:t>maria kashif likhti hain. salam molana you are indeed an inspirational speaker. may allah give you health and keep you safe.</w:t>
      </w:r>
    </w:p>
    <w:p>
      <w:pPr>
        <w:jc w:val="right"/>
      </w:pPr>
      <w:r>
        <w:t>ماریہ کاشف لکھتی ہیں۔ سلام مولانا یو آر انڈیڈ اینڈ انسپیریشنل سپیکر۔ می اللہ گیو یو ہیلتھ اینڈ کیپ یو سیف۔</w:t>
      </w:r>
    </w:p>
    <w:p>
      <w:r>
        <w:rPr>
          <w:b/>
        </w:rPr>
        <w:t xml:space="preserve">[24:17] </w:t>
      </w:r>
      <w:r>
        <w:t>jazakallah.</w:t>
      </w:r>
    </w:p>
    <w:p>
      <w:pPr>
        <w:jc w:val="right"/>
      </w:pPr>
      <w:r>
        <w:t>جزاکم اللہ۔</w:t>
      </w:r>
    </w:p>
    <w:p>
      <w:r>
        <w:rPr>
          <w:b/>
        </w:rPr>
        <w:t xml:space="preserve">[24:27] </w:t>
      </w:r>
      <w:r>
        <w:t>hasan rao kehte hain. ghamdi sahib ke liye kuch alfaaz.</w:t>
      </w:r>
    </w:p>
    <w:p>
      <w:pPr>
        <w:jc w:val="right"/>
      </w:pPr>
      <w:r>
        <w:t>حسن راؤ کہتے ہیں۔ غامدی صاحب کے لیے کچھ الفاظ۔</w:t>
      </w:r>
    </w:p>
    <w:p>
      <w:r>
        <w:rPr>
          <w:b/>
        </w:rPr>
        <w:t xml:space="preserve">[24:36] </w:t>
      </w:r>
      <w:r>
        <w:t>ghamdi sahib ek achhe aalim hain. main un ki qadar karta hoon. un ki izzat darak karta hoon. mujhe mila bhi hoon main dubai mein.</w:t>
      </w:r>
    </w:p>
    <w:p>
      <w:pPr>
        <w:jc w:val="right"/>
      </w:pPr>
      <w:r>
        <w:t>غامدی صاحب ایک اچھے عالم ہیں۔ میں ان کی قدر کرتا ہوں۔ ان کی عزت درک کرتا ہوں۔ مجھے ملا بھی ہوں میں دبئی میں۔</w:t>
      </w:r>
    </w:p>
    <w:p>
      <w:r>
        <w:rPr>
          <w:b/>
        </w:rPr>
        <w:t xml:space="preserve">[24:48] </w:t>
      </w:r>
      <w:r>
        <w:t>shameem ahmed yeh aligarh muslim university se dekh rahe hain keh rahe hain program. aap dua karein ke yeh waba corona corona virus ki waba jo hai woh jald khatm ho jaye.</w:t>
      </w:r>
    </w:p>
    <w:p>
      <w:pPr>
        <w:jc w:val="right"/>
      </w:pPr>
      <w:r>
        <w:t>شمیم احمد یہ علی گڑھ مسلم یونیورسٹی سے دیکھ رہے ہیں کہہ رہے ہیں پروگرام۔ آپ دعا کریں کہ یہ وبا کرونا کرونا وائرس کی وبا جو ہے وہ جلد ختم ہو جائے۔</w:t>
      </w:r>
    </w:p>
    <w:p>
      <w:r>
        <w:rPr>
          <w:b/>
        </w:rPr>
        <w:t xml:space="preserve">[25:02] </w:t>
      </w:r>
      <w:r>
        <w:t>inshallah. inshallah. inshallah.</w:t>
      </w:r>
    </w:p>
    <w:p>
      <w:pPr>
        <w:jc w:val="right"/>
      </w:pPr>
      <w:r>
        <w:t>انشاءاللہ۔ انشاءاللہ۔ انشاءاللہ۔</w:t>
      </w:r>
    </w:p>
    <w:p>
      <w:r>
        <w:rPr>
          <w:b/>
        </w:rPr>
        <w:t xml:space="preserve">[25:10] </w:t>
      </w:r>
      <w:r>
        <w:t>rizwan ul haq molana sahib we are from madinah. follow you. i follow you please pray for all for covid 19 to end.</w:t>
      </w:r>
    </w:p>
    <w:p>
      <w:pPr>
        <w:jc w:val="right"/>
      </w:pPr>
      <w:r>
        <w:t>رضوان الحق مولانا صاحب وی آر فرام مدینہ۔ فالو یو۔ آئی فالو یو پلیز پری فار ال فار کووڈ 19 ٹو اینڈ۔</w:t>
      </w:r>
    </w:p>
    <w:p>
      <w:r>
        <w:rPr>
          <w:b/>
        </w:rPr>
        <w:t xml:space="preserve">[25:26] </w:t>
      </w:r>
      <w:r>
        <w:t>madinah se keh rahe hain ke yeh jo corona virus ki waba hai is ke liye dua karein yeh khatm ho jaye. inshallah. inshallah.</w:t>
      </w:r>
    </w:p>
    <w:p>
      <w:pPr>
        <w:jc w:val="right"/>
      </w:pPr>
      <w:r>
        <w:t>مدینہ سے کہہ رہے ہیں کہ یہ جو کرونا وائرس کی وبا ہے اس کے لیے دعا کریں یہ ختم ہو جائے۔ انشاءاللہ۔ انشاءاللہ۔</w:t>
      </w:r>
    </w:p>
    <w:p>
      <w:r>
        <w:rPr>
          <w:b/>
        </w:rPr>
        <w:t xml:space="preserve">[25:45] </w:t>
      </w:r>
      <w:r>
        <w:t>saima likhti hain. molana sahib disabled logon ke liye kya hukm hai quran ya hadith mein?</w:t>
      </w:r>
    </w:p>
    <w:p>
      <w:pPr>
        <w:jc w:val="right"/>
      </w:pPr>
      <w:r>
        <w:t>صائمہ لکھتی ہیں۔ مولانا صاحب ڈس ایبلڈ لوگوں کے لیے کیا حکم ہے قران یا حدیث میں؟</w:t>
      </w:r>
    </w:p>
    <w:p>
      <w:r>
        <w:rPr>
          <w:b/>
        </w:rPr>
        <w:t xml:space="preserve">[25:54] </w:t>
      </w:r>
      <w:r>
        <w:t>kya un ke liye akhirat mein aasani hogi?</w:t>
      </w:r>
    </w:p>
    <w:p>
      <w:pPr>
        <w:jc w:val="right"/>
      </w:pPr>
      <w:r>
        <w:t>کیا ان کے لیے آخرت میں آسانی ہوگی؟</w:t>
      </w:r>
    </w:p>
    <w:p>
      <w:r>
        <w:rPr>
          <w:b/>
        </w:rPr>
        <w:t xml:space="preserve">[25:58] </w:t>
      </w:r>
      <w:r>
        <w:t>zaroor. zaroor hogi. un ko</w:t>
      </w:r>
    </w:p>
    <w:p>
      <w:pPr>
        <w:jc w:val="right"/>
      </w:pPr>
      <w:r>
        <w:t>ضرور۔ ضرور ہوگی۔ ان کو</w:t>
      </w:r>
    </w:p>
    <w:p>
      <w:r>
        <w:rPr>
          <w:b/>
        </w:rPr>
        <w:t xml:space="preserve">[26:06] </w:t>
      </w:r>
      <w:r>
        <w:t>allah ta'ala ki khasoosi nemmat hasil hogi. hasil hogi. beshak.</w:t>
      </w:r>
    </w:p>
    <w:p>
      <w:pPr>
        <w:jc w:val="right"/>
      </w:pPr>
      <w:r>
        <w:t>اللہ تعالی کی خصوصی نعمت حاصل ہوگی۔ حاصل ہوگی۔ بے شک۔</w:t>
      </w:r>
    </w:p>
    <w:p>
      <w:r>
        <w:rPr>
          <w:b/>
        </w:rPr>
        <w:t xml:space="preserve">[26:15] </w:t>
      </w:r>
      <w:r>
        <w:t>bas woh log shikayat shukr karen. shikayat na karen. bas shukr karen aur shikayat na karen to un ka ajr bohat barh jayega.</w:t>
      </w:r>
    </w:p>
    <w:p>
      <w:pPr>
        <w:jc w:val="right"/>
      </w:pPr>
      <w:r>
        <w:t>بس وہ لوگ شکایت شکر کریں۔ شکایت نہ کریں۔ بس شکر کریں اور شکایت نہ کریں تو ان کا اجر بہت بڑھ جائے گا۔</w:t>
      </w:r>
    </w:p>
    <w:p>
      <w:r>
        <w:rPr>
          <w:b/>
        </w:rPr>
        <w:t xml:space="preserve">[26:31] </w:t>
      </w:r>
      <w:r>
        <w:t>bohat barh jayega.</w:t>
      </w:r>
    </w:p>
    <w:p>
      <w:pPr>
        <w:jc w:val="right"/>
      </w:pPr>
      <w:r>
        <w:t>بہت بڑھ جائے گا۔</w:t>
      </w:r>
    </w:p>
    <w:p>
      <w:r>
        <w:rPr>
          <w:b/>
        </w:rPr>
        <w:t xml:space="preserve">[26:36] </w:t>
      </w:r>
      <w:r>
        <w:t>matlab yeh in ka yeh kam minimum in ke liye hai ke woh shukr karen shikayat na karen. bas bas bas bas.</w:t>
      </w:r>
    </w:p>
    <w:p>
      <w:pPr>
        <w:jc w:val="right"/>
      </w:pPr>
      <w:r>
        <w:t>مطلب یہ ان کا یہ کم منیمم ان کے لیے ہے کہ وہ شکر کریں شکایت نہ کریں۔ بس بس بس بس۔</w:t>
      </w:r>
    </w:p>
    <w:p>
      <w:r>
        <w:rPr>
          <w:b/>
        </w:rPr>
        <w:t xml:space="preserve">[26:46] </w:t>
      </w:r>
      <w:r>
        <w:t>raees lon likhte hain. Maulana mujhe spiritual guidance chahiye aap se.</w:t>
      </w:r>
    </w:p>
    <w:p>
      <w:pPr>
        <w:jc w:val="right"/>
      </w:pPr>
      <w:r>
        <w:t>رئیس لون لکھتے ہیں۔ مولانا مجھے سپرچول گائیڈنس چاہیے آپ سے۔</w:t>
      </w:r>
    </w:p>
    <w:p>
      <w:r>
        <w:rPr>
          <w:b/>
        </w:rPr>
        <w:t xml:space="preserve">[26:56] </w:t>
      </w:r>
      <w:r>
        <w:t>sab se bari cheez shukr hai. shukr ka matlab hota hai agar arz kar raha hoon.</w:t>
      </w:r>
    </w:p>
    <w:p>
      <w:pPr>
        <w:jc w:val="right"/>
      </w:pPr>
      <w:r>
        <w:t>سب سے بڑی چیز شکر ہے۔ شکر کا مطلب ہوتا ہے اگر عرض کر رہا ہوں۔</w:t>
      </w:r>
    </w:p>
    <w:p>
      <w:r>
        <w:rPr>
          <w:b/>
        </w:rPr>
        <w:t xml:space="preserve">[27:07] </w:t>
      </w:r>
      <w:r>
        <w:t>aap Allah Rabb-ul-Alameen ko khoob zyada yaad kijiye. khoob khoob zyada shukr kijiye.</w:t>
      </w:r>
    </w:p>
    <w:p>
      <w:pPr>
        <w:jc w:val="right"/>
      </w:pPr>
      <w:r>
        <w:t>آپ اللہ رب العالمین کو خوب زیادہ یاد کیجئے۔ خوب خوب زیادہ شکر کیجئے۔</w:t>
      </w:r>
    </w:p>
    <w:p>
      <w:r>
        <w:rPr>
          <w:b/>
        </w:rPr>
        <w:t xml:space="preserve">[27:20] </w:t>
      </w:r>
      <w:r>
        <w:t>yeh sab se bari ibadat hai.</w:t>
      </w:r>
    </w:p>
    <w:p>
      <w:pPr>
        <w:jc w:val="right"/>
      </w:pPr>
      <w:r>
        <w:t>یہ سب سے بڑی عبادت ہے۔</w:t>
      </w:r>
    </w:p>
    <w:p>
      <w:r>
        <w:rPr>
          <w:b/>
        </w:rPr>
        <w:t xml:space="preserve">[27:27] </w:t>
      </w:r>
      <w:r>
        <w:t>Hajra Chawush likhti hain. jab Hazrat Zakariya kuch din ke liye baat nahi kar sakte the tab woh isharon se Khuda ki baat kehte the.</w:t>
      </w:r>
    </w:p>
    <w:p>
      <w:pPr>
        <w:jc w:val="right"/>
      </w:pPr>
      <w:r>
        <w:t>ہاجرہ چاؤش لکھتی ہیں۔ جب حضرت زکریا کچھ دن کے لیے بات نہیں کر سکتے تھے تب وہ اشارے سے خدا کی بات کہتے تھے۔</w:t>
      </w:r>
    </w:p>
    <w:p>
      <w:r>
        <w:rPr>
          <w:b/>
        </w:rPr>
        <w:t xml:space="preserve">[27:40] </w:t>
      </w:r>
      <w:r>
        <w:t>aap bhi har haal mein Khuda ki baat pohnchanay ki tarap rakhte hain. haqeeqat mein aap ne din ka sara kaam kar diya hai.</w:t>
      </w:r>
    </w:p>
    <w:p>
      <w:pPr>
        <w:jc w:val="right"/>
      </w:pPr>
      <w:r>
        <w:t>آپ بھی ہر حال میں خدا کی بات پہنچانے کی تڑپ رکھتے ہیں۔ حقیقت میں آپ نے دن کا سارا کام کر دیا ہے۔</w:t>
      </w:r>
    </w:p>
    <w:p>
      <w:r>
        <w:rPr>
          <w:b/>
        </w:rPr>
        <w:t xml:space="preserve">[27:51] </w:t>
      </w:r>
      <w:r>
        <w:t>phir bhi Khuda aap se din ka kaam ab bhi sirf is liye le raha hai ke woh aap ke darjat aur buland kare.</w:t>
      </w:r>
    </w:p>
    <w:p>
      <w:pPr>
        <w:jc w:val="right"/>
      </w:pPr>
      <w:r>
        <w:t>پھر بھی خدا آپ سے دن کا کام اب بھی صرف اس لیے لے رہا ہے کہ وہ آپ کے درجات اور بلند کریں۔</w:t>
      </w:r>
    </w:p>
    <w:p>
      <w:r>
        <w:rPr>
          <w:b/>
        </w:rPr>
        <w:t xml:space="preserve">[28:03] </w:t>
      </w:r>
      <w:r>
        <w:t>JazakAllah. Saima likhti hain. Maulana sahib mein dil se aap ke sath baait ho gayi hoon.</w:t>
      </w:r>
    </w:p>
    <w:p>
      <w:pPr>
        <w:jc w:val="right"/>
      </w:pPr>
      <w:r>
        <w:t>جزاکم اللہ۔ صائمہ لکھتی ہیں۔ مولانا صاحب میں دل سے آپ کے ساتھ بیعت ہو گئی ہوں۔</w:t>
      </w:r>
    </w:p>
    <w:p>
      <w:r>
        <w:rPr>
          <w:b/>
        </w:rPr>
        <w:t xml:space="preserve">[28:13] </w:t>
      </w:r>
      <w:r>
        <w:t>Khuda se hi Allah Pak khud se hi Allah Pak aap ko lambi zindagi ata farmaye.</w:t>
      </w:r>
    </w:p>
    <w:p>
      <w:pPr>
        <w:jc w:val="right"/>
      </w:pPr>
      <w:r>
        <w:t>خدا سے ہی اللہ پاک خود سے ہی اللہ پاک آپ کو لمبی زندگی عطا فرمائے۔</w:t>
      </w:r>
    </w:p>
    <w:p>
      <w:r>
        <w:rPr>
          <w:b/>
        </w:rPr>
        <w:t xml:space="preserve">[28:24] </w:t>
      </w:r>
      <w:r>
        <w:t>Allah Ta'ala qabool farmaye. Allah Ta'ala aap ko jannat mein jagah de.</w:t>
      </w:r>
    </w:p>
    <w:p>
      <w:pPr>
        <w:jc w:val="right"/>
      </w:pPr>
      <w:r>
        <w:t>اللہ تعالی قبول فرمائے۔ اللہ تعالی آپ کو جنت میں جگہ دے۔</w:t>
      </w:r>
    </w:p>
    <w:p>
      <w:r>
        <w:rPr>
          <w:b/>
        </w:rPr>
        <w:t xml:space="preserve">[28:36] </w:t>
      </w:r>
      <w:r>
        <w:t>Shaiesta likhti hain. Pakistan se Maulana sahib mein apni jismani kamzori ki wajah se zyada roze nahi rakh sakti aur in chhoray hue roze ko dobara rakhnay ki bhi himmat nahi hoti.</w:t>
      </w:r>
    </w:p>
    <w:p>
      <w:pPr>
        <w:jc w:val="right"/>
      </w:pPr>
      <w:r>
        <w:t>شائستہ لکھتی ہیں۔ پاکستان سے مولانا صاحب میں اپنی جسمانی کمزوری کی وجہ سے زیادہ روزے نہیں رکھ سکتی اور ان چھوڑے ہوئے روزے کو دوبارہ رکھنے کی بھی ہمت نہیں ہوتی۔</w:t>
      </w:r>
    </w:p>
    <w:p>
      <w:r>
        <w:rPr>
          <w:b/>
        </w:rPr>
        <w:t xml:space="preserve">[28:52] </w:t>
      </w:r>
      <w:r>
        <w:t>aise mein kya hukum hai? mein is surat mein kya kar sakti hoon?</w:t>
      </w:r>
    </w:p>
    <w:p>
      <w:pPr>
        <w:jc w:val="right"/>
      </w:pPr>
      <w:r>
        <w:t>ایسے میں کیا حکم ہے؟ میں اس صورت میں کیا کر سکتی ہوں؟</w:t>
      </w:r>
    </w:p>
    <w:p>
      <w:r>
        <w:rPr>
          <w:b/>
        </w:rPr>
        <w:t xml:space="preserve">[28:59] </w:t>
      </w:r>
      <w:r>
        <w:t>bas dua kijiye. ibadat kijiye. jo roza jo roza na rakh sakta ho us ke liye to</w:t>
      </w:r>
    </w:p>
    <w:p>
      <w:pPr>
        <w:jc w:val="right"/>
      </w:pPr>
      <w:r>
        <w:t>بس دعا کیجئے۔ عبادت کیجئے۔ جو روزہ جو روزہ نہ رکھ سکتا ہو اس کے لیے تو</w:t>
      </w:r>
    </w:p>
    <w:p>
      <w:r>
        <w:rPr>
          <w:b/>
        </w:rPr>
        <w:t xml:space="preserve">[29:14] </w:t>
      </w:r>
      <w:r>
        <w:t>naqsat hai sare ulama ke nazdeek.</w:t>
      </w:r>
    </w:p>
    <w:p>
      <w:pPr>
        <w:jc w:val="right"/>
      </w:pPr>
      <w:r>
        <w:t>نقصت ہے سارے علماء کے نزدیک۔</w:t>
      </w:r>
    </w:p>
    <w:p>
      <w:r>
        <w:rPr>
          <w:b/>
        </w:rPr>
        <w:t xml:space="preserve">[29:21] </w:t>
      </w:r>
      <w:r>
        <w:t>isko khana khilana hoga ghareeb ko.</w:t>
      </w:r>
    </w:p>
    <w:p>
      <w:pPr>
        <w:jc w:val="right"/>
      </w:pPr>
      <w:r>
        <w:t>اس کو کھانا کھلانا ہوگا غریب کو۔</w:t>
      </w:r>
    </w:p>
    <w:p>
      <w:r>
        <w:rPr>
          <w:b/>
        </w:rPr>
        <w:t xml:space="preserve">[29:26] </w:t>
      </w:r>
      <w:r>
        <w:t>khana khilana is ke liye hai jo</w:t>
      </w:r>
    </w:p>
    <w:p>
      <w:pPr>
        <w:jc w:val="right"/>
      </w:pPr>
      <w:r>
        <w:t>کھانا کھلانا اس کے لیے ہے جو</w:t>
      </w:r>
    </w:p>
    <w:p>
      <w:r>
        <w:rPr>
          <w:b/>
        </w:rPr>
        <w:t xml:space="preserve">[29:32] </w:t>
      </w:r>
      <w:r>
        <w:t>roza ko</w:t>
      </w:r>
    </w:p>
    <w:p>
      <w:pPr>
        <w:jc w:val="right"/>
      </w:pPr>
      <w:r>
        <w:t>روزہ کو</w:t>
      </w:r>
    </w:p>
    <w:p>
      <w:r>
        <w:rPr>
          <w:b/>
        </w:rPr>
        <w:t xml:space="preserve">[29:36] </w:t>
      </w:r>
      <w:r>
        <w:t>chhore.</w:t>
      </w:r>
    </w:p>
    <w:p>
      <w:pPr>
        <w:jc w:val="right"/>
      </w:pPr>
      <w:r>
        <w:t>چھوڑے۔</w:t>
      </w:r>
    </w:p>
    <w:p>
      <w:r>
        <w:rPr>
          <w:b/>
        </w:rPr>
        <w:t xml:space="preserve">[29:40] </w:t>
      </w:r>
      <w:r>
        <w:t>beh'haal aap chahe jo bhi karen kuch woh sab Allah Ta'ala ka qabool kiya jayega aur aap ko sawab milega.</w:t>
      </w:r>
    </w:p>
    <w:p>
      <w:pPr>
        <w:jc w:val="right"/>
      </w:pPr>
      <w:r>
        <w:t>بہرحال آپ چاہے جو بھی کریں کچھ وہ سب اللہ تعالی کا قبول کیا جائے گا اور آپ کو ثواب ملے گا۔</w:t>
      </w:r>
    </w:p>
    <w:p>
      <w:r>
        <w:rPr>
          <w:b/>
        </w:rPr>
        <w:t xml:space="preserve">[30:04] </w:t>
      </w:r>
      <w:r>
        <w:t>Aamir Mori likhte hain. Maulana how can we be positive in the matters of loss? What should be our response when any incident of loss happens in our life?</w:t>
      </w:r>
    </w:p>
    <w:p>
      <w:pPr>
        <w:jc w:val="right"/>
      </w:pPr>
      <w:r>
        <w:t>عامر موری لکھتے ہیں۔ مولانا ہاؤ کین وی بی پازیٹیو ان دی میٹرز اف لاس؟ واٹ شوڈ بی ار رسپانس وین اینی انسیڈنٹ اف لاس ہیپنز ان اور لائف؟</w:t>
      </w:r>
    </w:p>
    <w:p>
      <w:r>
        <w:rPr>
          <w:b/>
        </w:rPr>
        <w:t xml:space="preserve">[30:21] </w:t>
      </w:r>
      <w:r>
        <w:t>dua</w:t>
      </w:r>
    </w:p>
    <w:p>
      <w:pPr>
        <w:jc w:val="right"/>
      </w:pPr>
      <w:r>
        <w:t>دعا</w:t>
      </w:r>
    </w:p>
    <w:p>
      <w:r>
        <w:rPr>
          <w:b/>
        </w:rPr>
        <w:t xml:space="preserve">[30:25] </w:t>
      </w:r>
      <w:r>
        <w:t>jis ki wajah se nuqsan ho gaya hai us ke liye dua kijiye aap aur Allah se tarafi ki dua kijiye</w:t>
      </w:r>
    </w:p>
    <w:p>
      <w:pPr>
        <w:jc w:val="right"/>
      </w:pPr>
      <w:r>
        <w:t>جس کی وجہ سے نقصان ہو گیا ہے اس کے لیے دعا کیجئے آپ اور اللہ سے ترافی کی دعا کیجئے</w:t>
      </w:r>
    </w:p>
    <w:p>
      <w:r>
        <w:rPr>
          <w:b/>
        </w:rPr>
        <w:t xml:space="preserve">[30:37] </w:t>
      </w:r>
      <w:r>
        <w:t>aur shukr kijiye. shukr to har haal mein karna hai.</w:t>
      </w:r>
    </w:p>
    <w:p>
      <w:pPr>
        <w:jc w:val="right"/>
      </w:pPr>
      <w:r>
        <w:t>اور شکر کیجئے۔ شکر تو ہر حال میں کرنا ہے۔</w:t>
      </w:r>
    </w:p>
    <w:p>
      <w:r>
        <w:rPr>
          <w:b/>
        </w:rPr>
        <w:t xml:space="preserve">[30:50] </w:t>
      </w:r>
      <w:r>
        <w:t>singer jilani qadir likhte hain. assalam o alaikum molana. I am Islamic singer from Malaysia.</w:t>
      </w:r>
    </w:p>
    <w:p>
      <w:pPr>
        <w:jc w:val="right"/>
      </w:pPr>
      <w:r>
        <w:t>سنگر جیلانی قادر لکھتے ہیں۔ السلام علیکم مولانا۔ آئی ایم اسلامک سنگر فرام ملیشیا۔</w:t>
      </w:r>
    </w:p>
    <w:p>
      <w:r>
        <w:rPr>
          <w:b/>
        </w:rPr>
        <w:t xml:space="preserve">[31:01] </w:t>
      </w:r>
      <w:r>
        <w:t>please do dua for me.</w:t>
      </w:r>
    </w:p>
    <w:p>
      <w:pPr>
        <w:jc w:val="right"/>
      </w:pPr>
      <w:r>
        <w:t>پلیز ڈو دعا فار می۔</w:t>
      </w:r>
    </w:p>
    <w:p>
      <w:r>
        <w:rPr>
          <w:b/>
        </w:rPr>
        <w:t xml:space="preserve">[31:06] </w:t>
      </w:r>
      <w:r>
        <w:t>allah taala qabool farmaye. allah taala qabool farmaye.</w:t>
      </w:r>
    </w:p>
    <w:p>
      <w:pPr>
        <w:jc w:val="right"/>
      </w:pPr>
      <w:r>
        <w:t>اللہ تعالی قبول فرمائے۔ اللہ تعالی قبول فرمائے۔</w:t>
      </w:r>
    </w:p>
    <w:p>
      <w:r>
        <w:rPr>
          <w:b/>
        </w:rPr>
        <w:t xml:space="preserve">[31:15] </w:t>
      </w:r>
      <w:r>
        <w:t>Ahmad Ali Canada se likhte hain. Assalam o alaikum Maulana. The real spirit of real thankfulness to God brightens in the month of Ramadan.</w:t>
      </w:r>
    </w:p>
    <w:p>
      <w:pPr>
        <w:jc w:val="right"/>
      </w:pPr>
      <w:r>
        <w:t>احمد علی کینیڈا سے لکھتے ہیں۔ السلام علیکم مولانا۔ دا ریل سپرٹ اف ریل تھینک فلنس ٹو گاڈ برائٹنس ان دا منتھ اف رمضان۔</w:t>
      </w:r>
    </w:p>
    <w:p>
      <w:r>
        <w:rPr>
          <w:b/>
        </w:rPr>
        <w:t xml:space="preserve">[31:29] </w:t>
      </w:r>
      <w:r>
        <w:t>may allah bless you with health. inshallah.</w:t>
      </w:r>
    </w:p>
    <w:p>
      <w:pPr>
        <w:jc w:val="right"/>
      </w:pPr>
      <w:r>
        <w:t>می اللہ بلیس یو ود ہیلتھ۔ انشاءاللہ۔</w:t>
      </w:r>
    </w:p>
    <w:p>
      <w:r>
        <w:rPr>
          <w:b/>
        </w:rPr>
        <w:t xml:space="preserve">[31:43] </w:t>
      </w:r>
      <w:r>
        <w:t>Zabiha Umar writes, "Sir, I get angry a lot. How can I manage my anger?"</w:t>
      </w:r>
    </w:p>
    <w:p>
      <w:pPr>
        <w:jc w:val="right"/>
      </w:pPr>
      <w:r>
        <w:t>زابیہ عمر لکھتی ہیں۔ سر آئی گیٹ اینگری ا لاٹ۔ ہاؤ کین آئی مینج مائی اینگر؟</w:t>
      </w:r>
    </w:p>
    <w:p>
      <w:r>
        <w:rPr>
          <w:b/>
        </w:rPr>
        <w:t xml:space="preserve">[31:53] </w:t>
      </w:r>
      <w:r>
        <w:t>i just performed my prayers and cried and asked allah to help me. in ko ghussa bohat aata hai keh rahi hain ghussa kaise manage karein?</w:t>
      </w:r>
    </w:p>
    <w:p>
      <w:pPr>
        <w:jc w:val="right"/>
      </w:pPr>
      <w:r>
        <w:t>آئی جسٹ پرفارمڈ مائی پریئرز اینڈ کرائیڈ اینڈ اسکڈ اللہ ٹو ہیلپ می۔ ان کو غصہ بہت آتا ہے کہہ رہی ہیں غصہ کیسے مینج کریں؟</w:t>
      </w:r>
    </w:p>
    <w:p>
      <w:r>
        <w:rPr>
          <w:b/>
        </w:rPr>
        <w:t xml:space="preserve">[32:07] </w:t>
      </w:r>
      <w:r>
        <w:t>ghusse par to mein ne bohat likha hai. khud mujhe bhi ghussa aata tha bohat pehle. jab mein ne jab mein ne jana hai ke ghussa na karna aik bohat bari ibadat hai.</w:t>
      </w:r>
    </w:p>
    <w:p>
      <w:pPr>
        <w:jc w:val="right"/>
      </w:pPr>
      <w:r>
        <w:t>غصے پر تو میں نے بہت لکھا ہے۔ خود مجھے بھی غصہ آتا تھا بہت پہلے۔ جب میں نے جب میں نے جانا ہے کہ غصہ نہ کرنا ایک بہت بڑی عبادت ہے۔</w:t>
      </w:r>
    </w:p>
    <w:p>
      <w:r>
        <w:rPr>
          <w:b/>
        </w:rPr>
        <w:t xml:space="preserve">[32:23] </w:t>
      </w:r>
      <w:r>
        <w:t>jab jab aap ghussa aaye aur ghussa bujh jaye kijiye. ghussa na karein.</w:t>
      </w:r>
    </w:p>
    <w:p>
      <w:pPr>
        <w:jc w:val="right"/>
      </w:pPr>
      <w:r>
        <w:t>جب جب آپ غصہ آئے اور غصہ بجھ جائے کیجئے۔ غصہ نہ کریں۔</w:t>
      </w:r>
    </w:p>
    <w:p>
      <w:r>
        <w:rPr>
          <w:b/>
        </w:rPr>
        <w:t xml:space="preserve">[32:33] </w:t>
      </w:r>
      <w:r>
        <w:t>to yeh bohat bari ibadat hai. yeh is par aap ne bohat likha hai. to jab mujhe maloom hua ke ghussa na karna yeh to bohat bari ibadat hai tab mein ne chhod diya ghussa karna.</w:t>
      </w:r>
    </w:p>
    <w:p>
      <w:pPr>
        <w:jc w:val="right"/>
      </w:pPr>
      <w:r>
        <w:t>تو یہ بہت بڑی عبادت ہے۔ یہ اس پر آپ نے بہت لکھا ہے۔ تو جب مجھے معلوم ہوا کہ غصہ نہ کرنا یہ تو بہت بڑی عبادت ہے تب میں نے چھوڑ دیا غصہ کرنا۔</w:t>
      </w:r>
    </w:p>
    <w:p>
      <w:r>
        <w:rPr>
          <w:b/>
        </w:rPr>
        <w:t xml:space="preserve">[32:54] </w:t>
      </w:r>
      <w:r>
        <w:t>sajjad ali london se likhte hain. molana aik aalim sahib ne farmaya hai ke arabi seekhna musalman par farz hai aur agar woh aisa nahi karta balke tarjuma o tafaseer se hidayat ka talib hai to gumrah hoga.</w:t>
      </w:r>
    </w:p>
    <w:p>
      <w:pPr>
        <w:jc w:val="right"/>
      </w:pPr>
      <w:r>
        <w:t>سجاد علی لندن سے لکھتے ہیں۔ مولانا ایک عالم صاحب نے فرمایا ہے کہ عربی سیکھنا مسلمان پر فرض ہے اور اگر وہ ایسا نہیں کرتا بلکہ ترجمہ و تفاسیر سے ہدایت کا طالب ہے تو گمراہ ہوگا۔</w:t>
      </w:r>
    </w:p>
    <w:p>
      <w:r>
        <w:rPr>
          <w:b/>
        </w:rPr>
        <w:t xml:space="preserve">[33:14] </w:t>
      </w:r>
      <w:r>
        <w:t>yeh galat baat hai. yeh sahi nahi hai. yeh sahi nahi hai.</w:t>
      </w:r>
    </w:p>
    <w:p>
      <w:pPr>
        <w:jc w:val="right"/>
      </w:pPr>
      <w:r>
        <w:t>یہ غلط بات ہے۔ یہ صحیح نہیں ہے۔ یہ صحیح نہیں ہے۔</w:t>
      </w:r>
    </w:p>
    <w:p>
      <w:r>
        <w:rPr>
          <w:b/>
        </w:rPr>
        <w:t xml:space="preserve">[33:23] </w:t>
      </w:r>
      <w:r>
        <w:t>atqoo allah ma istata'tum. jitna ho sake taqwa karo.</w:t>
      </w:r>
    </w:p>
    <w:p>
      <w:pPr>
        <w:jc w:val="right"/>
      </w:pPr>
      <w:r>
        <w:t>اتقوا اللہ ما استطعتم۔ جدہ ہو سکے عہدہ کرو۔</w:t>
      </w:r>
    </w:p>
    <w:p>
      <w:r>
        <w:rPr>
          <w:b/>
        </w:rPr>
        <w:t xml:space="preserve">[33:32] </w:t>
      </w:r>
      <w:r>
        <w:t>jitna ho sake taqwa karo. atqoo allah ma istata'tum.</w:t>
      </w:r>
    </w:p>
    <w:p>
      <w:pPr>
        <w:jc w:val="right"/>
      </w:pPr>
      <w:r>
        <w:t>جدہ ہو سکے عہدہ کرو۔ اتقوا اللہ ما استطعتم۔</w:t>
      </w:r>
    </w:p>
    <w:p>
      <w:r>
        <w:rPr>
          <w:b/>
        </w:rPr>
        <w:t xml:space="preserve">[33:40] </w:t>
      </w:r>
      <w:r>
        <w:t>anam ali likhti hain. assalam o alaikum molana. aap ko dekhti hoon to apne muhtaram dada yaad aa jate hain.</w:t>
      </w:r>
    </w:p>
    <w:p>
      <w:pPr>
        <w:jc w:val="right"/>
      </w:pPr>
      <w:r>
        <w:t>انم علی لکھتی ہیں۔ السلام علیکم مولانا۔ آپ کو دیکھتی ہوں تو اپنے محترم دادا یاد آ جاتے ہیں۔</w:t>
      </w:r>
    </w:p>
    <w:p>
      <w:r>
        <w:rPr>
          <w:b/>
        </w:rPr>
        <w:t xml:space="preserve">[33:52] </w:t>
      </w:r>
      <w:r>
        <w:t>aap se be had mohabbat aur ehtram ke sath duaon ki talabgar hoon. inshallah. inshallah.</w:t>
      </w:r>
    </w:p>
    <w:p>
      <w:pPr>
        <w:jc w:val="right"/>
      </w:pPr>
      <w:r>
        <w:t>آپ سے بے حد محبت اور احترام کے ساتھ دعاؤں کی طلبگار ہوں۔ انشاءاللہ۔ انشاءاللہ۔</w:t>
      </w:r>
    </w:p>
    <w:p>
      <w:r>
        <w:rPr>
          <w:b/>
        </w:rPr>
        <w:t xml:space="preserve">[34:04] </w:t>
      </w:r>
      <w:r>
        <w:t>danish maqsood likhte hain. roze ka asal maqsad kya hai? discipline seekhna ya hukum ki ta'meel karna?</w:t>
      </w:r>
    </w:p>
    <w:p>
      <w:pPr>
        <w:jc w:val="right"/>
      </w:pPr>
      <w:r>
        <w:t>دانش مقصود لکھتے ہیں۔ روزے کا اصل مقصد کیا ہے؟ ڈسپلن سیکھنا یا حکم کی تعمیل کرنا؟</w:t>
      </w:r>
    </w:p>
    <w:p>
      <w:r>
        <w:rPr>
          <w:b/>
        </w:rPr>
        <w:t xml:space="preserve">[34:16] </w:t>
      </w:r>
      <w:r>
        <w:t>roze ka asal maqsad tarbiyat hai. yaani is baat ki tarbiyat ke chhodne wali cheezon ko chhodna aa jaye.</w:t>
      </w:r>
    </w:p>
    <w:p>
      <w:pPr>
        <w:jc w:val="right"/>
      </w:pPr>
      <w:r>
        <w:t>روزے کا اصل مقصد تربیت ہے۔ یعنی اس بات کی تربیت کہ چھوڑنے والی چیزوں کو چھوڑنا آ جائے۔</w:t>
      </w:r>
    </w:p>
    <w:p>
      <w:r>
        <w:rPr>
          <w:b/>
        </w:rPr>
        <w:t xml:space="preserve">[34:29] </w:t>
      </w:r>
      <w:r>
        <w:t>chhodne wali cheezon ko chhodha jaye. aur jo allah ki nematein hain jaise pani hai, khana hai us ko khoob shukr kiya jaye.</w:t>
      </w:r>
    </w:p>
    <w:p>
      <w:pPr>
        <w:jc w:val="right"/>
      </w:pPr>
      <w:r>
        <w:t>چھوڑنے والی چیزوں کو چھوڑا جائے۔ اور جو اللہ کی نعمتیں ہیں جیسے پانی ہے، کھانا ہے اس کو خوب شکر کیا جائے۔</w:t>
      </w:r>
    </w:p>
    <w:p>
      <w:r>
        <w:rPr>
          <w:b/>
        </w:rPr>
        <w:t xml:space="preserve">[34:42] </w:t>
      </w:r>
      <w:r>
        <w:t>khoob zyada shukr kiya jaye.</w:t>
      </w:r>
    </w:p>
    <w:p>
      <w:pPr>
        <w:jc w:val="right"/>
      </w:pPr>
      <w:r>
        <w:t>خوب زیادہ شکر کیا جائے۔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