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20 Nov 2011 Maulana Wahiduddin Khan</w:t>
      </w:r>
    </w:p>
    <w:p>
      <w:r>
        <w:t>https://www.youtube.com/watch?v=7sNDn8Y6jUc</w:t>
      </w:r>
    </w:p>
    <w:p>
      <w:r>
        <w:rPr>
          <w:b/>
        </w:rPr>
        <w:t xml:space="preserve">[00:13] </w:t>
      </w:r>
      <w:r>
        <w:t>molana, yeh sawal aaya hai mr. shahnawaz zafar ka, new delhi se. unhon ne likha hai: "In chapter 56, verse number 79, allah kehta hai: 'la yamassuhu illa al mutahharun'." Which means: "Which one shall touch but those who are clean?" Does it mean those who are paak aur clean can only touch the holy quran?</w:t>
      </w:r>
    </w:p>
    <w:p>
      <w:pPr>
        <w:jc w:val="right"/>
      </w:pPr>
      <w:r>
        <w:t>مولانا، یہ سوال آیا ہے مسٹر شاہنواز ظفر کا، نئی دہلی سے۔ انہوں نے لکھا ہے: "In chapter 56, verse number 79، اللہ کہتا ہے: 'لا یمسوہ الا المطہرون'۔" Which means: "Which one shall touch but those who are clean?" Does it mean those who are پاک اور clean can only touch the Holy Quran?</w:t>
      </w:r>
    </w:p>
    <w:p>
      <w:r>
        <w:rPr>
          <w:b/>
        </w:rPr>
        <w:t xml:space="preserve">[00:41] </w:t>
      </w:r>
      <w:r>
        <w:t>in this way, the unbelievers who do not maintain cleanliness and women during their period are not allowed to touch or recite the holy quran.</w:t>
      </w:r>
    </w:p>
    <w:p>
      <w:pPr>
        <w:jc w:val="right"/>
      </w:pPr>
      <w:r>
        <w:t>In this way, the unbelievers who do not maintain cleanliness and women during their period are not allowed to touch or recite the Holy Quran.</w:t>
      </w:r>
    </w:p>
    <w:p>
      <w:r>
        <w:rPr>
          <w:b/>
        </w:rPr>
        <w:t xml:space="preserve">[00:52] </w:t>
      </w:r>
      <w:r>
        <w:t>please guide me with your answer.</w:t>
      </w:r>
    </w:p>
    <w:p>
      <w:pPr>
        <w:jc w:val="right"/>
      </w:pPr>
      <w:r>
        <w:t>Please guide me with your answer.</w:t>
      </w:r>
    </w:p>
    <w:p>
      <w:r>
        <w:rPr>
          <w:b/>
        </w:rPr>
        <w:t xml:space="preserve">[00:57] </w:t>
      </w:r>
      <w:r>
        <w:t>dekhein, yeh is ayat ka koi taluq</w:t>
      </w:r>
    </w:p>
    <w:p>
      <w:pPr>
        <w:jc w:val="right"/>
      </w:pPr>
      <w:r>
        <w:t>دیکھیں، یہ اس آیت کا کوئی تعلق</w:t>
      </w:r>
    </w:p>
    <w:p>
      <w:r>
        <w:rPr>
          <w:b/>
        </w:rPr>
        <w:t xml:space="preserve">[01:02] </w:t>
      </w:r>
      <w:r>
        <w:t>is taharat aur pakizgi se nahi hai jis ko hum samajhte hain. yeh ayat farishton ke baray mein hai. yahan insan ka zikr hi nahi hai.</w:t>
      </w:r>
    </w:p>
    <w:p>
      <w:pPr>
        <w:jc w:val="right"/>
      </w:pPr>
      <w:r>
        <w:t>اس طہارت اور پاکیزگی سے نہیں ہے جس کو ہم سمجھتے ہیں۔ یہ آیت فرشتوں کے بارے میں ہے۔ یہاں انسان کا ذکر ہی نہیں ہے۔</w:t>
      </w:r>
    </w:p>
    <w:p>
      <w:r>
        <w:rPr>
          <w:b/>
        </w:rPr>
        <w:t xml:space="preserve">[01:15] </w:t>
      </w:r>
      <w:r>
        <w:t>aur yeh, aap dekhen is ke alfaaz hain</w:t>
      </w:r>
    </w:p>
    <w:p>
      <w:pPr>
        <w:jc w:val="right"/>
      </w:pPr>
      <w:r>
        <w:t>اور یہ، آپ دیکھیں اس کے الفاظ ہیں</w:t>
      </w:r>
    </w:p>
    <w:p>
      <w:r>
        <w:rPr>
          <w:b/>
        </w:rPr>
        <w:t xml:space="preserve">[01:19] </w:t>
      </w:r>
      <w:r>
        <w:t>ke "is ko nahi mas karte lekin tahir log". yani aik waqey ka zikr hai, yeh nahi hai ke jab tum quran ko choro to ja kar apne aap ko pak karo.</w:t>
      </w:r>
    </w:p>
    <w:p>
      <w:pPr>
        <w:jc w:val="right"/>
      </w:pPr>
      <w:r>
        <w:t>کہ "اس کو نہیں مس کرتے لیکن طاہر لوگ"۔ یعنی ایک واقعے کا ذکر ہے، یہ نہیں ہے کہ جب تم قرآن کو چھوڑو تو جا کر اپنے آپ کو پاک کرو۔</w:t>
      </w:r>
    </w:p>
    <w:p>
      <w:r>
        <w:rPr>
          <w:b/>
        </w:rPr>
        <w:t xml:space="preserve">[01:33] </w:t>
      </w:r>
      <w:r>
        <w:t>yeh amar ka seigha nahi hai yahan par.</w:t>
      </w:r>
    </w:p>
    <w:p>
      <w:pPr>
        <w:jc w:val="right"/>
      </w:pPr>
      <w:r>
        <w:t>یہ امر کا صیغہ نہیں ہے یہاں پر۔</w:t>
      </w:r>
    </w:p>
    <w:p>
      <w:r>
        <w:rPr>
          <w:b/>
        </w:rPr>
        <w:t xml:space="preserve">[01:36] </w:t>
      </w:r>
      <w:r>
        <w:t>yeh to khabar di gayi hai. is ke alfaaz yeh nahi hain ke "ae musalmano! jab tum quran ko chho to pehle ja kar wuzu karo".</w:t>
      </w:r>
    </w:p>
    <w:p>
      <w:pPr>
        <w:jc w:val="right"/>
      </w:pPr>
      <w:r>
        <w:t>یہ تو خبر دی گئی ہے۔ اس کے الفاظ یہ نہیں ہیں کہ "اے مسلمانوں! جب تم قرآن کو چھوؤ تو پہلے جا کر وضو کرو"۔</w:t>
      </w:r>
    </w:p>
    <w:p>
      <w:r>
        <w:rPr>
          <w:b/>
        </w:rPr>
        <w:t xml:space="preserve">[01:45] </w:t>
      </w:r>
      <w:r>
        <w:t>yeh to hai hi nahi is mein. yeh khud sakhta bana liya gaya hai. is ka tarjuma ayat ka yeh hai ke "nahi</w:t>
      </w:r>
    </w:p>
    <w:p>
      <w:pPr>
        <w:jc w:val="right"/>
      </w:pPr>
      <w:r>
        <w:t>یہ تو ہے ہی نہیں اس میں۔ یہ خود ساختہ بنا لیا گیا ہے۔ اس کا ترجمہ آیت کا یہ ہے کہ "نہیں</w:t>
      </w:r>
    </w:p>
    <w:p>
      <w:r>
        <w:rPr>
          <w:b/>
        </w:rPr>
        <w:t xml:space="preserve">[01:54] </w:t>
      </w:r>
      <w:r>
        <w:t>touch karte is ko magar woh log jo ke pak hain". yani already pak hain woh.</w:t>
      </w:r>
    </w:p>
    <w:p>
      <w:pPr>
        <w:jc w:val="right"/>
      </w:pPr>
      <w:r>
        <w:t>ٹچ کرتے اس کو مگر وہ لوگ جو کہ پاک ہیں"۔ یعنی already پاک ہیں وہ۔</w:t>
      </w:r>
    </w:p>
    <w:p>
      <w:r>
        <w:rPr>
          <w:b/>
        </w:rPr>
        <w:t xml:space="preserve">[02:03] </w:t>
      </w:r>
      <w:r>
        <w:t>aisa nahi ke wuzu kar ke apne aap ko pak banate hain woh. yeh sath kuch bhi taaluq is masle se hai jo bana liya gaya hai.</w:t>
      </w:r>
    </w:p>
    <w:p>
      <w:pPr>
        <w:jc w:val="right"/>
      </w:pPr>
      <w:r>
        <w:t>ایسا نہیں کہ وضو کر کے اپنے آپ کو پاک بناتے ہیں وہ۔ یہ ساتھ کچھ بھی تعلق اس مسئلے سے ہے جو بنا لیا گیا ہے۔</w:t>
      </w:r>
    </w:p>
    <w:p>
      <w:r>
        <w:rPr>
          <w:b/>
        </w:rPr>
        <w:t xml:space="preserve">[02:14] </w:t>
      </w:r>
      <w:r>
        <w:t>to farishte 24 ghante har waqt pak hi rehte hain, un ke haan napaki koi tasawwur nahi logon mein. to yaad rakhen ke is mein aik khabar di gayi hai, koi hukum nahi diya gaya hai.</w:t>
      </w:r>
    </w:p>
    <w:p>
      <w:pPr>
        <w:jc w:val="right"/>
      </w:pPr>
      <w:r>
        <w:t>تو فرشتے 24 گھنٹے ہر وقت پاک ہی رہتے ہیں، ان کے ہاں ناپاکی کوئی تصور نہیں لوگوں میں۔ تو یاد رکھیں کہ اس میں ایک خبر دی گئی ہے، کوئی حکم نہیں دیا گیا ہے۔</w:t>
      </w:r>
    </w:p>
    <w:p>
      <w:r>
        <w:rPr>
          <w:b/>
        </w:rPr>
        <w:t xml:space="preserve">[02:28] </w:t>
      </w:r>
      <w:r>
        <w:t>agar hukum hota to is ke alfaaz doosre hote</w:t>
      </w:r>
    </w:p>
    <w:p>
      <w:pPr>
        <w:jc w:val="right"/>
      </w:pPr>
      <w:r>
        <w:t>اگر حکم ہوتا تو اس کے الفاظ دوسرے ہوتے</w:t>
      </w:r>
    </w:p>
    <w:p>
      <w:r>
        <w:rPr>
          <w:b/>
        </w:rPr>
        <w:t xml:space="preserve">[02:31] </w:t>
      </w:r>
      <w:r>
        <w:t>ke "ae musalmano!" to wohi yahan hota: "ae iman walo! jab tum quran ko chhoona ho, tum ko touch karna ho to pehle ja kar wuzu karo".</w:t>
      </w:r>
    </w:p>
    <w:p>
      <w:pPr>
        <w:jc w:val="right"/>
      </w:pPr>
      <w:r>
        <w:t>کہ "اے مسلمانوں!" تو وہی یہاں ہوتا: "اے ایمان والو! جب تم قرآن کو چھونا ہو، تم کو ٹچ کرنا ہو تو پہلے جا کر وضو کرو"۔</w:t>
      </w:r>
    </w:p>
    <w:p>
      <w:r>
        <w:rPr>
          <w:b/>
        </w:rPr>
        <w:t xml:space="preserve">[02:47] </w:t>
      </w:r>
      <w:r>
        <w:t>ya nahao, kuch bhi jo hota. yeh to hai hi nahi is mein.</w:t>
      </w:r>
    </w:p>
    <w:p>
      <w:pPr>
        <w:jc w:val="right"/>
      </w:pPr>
      <w:r>
        <w:t>یا نہاؤ، کچھ بھی جو ہوتا۔ یہ تو ہے ہی نہیں اس میں۔</w:t>
      </w:r>
    </w:p>
    <w:p>
      <w:r>
        <w:rPr>
          <w:b/>
        </w:rPr>
        <w:t xml:space="preserve">[02:51] </w:t>
      </w:r>
      <w:r>
        <w:t>aap kisi bhi quran ka le lijiye, is ka tarjuma parhiye. tarjume mein kya hai? tarjume mein aik khabar ki baat ki gayi hai, aik waqea jo ho raha hai us ko bataya gaya ke yeh jo quran utarta hai Allah ki taraf se,</w:t>
      </w:r>
    </w:p>
    <w:p>
      <w:pPr>
        <w:jc w:val="right"/>
      </w:pPr>
      <w:r>
        <w:t>آپ کسی بھی قرآن کا لے لیجیے، اس کا ترجمہ پڑھیے۔ ترجمے میں کیا ہے؟ ترجمے میں ایک خبر کی بات کی گئی ہے، ایک واقعہ جو ہو رہا ہے اس کو بتایا گیا کہ یہ جو قرآن اترتا ہے اللہ کی طرف سے،</w:t>
      </w:r>
    </w:p>
    <w:p>
      <w:r>
        <w:rPr>
          <w:b/>
        </w:rPr>
        <w:t xml:space="preserve">[03:05] </w:t>
      </w:r>
      <w:r>
        <w:t>to farishta lata tha is ko.</w:t>
      </w:r>
    </w:p>
    <w:p>
      <w:pPr>
        <w:jc w:val="right"/>
      </w:pPr>
      <w:r>
        <w:t>تو فرشتہ لاتا تھا اس کو۔</w:t>
      </w:r>
    </w:p>
    <w:p>
      <w:r>
        <w:rPr>
          <w:b/>
        </w:rPr>
        <w:t xml:space="preserve">[03:08] </w:t>
      </w:r>
      <w:r>
        <w:t>rasool Allah ke pas quran aata tha farishte ke zariye se. to is mein sirf yeh bataya ke Allah se le kar jo farishte is quran ko nabi tak pohnchte hain, woh bohat hi pak log hain.</w:t>
      </w:r>
    </w:p>
    <w:p>
      <w:pPr>
        <w:jc w:val="right"/>
      </w:pPr>
      <w:r>
        <w:t>رسول اللہ کے پاس قرآن آتا تھا فرشتے کے ذریعے سے۔ تو اس میں صرف یہ بتایا کہ اللہ سے لے کر جو فرشتے اس قرآن کو نبی تک پہنچتے ہیں، وہ بہت ہی پاک لوگ ہیں۔</w:t>
      </w:r>
    </w:p>
    <w:p>
      <w:r>
        <w:rPr>
          <w:b/>
        </w:rPr>
        <w:t xml:space="preserve">[03:25] </w:t>
      </w:r>
      <w:r>
        <w:t>yani baqi yahan pak wuzu karne ke silsile mein nahi hai. matlab woh</w:t>
      </w:r>
    </w:p>
    <w:p>
      <w:pPr>
        <w:jc w:val="right"/>
      </w:pPr>
      <w:r>
        <w:t>یعنی باقی یہاں پاک وضو کرنے کے سلسلے میں نہیں ہے۔ مطلب وہ</w:t>
      </w:r>
    </w:p>
    <w:p>
      <w:r>
        <w:rPr>
          <w:b/>
        </w:rPr>
        <w:t xml:space="preserve">[03:32] </w:t>
      </w:r>
      <w:r>
        <w:t>un ke andar nafarmani nahi hai, un ke andar inhiraf nahi hai, Allah ke hukum se khilaf nahi jate woh. woh har lihaz se pakiza log hain.</w:t>
      </w:r>
    </w:p>
    <w:p>
      <w:pPr>
        <w:jc w:val="right"/>
      </w:pPr>
      <w:r>
        <w:t>ان کے اندر نافرمانی نہیں ہے، ان کے اندر انحراف نہیں ہے، اللہ کے حکم سے خلاف نہیں جاتے وہ۔ وہ ہر لحاظ سے پاکیزہ لوگ ہیں۔</w:t>
      </w:r>
    </w:p>
    <w:p>
      <w:r>
        <w:rPr>
          <w:b/>
        </w:rPr>
        <w:t xml:space="preserve">[03:43] </w:t>
      </w:r>
      <w:r>
        <w:t>to yeh farishton ke baray mein hai aur is ka tarjuma khud batata hai ke yeh insan ke baray mein nahi hai, farishton ke baray mein hai. isi tarah aap ja kar is ka tarjuma parhiye aap.</w:t>
      </w:r>
    </w:p>
    <w:p>
      <w:pPr>
        <w:jc w:val="right"/>
      </w:pPr>
      <w:r>
        <w:t>تو یہ فرشتوں کے بارے میں ہے اور اس کا ترجمہ خود بتاتا ہے کہ یہ انسان کے بارے میں نہیں ہے، فرشتوں کے بارے میں ہے۔ اسی طرح آپ جا کر اس کا ترجمہ پڑھیے آپ۔</w:t>
      </w:r>
    </w:p>
    <w:p>
      <w:r>
        <w:rPr>
          <w:b/>
        </w:rPr>
        <w:t xml:space="preserve">[03:55] </w:t>
      </w:r>
      <w:r>
        <w:t>maulana, yeh sawal mister abdul latif ka aya hai karachi pakistan se. unhon ne likha hai: "sawal pehle mein Allah taala ki bargah mein dua karta hoon ke Allah taala aap ko aur cps ke jumla arkan ko dawat o tabligh ke maidan mein sargaram amal hone ki wajah se akhirat ki kamyabi ata farmaye.</w:t>
      </w:r>
    </w:p>
    <w:p>
      <w:pPr>
        <w:jc w:val="right"/>
      </w:pPr>
      <w:r>
        <w:t>مولانا، یہ سوال مسٹر عبداللطیف کا آیا ہے کراچی پاکستان سے۔ انہوں نے لکھا ہے: "سوال پہلے میں اللہ تعالیٰ کی بارگاہ میں دعا کرتا ہوں کہ اللہ تعالیٰ آپ کو اور سی پی ایس کے جملہ ارکان کو دعوت و تبلیغ کے میدان میں سرگرم عمل ہونے کی وجہ سے آخرت کی کامیابی عطا فرمائے۔</w:t>
      </w:r>
    </w:p>
    <w:p>
      <w:r>
        <w:rPr>
          <w:b/>
        </w:rPr>
        <w:t xml:space="preserve">[04:19] </w:t>
      </w:r>
      <w:r>
        <w:t>mera sawal yeh hai ke kya jannat mein yahoodi, muslimz, christians aur hindu waghera ke salih log jayenge ya sirf Allah ki marifat wale log?"</w:t>
      </w:r>
    </w:p>
    <w:p>
      <w:pPr>
        <w:jc w:val="right"/>
      </w:pPr>
      <w:r>
        <w:t>میرا سوال یہ ہے کہ کیا جنت میں یہودی، مسلمز، کرسچنز اور ہندو وغیرہ کے صالح لوگ جائیں گے یا صرف اللہ کی معرفت والے لوگ؟"</w:t>
      </w:r>
    </w:p>
    <w:p>
      <w:r>
        <w:rPr>
          <w:b/>
        </w:rPr>
        <w:t xml:space="preserve">[04:32] </w:t>
      </w:r>
      <w:r>
        <w:t>in saranon mein se kahiye aap, yeh nahi ke falan falan groh ka jo aap naam le rahe hain aap, to is se koi taaluq jannat ka nahi hai.</w:t>
      </w:r>
    </w:p>
    <w:p>
      <w:pPr>
        <w:jc w:val="right"/>
      </w:pPr>
      <w:r>
        <w:t>ان ساروں میں سے کہیے آپ، یہ نہیں کہ فلاں فلاں گروہ کا جو آپ نام لے رہے ہیں آپ، تو اس سے کوئی تعلق جنت کا نہیں ہے۔</w:t>
      </w:r>
    </w:p>
    <w:p>
      <w:r>
        <w:rPr>
          <w:b/>
        </w:rPr>
        <w:t xml:space="preserve">[04:41] </w:t>
      </w:r>
      <w:r>
        <w:t>jannat ka taaluq hai woh insan jo iman aur amal salih par poora utre. jo quran mein jo alfaaz hain, woh hain iman</w:t>
      </w:r>
    </w:p>
    <w:p>
      <w:pPr>
        <w:jc w:val="right"/>
      </w:pPr>
      <w:r>
        <w:t>جنت کا تعلق ہے وہ انسان جو ایمان اور عمل صالح پر پورا اترے۔ جو قرآن میں جو الفاظ ہیں، وہ ہیں ایمان</w:t>
      </w:r>
    </w:p>
    <w:p>
      <w:r>
        <w:rPr>
          <w:b/>
        </w:rPr>
        <w:t xml:space="preserve">[04:51] </w:t>
      </w:r>
      <w:r>
        <w:t>aur amal salih. zalik jaza muntazaka, jo apna tazkiya kare. to quran mein jo alfaaz hain, woh iman, amal salih, tazkiya, taqwa yeh alfaaz hain.</w:t>
      </w:r>
    </w:p>
    <w:p>
      <w:pPr>
        <w:jc w:val="right"/>
      </w:pPr>
      <w:r>
        <w:t>اور عمل صالح۔ ذالک جزا منتزکا، جو اپنا تزکیہ کرے۔ تو قرآن میں جو الفاظ ہیں، وہ ایمان، عمل صالح، تزکیہ، تقویٰ یہ الفاظ ہیں۔</w:t>
      </w:r>
    </w:p>
    <w:p>
      <w:r>
        <w:rPr>
          <w:b/>
        </w:rPr>
        <w:t xml:space="preserve">[05:06] </w:t>
      </w:r>
      <w:r>
        <w:t>hum yeh kehte hain ke yeh sari</w:t>
      </w:r>
    </w:p>
    <w:p>
      <w:pPr>
        <w:jc w:val="right"/>
      </w:pPr>
      <w:r>
        <w:t>ہم یہ کہتے ہیں کہ یہ ساری</w:t>
      </w:r>
    </w:p>
    <w:p>
      <w:r>
        <w:rPr>
          <w:b/>
        </w:rPr>
        <w:t xml:space="preserve">[05:09] </w:t>
      </w:r>
      <w:r>
        <w:t>sifatain jo hain, is se bhi pehle aik cheez matloob hai, woh hai marifat. jab tak aap ko Allah ki marifat nahi hoti hai, Allah ki daryaft nahi hoti hai, tab tak yeh sifat abhrenge nahi aap ke andar.</w:t>
      </w:r>
    </w:p>
    <w:p>
      <w:pPr>
        <w:jc w:val="right"/>
      </w:pPr>
      <w:r>
        <w:t>صفتیں جو ہیں، اس سے بھی پہلے ایک چیز مطلوب ہے، وہ ہے معرفت۔ جب تک آپ کو اللہ کی معرفت نہیں ہوتی ہے، اللہ کی دریافت نہیں ہوتی ہے، تب تک یہ صفات ابھریں گے نہیں آپ کے اندر۔</w:t>
      </w:r>
    </w:p>
    <w:p>
      <w:r>
        <w:rPr>
          <w:b/>
        </w:rPr>
        <w:t xml:space="preserve">[05:25] </w:t>
      </w:r>
      <w:r>
        <w:t>to is mein koi shakk nahin ke jannat mein dakhle ki shartein wahi hain:</w:t>
      </w:r>
    </w:p>
    <w:p>
      <w:pPr>
        <w:jc w:val="right"/>
      </w:pPr>
      <w:r>
        <w:t>تو اس میں کوئی شک نہیں کہ جنت میں داخلے کی شرطیں وہی ہیں:</w:t>
      </w:r>
    </w:p>
    <w:p>
      <w:r>
        <w:rPr>
          <w:b/>
        </w:rPr>
        <w:t xml:space="preserve">[05:30] </w:t>
      </w:r>
      <w:r>
        <w:t>imaan, amal saleh, taqwa, tazkiya. lekin yeh sab kab hota hai? jab aap ke andar marifat aa gayi ho, Allah ki daryaft ki ho aap ne, Allah ki barhai ko aap ke zehen mein</w:t>
      </w:r>
    </w:p>
    <w:p>
      <w:pPr>
        <w:jc w:val="right"/>
      </w:pPr>
      <w:r>
        <w:t>ایمان، عمل صالح، تقویٰ، تزکیہ۔ لیکن یہ سب کب ہوتا ہے؟ جب آپ کے اندر معرفت آ گئی ہو، اللہ کی دریافت کی ہو آپ نے، اللہ کی بڑائی کو آپ کے ذہن میں</w:t>
      </w:r>
    </w:p>
    <w:p>
      <w:r>
        <w:rPr>
          <w:b/>
        </w:rPr>
        <w:t xml:space="preserve">[05:47] </w:t>
      </w:r>
      <w:r>
        <w:t>nipha liya ho. jab tak aap Allah ki azmat ko, Allah ki barhai ko daryaft nahin karenge, yeh sifat ubhrenge nahin aap ke andar. isi wajah se marifat ka talluq is se ho jata hai.</w:t>
      </w:r>
    </w:p>
    <w:p>
      <w:pPr>
        <w:jc w:val="right"/>
      </w:pPr>
      <w:r>
        <w:t>نپھا لیا ہو۔ جب تک آپ اللہ کی عظمت کو، اللہ کی بڑائی کو دریافت نہیں کریں گے، یہ صفات ابھریں گے نہیں آپ کے اندر۔ اسی وجہ سے معرفت کا تعلق اس سے ہو جاتا ہے۔</w:t>
      </w:r>
    </w:p>
    <w:p>
      <w:r>
        <w:rPr>
          <w:b/>
        </w:rPr>
        <w:t xml:space="preserve">[06:04] </w:t>
      </w:r>
      <w:r>
        <w:t>Maulana Zikwan Nadvi ne Dilli se likha hai: "ek guftagu ke douran aap ne farmaya tha ke Quran mein Yahood o Nasara se talluq ko tark karne ka jo hukum diya gaya hai, woh koi aam hukum nahin.</w:t>
      </w:r>
    </w:p>
    <w:p>
      <w:pPr>
        <w:jc w:val="right"/>
      </w:pPr>
      <w:r>
        <w:t>مولانا زکوان ندوی نے دلی سے لکھا ہے: "ایک گفتگو کے دوران آپ نے فرمایا تھا کہ قرآن میں یہود و نصاریٰ سے تعلق کو ترک کرنے کا جو حکم دیا گیا ہے، وہ کوئی عمومی حکم نہیں۔</w:t>
      </w:r>
    </w:p>
    <w:p>
      <w:r>
        <w:rPr>
          <w:b/>
        </w:rPr>
        <w:t xml:space="preserve">[06:21] </w:t>
      </w:r>
      <w:r>
        <w:t>iska talluq us halat se hai jab ke Musalman aur Yahood at war hon. Quran ki mazkoora ayat ka talluq jang ki soorat e haal se hai.</w:t>
      </w:r>
    </w:p>
    <w:p>
      <w:pPr>
        <w:jc w:val="right"/>
      </w:pPr>
      <w:r>
        <w:t>اس کا تعلق اس حالت سے ہے جب کہ مسلمان اور یہود at war ہوں۔ قرآن کی مذکورہ آیات کا تعلق جنگی صورتحال سے ہے۔</w:t>
      </w:r>
    </w:p>
    <w:p>
      <w:r>
        <w:rPr>
          <w:b/>
        </w:rPr>
        <w:t xml:space="preserve">[06:32] </w:t>
      </w:r>
      <w:r>
        <w:t>is ko janne ki ilmi buniyad kya hai?</w:t>
      </w:r>
    </w:p>
    <w:p>
      <w:pPr>
        <w:jc w:val="right"/>
      </w:pPr>
      <w:r>
        <w:t>اس کو جاننے کی علمی بنیاد کیا ہے؟"</w:t>
      </w:r>
    </w:p>
    <w:p>
      <w:r>
        <w:rPr>
          <w:b/>
        </w:rPr>
        <w:t xml:space="preserve">[06:36] </w:t>
      </w:r>
      <w:r>
        <w:t>yeh buniyad hai shan e nazool. saare ulma mante hain ke Quran ko samajhne ke liye shan e nazool ki riwayatein zaroori hain janna, asbab e nazool.</w:t>
      </w:r>
    </w:p>
    <w:p>
      <w:pPr>
        <w:jc w:val="right"/>
      </w:pPr>
      <w:r>
        <w:t>یہ بنیاد ہے شان نزول۔ سارے علماء مانتے ہیں کہ قرآن کو سمجھنے کے لیے شان نزول کی روایتیں ضروری ہیں جاننا، اسباب نزول۔</w:t>
      </w:r>
    </w:p>
    <w:p>
      <w:r>
        <w:rPr>
          <w:b/>
        </w:rPr>
        <w:t xml:space="preserve">[06:49] </w:t>
      </w:r>
      <w:r>
        <w:t>yani background jis ko hum kehte hain.</w:t>
      </w:r>
    </w:p>
    <w:p>
      <w:pPr>
        <w:jc w:val="right"/>
      </w:pPr>
      <w:r>
        <w:t>یعنی background جس کو ہم کہتے ہیں۔</w:t>
      </w:r>
    </w:p>
    <w:p>
      <w:r>
        <w:rPr>
          <w:b/>
        </w:rPr>
        <w:t xml:space="preserve">[06:52] </w:t>
      </w:r>
      <w:r>
        <w:t>to baqi riwayatein hain aur kuch tafaseer likhi gayi hain inhi riwayaton par le kar, maslan Tafseer Ibn Kathir.</w:t>
      </w:r>
    </w:p>
    <w:p>
      <w:pPr>
        <w:jc w:val="right"/>
      </w:pPr>
      <w:r>
        <w:t>تو باقی روایتیں ہیں اور کچھ تفسیریں لکھی گئی ہیں انہی روایتوں پر لے کر، مثلاً تفسیر ابن کثیر۔</w:t>
      </w:r>
    </w:p>
    <w:p>
      <w:r>
        <w:rPr>
          <w:b/>
        </w:rPr>
        <w:t xml:space="preserve">[07:02] </w:t>
      </w:r>
      <w:r>
        <w:t>to aap yeh dekhiye in riwayaton ko le kar ke yeh ayatein kab utri theen.</w:t>
      </w:r>
    </w:p>
    <w:p>
      <w:pPr>
        <w:jc w:val="right"/>
      </w:pPr>
      <w:r>
        <w:t>تو آپ یہ دیکھیے ان روایتوں کو لے کر کہ یہ آیتیں کب اتری تھیں۔</w:t>
      </w:r>
    </w:p>
    <w:p>
      <w:r>
        <w:rPr>
          <w:b/>
        </w:rPr>
        <w:t xml:space="preserve">[07:10] </w:t>
      </w:r>
      <w:r>
        <w:t>to yeh riwayatein utri hain Makka mein nahin, aisi koi ayat Makka mein nahin utri hai. Madani mein utri hain jab ke halat e jang mein qaim ho chuki thi. yeh is tarah ki jadeed ayatein hain, Madani ayatein hain, Makki nahin hain.</w:t>
      </w:r>
    </w:p>
    <w:p>
      <w:pPr>
        <w:jc w:val="right"/>
      </w:pPr>
      <w:r>
        <w:t>تو یہ روایتیں اتری ہیں مکہ میں نہیں، ایسی کوئی آیت مکہ میں نہیں اتری ہے۔ مدنی میں اتری ہیں جبکہ حالت جنگ میں قائم ہو چکی تھی۔ یہ اس طرح کی جدید آیتیں ہیں، مدنی آیتیں ہیں، مکی نہیں ہیں۔</w:t>
      </w:r>
    </w:p>
    <w:p>
      <w:r>
        <w:rPr>
          <w:b/>
        </w:rPr>
        <w:t xml:space="preserve">[07:24] </w:t>
      </w:r>
      <w:r>
        <w:t>to ilmi taur par is ko samajhne ka jo zariya hai, wahi hai jo ulma mante hain ke ayaton ko shan e nazool ke samjho,</w:t>
      </w:r>
    </w:p>
    <w:p>
      <w:pPr>
        <w:jc w:val="right"/>
      </w:pPr>
      <w:r>
        <w:t>تو علمی طور پر اس کو سمجھنے کا جو ذریعہ ہے، وہی ہے جو علماء مانتے ہیں کہ آیتوں کو شان نزول کے سمجھو،</w:t>
      </w:r>
    </w:p>
    <w:p>
      <w:r>
        <w:rPr>
          <w:b/>
        </w:rPr>
        <w:t xml:space="preserve">[07:32] </w:t>
      </w:r>
      <w:r>
        <w:t>asbab e nazool ke zariye samjho. yani woh ayat kab utri hai, kis mahol mein utri hai, kis masle mein utri hai, is ko jano. to main kahunga ke yeh ayatein Makka mein nahin utri, Madani mein utri hain aur us waqt utri hain jab ke jang chhad chuki thi aur Muslims aur doosre log at war ho chuke the.</w:t>
      </w:r>
    </w:p>
    <w:p>
      <w:pPr>
        <w:jc w:val="right"/>
      </w:pPr>
      <w:r>
        <w:t>اسباب نزول کے ذریعے سمجھو۔ یعنی وہ آیت کب اتری ہے، کس ماحول میں اتری ہے، کس مسئلے میں اتری ہے، اس کو جانو۔ تو میں کہوں گا کہ یہ آیتیں مکہ میں نہیں اتری، مدنی میں اتری ہیں اور اس وقت اتری ہیں جبکہ جنگ چھڑ چکی تھی اور مسلمز اور دوسرے لوگ at war ہو چکے تھے۔</w:t>
      </w:r>
    </w:p>
    <w:p>
      <w:r>
        <w:rPr>
          <w:b/>
        </w:rPr>
        <w:t xml:space="preserve">[07:52] </w:t>
      </w:r>
      <w:r>
        <w:t>is wajah se yeh</w:t>
      </w:r>
    </w:p>
    <w:p>
      <w:pPr>
        <w:jc w:val="right"/>
      </w:pPr>
      <w:r>
        <w:t>اس وجہ سے یہ</w:t>
      </w:r>
    </w:p>
    <w:p>
      <w:r>
        <w:rPr>
          <w:b/>
        </w:rPr>
        <w:t xml:space="preserve">[07:53] </w:t>
      </w:r>
      <w:r>
        <w:t>isi pas manzar mein is ko hum samajh sakte hain, is ko alag kar ke hum nahin samajh sakte.</w:t>
      </w:r>
    </w:p>
    <w:p>
      <w:pPr>
        <w:jc w:val="right"/>
      </w:pPr>
      <w:r>
        <w:t>اسی پس منظر میں اس کو ہم سمجھ سکتے ہیں، اس کو الگ کر کے ہم نہیں سمجھ سکتے۔</w:t>
      </w:r>
    </w:p>
    <w:p>
      <w:r>
        <w:rPr>
          <w:b/>
        </w:rPr>
        <w:t xml:space="preserve">[08:01] </w:t>
      </w:r>
      <w:r>
        <w:t>Maulana, agla sawal aaya hai Miss Saira ka Karachi Pakistan se. unhon ne likha hai: "aaj kal poori duniya mein ghair Muslimon mein dawat o tabligh ka kaam CPS team ke ilawa kahin bhi nazar nahin aata.</w:t>
      </w:r>
    </w:p>
    <w:p>
      <w:pPr>
        <w:jc w:val="right"/>
      </w:pPr>
      <w:r>
        <w:t>مولانا، اگلا سوال آیا ہے مس سائرہ کا کراچی پاکستان سے۔ انہوں نے لکھا ہے: "آج کل پوری دنیا میں غیر مسلموں میں دعوت و تبلیغی کا کام سی پی ایس ٹیم کے علاوہ کہیں بھی نظر نہیں آتا۔</w:t>
      </w:r>
    </w:p>
    <w:p>
      <w:r>
        <w:rPr>
          <w:b/>
        </w:rPr>
        <w:t xml:space="preserve">[08:18] </w:t>
      </w:r>
      <w:r>
        <w:t>is ki kya wajah hai?"</w:t>
      </w:r>
    </w:p>
    <w:p>
      <w:pPr>
        <w:jc w:val="right"/>
      </w:pPr>
      <w:r>
        <w:t>اس کی کیا وجہ ہے؟"</w:t>
      </w:r>
    </w:p>
    <w:p>
      <w:r>
        <w:rPr>
          <w:b/>
        </w:rPr>
        <w:t xml:space="preserve">[08:27] </w:t>
      </w:r>
      <w:r>
        <w:t>baat yeh hai ke Musalmanon par is daur mein, yeh jo daur aaya hai, is mein Musalmanon par mukhtalif asbab se yeh chha gaya ke</w:t>
      </w:r>
    </w:p>
    <w:p>
      <w:pPr>
        <w:jc w:val="right"/>
      </w:pPr>
      <w:r>
        <w:t>بات یہ ہے کہ مسلمانوں پر اس دور میں، یہ جو دور آیا ہے، اس میں مسلمانوں پر مختلف اسباب سے یہ چھا گیا کہ</w:t>
      </w:r>
    </w:p>
    <w:p>
      <w:r>
        <w:rPr>
          <w:b/>
        </w:rPr>
        <w:t xml:space="preserve">[08:44] </w:t>
      </w:r>
      <w:r>
        <w:t>hamare khilaf sazishain jari hain, sab log dushman hain hamare, sab Islam ke khilaf sargarmiyan kar rahe hain log. to Musalmanon ke andar mizaj aa gaya takrao ka, ladai bhadai ka.</w:t>
      </w:r>
    </w:p>
    <w:p>
      <w:pPr>
        <w:jc w:val="right"/>
      </w:pPr>
      <w:r>
        <w:t>ہمارے خلاف سازشیں جاری ہیں، سب لوگ دشمن ہیں ہمارے، سب اسلام کے خلاف سرگرمیاں کر رہے ہیں لوگ۔ تو مسلمانوں کے اندر مزاج آ گیا ٹکراؤ کا، لڑائی بھڑائی کا۔</w:t>
      </w:r>
    </w:p>
    <w:p>
      <w:r>
        <w:rPr>
          <w:b/>
        </w:rPr>
        <w:t xml:space="preserve">[08:57] </w:t>
      </w:r>
      <w:r>
        <w:t>wahi kar rahe hain Musalman. ya to nafrat karte hain</w:t>
      </w:r>
    </w:p>
    <w:p>
      <w:pPr>
        <w:jc w:val="right"/>
      </w:pPr>
      <w:r>
        <w:t>وہی کر رہے ہیں مسلمان۔ یا تو نفرت کرتے ہیں</w:t>
      </w:r>
    </w:p>
    <w:p>
      <w:r>
        <w:rPr>
          <w:b/>
        </w:rPr>
        <w:t xml:space="preserve">[09:01] </w:t>
      </w:r>
      <w:r>
        <w:t>ya tashaddud karte hain ya baqayda takrao karte hain. to yeh jo mizaj aaya hai, yeh sau do sau saal ke andar aaya hai. jab ke Maghribi qaumein ubhren, Europe se aur har jagah un ko dabdaba mila, to Musalmanon mein</w:t>
      </w:r>
    </w:p>
    <w:p>
      <w:pPr>
        <w:jc w:val="right"/>
      </w:pPr>
      <w:r>
        <w:t>یا تشدد کرتے ہیں یا باقاعدہ ٹکراؤ کرتے ہیں۔ تو یہ جو مزاج آیا ہے، یہ سو دو سو سال کے اندر آیا ہے۔ جبکہ مغربی قومیں ابھریں، یورپ سے اور ہر جگہ ان کو دبدبہ ملا، تو مسلمانوں میں</w:t>
      </w:r>
    </w:p>
    <w:p>
      <w:r>
        <w:rPr>
          <w:b/>
        </w:rPr>
        <w:t xml:space="preserve">[09:19] </w:t>
      </w:r>
      <w:r>
        <w:t>reaction ke taur par yeh mizaj paida hua. us waqt saare Musalman reaction ki nafsiyat mein jeete hain. to aap ki koshish honi chahiye ke logon ko reaction se nikalein.</w:t>
      </w:r>
    </w:p>
    <w:p>
      <w:pPr>
        <w:jc w:val="right"/>
      </w:pPr>
      <w:r>
        <w:t>reaction کے طور پر یہ مزاج پیدا ہوا۔ اس وقت سارے مسلمان reaction کی نفسیات میں جیتے ہیں۔ تو آپ کی کوشش ہونی چاہیے کہ لوگوں کو reaction سے نکالیں۔</w:t>
      </w:r>
    </w:p>
    <w:p>
      <w:r>
        <w:rPr>
          <w:b/>
        </w:rPr>
        <w:t xml:space="preserve">[09:32] </w:t>
      </w:r>
      <w:r>
        <w:t>isi liye main zor deta hoon bahut zyada positive thinking par.</w:t>
      </w:r>
    </w:p>
    <w:p>
      <w:pPr>
        <w:jc w:val="right"/>
      </w:pPr>
      <w:r>
        <w:t>اسی لیے میں زور دیتا ہوں بہت زیادہ positive thinking پر۔</w:t>
      </w:r>
    </w:p>
    <w:p>
      <w:r>
        <w:rPr>
          <w:b/>
        </w:rPr>
        <w:t xml:space="preserve">[09:37] </w:t>
      </w:r>
      <w:r>
        <w:t>jab tak aap Musalmanon ko reaction ki nafsiyat se azaad nahin karenge, woh baat ko samajh nahin payenge. kyunke reaction ki nafsiyat ka kya nateeja hua hai?</w:t>
      </w:r>
    </w:p>
    <w:p>
      <w:pPr>
        <w:jc w:val="right"/>
      </w:pPr>
      <w:r>
        <w:t>جب تک آپ مسلمانوں کو reaction کی نفسیات سے آزاد نہیں کریں گے، وہ بات کو سمجھ نہیں پائیں گے۔ کیونکہ reaction کی نفسیات کا کیا نتیجہ ہوا ہے؟</w:t>
      </w:r>
    </w:p>
    <w:p>
      <w:r>
        <w:rPr>
          <w:b/>
        </w:rPr>
        <w:t xml:space="preserve">[09:46] </w:t>
      </w:r>
      <w:r>
        <w:t>ke doosri qaumein aap ko lagti hain dushman, sazishi. to un ko dawat kya denge aap?</w:t>
      </w:r>
    </w:p>
    <w:p>
      <w:pPr>
        <w:jc w:val="right"/>
      </w:pPr>
      <w:r>
        <w:t>کہ دوسری قومیں آپ کو لگتی ہیں دشمن، سازشی۔ تو ان کو دعوت کیا دیں گے آپ؟</w:t>
      </w:r>
    </w:p>
    <w:p>
      <w:r>
        <w:rPr>
          <w:b/>
        </w:rPr>
        <w:t xml:space="preserve">[09:53] </w:t>
      </w:r>
      <w:r>
        <w:t>dawat ke liye zaroori hai ke aap doosri qaumon ko ke khair khwah hon, naseh hon. to khair khwahi to hai nahin.</w:t>
      </w:r>
    </w:p>
    <w:p>
      <w:pPr>
        <w:jc w:val="right"/>
      </w:pPr>
      <w:r>
        <w:t>دعوت کے لیے ضروری ہے کہ آپ دوسری قوموں کو کہ خیر خواہ ہوں، ناصح ہوں۔ تو خیر خواہی تو ہے نہیں۔</w:t>
      </w:r>
    </w:p>
    <w:p>
      <w:r>
        <w:rPr>
          <w:b/>
        </w:rPr>
        <w:t xml:space="preserve">[10:03] </w:t>
      </w:r>
      <w:r>
        <w:t>jab khair khwahi nahin hai to wohi hai jo is waqt ho raha hoga. to pehla kaam jo hai yeh hai ke doosri qaumon ko hum</w:t>
      </w:r>
    </w:p>
    <w:p>
      <w:pPr>
        <w:jc w:val="right"/>
      </w:pPr>
      <w:r>
        <w:t>جب خیر خواہی نہیں ہے تو وہی ہے جو اس وقت ہو رہا ہوگا۔ تو پہلا کام جو ہے یہ ہے کہ دوسری قوموں کو ہم</w:t>
      </w:r>
    </w:p>
    <w:p>
      <w:r>
        <w:rPr>
          <w:b/>
        </w:rPr>
        <w:t xml:space="preserve">[10:10] </w:t>
      </w:r>
      <w:r>
        <w:t>batayen musalmanon ko ke woh madu hain, woh aap ke dushman nahin hain. har haal mein woh madu hain, bil farz woh aap ke khilaaf koi dushmani wali baat kar rahe hon, tab bhi woh aap ke madu hain.</w:t>
      </w:r>
    </w:p>
    <w:p>
      <w:pPr>
        <w:jc w:val="right"/>
      </w:pPr>
      <w:r>
        <w:t>بتائیں مسلمانوں کو کہ وہ مدعو ہیں، وہ آپ کے دشمن نہیں ہیں۔ ہر حال میں وہ مدعو ہیں، بالفرض وہ آپ کے خلاف کوئی دشمنی والی بات کر رہے ہوں، تب بھی وہ آپ کے مدعو ہیں۔</w:t>
      </w:r>
    </w:p>
    <w:p>
      <w:r>
        <w:rPr>
          <w:b/>
        </w:rPr>
        <w:t xml:space="preserve">[10:24] </w:t>
      </w:r>
      <w:r>
        <w:t>tab bhi aap ko dawat dena hai. to chounke saara literature jo aap dekhiye, jitna literature</w:t>
      </w:r>
    </w:p>
    <w:p>
      <w:pPr>
        <w:jc w:val="right"/>
      </w:pPr>
      <w:r>
        <w:t>تب بھی آپ کو دعوت دینا ہے۔ تو چونکہ سارا literature جو آپ دیکھیے، جتنا literature</w:t>
      </w:r>
    </w:p>
    <w:p>
      <w:r>
        <w:rPr>
          <w:b/>
        </w:rPr>
        <w:t xml:space="preserve">[10:31] </w:t>
      </w:r>
      <w:r>
        <w:t>zaban mein tayyar hua hai, chahe woh urdu mein ho, persian mein ho, arabi mein ho, angrezi mein ho, woh sab negative nafsiyat ka tayyar hua hai.</w:t>
      </w:r>
    </w:p>
    <w:p>
      <w:pPr>
        <w:jc w:val="right"/>
      </w:pPr>
      <w:r>
        <w:t>زبان میں تیار ہوا ہے، چاہے وہ اردو میں ہو، پرشین میں ہو، عربی میں ہو، انگریزی میں ہو، وہ سب negative نفسیات کا تیار ہوا ہے۔</w:t>
      </w:r>
    </w:p>
    <w:p>
      <w:r>
        <w:rPr>
          <w:b/>
        </w:rPr>
        <w:t xml:space="preserve">[10:42] </w:t>
      </w:r>
      <w:r>
        <w:t>sab ko dikhaya gaya hai ke sab dushman hain, sazishi hain, hamare khilaaf sargarmiyan kar rahe hain.</w:t>
      </w:r>
    </w:p>
    <w:p>
      <w:pPr>
        <w:jc w:val="right"/>
      </w:pPr>
      <w:r>
        <w:t>سب کو دکھایا گیا ہے کہ سب دشمن ہیں، سازشی ہیں، ہمارے خلاف سرگرمیاں کر رہے ہیں۔</w:t>
      </w:r>
    </w:p>
    <w:p>
      <w:r>
        <w:rPr>
          <w:b/>
        </w:rPr>
        <w:t xml:space="preserve">[10:48] </w:t>
      </w:r>
      <w:r>
        <w:t>to is literature se zehn bana musalmanon ka, aur media yeh karta hai. to yeh ek bohat hi gehra muamla hai, aur jab tak aap musalmanon ke zehn na badlen, aap daawti kaam nahin ho sakta hai.</w:t>
      </w:r>
    </w:p>
    <w:p>
      <w:pPr>
        <w:jc w:val="right"/>
      </w:pPr>
      <w:r>
        <w:t>تو اس literature سے ذہن بنا مسلمانوں کا، اور میڈیا یہ کرتا ہے۔ تو یہ ایک بہت ہی گہرا معاملہ ہے، اور جب تک آپ مسلمانوں کے ذہن نہ بدلیں، آپ دعوتی کام نہیں ہو سکتا ہے۔</w:t>
      </w:r>
    </w:p>
    <w:p>
      <w:r>
        <w:rPr>
          <w:b/>
        </w:rPr>
        <w:t xml:space="preserve">[11:04] </w:t>
      </w:r>
      <w:r>
        <w:t>to pehla kaam hai musalmanon ki soch ko badalna, phir is ke baad daawti kaam hoga.</w:t>
      </w:r>
    </w:p>
    <w:p>
      <w:pPr>
        <w:jc w:val="right"/>
      </w:pPr>
      <w:r>
        <w:t>تو پہلا کام ہے مسلمانوں کی سوچ کو بدلنا، پھر اس کے بعد دعوتی کام ہوگا۔</w:t>
      </w:r>
    </w:p>
    <w:p>
      <w:r>
        <w:rPr>
          <w:b/>
        </w:rPr>
        <w:t xml:space="preserve">[11:13] </w:t>
      </w:r>
      <w:r>
        <w:t>maulana, agla sawal aaya hai mr fazal ameen ka karachi pakistan se. unhon ne likha hai ke "main ek dukandar hoon, baz karobari masail ki wajah se mujhe tension rehta hai.</w:t>
      </w:r>
    </w:p>
    <w:p>
      <w:pPr>
        <w:jc w:val="right"/>
      </w:pPr>
      <w:r>
        <w:t>مولانا، اگلا سوال آیا ہے مسٹر فضل امین کا کراچی پاکستان سے۔ انہوں نے لکھا ہے کہ "میں ایک دکاندار ہوں، بعض کاروباری مسائل کی وجہ سے مجھے tension رہتا ہے۔</w:t>
      </w:r>
    </w:p>
    <w:p>
      <w:r>
        <w:rPr>
          <w:b/>
        </w:rPr>
        <w:t xml:space="preserve">[11:27] </w:t>
      </w:r>
      <w:r>
        <w:t>is ki kya wajah hai?"</w:t>
      </w:r>
    </w:p>
    <w:p>
      <w:pPr>
        <w:jc w:val="right"/>
      </w:pPr>
      <w:r>
        <w:t>اس کی کیا وجہ ہے؟"</w:t>
      </w:r>
    </w:p>
    <w:p>
      <w:r>
        <w:rPr>
          <w:b/>
        </w:rPr>
        <w:t xml:space="preserve">[11:32] </w:t>
      </w:r>
      <w:r>
        <w:t>dekhiye, mera jo tajurba hai, woh karobar ki wajah se tension nahin hota. tension hota hai more aur more ka jo juz zehn hai, jis ko kehte hain hiras.</w:t>
      </w:r>
    </w:p>
    <w:p>
      <w:pPr>
        <w:jc w:val="right"/>
      </w:pPr>
      <w:r>
        <w:t>دیکھیے، میرا جو تجربہ ہے، وہ کاروبار کی وجہ سے tension نہیں ہوتا۔ Tension ہوتا ہے more اور more کا جو جز ذہن ہے، جس کو کہتے ہیں حرص۔</w:t>
      </w:r>
    </w:p>
    <w:p>
      <w:r>
        <w:rPr>
          <w:b/>
        </w:rPr>
        <w:t xml:space="preserve">[11:46] </w:t>
      </w:r>
      <w:r>
        <w:t>insan ke do rawaiye hain, ya to qana'at ya hiras. yani apne bas par agar aap karobar karen,</w:t>
      </w:r>
    </w:p>
    <w:p>
      <w:pPr>
        <w:jc w:val="right"/>
      </w:pPr>
      <w:r>
        <w:t>انسان کے دو رویے ہیں، یا تو قناعت یا حرص۔ یعنی اپنے بس پر اگر آپ کاروبار کریں،</w:t>
      </w:r>
    </w:p>
    <w:p>
      <w:r>
        <w:rPr>
          <w:b/>
        </w:rPr>
        <w:t xml:space="preserve">[11:53] </w:t>
      </w:r>
      <w:r>
        <w:t>apne bas par aap kharch karen, apne kharch ko aur aamdani ko control mein rakhen to koi tension nahin hoga. hota yeh hai ke aamdani kam, kharch ziyada.</w:t>
      </w:r>
    </w:p>
    <w:p>
      <w:pPr>
        <w:jc w:val="right"/>
      </w:pPr>
      <w:r>
        <w:t>اپنے بس پر آپ خرچ کریں، اپنے خرچ کو اور آمدنی کو کنٹرول میں رکھیں تو کوئی tension نہیں ہوگا۔ ہوتا یہ ہے کہ آمدنی کم، خرچ زیادہ۔</w:t>
      </w:r>
    </w:p>
    <w:p>
      <w:r>
        <w:rPr>
          <w:b/>
        </w:rPr>
        <w:t xml:space="preserve">[12:05] </w:t>
      </w:r>
      <w:r>
        <w:t>to aap aur ziyada kamai, aur ziyada kamai, is mein log bank ka qarz lete hain, tarah tarah ki cheezen karte hain.</w:t>
      </w:r>
    </w:p>
    <w:p>
      <w:pPr>
        <w:jc w:val="right"/>
      </w:pPr>
      <w:r>
        <w:t>تو آپ اور زیادہ کمائی، اور زیادہ کمائی، اس میں لوگ بینک کا قرض لیتے ہیں، طرح طرح کی چیزیں کرتے ہیں۔</w:t>
      </w:r>
    </w:p>
    <w:p>
      <w:r>
        <w:rPr>
          <w:b/>
        </w:rPr>
        <w:t xml:space="preserve">[12:12] </w:t>
      </w:r>
      <w:r>
        <w:t>to asal cheez tension ka sabab hiras hai, karobar nahin hai, yaad rakhiye. hiras ko khatam kijiye, qana'at ko ikhtiyar kijiye, kharch ko ghataiye, aamdani ko manage kijiye.</w:t>
      </w:r>
    </w:p>
    <w:p>
      <w:pPr>
        <w:jc w:val="right"/>
      </w:pPr>
      <w:r>
        <w:t>تو اصل چیز tension کا سبب حرص ہے، کاروبار نہیں ہے، یاد رکھیے۔ حرص کو ختم کیجیے، قناعت کو اختیار کیجیے، خرچ کو گھٹائیے، آمدنی کو manage کیجیے۔</w:t>
      </w:r>
    </w:p>
    <w:p>
      <w:r>
        <w:rPr>
          <w:b/>
        </w:rPr>
        <w:t xml:space="preserve">[12:24] </w:t>
      </w:r>
      <w:r>
        <w:t>to tension har giz nahin hoga. mera tareeqa hai, mera to koi kharch hi nahin, to mera koi tension bhi nahin.</w:t>
      </w:r>
    </w:p>
    <w:p>
      <w:pPr>
        <w:jc w:val="right"/>
      </w:pPr>
      <w:r>
        <w:t>تو tension ہرگز نہیں ہوگا۔ میرا طریقہ ہے، میرا تو کوئی خرچ ہی نہیں، تو میرا کوئی tension بھی نہیں۔</w:t>
      </w:r>
    </w:p>
    <w:p>
      <w:r>
        <w:rPr>
          <w:b/>
        </w:rPr>
        <w:t xml:space="preserve">[12:33] </w:t>
      </w:r>
      <w:r>
        <w:t>main jo hai, isi par razi rehta hoon. isi par razi rehta hoon. farz kijiye, glass beh hai. glass hai, glass mein pani pi lunga.</w:t>
      </w:r>
    </w:p>
    <w:p>
      <w:pPr>
        <w:jc w:val="right"/>
      </w:pPr>
      <w:r>
        <w:t>میں جو ہے، اسی پر راضی رہتا ہوں۔ اسی پر راضی رہتا ہوں۔ فرض کیجیے، گلاس بہہ ہے۔ گلاس ہے، گلاس میں پانی پی لوں گا۔</w:t>
      </w:r>
    </w:p>
    <w:p>
      <w:r>
        <w:rPr>
          <w:b/>
        </w:rPr>
        <w:t xml:space="preserve">[12:42] </w:t>
      </w:r>
      <w:r>
        <w:t>glass hai to hath se pi lunga. hath se pi lunga, kisi cheez se pi lunga. mujhe koi pareshani nahin hogi, glass nahin, glass nahin, glass nahin.</w:t>
      </w:r>
    </w:p>
    <w:p>
      <w:pPr>
        <w:jc w:val="right"/>
      </w:pPr>
      <w:r>
        <w:t>گلاس ہے تو ہاتھ سے پی لوں گا۔ ہاتھ سے پی لوں گا، کسی چیز سے پی لوں گا۔ مجھے کوئی پریشانی نہیں ہوگی، گلاس نہیں، گلاس نہیں، گلاس نہیں۔</w:t>
      </w:r>
    </w:p>
    <w:p>
      <w:r>
        <w:rPr>
          <w:b/>
        </w:rPr>
        <w:t xml:space="preserve">[12:52] </w:t>
      </w:r>
      <w:r>
        <w:t>to yeh galat hai soch ke karobar ki wajah se tension, har giz nahin. hiras ki wajah se tension. log apna kharch barhaye rehte hain, aamdani hoti nahin hoti to phir aamdani barhaye, lage rehte hain, raat din, raat din, raat din, to tension hoga woh.</w:t>
      </w:r>
    </w:p>
    <w:p>
      <w:pPr>
        <w:jc w:val="right"/>
      </w:pPr>
      <w:r>
        <w:t>تو یہ غلط ہے سوچ کہ کاروبار کی وجہ سے tension، ہرگز نہیں۔ حرص کی وجہ سے tension۔ لوگ اپنا خرچ بڑھائے رہتے ہیں، آمدنی ہوتی نہیں ہوتی تو پھر آمدنی بڑھائے، لگے رہتے ہیں، رات دن، رات دن، رات دن، تو tension ہوگا وہ۔</w:t>
      </w:r>
    </w:p>
    <w:p>
      <w:r>
        <w:rPr>
          <w:b/>
        </w:rPr>
        <w:t xml:space="preserve">[13:12] </w:t>
      </w:r>
      <w:r>
        <w:t>to apne karobar ko manage kijiye. ek hi hal hai ke manage kijiye aur had ke andar rahiye, bas had se bahar na jaiye.</w:t>
      </w:r>
    </w:p>
    <w:p>
      <w:pPr>
        <w:jc w:val="right"/>
      </w:pPr>
      <w:r>
        <w:t>تو اپنے کاروبار کو manage کیجیے۔ ایک ہی حل ہے کہ manage کیجیے اور حد کے اندر رہیے، بس حد سے باہر نہ جائیے۔</w:t>
      </w:r>
    </w:p>
    <w:p>
      <w:r>
        <w:rPr>
          <w:b/>
        </w:rPr>
        <w:t xml:space="preserve">[13:25] </w:t>
      </w:r>
      <w:r>
        <w:t>quran ne kaha takathur. takathur asal raaz hai tension ka.</w:t>
      </w:r>
    </w:p>
    <w:p>
      <w:pPr>
        <w:jc w:val="right"/>
      </w:pPr>
      <w:r>
        <w:t>قرآن نے کہا تکاثر۔ تکاثر اصل راز ہے tension کا۔</w:t>
      </w:r>
    </w:p>
    <w:p>
      <w:r>
        <w:rPr>
          <w:b/>
        </w:rPr>
        <w:t xml:space="preserve">[13:32] </w:t>
      </w:r>
      <w:r>
        <w:t>allah ko takathur. takathur se apne aap ko bachaiye.</w:t>
      </w:r>
    </w:p>
    <w:p>
      <w:pPr>
        <w:jc w:val="right"/>
      </w:pPr>
      <w:r>
        <w:t>اللہ کو تکاثر۔ تکاثر سے اپنے آپ کو بچائیے۔</w:t>
      </w:r>
    </w:p>
    <w:p>
      <w:r>
        <w:rPr>
          <w:b/>
        </w:rPr>
        <w:t xml:space="preserve">[13:37] </w:t>
      </w:r>
      <w:r>
        <w:t>mr khwaja kaleemuddin ne pensilvenia, usa se sawal kiya hai. unhon ne likha hai: "maulana sahib, what is the difference between ijtihad and ijma?</w:t>
      </w:r>
    </w:p>
    <w:p>
      <w:pPr>
        <w:jc w:val="right"/>
      </w:pPr>
      <w:r>
        <w:t>مسٹر خواجہ کلیم الدین نے پینسل وینیا، یو ایس اے سے سوال کیا ہے۔ انہوں نے لکھا ہے: "مولانا صاحب، what is the difference between اجتہاد and اجماع؟</w:t>
      </w:r>
    </w:p>
    <w:p>
      <w:r>
        <w:rPr>
          <w:b/>
        </w:rPr>
        <w:t xml:space="preserve">[13:49] </w:t>
      </w:r>
      <w:r>
        <w:t>is ijma necessary on any ijtihad?"</w:t>
      </w:r>
    </w:p>
    <w:p>
      <w:pPr>
        <w:jc w:val="right"/>
      </w:pPr>
      <w:r>
        <w:t>Is اجماع necessary on any اجتہاد؟"</w:t>
      </w:r>
    </w:p>
    <w:p>
      <w:r>
        <w:rPr>
          <w:b/>
        </w:rPr>
        <w:t xml:space="preserve">[13:55] </w:t>
      </w:r>
      <w:r>
        <w:t>dekhiye, yeh ek bada masla hai yeh. aaj mein isi par bolne wala tha lekin kisi wajah se topic badal gaya.</w:t>
      </w:r>
    </w:p>
    <w:p>
      <w:pPr>
        <w:jc w:val="right"/>
      </w:pPr>
      <w:r>
        <w:t>دیکھیے، یہ ایک بڑا مسئلہ ہے یہ۔ آج میں اسی پر بولنے والا تھا لیکن کسی وجہ سے ٹاپک بدل گیا۔</w:t>
      </w:r>
    </w:p>
    <w:p>
      <w:r>
        <w:rPr>
          <w:b/>
        </w:rPr>
        <w:t xml:space="preserve">[14:06] </w:t>
      </w:r>
      <w:r>
        <w:t>dekhie, ijma ka jo tasawwur hai logon ka, ab mein is ko sahi nahi samajhta. ijma ko woh</w:t>
      </w:r>
    </w:p>
    <w:p>
      <w:pPr>
        <w:jc w:val="right"/>
      </w:pPr>
      <w:r>
        <w:t>دیکھیے، اجماع کا جو تصور ہے لوگوں کا، اب میں اس کو صحیح نہیں سمجھتا۔ اجماع کو وہ</w:t>
      </w:r>
    </w:p>
    <w:p>
      <w:r>
        <w:rPr>
          <w:b/>
        </w:rPr>
        <w:t xml:space="preserve">[14:12] </w:t>
      </w:r>
      <w:r>
        <w:t>aaj kal kya hai, mukhtasar tor par arz karunga ke fuqaha jo hain kehte hain ke shariyat ke char masadir hain.</w:t>
      </w:r>
    </w:p>
    <w:p>
      <w:pPr>
        <w:jc w:val="right"/>
      </w:pPr>
      <w:r>
        <w:t>آج کل کیا ہے، مختصر طور پر عرض کروں گا کہ فقہاء جو ہیں کہتے ہیں کہ شریعت کے چار مصادر ہیں۔</w:t>
      </w:r>
    </w:p>
    <w:p>
      <w:r>
        <w:rPr>
          <w:b/>
        </w:rPr>
        <w:t xml:space="preserve">[14:23] </w:t>
      </w:r>
      <w:r>
        <w:t>masdar yani source. source of shariyat jo hai woh char hain: quran, sunnat, ijma aur qiyas. mein kehta hoon yeh sahi nahi hai. sirf do hi masdar hain.</w:t>
      </w:r>
    </w:p>
    <w:p>
      <w:pPr>
        <w:jc w:val="right"/>
      </w:pPr>
      <w:r>
        <w:t>مصدر یعنی source۔ Source of شریعت جو ہے وہ چار ہیں: قرآن، سنت، اجماع اور قیاس۔ میں کہتا ہوں یہ صحیح نہیں ہے۔ صرف دو ہی مصدر ہیں۔</w:t>
      </w:r>
    </w:p>
    <w:p>
      <w:r>
        <w:rPr>
          <w:b/>
        </w:rPr>
        <w:t xml:space="preserve">[14:32] </w:t>
      </w:r>
      <w:r>
        <w:t>woh hai quran aur hadith.</w:t>
      </w:r>
    </w:p>
    <w:p>
      <w:pPr>
        <w:jc w:val="right"/>
      </w:pPr>
      <w:r>
        <w:t>وہ ہے قرآن اور حدیث۔</w:t>
      </w:r>
    </w:p>
    <w:p>
      <w:r>
        <w:rPr>
          <w:b/>
        </w:rPr>
        <w:t xml:space="preserve">[14:35] </w:t>
      </w:r>
      <w:r>
        <w:t>jaisa ke hadith mein aata hai: "tarf tofeeq mustaqil kitab allah wa sunnati". to asal jo hai woh sirf quran aur hadith hai aur koi aslan nahi hai.</w:t>
      </w:r>
    </w:p>
    <w:p>
      <w:pPr>
        <w:jc w:val="right"/>
      </w:pPr>
      <w:r>
        <w:t>جیسا کہ حدیث میں آتا ہے: "طرف توفیق مستقل کتاب اللہ وسنتی"۔ تو اصل جو ہے وہ صرف قرآن اور حدیث ہے اور کوئی اصلاً نہیں ہے۔</w:t>
      </w:r>
    </w:p>
    <w:p>
      <w:r>
        <w:rPr>
          <w:b/>
        </w:rPr>
        <w:t xml:space="preserve">[14:46] </w:t>
      </w:r>
      <w:r>
        <w:t>baqi jo hai teesra woh ijtihad hai. ijtihad ki qismein hain, un mein se aik qism hai ijma, aik qism hai qiyas. to ijma jo hai abadi nahi hota.</w:t>
      </w:r>
    </w:p>
    <w:p>
      <w:pPr>
        <w:jc w:val="right"/>
      </w:pPr>
      <w:r>
        <w:t>باقی جو ہے تیسرا وہ اجتہاد ہے۔ اجتہاد کی قسمیں ہیں، ان میں سے ایک قسم ہے اجماع، ایک قسم ہے قیاس۔ تو اجماع جو ہے ابدی نہیں ہوتا۔</w:t>
      </w:r>
    </w:p>
    <w:p>
      <w:r>
        <w:rPr>
          <w:b/>
        </w:rPr>
        <w:t xml:space="preserve">[14:54] </w:t>
      </w:r>
      <w:r>
        <w:t>logon ne samajh rakha hai ke aik bar ijma ho gaya to hamesha ke liye ijma quran o sunnat ki taraf ho gaya. yeh bilkul galat hai yeh. har giz nahi.</w:t>
      </w:r>
    </w:p>
    <w:p>
      <w:pPr>
        <w:jc w:val="right"/>
      </w:pPr>
      <w:r>
        <w:t>لوگوں نے سمجھ رکھا ہے کہ ایک بار اجماع ہو گیا تو ہمیشہ کے لیے اجماع قرآن و سنت کی طرف ہو گیا۔ یہ بالکل غلط ہے یہ۔ ہرگز نہیں۔</w:t>
      </w:r>
    </w:p>
    <w:p>
      <w:r>
        <w:rPr>
          <w:b/>
        </w:rPr>
        <w:t xml:space="preserve">[15:04] </w:t>
      </w:r>
      <w:r>
        <w:t>ijma jo hota hai kisi waqti masle ko hal karne ke liye hota hai. to aik waqti masla pesh aya. is mein do soortein hain.</w:t>
      </w:r>
    </w:p>
    <w:p>
      <w:pPr>
        <w:jc w:val="right"/>
      </w:pPr>
      <w:r>
        <w:t>اجماع جو ہوتا ہے کسی وقتی مسئلے کو حل کرنے کے لیے ہوتا ہے۔ تو ایک وقتی مسئلہ پیش آیا۔ اس میں دو صورتیں ہیں۔</w:t>
      </w:r>
    </w:p>
    <w:p>
      <w:r>
        <w:rPr>
          <w:b/>
        </w:rPr>
        <w:t xml:space="preserve">[15:13] </w:t>
      </w:r>
      <w:r>
        <w:t>agar sab ki raah aik ho jaye to woh hua ijma. agar sab ki raah aik na ho to</w:t>
      </w:r>
    </w:p>
    <w:p>
      <w:pPr>
        <w:jc w:val="right"/>
      </w:pPr>
      <w:r>
        <w:t>اگر سب کی راہ ایک ہو جائے تو وہ ہوا اجماع۔ اگر سب کی راہ ایک نہ ہو تو</w:t>
      </w:r>
    </w:p>
    <w:p>
      <w:r>
        <w:rPr>
          <w:b/>
        </w:rPr>
        <w:t xml:space="preserve">[15:21] </w:t>
      </w:r>
      <w:r>
        <w:t>aksariyat dekha jayega, is ko kehte hain jumhoor. to na to jumhoor ki raah hai aur na ijma hamesha ke liye hota hai.</w:t>
      </w:r>
    </w:p>
    <w:p>
      <w:pPr>
        <w:jc w:val="right"/>
      </w:pPr>
      <w:r>
        <w:t>اکثریت دیکھا جائے گا، اس کو کہتے ہیں جمہور۔ تو نہ تو جمہور کی راہ ہے اور نہ اجماع ہمیشہ کے لیے ہوتا ہے۔</w:t>
      </w:r>
    </w:p>
    <w:p>
      <w:r>
        <w:rPr>
          <w:b/>
        </w:rPr>
        <w:t xml:space="preserve">[15:30] </w:t>
      </w:r>
      <w:r>
        <w:t>waqti hota hai woh. yani halaat badal jayein to ijma bhi badal jayega aur jumhoor ki raah bhi badal jayegi. jo na badalne wali cheez hai woh sirf do hain: quran aur hadith.</w:t>
      </w:r>
    </w:p>
    <w:p>
      <w:pPr>
        <w:jc w:val="right"/>
      </w:pPr>
      <w:r>
        <w:t>وقتی ہوتا ہے وہ۔ یعنی حالات بدل جائیں تو اجماع بھی بدل جائے گا اور جمہور کی راہ بھی بدل جائے گی۔ جو نہ بدلنے والی چیز ہے وہ صرف دو ہیں: قرآن اور حدیث۔</w:t>
      </w:r>
    </w:p>
    <w:p>
      <w:r>
        <w:rPr>
          <w:b/>
        </w:rPr>
        <w:t xml:space="preserve">[15:41] </w:t>
      </w:r>
      <w:r>
        <w:t>to khulasa yeh hai ke ijma se pehle ijtihad hai. jab bhi quran o hadith mein sarahatan kuch na mile, hidayat aap ko sochna pare to woh ijtihad ka masla hota hai.</w:t>
      </w:r>
    </w:p>
    <w:p>
      <w:pPr>
        <w:jc w:val="right"/>
      </w:pPr>
      <w:r>
        <w:t>تو خلاصہ یہ ہے کہ اجماع سے پہلے اجتہاد ہے۔ جب بھی قرآن و حدیث میں صراحتاً کچھ نہ ملے، ہدایت آپ کو سوچنا پڑے تو وہ اجتہاد کا مسئلہ ہوتا ہے۔</w:t>
      </w:r>
    </w:p>
    <w:p>
      <w:r>
        <w:rPr>
          <w:b/>
        </w:rPr>
        <w:t xml:space="preserve">[15:55] </w:t>
      </w:r>
      <w:r>
        <w:t>ab ijtihad ki jab aap karenge to kabhi</w:t>
      </w:r>
    </w:p>
    <w:p>
      <w:pPr>
        <w:jc w:val="right"/>
      </w:pPr>
      <w:r>
        <w:t>اب اجتہاد کی جب آپ کریں گے تو کبھی</w:t>
      </w:r>
    </w:p>
    <w:p>
      <w:r>
        <w:rPr>
          <w:b/>
        </w:rPr>
        <w:t xml:space="preserve">[15:59] </w:t>
      </w:r>
      <w:r>
        <w:t>consensus ho jayega, kabhi nahi hoga, is ki wajah se shaklein badalengi. to mera dekh asal cheez quran o sunnat ke baad jo hai woh ijtihad hi hai.</w:t>
      </w:r>
    </w:p>
    <w:p>
      <w:pPr>
        <w:jc w:val="right"/>
      </w:pPr>
      <w:r>
        <w:t>consensus ہو جائے گا، کبھی نہیں ہوگا، اس کی وجہ سے شکلیں بدلیں گی۔ تو میرا دیکھ اصل چیز قرآن و سنت کے بعد جو ہے وہ اجتہاد ہی ہے۔</w:t>
      </w:r>
    </w:p>
    <w:p>
      <w:r>
        <w:rPr>
          <w:b/>
        </w:rPr>
        <w:t xml:space="preserve">[16:11] </w:t>
      </w:r>
      <w:r>
        <w:t>yeh jo logon ne banaya hai ijma o qiyas, yeh apni taraf se banaya hai. lekin phir bhi mein kahunga ke ijma agar kisi cheez ke upar ho jaye to woh abadi kabhi bhi nahi hoga.</w:t>
      </w:r>
    </w:p>
    <w:p>
      <w:pPr>
        <w:jc w:val="right"/>
      </w:pPr>
      <w:r>
        <w:t>یہ جو لوگوں نے بنایا ہے اجماع و قیاس، یہ اپنی طرف سے بنایا ہے۔ لیکن پھر بھی میں کہوں گا کہ اجماع اگر کسی چیز کے اوپر ہو جائے تو وہ ابدی کبھی بھی نہیں ہوگا۔</w:t>
      </w:r>
    </w:p>
    <w:p>
      <w:r>
        <w:rPr>
          <w:b/>
        </w:rPr>
        <w:t xml:space="preserve">[16:21] </w:t>
      </w:r>
      <w:r>
        <w:t>waqti hoga woh.</w:t>
      </w:r>
    </w:p>
    <w:p>
      <w:pPr>
        <w:jc w:val="right"/>
      </w:pPr>
      <w:r>
        <w:t>وقتی ہوگا وہ۔</w:t>
      </w:r>
    </w:p>
    <w:p>
      <w:r>
        <w:rPr>
          <w:b/>
        </w:rPr>
        <w:t xml:space="preserve">[16:23] </w:t>
      </w:r>
      <w:r>
        <w:t>abadi hai to sirf quran o sunnat hai. is par inshallah mein aik aik poora aik class karna chahta hoon is masle par aindah kisi waqt.</w:t>
      </w:r>
    </w:p>
    <w:p>
      <w:pPr>
        <w:jc w:val="right"/>
      </w:pPr>
      <w:r>
        <w:t>ابدی ہے تو صرف قرآن و سنت ہے۔ اس پر انشاءاللہ میں ایک ایک پورا ایک کلاس کرنا چاہتا ہوں اس مسئلے پر آئندہ کسی وقت۔</w:t>
      </w:r>
    </w:p>
    <w:p>
      <w:r>
        <w:rPr>
          <w:b/>
        </w:rPr>
        <w:t xml:space="preserve">[16:35] </w:t>
      </w:r>
      <w:r>
        <w:t>maulana, agla sawal aya hai mister shahnawaz khan ka dilli se. unhon ne likha hai: "the body is made of atoms which is lifeless and of course mortal.</w:t>
      </w:r>
    </w:p>
    <w:p>
      <w:pPr>
        <w:jc w:val="right"/>
      </w:pPr>
      <w:r>
        <w:t>مولانا، اگلا سوال آیا ہے مسٹر شاہنواز خان کا دلی سے۔ انہوں نے لکھا ہے: "The body is made of atoms which is lifeless and of course mortal.</w:t>
      </w:r>
    </w:p>
    <w:p>
      <w:r>
        <w:rPr>
          <w:b/>
        </w:rPr>
        <w:t xml:space="preserve">[16:50] </w:t>
      </w:r>
      <w:r>
        <w:t>but the existence of life is due to soul which is immortal. i am fine with this so far. but when i think about cloning, for instance, dolly the sheep was cloned and developed exactly like how flesh has to be grown, like a collection of atoms.</w:t>
      </w:r>
    </w:p>
    <w:p>
      <w:pPr>
        <w:jc w:val="right"/>
      </w:pPr>
      <w:r>
        <w:t>But the existence of life is due to soul which is immortal. I am fine with this so far. But when I think about cloning, for instance, Dolly the sheep was cloned and developed exactly like how flesh has to be grown, like a collection of atoms.</w:t>
      </w:r>
    </w:p>
    <w:p>
      <w:r>
        <w:rPr>
          <w:b/>
        </w:rPr>
        <w:t xml:space="preserve">[17:10] </w:t>
      </w:r>
      <w:r>
        <w:t>the scientist did not give it a soul as only allah can do it</w:t>
      </w:r>
    </w:p>
    <w:p>
      <w:pPr>
        <w:jc w:val="right"/>
      </w:pPr>
      <w:r>
        <w:t>The scientist did not give it a soul as only Allah can do it</w:t>
      </w:r>
    </w:p>
    <w:p>
      <w:r>
        <w:rPr>
          <w:b/>
        </w:rPr>
        <w:t xml:space="preserve">[17:15] </w:t>
      </w:r>
      <w:r>
        <w:t>. so how did dolly the sheep get life? from where did the life come in it? it puts a big question mark in my mind about the existence of soul.</w:t>
      </w:r>
    </w:p>
    <w:p>
      <w:pPr>
        <w:jc w:val="right"/>
      </w:pPr>
      <w:r>
        <w:t>. So how did Dolly the sheep get life? From where did the life come in it? It puts a big question mark in my mind about the existence of soul.</w:t>
      </w:r>
    </w:p>
    <w:p>
      <w:r>
        <w:rPr>
          <w:b/>
        </w:rPr>
        <w:t xml:space="preserve">[17:27] </w:t>
      </w:r>
      <w:r>
        <w:t>please clear this in reference to islam</w:t>
      </w:r>
    </w:p>
    <w:p>
      <w:pPr>
        <w:jc w:val="right"/>
      </w:pPr>
      <w:r>
        <w:t>Please clear this in reference to Islam</w:t>
      </w:r>
    </w:p>
    <w:p>
      <w:r>
        <w:rPr>
          <w:b/>
        </w:rPr>
        <w:t xml:space="preserve">[17:30] </w:t>
      </w:r>
      <w:r>
        <w:t>." dekhie, hamara mozu nahi yeh sab. hamare nazdeek koi aham masail nahi hain. yeh mere nazdeek anya sraf masail hain.</w:t>
      </w:r>
    </w:p>
    <w:p>
      <w:pPr>
        <w:jc w:val="right"/>
      </w:pPr>
      <w:r>
        <w:t>." دیکھیے، ہمارا موضوع نہیں یہ سب۔ ہمارے نزدیک کوئی اہم مسائل نہیں ہیں۔ یہ میرے نزدیک अन्य سرف مسائل ہیں۔</w:t>
      </w:r>
    </w:p>
    <w:p>
      <w:r>
        <w:rPr>
          <w:b/>
        </w:rPr>
        <w:t xml:space="preserve">[17:38] </w:t>
      </w:r>
      <w:r>
        <w:t>agar aap ko detail janna ho to aap mujh se telephone par baat kijiye ya tehreer likh li jiye ya mujh se miliye to mein bataunga. baqi yeh jo hota hai class hamara, yeh aslan dawat ke liye hota hai aur is tarah ke masail ke liye nahi hota hai yeh.</w:t>
      </w:r>
    </w:p>
    <w:p>
      <w:pPr>
        <w:jc w:val="right"/>
      </w:pPr>
      <w:r>
        <w:t>اگر آپ کو detail جاننا ہو تو آپ مجھ سے ٹیلی فون پر بات کیجیے یا تحریر لکھ لیجیے یا مجھ سے ملیے تو میں بتاؤں گا۔ باقی یہ جو ہوتا ہے کلاس ہمارا، یہ اصلاً دعوت کے لیے ہوتا ہے اور اس طرح کے مسائل کے لیے نہیں ہوتا ہے یہ۔</w:t>
      </w:r>
    </w:p>
    <w:p>
      <w:r>
        <w:rPr>
          <w:b/>
        </w:rPr>
        <w:t xml:space="preserve">[17:54] </w:t>
      </w:r>
      <w:r>
        <w:t>aap ko agar dilchaspi ho to aap alag se mujh se mil sakte hain.</w:t>
      </w:r>
    </w:p>
    <w:p>
      <w:pPr>
        <w:jc w:val="right"/>
      </w:pPr>
      <w:r>
        <w:t>آپ کو اگر دلچسپی ہو تو آپ الگ سے مجھ سے مل سکتے ہیں۔</w:t>
      </w:r>
    </w:p>
    <w:p>
      <w:r>
        <w:rPr>
          <w:b/>
        </w:rPr>
        <w:t xml:space="preserve">[17:59] </w:t>
      </w:r>
      <w:r>
        <w:t>maulana, agla sawal aya hai misster numan afzal ka haiderabad pakistan se. unhon ne likha hai: "islamic society mein mard aur khawateen ke darmiyan interaction ke bare mein kya ahkamat hain?</w:t>
      </w:r>
    </w:p>
    <w:p>
      <w:pPr>
        <w:jc w:val="right"/>
      </w:pPr>
      <w:r>
        <w:t>مولانا، اگلا سوال آیا ہے مسٹر نعمان افضل کا حیدرآباد پاکستان سے۔ انہوں نے لکھا ہے: "اسلامک سوسائٹی میں مرد اور خواتین کے درمیان interaction کے بارے میں کیا احکامات ہیں؟</w:t>
      </w:r>
    </w:p>
    <w:p>
      <w:r>
        <w:rPr>
          <w:b/>
        </w:rPr>
        <w:t xml:space="preserve">[18:14] </w:t>
      </w:r>
      <w:r>
        <w:t>iske bare mein bataein."</w:t>
      </w:r>
    </w:p>
    <w:p>
      <w:pPr>
        <w:jc w:val="right"/>
      </w:pPr>
      <w:r>
        <w:t>اس کے بارے میں بتائیں۔"</w:t>
      </w:r>
    </w:p>
    <w:p>
      <w:r>
        <w:rPr>
          <w:b/>
        </w:rPr>
        <w:t xml:space="preserve">[18:17] </w:t>
      </w:r>
      <w:r>
        <w:t>yeh koi puchne ki baat hai. aap sab jante hain ke mard aurat ki ek jaai jo hai sirf do ek hi shakal mein honi chahiye.</w:t>
      </w:r>
    </w:p>
    <w:p>
      <w:pPr>
        <w:jc w:val="right"/>
      </w:pPr>
      <w:r>
        <w:t>یہ کوئی پوچھنے کی بات ہے۔ آپ سب جانتے ہیں کہ مرد عورت کی ایک جائی جو ہے صرف دو ایک ہی شکل میں ہونی چاہیے۔</w:t>
      </w:r>
    </w:p>
    <w:p>
      <w:r>
        <w:rPr>
          <w:b/>
        </w:rPr>
        <w:t xml:space="preserve">[18:27] </w:t>
      </w:r>
      <w:r>
        <w:t>woh hai nikah. bas. aur shakalain jo hain woh amli zaroorat ke tehat, maslan ek office mein kaam kar rahe hain toh woh jaiz hoga.</w:t>
      </w:r>
    </w:p>
    <w:p>
      <w:pPr>
        <w:jc w:val="right"/>
      </w:pPr>
      <w:r>
        <w:t>وہ ہے نکاح۔ بس۔ اور شکلیں جو ہیں وہ عملی ضرورت کے تحت، مثلاً ایک آفس میں کام کر رہے ہیں تو وہ جائز ہوگا۔</w:t>
      </w:r>
    </w:p>
    <w:p>
      <w:r>
        <w:rPr>
          <w:b/>
        </w:rPr>
        <w:t xml:space="preserve">[18:39] </w:t>
      </w:r>
      <w:r>
        <w:t>lekin baqayda jo mil kar rehna hai woh sirf nikah ki shakal mein mil kar rehna hai. aur jo shakalain aaj kal raij hui hain woh islam mein jaiz nahi hain.</w:t>
      </w:r>
    </w:p>
    <w:p>
      <w:pPr>
        <w:jc w:val="right"/>
      </w:pPr>
      <w:r>
        <w:t>لیکن باقاعدہ جو مل کر رہنا ہے وہ صرف نکاح کی شکل میں مل کر رہنا ہے۔ اور جو شکلیں آج کل رائج ہوئی ہیں وہ اسلام میں جائز نہیں ہیں۔</w:t>
      </w:r>
    </w:p>
    <w:p>
      <w:r>
        <w:rPr>
          <w:b/>
        </w:rPr>
        <w:t xml:space="preserve">[18:51] </w:t>
      </w:r>
      <w:r>
        <w:t>amli zaroorat ke tehat aap karobar mein, office mein, bazaar mein mil kar kaam kar sakte hain apni hudood ko baqi rakhte hue.</w:t>
      </w:r>
    </w:p>
    <w:p>
      <w:pPr>
        <w:jc w:val="right"/>
      </w:pPr>
      <w:r>
        <w:t>عملی ضرورت کے تحت آپ کاروبار میں، آفس میں، بازار میں مل کر کام کر سکتے ہیں اپنی حدود کو باقی رکھتے ہوئے۔</w:t>
      </w:r>
    </w:p>
    <w:p>
      <w:r>
        <w:rPr>
          <w:b/>
        </w:rPr>
        <w:t xml:space="preserve">[19:00] </w:t>
      </w:r>
      <w:r>
        <w:t>toh woh jaiz hai yeh. yeh bohat kitabein likhi gayi hain aap padh li jiye. meri kitab hai "khawateen islam". isko padh li jiye. aur bhi kai kitabein chhapi hain. isko padh li jiye.</w:t>
      </w:r>
    </w:p>
    <w:p>
      <w:pPr>
        <w:jc w:val="right"/>
      </w:pPr>
      <w:r>
        <w:t>تو وہ جائز ہے یہ۔ یہ بہت کتابیں لکھی گئی ہیں آپ پڑھ لیجیے۔ میری کتاب ہے "خاتون اسلام"۔ اس کو پڑھ لیجیے۔ اور بھی کئی کتابیں چھپی ہیں۔ اس کو پڑھ لیجیے۔</w:t>
      </w:r>
    </w:p>
    <w:p>
      <w:r>
        <w:rPr>
          <w:b/>
        </w:rPr>
        <w:t xml:space="preserve">[19:12] </w:t>
      </w:r>
      <w:r>
        <w:t>maulana, agla sawal aya hai misster riyaz bhatt ka haiderabad india se. unhon ne likha hai: "as per quran, god has put man in test on earth.</w:t>
      </w:r>
    </w:p>
    <w:p>
      <w:pPr>
        <w:jc w:val="right"/>
      </w:pPr>
      <w:r>
        <w:t>مولانا، اگلا سوال آیا ہے مسٹر ریاض بھٹ کا حیدرآباد انڈیا سے۔ انہوں نے لکھا ہے: "As per قرآن، God has put man in test on earth.</w:t>
      </w:r>
    </w:p>
    <w:p>
      <w:r>
        <w:rPr>
          <w:b/>
        </w:rPr>
        <w:t xml:space="preserve">[19:23] </w:t>
      </w:r>
      <w:r>
        <w:t>but why god needs to test us? can't he create pure souls at the first place and settle them in jannat? he can create whatever he wills.</w:t>
      </w:r>
    </w:p>
    <w:p>
      <w:pPr>
        <w:jc w:val="right"/>
      </w:pPr>
      <w:r>
        <w:t>But why God needs to test us? Can't He create pure souls at the first place and settle them in جنت? He can create whatever He wills.</w:t>
      </w:r>
    </w:p>
    <w:p>
      <w:r>
        <w:rPr>
          <w:b/>
        </w:rPr>
        <w:t xml:space="preserve">[19:34] </w:t>
      </w:r>
      <w:r>
        <w:t>kindly explain."</w:t>
      </w:r>
    </w:p>
    <w:p>
      <w:pPr>
        <w:jc w:val="right"/>
      </w:pPr>
      <w:r>
        <w:t>Kindly explain."</w:t>
      </w:r>
    </w:p>
    <w:p>
      <w:r>
        <w:rPr>
          <w:b/>
        </w:rPr>
        <w:t xml:space="preserve">[19:36] </w:t>
      </w:r>
      <w:r>
        <w:t>yeh sawal nahi hai, yeh sirf ek zehni woh upper hai bas.</w:t>
      </w:r>
    </w:p>
    <w:p>
      <w:pPr>
        <w:jc w:val="right"/>
      </w:pPr>
      <w:r>
        <w:t>یہ سوال نہیں ہے، یہ صرف ایک ذہنی وہ upper ہے بس۔</w:t>
      </w:r>
    </w:p>
    <w:p>
      <w:r>
        <w:rPr>
          <w:b/>
        </w:rPr>
        <w:t xml:space="preserve">[19:46] </w:t>
      </w:r>
      <w:r>
        <w:t>bhai, baghair aadmi ko, aadmi ko aap duniya mein jitni bhi job hain, jo deserve karta hai usko job milta hai.</w:t>
      </w:r>
    </w:p>
    <w:p>
      <w:pPr>
        <w:jc w:val="right"/>
      </w:pPr>
      <w:r>
        <w:t>بھئی، بغیر آدمی کو، آدمی کو آپ دنیا میں جتنی بھی job ہیں، جو deserve کرتا ہے اس کو job ملتا ہے۔</w:t>
      </w:r>
    </w:p>
    <w:p>
      <w:r>
        <w:rPr>
          <w:b/>
        </w:rPr>
        <w:t xml:space="preserve">[19:55] </w:t>
      </w:r>
      <w:r>
        <w:t>khawamkhwah hi thori toh de diya hai kisi ko ke paida karo, jannat mein daal do. aisa kaise ho sakta hai? jo apne ko deserve sabit karega uski jannat milegi usko?</w:t>
      </w:r>
    </w:p>
    <w:p>
      <w:pPr>
        <w:jc w:val="right"/>
      </w:pPr>
      <w:r>
        <w:t>خوامخواہ ہی تھوڑی تو دے دیا ہے کسی کو کہ پیدا کرو، جنت میں ڈال دو۔ ایسا کیسے ہو سکتا ہے؟ جو اپنے کو deserve ثابت کرے گا اس کی جنت ملے گی اس کو؟</w:t>
      </w:r>
    </w:p>
    <w:p>
      <w:r>
        <w:rPr>
          <w:b/>
        </w:rPr>
        <w:t xml:space="preserve">[20:07] </w:t>
      </w:r>
      <w:r>
        <w:t>nahi sabit karega usko kooda khane mein daal diya jayega?</w:t>
      </w:r>
    </w:p>
    <w:p>
      <w:pPr>
        <w:jc w:val="right"/>
      </w:pPr>
      <w:r>
        <w:t>نہیں ثابت کرے گا اس کو کوڑا خانے میں ڈال دیا جائے گا؟</w:t>
      </w:r>
    </w:p>
    <w:p>
      <w:r>
        <w:rPr>
          <w:b/>
        </w:rPr>
        <w:t xml:space="preserve">[20:10] </w:t>
      </w:r>
      <w:r>
        <w:t>yeh toh, yani kya aap, aap ek, is koi bhi aap kaam karte hon toh kya aap baghair deservation dekhe bhi usko dakhil karte hain is mein aap?</w:t>
      </w:r>
    </w:p>
    <w:p>
      <w:pPr>
        <w:jc w:val="right"/>
      </w:pPr>
      <w:r>
        <w:t>یہ تو، یعنی کیا آپ، آپ ایک، اس کوئی بھی آپ کام کرتے ہوں تو کیا آپ بغیر deservation دیکھے بھی اس کو داخل کرتے ہیں اس میں آپ؟</w:t>
      </w:r>
    </w:p>
    <w:p>
      <w:r>
        <w:rPr>
          <w:b/>
        </w:rPr>
        <w:t xml:space="preserve">[20:21] </w:t>
      </w:r>
      <w:r>
        <w:t>aisa kaise ho sakta hai? ke jo kaam aap khud na karte usko chahte hain khuda usko ikhtiyar kare?</w:t>
      </w:r>
    </w:p>
    <w:p>
      <w:pPr>
        <w:jc w:val="right"/>
      </w:pPr>
      <w:r>
        <w:t>ایسا کیسے ہو سکتا ہے؟ کہ جو کام آپ خود نہ کرتے اس کو چاہتے ہیں خدا اس کو اختیار کرے؟</w:t>
      </w:r>
    </w:p>
    <w:p>
      <w:r>
        <w:rPr>
          <w:b/>
        </w:rPr>
        <w:t xml:space="preserve">[20:28] </w:t>
      </w:r>
      <w:r>
        <w:t>koi bhi shakhs jo business chalata ho, koi koi idara chalata ho toh uske paas aadmi aata hai kaam ke liye toh usko zahir hai ke uska dekha hai ke deserve karta hai ya nahi karta?</w:t>
      </w:r>
    </w:p>
    <w:p>
      <w:pPr>
        <w:jc w:val="right"/>
      </w:pPr>
      <w:r>
        <w:t>کوئی بھی شخص جو business چلاتا ہو، کوئی کوئی ادارہ چلاتا ہو تو اس کے پاس آدمی آتا ہے کام کے لیے تو اس کو ظاہر ہے کہ اس کا دیکھا ہے کہ deserve کرتا ہے یا نہیں کرتا؟</w:t>
      </w:r>
    </w:p>
    <w:p>
      <w:r>
        <w:rPr>
          <w:b/>
        </w:rPr>
        <w:t xml:space="preserve">[20:39] </w:t>
      </w:r>
      <w:r>
        <w:t>toh allah ta'ala ne yeh duniya ko banaya hai</w:t>
      </w:r>
    </w:p>
    <w:p>
      <w:pPr>
        <w:jc w:val="right"/>
      </w:pPr>
      <w:r>
        <w:t>تو اللہ تعالیٰ نے یہ دنیا کو بنایا ہے</w:t>
      </w:r>
    </w:p>
    <w:p>
      <w:r>
        <w:rPr>
          <w:b/>
        </w:rPr>
        <w:t xml:space="preserve">[20:44] </w:t>
      </w:r>
      <w:r>
        <w:t>ke</w:t>
      </w:r>
    </w:p>
    <w:p>
      <w:pPr>
        <w:jc w:val="right"/>
      </w:pPr>
      <w:r>
        <w:t>کہ</w:t>
      </w:r>
    </w:p>
    <w:p>
      <w:r>
        <w:rPr>
          <w:b/>
        </w:rPr>
        <w:t xml:space="preserve">[20:45] </w:t>
      </w:r>
      <w:r>
        <w:t>jo apne ko deserving candidate sabit karega woh jannat mein jayega. jo nahi sabit karega toh usko kooda khane mein daal diya jayega. yeh toh bilkul ek fitri baat hai.</w:t>
      </w:r>
    </w:p>
    <w:p>
      <w:pPr>
        <w:jc w:val="right"/>
      </w:pPr>
      <w:r>
        <w:t>جو اپنے کو deserving candidate ثابت کرے گا وہ جنت میں جائے گا۔ جو نہیں ثابت کرے گا تو اس کو کوڑا خانے میں ڈال دیا جائے گا۔ یہ تو بالکل ایک فطری بات ہے۔</w:t>
      </w:r>
    </w:p>
    <w:p>
      <w:r>
        <w:rPr>
          <w:b/>
        </w:rPr>
        <w:t xml:space="preserve">[20:54] </w:t>
      </w:r>
      <w:r>
        <w:t>isme sawal karna kyun? main nahi samajhta isme kya sawal hai? banta hai.</w:t>
      </w:r>
    </w:p>
    <w:p>
      <w:pPr>
        <w:jc w:val="right"/>
      </w:pPr>
      <w:r>
        <w:t>اس میں سوال کرنا کیوں؟ میں نہیں سمجھتا اس میں کیا سوال ہے؟ بنتا ہے۔</w:t>
      </w:r>
    </w:p>
    <w:p>
      <w:r>
        <w:rPr>
          <w:b/>
        </w:rPr>
        <w:t xml:space="preserve">[21:01] </w:t>
      </w:r>
      <w:r>
        <w:t>maulana, agla sawal kya hai maulana zakwan nadvi ne dilli se. unhon ne likha hai: "kindly explain the chapter 5, verse number 82 of quran, where it says:</w:t>
      </w:r>
    </w:p>
    <w:p>
      <w:pPr>
        <w:jc w:val="right"/>
      </w:pPr>
      <w:r>
        <w:t>مولانا، اگلا سوال کیا ہے مولانا زکوان ندوی نے دلی سے۔ انہوں نے لکھا ہے: "Kindly explain the chapter 5, verse number 82 of Quran, where it says:</w:t>
      </w:r>
    </w:p>
    <w:p>
      <w:r>
        <w:rPr>
          <w:b/>
        </w:rPr>
        <w:t xml:space="preserve">[21:14] </w:t>
      </w:r>
      <w:r>
        <w:t>'you will find that the nearest in affection to the faithful are those who say, 'we are christians.' that is because there are priests and monks among them and because they are free from pride.'"</w:t>
      </w:r>
    </w:p>
    <w:p>
      <w:pPr>
        <w:jc w:val="right"/>
      </w:pPr>
      <w:r>
        <w:t>'You will find that the nearest in affection to the faithful are those who say, 'We are Christians.' That is because there are priests and monks among them and because they are free from pride.'"</w:t>
      </w:r>
    </w:p>
    <w:p>
      <w:r>
        <w:rPr>
          <w:b/>
        </w:rPr>
        <w:t xml:space="preserve">[21:32] </w:t>
      </w:r>
      <w:r>
        <w:t>haan, christian ke bare mein jo ayat hai woh hadith mein bhi aya hai. toh yeh aap sab ka tajurba hai ke christian mein narmi hoti hai aur</w:t>
      </w:r>
    </w:p>
    <w:p>
      <w:pPr>
        <w:jc w:val="right"/>
      </w:pPr>
      <w:r>
        <w:t>ہاں، Christian کے بارے میں جو آیت ہے وہ حدیث میں بھی آیا ہے۔ تو یہ آپ سب کا تجربہ ہے کہ Christian میں نرمی ہوتی ہے اور</w:t>
      </w:r>
    </w:p>
    <w:p>
      <w:r>
        <w:rPr>
          <w:b/>
        </w:rPr>
        <w:t xml:space="preserve">[21:47] </w:t>
      </w:r>
      <w:r>
        <w:t>yani unhein cooperation ka madah hota hai. sakhti nahi hoti hai. ab yeh kyun aisa hai yeh yeh sochne ki baat hai lekin yeh baat hai apni jagah par sahi.</w:t>
      </w:r>
    </w:p>
    <w:p>
      <w:pPr>
        <w:jc w:val="right"/>
      </w:pPr>
      <w:r>
        <w:t>یعنی انہیں cooperation کا مادہ ہوتا ہے۔ سختی نہیں ہوتی ہے۔ اب یہ کیوں ایسا ہے یہ یہ سوچنے کی بات ہے لیکن یہ بات ہے اپنی جگہ پر صحیح۔</w:t>
      </w:r>
    </w:p>
    <w:p>
      <w:r>
        <w:rPr>
          <w:b/>
        </w:rPr>
        <w:t xml:space="preserve">[21:58] </w:t>
      </w:r>
      <w:r>
        <w:t>abhi mein ne qissa bataya aap ko Christian ka ke unhon ne</w:t>
      </w:r>
    </w:p>
    <w:p>
      <w:pPr>
        <w:jc w:val="right"/>
      </w:pPr>
      <w:r>
        <w:t>ابھی میں نے قصہ بتایا آپ کو Christian کا کہ انہوں نے</w:t>
      </w:r>
    </w:p>
    <w:p>
      <w:r>
        <w:rPr>
          <w:b/>
        </w:rPr>
        <w:t xml:space="preserve">[22:03] </w:t>
      </w:r>
      <w:r>
        <w:t>seminar kiya sara kharcha unhon ne uthaya sab kuch aur hamare log jo gaye apni kitabein le kar ke wahan taqseem kiya is ka bhi paisa lota diya unhon ne.</w:t>
      </w:r>
    </w:p>
    <w:p>
      <w:pPr>
        <w:jc w:val="right"/>
      </w:pPr>
      <w:r>
        <w:t>seminar کیا سارا خرچہ انہوں نے اٹھایا سب کچھ اور ہمارے لوگ جو گئے اپنی کتابیں لے کر کے وہاں تقسیم کیا اس کا بھی پیسہ لوٹا دیا انہوں نے۔</w:t>
      </w:r>
    </w:p>
    <w:p>
      <w:r>
        <w:rPr>
          <w:b/>
        </w:rPr>
        <w:t xml:space="preserve">[22:15] </w:t>
      </w:r>
      <w:r>
        <w:t>mein to samajhta hoon ke Christian logon ke andar bohat hi ajeeb sifat hain.</w:t>
      </w:r>
    </w:p>
    <w:p>
      <w:pPr>
        <w:jc w:val="right"/>
      </w:pPr>
      <w:r>
        <w:t>میں تو سمجھتا ہوں کہ Christian لوگوں کے اندر بہت ہی عجیب صفات ہیں۔</w:t>
      </w:r>
    </w:p>
    <w:p>
      <w:r>
        <w:rPr>
          <w:b/>
        </w:rPr>
        <w:t xml:space="preserve">[22:20] </w:t>
      </w:r>
      <w:r>
        <w:t>bohat ajeeb sifat hain. narmi, modesty, openness aur help karna.</w:t>
      </w:r>
    </w:p>
    <w:p>
      <w:pPr>
        <w:jc w:val="right"/>
      </w:pPr>
      <w:r>
        <w:t>بہت عجیب صفات ہیں۔ نرمی، modesty, openness اور help کرنا۔</w:t>
      </w:r>
    </w:p>
    <w:p>
      <w:r>
        <w:rPr>
          <w:b/>
        </w:rPr>
        <w:t xml:space="preserve">[22:31] </w:t>
      </w:r>
      <w:r>
        <w:t>is ka waja kya hai yeh mein nahi janta. mujhe nahi maloom ke lekin waqia hai, aaj bhi yeh waqia hai ke Christian logon mein yeh sab baatein pai jati hain.</w:t>
      </w:r>
    </w:p>
    <w:p>
      <w:pPr>
        <w:jc w:val="right"/>
      </w:pPr>
      <w:r>
        <w:t>اس کا وجہ کیا ہے یہ میں نہیں جانتا۔ مجھے نہیں معلوم کہ لیکن واقعہ ہے، آج بھی یہ واقعہ ہے کہ Christian لوگوں میں یہ سب باتیں پائی جاتی ہیں۔</w:t>
      </w:r>
    </w:p>
    <w:p>
      <w:r>
        <w:rPr>
          <w:b/>
        </w:rPr>
        <w:t xml:space="preserve">[22:42] </w:t>
      </w:r>
      <w:r>
        <w:t>Maulana Shariq Hussain ne Dilli se sawal kiya hai. aap ne farmaya ke positive thinking ke zariye hi insan ke liye yeh possible ho sakta hai ke us ke andar creative thinking aaye.</w:t>
      </w:r>
    </w:p>
    <w:p>
      <w:pPr>
        <w:jc w:val="right"/>
      </w:pPr>
      <w:r>
        <w:t>مولانا شارق حسین نے دلی سے سوال کیا ہے۔ آپ نے فرمایا کہ positive thinking کے ذریعے ہی انسان کے لیے یہ possible ہو سکتا ہے کہ اس کے اندر creative thinking آئے۔</w:t>
      </w:r>
    </w:p>
    <w:p>
      <w:r>
        <w:rPr>
          <w:b/>
        </w:rPr>
        <w:t xml:space="preserve">[22:56] </w:t>
      </w:r>
      <w:r>
        <w:t>is ko thora sa aur wazeh karein.</w:t>
      </w:r>
    </w:p>
    <w:p>
      <w:pPr>
        <w:jc w:val="right"/>
      </w:pPr>
      <w:r>
        <w:t>اس کو تھوڑا سا اور واضح کریں۔</w:t>
      </w:r>
    </w:p>
    <w:p>
      <w:r>
        <w:rPr>
          <w:b/>
        </w:rPr>
        <w:t xml:space="preserve">[23:00] </w:t>
      </w:r>
      <w:r>
        <w:t>dekhein, creative thinking ke liye zaroori hai ke aap ka mind free ho. ghair zaroori masail se. beshtar log, kya sare log, mein pata hoon logon ke andar, ghair zaroori masail mein uljhe rehte hain.</w:t>
      </w:r>
    </w:p>
    <w:p>
      <w:pPr>
        <w:jc w:val="right"/>
      </w:pPr>
      <w:r>
        <w:t>دیکھیں، creative thinking کے لیے ضروری ہے کہ آپ کا mind free ہو۔ غیر ضروری مسائل سے۔ بیشتر لوگ، کیا سارے لوگ، میں پاتا ہوں لوگوں کے اندر، غیر ضروری مسائل میں الجھے رہتے ہیں۔</w:t>
      </w:r>
    </w:p>
    <w:p>
      <w:r>
        <w:rPr>
          <w:b/>
        </w:rPr>
        <w:t xml:space="preserve">[23:16] </w:t>
      </w:r>
      <w:r>
        <w:t>is liye woh kehte hain creativity barhti nahi.</w:t>
      </w:r>
    </w:p>
    <w:p>
      <w:pPr>
        <w:jc w:val="right"/>
      </w:pPr>
      <w:r>
        <w:t>اس لیے وہ کہتے ہیں creativity بڑھتی نہیں۔</w:t>
      </w:r>
    </w:p>
    <w:p>
      <w:r>
        <w:rPr>
          <w:b/>
        </w:rPr>
        <w:t xml:space="preserve">[23:19] </w:t>
      </w:r>
      <w:r>
        <w:t>to creative thinking ki pehli shart yeh hai ke aap ka zehan jo hai manfi sawalat mein na uljhe. ghair zaroori qism ke sawalat mein na uljhe.</w:t>
      </w:r>
    </w:p>
    <w:p>
      <w:pPr>
        <w:jc w:val="right"/>
      </w:pPr>
      <w:r>
        <w:t>تو creative thinking کی پہلی شرط یہ ہے کہ آپ کا ذہن جو ہے منفی سوالات میں نہ الجھے۔ غیر ضروری قسم کے سوالات میں نہ الجھے۔</w:t>
      </w:r>
    </w:p>
    <w:p>
      <w:r>
        <w:rPr>
          <w:b/>
        </w:rPr>
        <w:t xml:space="preserve">[23:28] </w:t>
      </w:r>
      <w:r>
        <w:t>yeh sab na ho. tab woh woh woh woh positivity aaye gi. Positivity</w:t>
      </w:r>
    </w:p>
    <w:p>
      <w:pPr>
        <w:jc w:val="right"/>
      </w:pPr>
      <w:r>
        <w:t>یہ سب نہ ہو۔ تب وہ وہ وہ وہ positivity آئے گی۔ Positivity</w:t>
      </w:r>
    </w:p>
    <w:p>
      <w:r>
        <w:rPr>
          <w:b/>
        </w:rPr>
        <w:t xml:space="preserve">[23:37] </w:t>
      </w:r>
      <w:r>
        <w:t>is tarah kabhi nahi aa sakti hai ke aap negative jo hain woh uljhe hue hon aur aur positivity bhi taraqqi kare, aisa nahi ho sakta. to jis aadmi ko banna hai positive thinker us ko ek price deni pare gi.</w:t>
      </w:r>
    </w:p>
    <w:p>
      <w:pPr>
        <w:jc w:val="right"/>
      </w:pPr>
      <w:r>
        <w:t>اس طرح کبھی نہیں آ سکتی ہے کہ آپ negative جو ہیں وہ الجھے ہوئے ہوں اور اور positivity بھی ترقی کرے، ایسا نہیں ہو سکتا۔ تو جس آدمی کو بننا ہے positive thinker اس کو ایک price دینی پڑے گی۔</w:t>
      </w:r>
    </w:p>
    <w:p>
      <w:r>
        <w:rPr>
          <w:b/>
        </w:rPr>
        <w:t xml:space="preserve">[23:49] </w:t>
      </w:r>
      <w:r>
        <w:t>woh price yeh hai ke negative thinking se mukammal taur par apne ko azaad karna.</w:t>
      </w:r>
    </w:p>
    <w:p>
      <w:pPr>
        <w:jc w:val="right"/>
      </w:pPr>
      <w:r>
        <w:t>وہ price یہ ہے کہ negative thinking سے مکمل طور پر اپنے کو آزاد کرنا۔</w:t>
      </w:r>
    </w:p>
    <w:p>
      <w:r>
        <w:rPr>
          <w:b/>
        </w:rPr>
        <w:t xml:space="preserve">[23:56] </w:t>
      </w:r>
      <w:r>
        <w:t>misal ke taur par aaj hi subah mein kisi se keh raha tha peechay ki baat ko le kar ke unhon ne kuch shikayati baat ki barson pehle ki baat.</w:t>
      </w:r>
    </w:p>
    <w:p>
      <w:pPr>
        <w:jc w:val="right"/>
      </w:pPr>
      <w:r>
        <w:t>مثلاً آج ہی صبح میں کسی سے کہہ رہا تھا پیچھے کی بات کو لے کر کے انہوں نے کچھ شکایتی بات کی برسوں پہلے کی بات۔</w:t>
      </w:r>
    </w:p>
    <w:p>
      <w:r>
        <w:rPr>
          <w:b/>
        </w:rPr>
        <w:t xml:space="preserve">[24:07] </w:t>
      </w:r>
      <w:r>
        <w:t>mein ne kaha barson ke pehle baat jo ho gayi woh woh aap luta sakte nahi.</w:t>
      </w:r>
    </w:p>
    <w:p>
      <w:pPr>
        <w:jc w:val="right"/>
      </w:pPr>
      <w:r>
        <w:t>میں نے کہا برسوں کے پہلے بات جو ہو گئی وہ وہ آپ لوٹا سکتے نہیں۔</w:t>
      </w:r>
    </w:p>
    <w:p>
      <w:r>
        <w:rPr>
          <w:b/>
        </w:rPr>
        <w:t xml:space="preserve">[24:13] </w:t>
      </w:r>
      <w:r>
        <w:t>woh jo ho gaya woh ho gaya. ab is ko kyun yaad karte hain? woh yaad kar ke kyun apne zehan ko negative banate hain? to jis aadmi ko creative thinking ki ahmiyat maloom ho jo apne aap ko positive thinker banana chahta ho us ko ek price deni pare gi.</w:t>
      </w:r>
    </w:p>
    <w:p>
      <w:pPr>
        <w:jc w:val="right"/>
      </w:pPr>
      <w:r>
        <w:t>وہ جو ہو گیا وہ ہو گیا۔ اب اس کو کیوں یاد کرتے ہیں؟ وہ یاد کر کے کیوں اپنے ذہن کو negative بناتے ہیں؟ تو جس آدمی کو creative thinking کی اہمیت معلوم ہو جو اپنے آپ کو positive thinker بنانا چاہتا ہو اس کو ایک price دینی پڑے گی۔</w:t>
      </w:r>
    </w:p>
    <w:p>
      <w:r>
        <w:rPr>
          <w:b/>
        </w:rPr>
        <w:t xml:space="preserve">[24:28] </w:t>
      </w:r>
      <w:r>
        <w:t>woh price yeh hai ke ghair zaroori sawalat se apne ko bachana. do cheezon se bachana pare ga. teen cheezon se. Distraction se,</w:t>
      </w:r>
    </w:p>
    <w:p>
      <w:pPr>
        <w:jc w:val="right"/>
      </w:pPr>
      <w:r>
        <w:t>وہ price یہ ہے کہ غیر ضروری سوالات سے اپنے کو بچانا۔ دو چیزوں سے بچانا پڑے گا۔ تین چیزوں سے۔ Distraction سے،</w:t>
      </w:r>
    </w:p>
    <w:p>
      <w:r>
        <w:rPr>
          <w:b/>
        </w:rPr>
        <w:t xml:space="preserve">[24:36] </w:t>
      </w:r>
      <w:r>
        <w:t>unnecessary questions se aur negative sentiments se. nahi to kabhi bhi development nahi hoga. yaad rakhiye.</w:t>
      </w:r>
    </w:p>
    <w:p>
      <w:pPr>
        <w:jc w:val="right"/>
      </w:pPr>
      <w:r>
        <w:t>unnecessary questions سے اور negative sentiments سے۔ نہیں تو کبھی بھی development نہیں ہوگا۔ یاد رکھیے۔</w:t>
      </w:r>
    </w:p>
    <w:p>
      <w:r>
        <w:rPr>
          <w:b/>
        </w:rPr>
        <w:t xml:space="preserve">[24:45] </w:t>
      </w:r>
      <w:r>
        <w:t>Creative thinking ya positive thinking ki ek price hai. woh price kya hai? ke aap unnecessary questions se apne ko bachayein.</w:t>
      </w:r>
    </w:p>
    <w:p>
      <w:pPr>
        <w:jc w:val="right"/>
      </w:pPr>
      <w:r>
        <w:t>Creative thinking یا positive thinking کی ایک price ہے۔ وہ price کیا ہے؟ کہ آپ unnecessary questions سے اپنے کو بچائیں۔</w:t>
      </w:r>
    </w:p>
    <w:p>
      <w:r>
        <w:rPr>
          <w:b/>
        </w:rPr>
        <w:t xml:space="preserve">[24:55] </w:t>
      </w:r>
      <w:r>
        <w:t>Distraction se bachayein. aur negativity se bachayein. tab ja kar ke yeh development hoga warna nahi hoga.</w:t>
      </w:r>
    </w:p>
    <w:p>
      <w:pPr>
        <w:jc w:val="right"/>
      </w:pPr>
      <w:r>
        <w:t>Distraction سے بچائیں۔ اور negativity سے بچائیں۔ تب جا کر کے یہ development ہوگا ورنہ نہیں ہوگا۔</w:t>
      </w:r>
    </w:p>
    <w:p>
      <w:r>
        <w:rPr>
          <w:b/>
        </w:rPr>
        <w:t xml:space="preserve">[25:05] </w:t>
      </w:r>
      <w:r>
        <w:t>Maulana, agla sawal aaya hai Tamil Nadu se Maulana Iqbal Ahmed Umri ka. unhon ne likha hai. kaha jata hai ke ijtihad mein ghalti ka imkan zyada hota hai.</w:t>
      </w:r>
    </w:p>
    <w:p>
      <w:pPr>
        <w:jc w:val="right"/>
      </w:pPr>
      <w:r>
        <w:t>مولانا، اگلا سوال آیا ہے تمل ناڈو سے مولانا اقبال احمد عمری کا۔ انہوں نے لکھا ہے۔ کہا جاتا ہے کہ اجتہاد میں غلطی کا امکان زیادہ ہوتا ہے۔</w:t>
      </w:r>
    </w:p>
    <w:p>
      <w:r>
        <w:rPr>
          <w:b/>
        </w:rPr>
        <w:t xml:space="preserve">[25:18] </w:t>
      </w:r>
      <w:r>
        <w:t>isi liye ijtihad ka darwaza band kar diya gaya hai. kya aisa samajhna sahi hai?</w:t>
      </w:r>
    </w:p>
    <w:p>
      <w:pPr>
        <w:jc w:val="right"/>
      </w:pPr>
      <w:r>
        <w:t>اسی لیے اجتہاد کا دروازہ بند کر دیا گیا ہے۔ کیا ایسا سمجھنا صحیح ہے؟</w:t>
      </w:r>
    </w:p>
    <w:p>
      <w:r>
        <w:rPr>
          <w:b/>
        </w:rPr>
        <w:t xml:space="preserve">[25:24] </w:t>
      </w:r>
      <w:r>
        <w:t>har giz sahi nahi hai. kaun hai jo hadith mein di hui ayat ko mansookh kare? mujhe yeh bataiye. kis ko Allah taala ne yeh license diya hai?</w:t>
      </w:r>
    </w:p>
    <w:p>
      <w:pPr>
        <w:jc w:val="right"/>
      </w:pPr>
      <w:r>
        <w:t>ہرگز صحیح نہیں ہے۔ کون ہے جو حدیث میں دی ہوئی آیت کو منسوخ کرے؟ مجھے یہ بتائیے۔ کس کو اللہ تعالیٰ نے یہ license دیا ہے؟</w:t>
      </w:r>
    </w:p>
    <w:p>
      <w:r>
        <w:rPr>
          <w:b/>
        </w:rPr>
        <w:t xml:space="preserve">[25:37] </w:t>
      </w:r>
      <w:r>
        <w:t>Bukhari ki riwayat mein jab yeh hai ke mujtahid</w:t>
      </w:r>
    </w:p>
    <w:p>
      <w:pPr>
        <w:jc w:val="right"/>
      </w:pPr>
      <w:r>
        <w:t>بخاری کی روایت میں جب یہ ہے کہ مجتہد</w:t>
      </w:r>
    </w:p>
    <w:p>
      <w:r>
        <w:rPr>
          <w:b/>
        </w:rPr>
        <w:t xml:space="preserve">[25:41] </w:t>
      </w:r>
      <w:r>
        <w:t>koi shart nahi lagai gayi. aur sirf yeh bataye ga ke agar tum ijtihad karo aur ghalti ho jaye to aadha sawab mile ga.</w:t>
      </w:r>
    </w:p>
    <w:p>
      <w:pPr>
        <w:jc w:val="right"/>
      </w:pPr>
      <w:r>
        <w:t>کوئی شرط نہیں لگائی گئی۔ اور صرف یہ بتائے گا کہ اگر تم اجتہاد کرو اور غلطی ہو جائے تو آدھا ثواب ملے گا۔</w:t>
      </w:r>
    </w:p>
    <w:p>
      <w:r>
        <w:rPr>
          <w:b/>
        </w:rPr>
        <w:t xml:space="preserve">[25:51] </w:t>
      </w:r>
      <w:r>
        <w:t>sahih rahega to double sawab milega. to kis ko ye Allah taala ne ikhtiyar diya hai ke wo mansookh kare ijtihad ko? ghalti ke imkan ke bawajood ijtihad karte rehna hai.</w:t>
      </w:r>
    </w:p>
    <w:p>
      <w:pPr>
        <w:jc w:val="right"/>
      </w:pPr>
      <w:r>
        <w:t>صحیح رہے گا تو double ثواب ملے گا۔ تو کس کو یہ اللہ تعالیٰ نے اختیار دیا ہے کہ وہ منسوخ کرے اجتہاد کو؟ غلطی کے امکان کے باوجود اجتہاد کرتے رہنا ہے۔</w:t>
      </w:r>
    </w:p>
    <w:p>
      <w:r>
        <w:rPr>
          <w:b/>
        </w:rPr>
        <w:t xml:space="preserve">[26:03] </w:t>
      </w:r>
      <w:r>
        <w:t>albatta aadmi ke andar israr nahi hona chahiye. agar mujh se ghalti ho gayi hai to main main muhasba karun. apni apni ghaltiyon ko janne ki koshish karun.</w:t>
      </w:r>
    </w:p>
    <w:p>
      <w:pPr>
        <w:jc w:val="right"/>
      </w:pPr>
      <w:r>
        <w:t>البتہ آدمی کے اندر اصرار نہیں ہونا چاہیے۔ اگر مجھ سے غلطی ہو گئی ہے تو میں میں محاسبہ کروں۔ اپنی اپنی غلطیوں کو جاننے کی کوشش کروں۔</w:t>
      </w:r>
    </w:p>
    <w:p>
      <w:r>
        <w:rPr>
          <w:b/>
        </w:rPr>
        <w:t xml:space="preserve">[26:13] </w:t>
      </w:r>
      <w:r>
        <w:t>Discussion karun. aur apna correction karun. to koi bhi shakhs haq nahi rakhta ke ijtihad darwaza band kare.</w:t>
      </w:r>
    </w:p>
    <w:p>
      <w:pPr>
        <w:jc w:val="right"/>
      </w:pPr>
      <w:r>
        <w:t>Discussion کروں۔ اور اپنا correction کروں۔ تو کوئی بھی شخص حق نہیں رکھتا کہ اجتہاد دروازہ بند کرے۔</w:t>
      </w:r>
    </w:p>
    <w:p>
      <w:r>
        <w:rPr>
          <w:b/>
        </w:rPr>
        <w:t xml:space="preserve">[26:22] </w:t>
      </w:r>
      <w:r>
        <w:t>jab Rasool Allah ne farma diya hai ke ghalti karoge tab bhi sawab milega.</w:t>
      </w:r>
    </w:p>
    <w:p>
      <w:pPr>
        <w:jc w:val="right"/>
      </w:pPr>
      <w:r>
        <w:t>جب رسول اللہ نے فرما دیا ہے کہ غلطی کرو گے تب بھی ثواب ملے گا۔</w:t>
      </w:r>
    </w:p>
    <w:p>
      <w:r>
        <w:rPr>
          <w:b/>
        </w:rPr>
        <w:t xml:space="preserve">[26:26] </w:t>
      </w:r>
      <w:r>
        <w:t>to kis ko haq hai ke wo band kare darwaza? sirf ye aap ko haq hai ke agar aap dekhte hain ke koi shakhs ghalti kar raha hai to us ko bas baat us ko baat kijiye.</w:t>
      </w:r>
    </w:p>
    <w:p>
      <w:pPr>
        <w:jc w:val="right"/>
      </w:pPr>
      <w:r>
        <w:t>تو کس کو حق ہے کہ وہ بند کرے دروازہ؟ صرف یہ آپ کو حق ہے کہ اگر آپ دیکھتے ہیں کہ کوئی شخص غلطی کر رہا ہے تو اس کو بس بات اس کو بات کیجیے۔</w:t>
      </w:r>
    </w:p>
    <w:p>
      <w:r>
        <w:rPr>
          <w:b/>
        </w:rPr>
        <w:t xml:space="preserve">[26:39] </w:t>
      </w:r>
      <w:r>
        <w:t>is se guftagu kijiye. bas bajaye is ke ke ijtihad darwaza aap band karen. aap ye kar sakte hain ke us ki</w:t>
      </w:r>
    </w:p>
    <w:p>
      <w:pPr>
        <w:jc w:val="right"/>
      </w:pPr>
      <w:r>
        <w:t>اس سے گفتگو کیجیے۔ بس بجائے اس کے کہ اجتہاد دروازہ آپ بند کریں۔ آپ یہ کر سکتے ہیں کہ اس کی</w:t>
      </w:r>
    </w:p>
    <w:p>
      <w:r>
        <w:rPr>
          <w:b/>
        </w:rPr>
        <w:t xml:space="preserve">[26:47] </w:t>
      </w:r>
      <w:r>
        <w:t>ghalti ko durust karen. guftagu sunid ke zariye se. is se zyada kisi ko koi haq nahi koi.</w:t>
      </w:r>
    </w:p>
    <w:p>
      <w:pPr>
        <w:jc w:val="right"/>
      </w:pPr>
      <w:r>
        <w:t>غلطی کو درست کریں۔ گفتگو شنید کے ذریعے سے۔ اس سے زیادہ کسی کو کوئی حق نہیں کوئی۔</w:t>
      </w:r>
    </w:p>
    <w:p>
      <w:r>
        <w:rPr>
          <w:b/>
        </w:rPr>
        <w:t xml:space="preserve">[26:54] </w:t>
      </w:r>
      <w:r>
        <w:t>Maulana, isi se related ek aur sawal kiya gaya hai Miss Naghma Siddiqui ne Delhi se. unhon ne likha hai. "On what basis was the door to ijtihad closed by the ulema?</w:t>
      </w:r>
    </w:p>
    <w:p>
      <w:pPr>
        <w:jc w:val="right"/>
      </w:pPr>
      <w:r>
        <w:t>مولانا، اسی سے related ایک اور سوال کیا گیا ہے مس نغمہ صدیقی نے دلی سے۔ انہوں نے لکھا ہے۔ "On what basis was the door to اجتہاد closed by the ulema?</w:t>
      </w:r>
    </w:p>
    <w:p>
      <w:r>
        <w:rPr>
          <w:b/>
        </w:rPr>
        <w:t xml:space="preserve">[27:05] </w:t>
      </w:r>
      <w:r>
        <w:t>How can Muslims be made to understand the importance of ijtihad now?"</w:t>
      </w:r>
    </w:p>
    <w:p>
      <w:pPr>
        <w:jc w:val="right"/>
      </w:pPr>
      <w:r>
        <w:t>How can Muslims be made to understand the importance of اجتہاد now?"</w:t>
      </w:r>
    </w:p>
    <w:p>
      <w:r>
        <w:rPr>
          <w:b/>
        </w:rPr>
        <w:t xml:space="preserve">[27:11] </w:t>
      </w:r>
      <w:r>
        <w:t>khud sakhta ek ek khud sakhta mafroza. Supposition. ke kahin ghalti na ho jaye.</w:t>
      </w:r>
    </w:p>
    <w:p>
      <w:pPr>
        <w:jc w:val="right"/>
      </w:pPr>
      <w:r>
        <w:t>خود ساختہ ایک ایک خود ساختہ مفروضہ۔ Supposition۔ کہ کہیں غلطی نہ ہو جائے۔</w:t>
      </w:r>
    </w:p>
    <w:p>
      <w:r>
        <w:rPr>
          <w:b/>
        </w:rPr>
        <w:t xml:space="preserve">[27:20] </w:t>
      </w:r>
      <w:r>
        <w:t>ye jo door band kiya gaya is khud sakhta mafroza ko le kar ke. kahin ghalti na ho jaye. bhayi ghalti ho jaye tab bhi to sawab milega.</w:t>
      </w:r>
    </w:p>
    <w:p>
      <w:pPr>
        <w:jc w:val="right"/>
      </w:pPr>
      <w:r>
        <w:t>یہ جو door بند کیا گیا اس خود ساختہ مفروضہ کو لے کر کے۔ کہیں غلطی نہ ہو جائے۔ بھئی غلطی ہو جائے تب بھی تو ثواب ملے گا۔</w:t>
      </w:r>
    </w:p>
    <w:p>
      <w:r>
        <w:rPr>
          <w:b/>
        </w:rPr>
        <w:t xml:space="preserve">[27:30] </w:t>
      </w:r>
      <w:r>
        <w:t>to kis ko? yani ye logon ne jo kiya apne haq se aage ja kar kiya. jo darwaza Rasool Allah ne band nahi kiya wo aap kaun hote hain band karne wale?</w:t>
      </w:r>
    </w:p>
    <w:p>
      <w:pPr>
        <w:jc w:val="right"/>
      </w:pPr>
      <w:r>
        <w:t>تو کس کو؟ یعنی یہ لوگوں نے جو کیا اپنے حق سے آگے جا کر کیا۔ جو دروازہ رسول اللہ نے بند نہیں کیا وہ آپ کون ہوتے ہیں بند کرنے والے؟</w:t>
      </w:r>
    </w:p>
    <w:p>
      <w:r>
        <w:rPr>
          <w:b/>
        </w:rPr>
        <w:t xml:space="preserve">[27:40] </w:t>
      </w:r>
      <w:r>
        <w:t>kaun hote hain band karne wale aap ko? ek khadsha ko le kar ke ke sahib kahin ghalti na ho jaye. ghalti ho tab bhi to sawab bataya gaya hai.</w:t>
      </w:r>
    </w:p>
    <w:p>
      <w:pPr>
        <w:jc w:val="right"/>
      </w:pPr>
      <w:r>
        <w:t>کون ہوتے ہیں بند کرنے والے آپ کو؟ ایک خدشہ کو لے کر کے کہ صاحب کہیں غلطی نہ ہو جائے۔ غلطی ہو تب بھی تو ثواب بتایا گیا ہے۔</w:t>
      </w:r>
    </w:p>
    <w:p>
      <w:r>
        <w:rPr>
          <w:b/>
        </w:rPr>
        <w:t xml:space="preserve">[27:49] </w:t>
      </w:r>
      <w:r>
        <w:t>to main dekh is hadith se sabit hota hai ke har haal mein ijtihad karo. albatta ye shart rahegi sath sath ke apne correction ke liye tayyar raho.</w:t>
      </w:r>
    </w:p>
    <w:p>
      <w:pPr>
        <w:jc w:val="right"/>
      </w:pPr>
      <w:r>
        <w:t>تو میں دیکھ اس حدیث سے ثابت ہوتا ہے کہ ہر حال میں اجتہاد کرو۔ البتہ یہ شرط رہے گی ساتھ ساتھ کہ اپنے correction کے تیار رہو۔</w:t>
      </w:r>
    </w:p>
    <w:p>
      <w:r>
        <w:rPr>
          <w:b/>
        </w:rPr>
        <w:t xml:space="preserve">[28:01] </w:t>
      </w:r>
      <w:r>
        <w:t>agar koi aadmi tum ko tokre to wo ghalti ko bataye to foran maan lo. I was wrong.</w:t>
      </w:r>
    </w:p>
    <w:p>
      <w:pPr>
        <w:jc w:val="right"/>
      </w:pPr>
      <w:r>
        <w:t>اگر کوئی آدمی تم کو ٹوکرے تو وہ غلطی کو بتائے تو فوراً مان لو۔ I was wrong۔</w:t>
      </w:r>
    </w:p>
    <w:p>
      <w:r>
        <w:rPr>
          <w:b/>
        </w:rPr>
        <w:t xml:space="preserve">[28:07] </w:t>
      </w:r>
      <w:r>
        <w:t>ijtihad sach puche to ijtihad. asal farq ye hai. yaad rakhiye. is aadmi ke liye ijtihad ain sawab hai jo is ke liye tayyar rehta ho ke us ki ghalti ko batai jaye to wo keh de I was wrong.</w:t>
      </w:r>
    </w:p>
    <w:p>
      <w:pPr>
        <w:jc w:val="right"/>
      </w:pPr>
      <w:r>
        <w:t>اجتہاد سچ پوچھے تو اجتہاد۔ اصل فرق یہ ہے۔ یاد رکھیے۔ اس آدمی کے لیے اجتہاد عین ثواب ہے جو اس کے لیے تیار رہتا ہو کہ اس کی غلطی کو بتائی جائے تو وہ کہہ دے I was wrong۔</w:t>
      </w:r>
    </w:p>
    <w:p>
      <w:r>
        <w:rPr>
          <w:b/>
        </w:rPr>
        <w:t xml:space="preserve">[28:24] </w:t>
      </w:r>
      <w:r>
        <w:t>aur jo aadmi ka haal ye ho ke ijtihad karne ke baad ghalti na maney sarakashi kare us ki to puri zindagi hi gunah hai. ijtihad kiya?</w:t>
      </w:r>
    </w:p>
    <w:p>
      <w:pPr>
        <w:jc w:val="right"/>
      </w:pPr>
      <w:r>
        <w:t>اور جو آدمی کا حال یہ ہو کہ اجتہاد کرنے کے بعد غلطی نہ مانے سرکشی کرے اس کی تو پوری زندگی ہی گناہ ہے۔ اجتہاد کیا؟</w:t>
      </w:r>
    </w:p>
    <w:p>
      <w:r>
        <w:rPr>
          <w:b/>
        </w:rPr>
        <w:t xml:space="preserve">[28:34] </w:t>
      </w:r>
      <w:r>
        <w:t>us ko kuch bhi karne ka haq nahi hai. phir main repeat karunga ke ek aadmi ijtihad kare</w:t>
      </w:r>
    </w:p>
    <w:p>
      <w:pPr>
        <w:jc w:val="right"/>
      </w:pPr>
      <w:r>
        <w:t>اس کو کچھ بھی کرنے کا حق نہیں ہے۔ پھر میں repeat کروں گا کہ ایک آدمی اجتہاد کرے</w:t>
      </w:r>
    </w:p>
    <w:p>
      <w:r>
        <w:rPr>
          <w:b/>
        </w:rPr>
        <w:t xml:space="preserve">[28:41] </w:t>
      </w:r>
      <w:r>
        <w:t>aur wo ghalti kare aur jab toka jaye to na maney wo apni sarakashi dikhane lage us ke liye sar-ta-pa us ki zindagi gunah hai ijtihad ye nahi hai sab kuch uska gunah hai kyunke sarakashi maaf nahi hogi us ki</w:t>
      </w:r>
    </w:p>
    <w:p>
      <w:pPr>
        <w:jc w:val="right"/>
      </w:pPr>
      <w:r>
        <w:t>اور وہ غلطی کرے اور جب ٹوکا جائے تو نہ مانے وہ اپنی سرکشی دکھانے لگے اس کے لیے سرتاپا اس کی زندگی گناہ ہے اجتہاد یہ نہیں ہے سب کچھ اس کا گناہ ہے کیونکہ سرکشی معافی نہیں ہوگی اس کی</w:t>
      </w:r>
    </w:p>
    <w:p>
      <w:r>
        <w:rPr>
          <w:b/>
        </w:rPr>
        <w:t xml:space="preserve">[28:57] </w:t>
      </w:r>
      <w:r>
        <w:t>lekin jo aadmi ijtihad kare aur us ke sath tayyar ho ke jab bhi us ko ghalti batai jayegi daleel se daleel se to foran maan lega keh dega I was wrong to us ke liye ain sawab hai ijtihad to aap</w:t>
      </w:r>
    </w:p>
    <w:p>
      <w:pPr>
        <w:jc w:val="right"/>
      </w:pPr>
      <w:r>
        <w:t>لیکن جو آدمی اجتہاد کرے اور اس کے ساتھ تیار ہو کہ جب بھی اس کو غلطی بتائی جائے گی دلیل سے دلیل سے تو فوراً مان لے گا کہہ دے گا I was wrong تو اس کے لیے عین ثواب ہے اجتہاد تو آپ</w:t>
      </w:r>
    </w:p>
    <w:p>
      <w:r>
        <w:rPr>
          <w:b/>
        </w:rPr>
        <w:t xml:space="preserve">[29:14] </w:t>
      </w:r>
      <w:r>
        <w:t>ijtihad darwaza band karne ka koi haq nahi rakhte sirf ye kehna chahiye aap ko ke tum ijtihad karo lekin us ke liye bhi tayyar raho ke jab tum ko ghalti batai jaye tum maan lo apni ghalti yani etiraf ka jazba bhi apne andar develop karo bas.</w:t>
      </w:r>
    </w:p>
    <w:p>
      <w:pPr>
        <w:jc w:val="right"/>
      </w:pPr>
      <w:r>
        <w:t>اجتہاد دروازہ بند کرنے کا کوئی حق نہیں رکھتے صرف یہ کہنا چاہیے آپ کو کہ تم اجتہاد کرو لیکن اس کے لیے بھی تیار رہو کہ جب تم کو غلطی بتائی جائے تم مان لو اپنی غلطی یعنی اعتراف کا جذبہ بھی اپنے اندر develop کرو بس۔</w:t>
      </w:r>
    </w:p>
    <w:p>
      <w:r>
        <w:rPr>
          <w:b/>
        </w:rPr>
        <w:t xml:space="preserve">[29:34] </w:t>
      </w:r>
      <w:r>
        <w:t>Maulana Israr Khatib ne Chennai se likha hai ke ijtihad ke liye kya shariyat hai Maulana aap ne abhi bataya lekin wo ye bhi janna chahte hain ke is ke liye kya Quran aur hadith ka ilm zaruri hai ya nahi?</w:t>
      </w:r>
    </w:p>
    <w:p>
      <w:pPr>
        <w:jc w:val="right"/>
      </w:pPr>
      <w:r>
        <w:t>مولانا اسرار خطیب نے چنئی سے لکھا ہے کہ اجتہاد کے لیے کیا شریعت ہے مولانا آپ نے ابھی بتایا لیکن وہ یہ بھی جاننا چاہتے ہیں کہ اس کے لیے کیا قرآن اور حدیث کا علم ضروری ہے یا نہیں؟</w:t>
      </w:r>
    </w:p>
    <w:p>
      <w:r>
        <w:rPr>
          <w:b/>
        </w:rPr>
        <w:t xml:space="preserve">[29:50] </w:t>
      </w:r>
      <w:r>
        <w:t>ijtihad ko ek ajib o gharib mani panah diye gaye hain. har cheez mein ijtihad hai. farz kijiye ke aap ate hain class mein shirkat karne ke liye.</w:t>
      </w:r>
    </w:p>
    <w:p>
      <w:pPr>
        <w:jc w:val="right"/>
      </w:pPr>
      <w:r>
        <w:t>اجتہاد کو ایک عجیب و غریب معنی پناہ دیے گئے ہیں۔ ہر چیز میں اجتہاد ہے۔ فرض کیجیے کہ آپ آتے ہیں کلاس میں شرکت کرنے کے لیے۔</w:t>
      </w:r>
    </w:p>
    <w:p>
      <w:r>
        <w:rPr>
          <w:b/>
        </w:rPr>
        <w:t xml:space="preserve">[30:01] </w:t>
      </w:r>
      <w:r>
        <w:t>aap ate hain to farz kijiye ke darwaza band hai. darwaza band hai jahan se aap enter hote hain. to wahan pe ijtihad hai.</w:t>
      </w:r>
    </w:p>
    <w:p>
      <w:pPr>
        <w:jc w:val="right"/>
      </w:pPr>
      <w:r>
        <w:t>آپ آتے ہیں تو فرض کیجیے کہ دروازہ بند ہے۔ دروازہ بند ہے جہاں سے آپ enter ہوتے ہیں۔ تو وہاں پہ اجتہاد ہے۔</w:t>
      </w:r>
    </w:p>
    <w:p>
      <w:r>
        <w:rPr>
          <w:b/>
        </w:rPr>
        <w:t xml:space="preserve">[30:10] </w:t>
      </w:r>
      <w:r>
        <w:t>ke ek to ye ke aap darwaza band hai wo loot gaye wapas. ek hai ke darwaza band hai socha aap ne ke kya karna chahiye to wo mobile uthaya. us ke baad hamare kisi aadmi ko aap ne telephone kar diya.</w:t>
      </w:r>
    </w:p>
    <w:p>
      <w:pPr>
        <w:jc w:val="right"/>
      </w:pPr>
      <w:r>
        <w:t>کہ ایک تو یہ کہ آپ دروازہ بند ہے وہ لوٹ گئے واپس۔ ایک ہے کہ دروازہ بند ہے سوچا آپ نے کہ کیا کرنا چاہیے تو وہ موبائل اٹھایا۔ اس کے بعد ہمارے کسی آدمی کو آپ نے telephone کر دیا۔</w:t>
      </w:r>
    </w:p>
    <w:p>
      <w:r>
        <w:rPr>
          <w:b/>
        </w:rPr>
        <w:t xml:space="preserve">[30:20] </w:t>
      </w:r>
      <w:r>
        <w:t>mister rajat ko kisi ko keh bhai aaj kya aaj kya baat hai? yeh ijtihad ho gaya.</w:t>
      </w:r>
    </w:p>
    <w:p>
      <w:pPr>
        <w:jc w:val="right"/>
      </w:pPr>
      <w:r>
        <w:t>مسٹر رجت کو کسی کو کہ بھئی آج کیا آج کیا بات ہے؟ یہ اجتہاد ہو گیا۔</w:t>
      </w:r>
    </w:p>
    <w:p>
      <w:r>
        <w:rPr>
          <w:b/>
        </w:rPr>
        <w:t xml:space="preserve">[30:26] </w:t>
      </w:r>
      <w:r>
        <w:t>ijtihad to ek aisi cheez hai jo har waqt jaari rehta hai. har waqt jaari rehta hai. ab yeh pani hai. farz kijiye ke pani thanda hai.</w:t>
      </w:r>
    </w:p>
    <w:p>
      <w:pPr>
        <w:jc w:val="right"/>
      </w:pPr>
      <w:r>
        <w:t>اجتہاد تو ایک ایسی چیز ہے جو ہر وقت جاری رہتا ہے۔ ہر وقت جاری رہتا ہے۔ اب یہ پانی ہے۔ فرض کیجیے کہ پانی ٹھنڈا ہے۔</w:t>
      </w:r>
    </w:p>
    <w:p>
      <w:r>
        <w:rPr>
          <w:b/>
        </w:rPr>
        <w:t xml:space="preserve">[30:37] </w:t>
      </w:r>
      <w:r>
        <w:t>mera gale ka masla paida ho to thande pani se to main sochun ke bhai thanda pani nahi peena chahiye mujhe garam pani peena chahiye. to main kahun mujhe kehna chahiye ke bhai garam pani lao.</w:t>
      </w:r>
    </w:p>
    <w:p>
      <w:pPr>
        <w:jc w:val="right"/>
      </w:pPr>
      <w:r>
        <w:t>میرا گلے کا مسئلہ پیدا ہو تو ٹھنڈے پانی سے تو میں سوچوں کہ بھئی ٹھنڈا پانی نہیں پینا چاہیے مجھے گرم پانی پینا چاہیے۔ تو میں کہوں مجھے کہنا چاہیے کہ بھئی گرم پانی لاؤ۔</w:t>
      </w:r>
    </w:p>
    <w:p>
      <w:r>
        <w:rPr>
          <w:b/>
        </w:rPr>
        <w:t xml:space="preserve">[30:46] </w:t>
      </w:r>
      <w:r>
        <w:t>yeh bhi ijtihad hai.</w:t>
      </w:r>
    </w:p>
    <w:p>
      <w:pPr>
        <w:jc w:val="right"/>
      </w:pPr>
      <w:r>
        <w:t>یہ بھی اجتہاد ہے۔</w:t>
      </w:r>
    </w:p>
    <w:p>
      <w:r>
        <w:rPr>
          <w:b/>
        </w:rPr>
        <w:t xml:space="preserve">[30:48] </w:t>
      </w:r>
      <w:r>
        <w:t>ijtihad ko logon ne ajeeb o ghareeb ek cheez samajh liya hai. ijtihad ka talluq yaad rakhiye zindagi ke har masle se aur isi tarah se deeni masle se bhi hai.</w:t>
      </w:r>
    </w:p>
    <w:p>
      <w:pPr>
        <w:jc w:val="right"/>
      </w:pPr>
      <w:r>
        <w:t>اجتہاد کو لوگوں نے عجیب و غریب ایک چیز سمجھ لیا ہے۔ اجتہاد کا تعلق یاد رکھیے زندگی کے ہر مسئلے سے اور اسی طرح سے دینی مسئلے سے بھی ہے۔</w:t>
      </w:r>
    </w:p>
    <w:p>
      <w:r>
        <w:rPr>
          <w:b/>
        </w:rPr>
        <w:t xml:space="preserve">[31:00] </w:t>
      </w:r>
      <w:r>
        <w:t>dawat ke masle se bhi hai. Allah taala ne duniya ko jab is tarah banaya hai ke har lamha halaat badalte hain. nai situation create hoti hai.</w:t>
      </w:r>
    </w:p>
    <w:p>
      <w:pPr>
        <w:jc w:val="right"/>
      </w:pPr>
      <w:r>
        <w:t>دعوت کے مسئلے سے بھی ہے۔ اللہ تعالیٰ نے دنیا کو جب اس طرح بنایا ہے کہ ہر لمحہ حالات بدلتے ہیں۔ نئی situation create ہوتی ہے۔</w:t>
      </w:r>
    </w:p>
    <w:p>
      <w:r>
        <w:rPr>
          <w:b/>
        </w:rPr>
        <w:t xml:space="preserve">[31:09] </w:t>
      </w:r>
      <w:r>
        <w:t>naye naye tajurbe hote hain. Allah taala ne jab isi duniya banai hai</w:t>
      </w:r>
    </w:p>
    <w:p>
      <w:pPr>
        <w:jc w:val="right"/>
      </w:pPr>
      <w:r>
        <w:t>نئے نئے تجربے ہوتے ہیں۔ اللہ تعالیٰ نے جب اسی دنیا بنائی ہے</w:t>
      </w:r>
    </w:p>
    <w:p>
      <w:r>
        <w:rPr>
          <w:b/>
        </w:rPr>
        <w:t xml:space="preserve">[31:14] </w:t>
      </w:r>
      <w:r>
        <w:t>to iske baad ijtihad zaruri ho gaya. zaruri ho gaya ijtihad. ab aap farz kijiye aap gaye station aur train chhoot gayi.</w:t>
      </w:r>
    </w:p>
    <w:p>
      <w:pPr>
        <w:jc w:val="right"/>
      </w:pPr>
      <w:r>
        <w:t>تو اس کے بعد اجتہاد ضروری ہو گیا۔ ضروری ہو گیا اجتہاد۔ اب آپ فرض کیجیے آپ گئے station اور ٹرین چھوٹ گئی۔</w:t>
      </w:r>
    </w:p>
    <w:p>
      <w:r>
        <w:rPr>
          <w:b/>
        </w:rPr>
        <w:t xml:space="preserve">[31:27] </w:t>
      </w:r>
      <w:r>
        <w:t>woh bhi ijtihad hai ke wapas jaaun ghar ya agli train ka intezar karun?</w:t>
      </w:r>
    </w:p>
    <w:p>
      <w:pPr>
        <w:jc w:val="right"/>
      </w:pPr>
      <w:r>
        <w:t>وہ بھی اجتہاد ہے کہ واپس جاؤں گھر یا اگلی ٹرین کا انتظار کروں؟</w:t>
      </w:r>
    </w:p>
    <w:p>
      <w:r>
        <w:rPr>
          <w:b/>
        </w:rPr>
        <w:t xml:space="preserve">[31:32] </w:t>
      </w:r>
      <w:r>
        <w:t>to kaun hai darwaza band kare ijtihad ka? kis ko haq hai? jabke Allah taala ke kaise planning mein shamil hai ke ijtihad karo.</w:t>
      </w:r>
    </w:p>
    <w:p>
      <w:pPr>
        <w:jc w:val="right"/>
      </w:pPr>
      <w:r>
        <w:t>تو کون ہے دروازہ بند کرے اجتہاد کا؟ کس کو حق ہے؟ جبکہ اللہ تعالیٰ کے کیسے پلاننگ میں شامل ہے کہ اجتہاد کرو۔</w:t>
      </w:r>
    </w:p>
    <w:p>
      <w:r>
        <w:rPr>
          <w:b/>
        </w:rPr>
        <w:t xml:space="preserve">[31:43] </w:t>
      </w:r>
      <w:r>
        <w:t>ijtihad karo. to main nahi samajhta ke yeh yeh iska koi bhi ma'qool</w:t>
      </w:r>
    </w:p>
    <w:p>
      <w:pPr>
        <w:jc w:val="right"/>
      </w:pPr>
      <w:r>
        <w:t>اجتہاد کرو۔ تو میں نہیں سمجھتا کہ یہ یہ اس کا کوئی بھی معقول</w:t>
      </w:r>
    </w:p>
    <w:p>
      <w:r>
        <w:rPr>
          <w:b/>
        </w:rPr>
        <w:t xml:space="preserve">[31:49] </w:t>
      </w:r>
      <w:r>
        <w:t>sab koi bata sakta hai.</w:t>
      </w:r>
    </w:p>
    <w:p>
      <w:pPr>
        <w:jc w:val="right"/>
      </w:pPr>
      <w:r>
        <w:t>سب کوئی بتا سکتا ہے۔</w:t>
      </w:r>
    </w:p>
    <w:p>
      <w:r>
        <w:rPr>
          <w:b/>
        </w:rPr>
        <w:t xml:space="preserve">[31:54] </w:t>
      </w:r>
      <w:r>
        <w:t>maulana agla sawal kya hai mister shakeel ahmed ne dilli se. unhon ne likha hai. jaisa ke islam sab ke liye hai aur is mein sabhi ki riayat ki gayi hai to hum sarhadi pathan ya un ke mizaj ke logon ko mukammal peace ki baat kaise samjhayein?</w:t>
      </w:r>
    </w:p>
    <w:p>
      <w:pPr>
        <w:jc w:val="right"/>
      </w:pPr>
      <w:r>
        <w:t>مولانا اگلا سوال کیا ہے مسٹر شکیل احمد نے دلی سے۔ انہوں نے لکھا ہے۔ جیسا کہ اسلام سب کے لیے ہے اور اس میں سبھی کی رعایت کی گئی ہے تو ہم سرحدی پٹھان یا ان کے مزاج کے لوگوں کو مکمل peace کی بات کیسے سمجھائیں؟</w:t>
      </w:r>
    </w:p>
    <w:p>
      <w:r>
        <w:rPr>
          <w:b/>
        </w:rPr>
        <w:t xml:space="preserve">[32:14] </w:t>
      </w:r>
      <w:r>
        <w:t>jabke quran mein bhi un ki riayat ki gayi hai ke aankh ka badla aankh, hath ka badla hath wagera lekin zulm na ho aur maaf kar do to behtar hai agar tum jante ho.</w:t>
      </w:r>
    </w:p>
    <w:p>
      <w:pPr>
        <w:jc w:val="right"/>
      </w:pPr>
      <w:r>
        <w:t>جبکہ قرآن میں بھی ان کی رعایت کی گئی ہے کہ آنکھ کا بدلہ آنکھ، ہاتھ کا بدلہ ہاتھ وغیرہ لیکن ظلم نہ ہو اور معاف کر دو تو بہتر ہے اگر تم جانتے ہو۔</w:t>
      </w:r>
    </w:p>
    <w:p>
      <w:r>
        <w:rPr>
          <w:b/>
        </w:rPr>
        <w:t xml:space="preserve">[32:31] </w:t>
      </w:r>
      <w:r>
        <w:t>kis ki wajah se? pathan? pathan sarhadi pathan ya un ke jaise mizaj ke log? dekhein yeh jo pathan log hain afghani log hain yeh asal mein mamla hai ke woh tribal culture par hain.</w:t>
      </w:r>
    </w:p>
    <w:p>
      <w:pPr>
        <w:jc w:val="right"/>
      </w:pPr>
      <w:r>
        <w:t>کس کی وجہ سے؟ پٹھان؟ پٹھان سرحدی پٹھان یا ان کے جیسے مزاج کے لوگ؟ دیکھیں یہ جو پٹھان لوگ ہیں افغانی لوگ ہیں یہ اصل میں معاملہ ہے کہ وہ tribal culture پر ہیں۔</w:t>
      </w:r>
    </w:p>
    <w:p>
      <w:r>
        <w:rPr>
          <w:b/>
        </w:rPr>
        <w:t xml:space="preserve">[32:45] </w:t>
      </w:r>
      <w:r>
        <w:t xml:space="preserve">tribal culture mein sab se bari cheez hoti thi revenge inteqam. </w:t>
      </w:r>
    </w:p>
    <w:p>
      <w:pPr>
        <w:jc w:val="right"/>
      </w:pPr>
      <w:r>
        <w:t>tribal culture میں سب سے بڑی چیز ہوتی تھی revenge انتقام۔</w:t>
      </w:r>
    </w:p>
    <w:p>
      <w:r>
        <w:rPr>
          <w:b/>
        </w:rPr>
        <w:t xml:space="preserve">[32:50] </w:t>
      </w:r>
      <w:r>
        <w:t>yeh jo in ka aap dekhte hain maar dhaad woh is ka talluq islam se nahi hai. woh jehad ka naam lein tab bhi islam se nahi hai. woh hai tribal culture.</w:t>
      </w:r>
    </w:p>
    <w:p>
      <w:pPr>
        <w:jc w:val="right"/>
      </w:pPr>
      <w:r>
        <w:t>یہ جو ان کا آپ دیکھتے ہیں مار دھاڑ وہ اس کا تعلق اسلام سے نہیں ہے۔ وہ جہاد کا نام لیں تب بھی اسلام سے نہیں ہے۔ وہ ہے tribal culture۔</w:t>
      </w:r>
    </w:p>
    <w:p>
      <w:r>
        <w:rPr>
          <w:b/>
        </w:rPr>
        <w:t xml:space="preserve">[32:59] </w:t>
      </w:r>
      <w:r>
        <w:t>tribal culture mein kya hota tha? inteqam sab se bari cheez in ke haan hai. main jab afghanistan gaya tha</w:t>
      </w:r>
    </w:p>
    <w:p>
      <w:pPr>
        <w:jc w:val="right"/>
      </w:pPr>
      <w:r>
        <w:t>tribal culture میں کیا ہوتا تھا؟ انتقام سب سے بڑی چیز ان کے ہاں ہے۔ میں جب افغانستان گیا تھا</w:t>
      </w:r>
    </w:p>
    <w:p>
      <w:r>
        <w:rPr>
          <w:b/>
        </w:rPr>
        <w:t xml:space="preserve">[33:08] </w:t>
      </w:r>
      <w:r>
        <w:t>to ek naujawan se poocha maine tum kya karte ho? to us ne kaha ke main meri maan mujh ko school bhejti hai parhne ke liye.</w:t>
      </w:r>
    </w:p>
    <w:p>
      <w:pPr>
        <w:jc w:val="right"/>
      </w:pPr>
      <w:r>
        <w:t>تو ایک نوجوان سے پوچھا میں نے تم کیا کرتے ہو؟ تو اس نے کہا کہ میں میری ماں مجھ کو اسکول بھیجتی ہے پڑھنے کے لیے۔</w:t>
      </w:r>
    </w:p>
    <w:p>
      <w:r>
        <w:rPr>
          <w:b/>
        </w:rPr>
        <w:t xml:space="preserve">[33:18] </w:t>
      </w:r>
      <w:r>
        <w:t>phir khud hi kehta hai ke mujhe parhna parhna nahi hai. mujhe to aap ne dada ya kaha tha baap kaha tha is ka badla lena hai.</w:t>
      </w:r>
    </w:p>
    <w:p>
      <w:pPr>
        <w:jc w:val="right"/>
      </w:pPr>
      <w:r>
        <w:t>پھر خود ہی کہتا ہے کہ مجھے پڑھنا پڑھنا نہیں ہے۔ مجھے تو آپ نے دادا یا کہا تھا باپ کہا تھا اس کا بدلہ لینا ہے۔</w:t>
      </w:r>
    </w:p>
    <w:p>
      <w:r>
        <w:rPr>
          <w:b/>
        </w:rPr>
        <w:t xml:space="preserve">[33:28] </w:t>
      </w:r>
      <w:r>
        <w:t>us ke dada ya baap ko kisi ne maar dala tha. to bas us ke zehan mein sab se bari cheez parhna nahi hai. is ka inteqam jab tak na le woh is ka yaani mamle ka pakka nahi hoga.</w:t>
      </w:r>
    </w:p>
    <w:p>
      <w:pPr>
        <w:jc w:val="right"/>
      </w:pPr>
      <w:r>
        <w:t>اس کے دادا یا باپ کو کسی نے مار ڈالا تھا۔ تو بس اس کے ذہن میں سب سے بڑی چیز پڑھنا نہیں ہے۔ اس کا انتقام جب تک نہ لے وہ اس کا یعنی معاملے کا پکا نہیں ہوگا۔</w:t>
      </w:r>
    </w:p>
    <w:p>
      <w:r>
        <w:rPr>
          <w:b/>
        </w:rPr>
        <w:t xml:space="preserve">[33:44] </w:t>
      </w:r>
      <w:r>
        <w:t>to yeh sirf arbon mein yahi tha. yaani arbon mein bhi ladai bhadai hoti rehti thi inteqam ki wajah se.</w:t>
      </w:r>
    </w:p>
    <w:p>
      <w:pPr>
        <w:jc w:val="right"/>
      </w:pPr>
      <w:r>
        <w:t>تو یہ صرف عربوں میں یہی تھا۔ یعنی عربوں میں بھی لڑائی بھڑائی ہوتی رہتی تھی انتقام کی وجہ سے۔</w:t>
      </w:r>
    </w:p>
    <w:p>
      <w:r>
        <w:rPr>
          <w:b/>
        </w:rPr>
        <w:t xml:space="preserve">[33:51] </w:t>
      </w:r>
      <w:r>
        <w:t>to tribal culture mein har jagah jahan bhi tribal culture hai wahan par sab se bari cheez hoti hai revenge inteqam. is ka talluq islam se kuch bhi nahi hai.</w:t>
      </w:r>
    </w:p>
    <w:p>
      <w:pPr>
        <w:jc w:val="right"/>
      </w:pPr>
      <w:r>
        <w:t>تو tribal culture میں ہر جگہ جہاں بھی tribal culture ہے وہاں پر سب سے بڑی چیز ہوتی ہے revenge انتقام۔ اس کا تعلق اسلام سے کچھ بھی نہیں ہے۔</w:t>
      </w:r>
    </w:p>
    <w:p>
      <w:r>
        <w:rPr>
          <w:b/>
        </w:rPr>
        <w:t xml:space="preserve">[34:01] </w:t>
      </w:r>
      <w:r>
        <w:t>woh jehad ka naam lete hain tab bhi woh inteqami hai woh jehad nahi hai. to is ki wajah kya hai? is ki taleem nahi hui.</w:t>
      </w:r>
    </w:p>
    <w:p>
      <w:pPr>
        <w:jc w:val="right"/>
      </w:pPr>
      <w:r>
        <w:t>وہ جہاد کا نام لیتے ہیں تب بھی وہ انتقامی ہے وہ جہاد نہیں ہے۔ تو اس کی وجہ کیا ہے؟ اس کی تعلیم نہیں ہوئی۔</w:t>
      </w:r>
    </w:p>
    <w:p>
      <w:r>
        <w:rPr>
          <w:b/>
        </w:rPr>
        <w:t xml:space="preserve">[34:09] </w:t>
      </w:r>
      <w:r>
        <w:t>jahan jahan taleem hui hai. main khud bhi ek afghani hoon. wohin se hamare baap dada aaye the. lekin taleem ne mere zehan mein badal diya.</w:t>
      </w:r>
    </w:p>
    <w:p>
      <w:pPr>
        <w:jc w:val="right"/>
      </w:pPr>
      <w:r>
        <w:t>جہاں جہاں تعلیم ہوئی ہے۔ میں خود بھی ایک افغانی ہوں۔ وہیں سے ہمارے باپ دادا آئے تھے۔ لیکن تعلیم نے میرے ذہن میں بدل دیا۔</w:t>
      </w:r>
    </w:p>
    <w:p>
      <w:r>
        <w:rPr>
          <w:b/>
        </w:rPr>
        <w:t xml:space="preserve">[34:19] </w:t>
      </w:r>
      <w:r>
        <w:t>asal cheez jo zarurat hai in in logo mein woh yeh hai ke khoob taleem phailai jaye. khoob taleem phailai jaye.</w:t>
      </w:r>
    </w:p>
    <w:p>
      <w:pPr>
        <w:jc w:val="right"/>
      </w:pPr>
      <w:r>
        <w:t>اصل چیز جو ضرورت ہے ان ان لوگوں میں وہ یہ ہے کہ خوب تعلیم پھیلائی جائے۔ خوب تعلیم پھیلائی جائے۔</w:t>
      </w:r>
    </w:p>
    <w:p>
      <w:r>
        <w:rPr>
          <w:b/>
        </w:rPr>
        <w:t xml:space="preserve">[34:26] </w:t>
      </w:r>
      <w:r>
        <w:t>taake qadeem riwayat jo hain woh khatm ho jayein aur naye tarz par sochna unko aa jaye. aur koi hal nahi hai. siwaye taleem ke aur koi hal nahi hai wahan par.</w:t>
      </w:r>
    </w:p>
    <w:p>
      <w:pPr>
        <w:jc w:val="right"/>
      </w:pPr>
      <w:r>
        <w:t>تاکہ قدیم روایات جو ہیں وہ ختم ہو جائیں اور نئے طرز پر سوچنا ان کو آ جائے۔ اور کوئی حل نہیں ہے۔ سوائے تعلیم کے اور کوئی حل نہیں ہے وہاں پر۔</w:t>
      </w:r>
    </w:p>
    <w:p>
      <w:r>
        <w:rPr>
          <w:b/>
        </w:rPr>
        <w:t xml:space="preserve">[34:40] </w:t>
      </w:r>
      <w:r>
        <w:t>maulana faizuddin umri ne karnataka se likha hai. aap ne farmaya tha ke jo log sachai ko sirf kisi insan ke batane se maan lein woh sachai ko underestimate karte hain.</w:t>
      </w:r>
    </w:p>
    <w:p>
      <w:pPr>
        <w:jc w:val="right"/>
      </w:pPr>
      <w:r>
        <w:t>مولانا فیض الدین عمری نے کرناٹکا سے لکھا ہے۔ آپ نے فرمایا تھا کہ جو لوگ سچائی کو صرف کسی انسان کے بتانے سے مان لیں وہ سچائی کو underestimate کرتے ہیں۔</w:t>
      </w:r>
    </w:p>
    <w:p>
      <w:r>
        <w:rPr>
          <w:b/>
        </w:rPr>
        <w:t xml:space="preserve">[34:56] </w:t>
      </w:r>
      <w:r>
        <w:t>sachai ko sirf is insan ne jana jis ne use us ko self discovery ke level par daryaft kiya. is baat ko aap wazeh farmayein.</w:t>
      </w:r>
    </w:p>
    <w:p>
      <w:pPr>
        <w:jc w:val="right"/>
      </w:pPr>
      <w:r>
        <w:t>سچائی کو صرف اس انسان نے جانا جس نے اسے اس کو self discovery کے level پر دریافت کیا۔ اس بات کو آپ واضح فرمائیں۔</w:t>
      </w:r>
    </w:p>
    <w:p>
      <w:r>
        <w:rPr>
          <w:b/>
        </w:rPr>
        <w:t xml:space="preserve">[35:07] </w:t>
      </w:r>
      <w:r>
        <w:t>dekhein yeh aala mayar hai. har cheez mein do mayar hote hain. ek aala ek secondary. toh aala mayar toh yahi hai.</w:t>
      </w:r>
    </w:p>
    <w:p>
      <w:pPr>
        <w:jc w:val="right"/>
      </w:pPr>
      <w:r>
        <w:t>دیکھیں یہ اعلیٰ معیار ہے۔ ہر چیز میں دو معیار ہوتے ہیں۔ ایک اعلیٰ ایک سیکنڈری۔ تو اعلیٰ معیار تو یہی ہے۔</w:t>
      </w:r>
    </w:p>
    <w:p>
      <w:r>
        <w:rPr>
          <w:b/>
        </w:rPr>
        <w:t xml:space="preserve">[35:16] </w:t>
      </w:r>
      <w:r>
        <w:t>lekin har aadmi yeh nahi kar sakta aisa. is wajah se main manta hoon ke kisi ko jis koi aalim jis par us ko bharosa ho us ki baat ko maan le woh.</w:t>
      </w:r>
    </w:p>
    <w:p>
      <w:pPr>
        <w:jc w:val="right"/>
      </w:pPr>
      <w:r>
        <w:t>لیکن ہر آدمی یہ نہیں کر سکتا ایسا۔ اس وجہ سے میں مانتا ہوں کہ کسی کو جس کوئی عالم جس پر اس کو بھروسہ ہو اس کی بات کو مان لے وہ۔</w:t>
      </w:r>
    </w:p>
    <w:p>
      <w:r>
        <w:rPr>
          <w:b/>
        </w:rPr>
        <w:t xml:space="preserve">[35:30] </w:t>
      </w:r>
      <w:r>
        <w:t>toh ek hai woh iman jo self discovery discovery pe khada ho yani khud daryaft kardah iman.</w:t>
      </w:r>
    </w:p>
    <w:p>
      <w:pPr>
        <w:jc w:val="right"/>
      </w:pPr>
      <w:r>
        <w:t>تو ایک ہے وہ ایمان جو self discovery discovery پہ کھڑا ہو یعنی خود دریافت کردہ ایمان۔</w:t>
      </w:r>
    </w:p>
    <w:p>
      <w:r>
        <w:rPr>
          <w:b/>
        </w:rPr>
        <w:t xml:space="preserve">[35:40] </w:t>
      </w:r>
      <w:r>
        <w:t>lekin yeh aala mayar hai sab log yahan tak nahi pahunch sakte. aam logo ke liye main kehta hoon ke un ke liye taqleed hai. yani kisi aalim ko pakad lein jis par un ko bharosa ho woh jo kahe woh karein.</w:t>
      </w:r>
    </w:p>
    <w:p>
      <w:pPr>
        <w:jc w:val="right"/>
      </w:pPr>
      <w:r>
        <w:t>لیکن یہ اعلیٰ معیار ہے سب لوگ یہاں تک نہیں پہنچ سکتے۔ عام لوگوں کے لیے میں کہتا ہوں کہ ان کے لیے تقلید ہے۔ یعنی کسی عالم کو پکڑ لیں جس پر ان کو بھروسہ ہو وہ جو کہے وہ کریں۔</w:t>
      </w:r>
    </w:p>
    <w:p>
      <w:r>
        <w:rPr>
          <w:b/>
        </w:rPr>
        <w:t xml:space="preserve">[35:52] </w:t>
      </w:r>
      <w:r>
        <w:t>bas.</w:t>
      </w:r>
    </w:p>
    <w:p>
      <w:pPr>
        <w:jc w:val="right"/>
      </w:pPr>
      <w:r>
        <w:t>بس۔</w:t>
      </w:r>
    </w:p>
    <w:p>
      <w:r>
        <w:rPr>
          <w:b/>
        </w:rPr>
        <w:t xml:space="preserve">[35:57] </w:t>
      </w:r>
      <w:r>
        <w:t>mister abdul rasheed ne dilli se likha hai. maujooda zamane ke musalmanon ke andar shaoori iman nahi hai.</w:t>
      </w:r>
    </w:p>
    <w:p>
      <w:pPr>
        <w:jc w:val="right"/>
      </w:pPr>
      <w:r>
        <w:t>مسٹر عبدالرشید نے دلی سے لکھا ہے۔ موجودہ زمانے کے مسلمانوں کے اندر شعوری ایمان نہیں ہے۔</w:t>
      </w:r>
    </w:p>
    <w:p>
      <w:r>
        <w:rPr>
          <w:b/>
        </w:rPr>
        <w:t xml:space="preserve">[36:07] </w:t>
      </w:r>
      <w:r>
        <w:t>isi tarah hindu bhaiyon ke andar bhi shaoori maujood nahi. shaoor maujood nahi. aisi halat mein dono qomon ke beech dawat ka asarangez kaam kaise kiya jaye?</w:t>
      </w:r>
    </w:p>
    <w:p>
      <w:pPr>
        <w:jc w:val="right"/>
      </w:pPr>
      <w:r>
        <w:t>اسی طرح ہندو بھائیوں کے اندر بھی شعوری موجود نہیں۔ شعور موجود نہیں۔ ایسی حالت میں دونوں قوموں کے بیچ دعوت کا مؤثر کام کیسے کیا جائے؟</w:t>
      </w:r>
    </w:p>
    <w:p>
      <w:r>
        <w:rPr>
          <w:b/>
        </w:rPr>
        <w:t xml:space="preserve">[36:21] </w:t>
      </w:r>
      <w:r>
        <w:t>ek hi hai ke shor paida kijiye. un ke andar bhi un ke andar bhi.</w:t>
      </w:r>
    </w:p>
    <w:p>
      <w:pPr>
        <w:jc w:val="right"/>
      </w:pPr>
      <w:r>
        <w:t>ایک ہی ہے کہ شور پیدا کیجیے۔ ان کے اندر بھی ان کے اندر بھی۔</w:t>
      </w:r>
    </w:p>
    <w:p>
      <w:r>
        <w:rPr>
          <w:b/>
        </w:rPr>
        <w:t xml:space="preserve">[36:29] </w:t>
      </w:r>
      <w:r>
        <w:t>is mein toh koi do tarah ka nahi hoga.</w:t>
      </w:r>
    </w:p>
    <w:p>
      <w:pPr>
        <w:jc w:val="right"/>
      </w:pPr>
      <w:r>
        <w:t>اس میں تو کوئی دو طرح کا نہیں ہوگا۔</w:t>
      </w:r>
    </w:p>
    <w:p>
      <w:r>
        <w:rPr>
          <w:b/>
        </w:rPr>
        <w:t xml:space="preserve">[36:37] </w:t>
      </w:r>
      <w:r>
        <w:t>main jahan tak samjha hai asal cheez jo baat janne ki hai yaad rakhiye woh hai creation plan of god.</w:t>
      </w:r>
    </w:p>
    <w:p>
      <w:pPr>
        <w:jc w:val="right"/>
      </w:pPr>
      <w:r>
        <w:t>میں جہاں تک سمجھا ہے اصل چیز جو بات جاننے کی ہے یاد رکھیے وہ ہے creation plan of god۔</w:t>
      </w:r>
    </w:p>
    <w:p>
      <w:r>
        <w:rPr>
          <w:b/>
        </w:rPr>
        <w:t xml:space="preserve">[36:47] </w:t>
      </w:r>
      <w:r>
        <w:t>asal cheez yeh hai. aaj hi subah main soch raha tha ke</w:t>
      </w:r>
    </w:p>
    <w:p>
      <w:pPr>
        <w:jc w:val="right"/>
      </w:pPr>
      <w:r>
        <w:t>اصل چیز یہ ہے۔ آج ہی صبح میں سوچ رہا تھا کہ</w:t>
      </w:r>
    </w:p>
    <w:p>
      <w:r>
        <w:rPr>
          <w:b/>
        </w:rPr>
        <w:t xml:space="preserve">[36:53] </w:t>
      </w:r>
      <w:r>
        <w:t>rozana log paida hote hain rozana mar jate hain. toh maut ke baad kya pesh aane wala hai us se bilkul bekhabar.</w:t>
      </w:r>
    </w:p>
    <w:p>
      <w:pPr>
        <w:jc w:val="right"/>
      </w:pPr>
      <w:r>
        <w:t>روزانہ لوگ پیدا ہوتے ہیں روزانہ مر جاتے ہیں۔ تو موت کے بعد کیا پیش آنے والا ہے اس سے بالکل بے خبر۔</w:t>
      </w:r>
    </w:p>
    <w:p>
      <w:r>
        <w:rPr>
          <w:b/>
        </w:rPr>
        <w:t xml:space="preserve">[37:03] </w:t>
      </w:r>
      <w:r>
        <w:t>duniya mein samajhte hain jab tak zinda hain woh ke kamayo ghar banao family</w:t>
      </w:r>
    </w:p>
    <w:p>
      <w:pPr>
        <w:jc w:val="right"/>
      </w:pPr>
      <w:r>
        <w:t>دنیا میں سمجھتے ہیں جب تک زندہ ہیں وہ کہ کماؤ گھر بناؤ family</w:t>
      </w:r>
    </w:p>
    <w:p>
      <w:r>
        <w:rPr>
          <w:b/>
        </w:rPr>
        <w:t xml:space="preserve">[37:10] </w:t>
      </w:r>
      <w:r>
        <w:t>ko khush karo wagera. lekin marte hi achaanak ek nayi surat-e-haal. us se bilkul bekhabar hain log. aap kahin bhi jaiye na maut ka charcha hai na akhirat ka charcha hai na hashar ka charcha hai na allah ke samne accountability ka charcha hai.</w:t>
      </w:r>
    </w:p>
    <w:p>
      <w:pPr>
        <w:jc w:val="right"/>
      </w:pPr>
      <w:r>
        <w:t>کو خوش کرو وغیرہ۔ لیکن مرتے ہی اچانک ایک نئی صورتحال۔ اس سے بالکل بے خبر ہیں لوگ۔ آپ کہیں بھی جائیے نہ موت کا چرچہ ہے نہ آخرت کا چرچہ ہے نہ حشر کا چرچہ ہے نہ اللہ کے سامنے accountability کا چرچہ ہے۔</w:t>
      </w:r>
    </w:p>
    <w:p>
      <w:r>
        <w:rPr>
          <w:b/>
        </w:rPr>
        <w:t xml:space="preserve">[37:27] </w:t>
      </w:r>
      <w:r>
        <w:t>toh asal masla yeh hai chahe hindu ho ya musalman.</w:t>
      </w:r>
    </w:p>
    <w:p>
      <w:pPr>
        <w:jc w:val="right"/>
      </w:pPr>
      <w:r>
        <w:t>تو اصل مسئلہ یہ ہے چاہے ہندو ہو یا مسلمان۔</w:t>
      </w:r>
    </w:p>
    <w:p>
      <w:r>
        <w:rPr>
          <w:b/>
        </w:rPr>
        <w:t xml:space="preserve">[37:31] </w:t>
      </w:r>
      <w:r>
        <w:t>musalman bhi jo bazahir deendar aap samajhte hain jin ko woh bhi un ka wahi deendari hai. form ki ho form wali. dekhein deendari woh hai jahan insan ke andar allah ki azmat ho.</w:t>
      </w:r>
    </w:p>
    <w:p>
      <w:pPr>
        <w:jc w:val="right"/>
      </w:pPr>
      <w:r>
        <w:t>مسلمان بھی جو بظاہر دیندار آپ سمجھتے ہیں جن کو وہ بھی ان کا وہی دینداری ہے۔ فارم کی ہو فارم والی۔ دیکھیں دینداری وہ ہے جہاں انسان کے اندر اللہ کی عظمت ہو۔</w:t>
      </w:r>
    </w:p>
    <w:p>
      <w:r>
        <w:rPr>
          <w:b/>
        </w:rPr>
        <w:t xml:space="preserve">[37:47] </w:t>
      </w:r>
      <w:r>
        <w:t>allah ka khauf ho. allah se mohabbat ho. allah ki pakad ka andesha ho. nahi toh koi deendari kuch bhi nahi. deendari kisi waza qata ka naam nahi hai.</w:t>
      </w:r>
    </w:p>
    <w:p>
      <w:pPr>
        <w:jc w:val="right"/>
      </w:pPr>
      <w:r>
        <w:t>اللہ کا خوف ہو۔ اللہ سے محبت ہو۔ اللہ کی پکڑ کا اندیشہ ہو۔ نہیں تو کوئی دینداری کچھ بھی نہیں۔ دینداری کسی وضع قطع کا نام نہیں ہے۔</w:t>
      </w:r>
    </w:p>
    <w:p>
      <w:r>
        <w:rPr>
          <w:b/>
        </w:rPr>
        <w:t xml:space="preserve">[37:57] </w:t>
      </w:r>
      <w:r>
        <w:t>kisi ritual ka naam nahi hai. deendari kisi form ka naam nahi hai. deendari taalluq billah ka naam hai. toh woh hindu musalman ke aitbar se na dekhiye insan ke aitbar se dekhiye aap.</w:t>
      </w:r>
    </w:p>
    <w:p>
      <w:pPr>
        <w:jc w:val="right"/>
      </w:pPr>
      <w:r>
        <w:t>کسی ritual کا نام نہیں ہے۔ دینداری کسی فارم کا نام نہیں ہے۔ دینداری تعلق باللہ کا نام ہے۔ تو وہ ہندو مسلمان کے اعتبار سے نہ دیکھیے انسان کے اعتبار سے دیکھیے آپ۔</w:t>
      </w:r>
    </w:p>
    <w:p>
      <w:r>
        <w:rPr>
          <w:b/>
        </w:rPr>
        <w:t xml:space="preserve">[38:10] </w:t>
      </w:r>
      <w:r>
        <w:t>ke woh insan kis kis tarah ki zindagi guzar raha hai woh. insan ke aitbar se insano ko dekhiye na ke hindu muslim ke aitbar se.</w:t>
      </w:r>
    </w:p>
    <w:p>
      <w:pPr>
        <w:jc w:val="right"/>
      </w:pPr>
      <w:r>
        <w:t>کہ وہ انسان کس کس طرح کی زندگی گزار رہا ہے وہ۔ انسان کے اعتبار سے انسانوں کو دیکھیے نہ کہ ہندو مسلم کے اعتبار سے۔</w:t>
      </w:r>
    </w:p>
    <w:p>
      <w:r>
        <w:rPr>
          <w:b/>
        </w:rPr>
        <w:t xml:space="preserve">[38:22] </w:t>
      </w:r>
      <w:r>
        <w:t>Maulana agla sawal Raipur se aya hai. Mr. Idrees aur Miss Shabana ne likha hai ke ulama have closed the doors of the ijtihad.</w:t>
      </w:r>
    </w:p>
    <w:p>
      <w:pPr>
        <w:jc w:val="right"/>
      </w:pPr>
      <w:r>
        <w:t>مولانا اگلا سوال رائے پور سے آیا ہے۔ مسٹر ادریس اور مس شبانہ نے لکھا ہے کہ علماء have closed the doors of the اجتہاد۔</w:t>
      </w:r>
    </w:p>
    <w:p>
      <w:r>
        <w:rPr>
          <w:b/>
        </w:rPr>
        <w:t xml:space="preserve">[38:32] </w:t>
      </w:r>
      <w:r>
        <w:t>I want to know if common muslims thinking be corrected even if their ulma existing mentality and approach continues.</w:t>
      </w:r>
    </w:p>
    <w:p>
      <w:pPr>
        <w:jc w:val="right"/>
      </w:pPr>
      <w:r>
        <w:t>I want to know if common مسلمs thinking be corrected even if their علماء existing mentality and approach continues۔</w:t>
      </w:r>
    </w:p>
    <w:p>
      <w:r>
        <w:rPr>
          <w:b/>
        </w:rPr>
        <w:t xml:space="preserve">[38:42] </w:t>
      </w:r>
      <w:r>
        <w:t>aur correction in ulama thinking is a precondition to improve the situation.</w:t>
      </w:r>
    </w:p>
    <w:p>
      <w:pPr>
        <w:jc w:val="right"/>
      </w:pPr>
      <w:r>
        <w:t>اور correction in علماء thinking is a precondition to improve the situation۔</w:t>
      </w:r>
    </w:p>
    <w:p>
      <w:r>
        <w:rPr>
          <w:b/>
        </w:rPr>
        <w:t xml:space="preserve">[38:48] </w:t>
      </w:r>
      <w:r>
        <w:t>bhai kaun sa masla hai is mein ulama poochte hain musalman. koi job ke liye business ke liye shadi ke liye jehez ke liye koi poochta hai?</w:t>
      </w:r>
    </w:p>
    <w:p>
      <w:pPr>
        <w:jc w:val="right"/>
      </w:pPr>
      <w:r>
        <w:t>بھئی کون سا مسئلہ ہے اس میں علماء پوچھتے ہیں مسلمان۔ کوئی جاب کے لیے business کے لیے شادی کے لیے جہیز کے لیے کوئی پوچھتا ہے؟</w:t>
      </w:r>
    </w:p>
    <w:p>
      <w:r>
        <w:rPr>
          <w:b/>
        </w:rPr>
        <w:t xml:space="preserve">[38:57] </w:t>
      </w:r>
      <w:r>
        <w:t>isi mein koi shart lagai jaye. ji. ulama bilkul ineffective hain society mein koi in ka asar nahi hai bas kuch fatwa dete hain kuch bolte hain lekin asar kya hai?</w:t>
      </w:r>
    </w:p>
    <w:p>
      <w:pPr>
        <w:jc w:val="right"/>
      </w:pPr>
      <w:r>
        <w:t>اسی میں کوئی شرط لگائی جائے۔ جی۔ علماء بالکل ineffective ہیں society میں کوئی ان کا اثر نہیں ہے بس کچھ فتویٰ دیتے ہیں کچھ بولتے ہیں لیکن اثر کیا ہے؟</w:t>
      </w:r>
    </w:p>
    <w:p>
      <w:r>
        <w:rPr>
          <w:b/>
        </w:rPr>
        <w:t xml:space="preserve">[39:10] </w:t>
      </w:r>
      <w:r>
        <w:t>mujhe bataiye kaun aadmi hai aap is ko is ka naam bataye mujhe jo apne job ke liye ulama se poochta ho business ke liye ulama</w:t>
      </w:r>
    </w:p>
    <w:p>
      <w:pPr>
        <w:jc w:val="right"/>
      </w:pPr>
      <w:r>
        <w:t>مجھے بتائیے کون آدمی ہے آپ اس کو اس کا نام بتائیں مجھے جو اپنے جاب کے لیے علماء سے پوچھتا ہو business کے لیے علماء</w:t>
      </w:r>
    </w:p>
    <w:p>
      <w:r>
        <w:rPr>
          <w:b/>
        </w:rPr>
        <w:t xml:space="preserve">[39:18] </w:t>
      </w:r>
      <w:r>
        <w:t>se poochta ho shadi mein jehez doon ke na doon is liye is ulama se poochta ho kuch nahi koi poochta nahi to is mein bhi koi aap excuse banate hain har aadmi ko khud padhna chahiye khud mutala karna chahiye aur quran ko hadith ko</w:t>
      </w:r>
    </w:p>
    <w:p>
      <w:pPr>
        <w:jc w:val="right"/>
      </w:pPr>
      <w:r>
        <w:t>سے پوچھتا ہو شادی میں جہیز دوں کہ نہ دوں اس لیے اس علماء سے پوچھتا ہو کچھ نہیں کوئی پوچھتا نہیں تو اس میں بھی کوئی آپ excuse بناتے ہیں ہر آدمی کو خود پڑھنا چاہیے خود مطالعہ کرنا چاہیے اور قرآن کو حدیث کو</w:t>
      </w:r>
    </w:p>
    <w:p>
      <w:r>
        <w:rPr>
          <w:b/>
        </w:rPr>
        <w:t xml:space="preserve">[39:36] </w:t>
      </w:r>
      <w:r>
        <w:t>aur doosri kitabein jo hain us ko padh kar ke khud rai banaye woh kya sahi hai kya galat hai ulama to ineffective hain main nahi samajhta kisi bhi shobe mein in ka koi darja hai woh fatwa dete hain lekin manta kaun hai in ke fatwe ko.</w:t>
      </w:r>
    </w:p>
    <w:p>
      <w:pPr>
        <w:jc w:val="right"/>
      </w:pPr>
      <w:r>
        <w:t>اور دوسری کتابیں جو ہیں اس کو پڑھ کر کے خود رائے بنائے وہ کیا صحیح ہے کیا غلط ہے علماء تو ineffective ہیں میں نہیں سمجھتا کسی بھی شعبے میں ان کا کوئی درجہ ہے وہ فتویٰ دیتے ہیں لیکن مانتا کون ہے ان کے فتوے کو۔</w:t>
      </w:r>
    </w:p>
    <w:p>
      <w:r>
        <w:rPr>
          <w:b/>
        </w:rPr>
        <w:t xml:space="preserve">[39:55] </w:t>
      </w:r>
      <w:r>
        <w:t>ji. maulana agla sawal aaya hai maulana inayatullah umri ka bangalore se. unhone likha hai ke wala aur bara ke masle ki haqeeqat kya hai?</w:t>
      </w:r>
    </w:p>
    <w:p>
      <w:pPr>
        <w:jc w:val="right"/>
      </w:pPr>
      <w:r>
        <w:t>جی۔ مولانا اگلا سوال آیا ہے مولانا عنایت اللہ عمری کا بنگلور سے۔ انہوں نے لکھا ہے کہ ولا اور برا کے مسئلے کی حقیقت کیا ہے؟</w:t>
      </w:r>
    </w:p>
    <w:p>
      <w:r>
        <w:rPr>
          <w:b/>
        </w:rPr>
        <w:t xml:space="preserve">[40:15] </w:t>
      </w:r>
      <w:r>
        <w:t>dekhein aaj kal kuch aisi kitabein likhi gayi hain arbon arab duniya mein is mein woh kehte hain ke wala musalmanon ke liye hai aur bara ghair musalmanon ke liye hai</w:t>
      </w:r>
    </w:p>
    <w:p>
      <w:pPr>
        <w:jc w:val="right"/>
      </w:pPr>
      <w:r>
        <w:t>دیکھیں آج کل کچھ ایسی کتابیں لکھی گئی ہیں عربوں عرب دنیا میں اس میں وہ کہتے ہیں کہ ولا مسلمانوں کے لیے ہے اور برا غیر مسلموں کے لیے ہے</w:t>
      </w:r>
    </w:p>
    <w:p>
      <w:r>
        <w:rPr>
          <w:b/>
        </w:rPr>
        <w:t xml:space="preserve">[40:32] </w:t>
      </w:r>
      <w:r>
        <w:t>kyunke quran mein aisa aaye hain references ke tum ko musalmanon se wala maani yani gehra taluq mohabbat ka taluq aur bara maani un se judai alahdagi</w:t>
      </w:r>
    </w:p>
    <w:p>
      <w:pPr>
        <w:jc w:val="right"/>
      </w:pPr>
      <w:r>
        <w:t>کیونکہ قرآن میں ایسا آئے ہیں references کہ تم کو مسلمانوں سے ولا معنی یعنی گہرا تعلق محبت کا تعلق اور برا معنی ان سے جدائی علیحدگی</w:t>
      </w:r>
    </w:p>
    <w:p>
      <w:r>
        <w:rPr>
          <w:b/>
        </w:rPr>
        <w:t xml:space="preserve">[40:50] </w:t>
      </w:r>
      <w:r>
        <w:t>to kya ghair musalmanon se hamein judai distance banana chahiye juda hona chahiye aur sirf musalmanon se hamein taluq rakhna chahiye to yeh aisi kitabein likhi gayi hain kyunke main in kitabon ko galat samajhta hoon aur quran ke hawale galat dete hain</w:t>
      </w:r>
    </w:p>
    <w:p>
      <w:pPr>
        <w:jc w:val="right"/>
      </w:pPr>
      <w:r>
        <w:t>تو کیا غیر مسلموں سے ہمیں جدائی distance بنانا چاہیے جدا ہونا چاہیے اور صرف مسلمانوں سے ہمیں تعلق رکھنا چاہیے تو یہ ایسی کتابیں لکھی گئی ہیں کیونکہ میں ان کتابوں کو غلط سمجھتا ہوں اور قرآن کے حوالے غلط دیتے ہیں</w:t>
      </w:r>
    </w:p>
    <w:p>
      <w:r>
        <w:rPr>
          <w:b/>
        </w:rPr>
        <w:t xml:space="preserve">[41:07] </w:t>
      </w:r>
      <w:r>
        <w:t>yani jo quran mein yeh aayatein jo hain woh kisi particular situation ke liye hain us ko aam karte hain woh us ko generalize karte hain woh yani yeh kaha gaya hai mislan ke jab musalman kisi doosre groh se etwar hon to wahan par bara hoga yani hum se taluq distance banana padega kyunke razdari</w:t>
      </w:r>
    </w:p>
    <w:p>
      <w:pPr>
        <w:jc w:val="right"/>
      </w:pPr>
      <w:r>
        <w:t>یعنی جو قرآن میں یہ آیتیں جو ہیں وہ کسی particular situation کے لیے ہیں اس کو عام کرتے ہیں وہ اس کو generalize کرتے ہیں وہ یعنی یہ کہا گیا ہے مثلا کہ جب مسلمان کسی دوسرے گروہ سے ایٹوار ہوں تو وہاں پر برا ہوگا یعنی ہم سے تعلق distance بنانا پڑے گا کیونکہ رازداری</w:t>
      </w:r>
    </w:p>
    <w:p>
      <w:r>
        <w:rPr>
          <w:b/>
        </w:rPr>
        <w:t xml:space="preserve">[41:33] </w:t>
      </w:r>
      <w:r>
        <w:t>bartni padti hai raaz muntakil ho jate hain to hum ko distance maintain karna padega to woh halat jang ke liye us ko us ko generalize kar diya unhone aur sari duniya ke jo ghair musalman hain un se dori banao yeh bilkul galat thi yeh islam se koi taluq is ka nahi hai</w:t>
      </w:r>
    </w:p>
    <w:p>
      <w:pPr>
        <w:jc w:val="right"/>
      </w:pPr>
      <w:r>
        <w:t>برتنی پڑتی ہے راز منتقل ہو جاتے ہیں تو ہم کو distance maintain کرنا پڑے گا تو وہ حالت جنگ کے لیے اس کو اس کو generalize کر دیا انہوں نے اور ساری دنیا کے جو غیر مسلم ہیں ان سے دوری بناؤ یہ بالکل غلط تھی یہ اسلام سے کوئی تعلق اس کا نہیں ہے</w:t>
      </w:r>
    </w:p>
    <w:p>
      <w:r>
        <w:rPr>
          <w:b/>
        </w:rPr>
        <w:t xml:space="preserve">[41:50] </w:t>
      </w:r>
      <w:r>
        <w:t>arbon ka mamla dekhein ek baat bataoon main aap ko ke sare arbon ka mamla yeh hai ke woh un ka jo islam hai woh sara ka sara falasteen se bana hai israel se bana hai sab isi se le kar ke un ka mind banaya hai chunke unhein nafrat hai yahudiyon se is wajah se woh sare islam ko isi waqt</w:t>
      </w:r>
    </w:p>
    <w:p>
      <w:pPr>
        <w:jc w:val="right"/>
      </w:pPr>
      <w:r>
        <w:t>عربوں کا معاملہ دیکھیں ایک بات بتاؤں میں آپ کو کہ سارے عربوں کا معاملہ یہ ہے کہ وہ ان کا جو اسلام ہے وہ سارا کا سارا فلسطین سے بنا ہے اسرائیل سے بنا ہے سب اسی سے لے کر کے ان کا mind بنایا ہے چونکہ انہیں نفرت ہے یہودیوں سے اس وجہ سے وہ سارے اسلام کو اسی وقت</w:t>
      </w:r>
    </w:p>
    <w:p>
      <w:r>
        <w:rPr>
          <w:b/>
        </w:rPr>
        <w:t xml:space="preserve">[42:10] </w:t>
      </w:r>
      <w:r>
        <w:t>explain karte hain woh sare arab jo hain gehrai ke sath yahudi nafrat mein mubtala hain bas yeh israel se nafrat mein mubtala hain bohat hi gehrai ke sath wahi refer karta hai un ke taqreeron mein un ke mazmoonon mein un ki kitabon mein to arbon ki kitabon ko</w:t>
      </w:r>
    </w:p>
    <w:p>
      <w:pPr>
        <w:jc w:val="right"/>
      </w:pPr>
      <w:r>
        <w:t>explain کرتے ہیں وہ سارے عرب جو ہیں گہرائی کے ساتھ یہودی نفرت میں مبتلا ہیں بس یہ اسرائیل سے نفرت میں مبتلا ہیں بہت ہی گہرائی کے ساتھ وہی refer کرتا ہے ان کے تقریروں میں ان کے مضمونوں میں ان کی کتابوں میں تو عربوں کی کتابوں کو</w:t>
      </w:r>
    </w:p>
    <w:p>
      <w:r>
        <w:rPr>
          <w:b/>
        </w:rPr>
        <w:t xml:space="preserve">[42:29] </w:t>
      </w:r>
      <w:r>
        <w:t>ka aap zariya na banayein aap quran o hadith ko direct padhein to aap islam samajh mein ayega.</w:t>
      </w:r>
    </w:p>
    <w:p>
      <w:pPr>
        <w:jc w:val="right"/>
      </w:pPr>
      <w:r>
        <w:t>کا آپ ذریعہ نہ بنائیں آپ قرآن و حدیث کو direct پڑھیں تو آپ اسلام سمجھ میں آئے گا۔</w:t>
      </w:r>
    </w:p>
    <w:p>
      <w:r>
        <w:rPr>
          <w:b/>
        </w:rPr>
        <w:t xml:space="preserve">[42:39] </w:t>
      </w:r>
      <w:r>
        <w:t>Maulana agla sawal Pennsylvania se aaya hai Mr. Khawaja Kaleemuddin ka. Unhone likha hai, "Maulana sahib, people mix up between ijtihad and taqwa. They say the way we refrain from doubtful things, we should also refrain from doing ijtihad due to the fear of going wrong. Please clarify between these two matters."</w:t>
      </w:r>
    </w:p>
    <w:p>
      <w:pPr>
        <w:jc w:val="right"/>
      </w:pPr>
      <w:r>
        <w:t>مولانا اگلا سوال پینسل وینیا سے آیا ہے مسٹر خواجہ کلیم الدین کا انہوں نے لکھا ہے مولانا صاحب people mix up between اجتہاد and تقویٰ they say the way we refrain from doubtful things we should also refrain from doing اجتہاد due to the fear of going wrong please clarify between these two matters۔</w:t>
      </w:r>
    </w:p>
    <w:p>
      <w:r>
        <w:rPr>
          <w:b/>
        </w:rPr>
        <w:t xml:space="preserve">[43:06] </w:t>
      </w:r>
      <w:r>
        <w:t>yeh to maine arz kiya ke khud sakhta baat hai yeh jab Quran jab Hadees mein khud</w:t>
      </w:r>
    </w:p>
    <w:p>
      <w:pPr>
        <w:jc w:val="right"/>
      </w:pPr>
      <w:r>
        <w:t>یہ تو میں نے عرض کیا کہ خود ساختہ بات ہے یہ جب قرآن جب حدیث میں خود</w:t>
      </w:r>
    </w:p>
    <w:p>
      <w:r>
        <w:rPr>
          <w:b/>
        </w:rPr>
        <w:t xml:space="preserve">[43:12] </w:t>
      </w:r>
      <w:r>
        <w:t>hai ke ghalti karo ge tab hi sawab mile ga to aap hum hamein is se ruknay ka</w:t>
      </w:r>
    </w:p>
    <w:p>
      <w:pPr>
        <w:jc w:val="right"/>
      </w:pPr>
      <w:r>
        <w:t>ہے کہ غلطی کرو گے تب ہی ثواب ملے گا تو آپ ہم ہمیں اس سے رکنے کا</w:t>
      </w:r>
    </w:p>
    <w:p>
      <w:r>
        <w:rPr>
          <w:b/>
        </w:rPr>
        <w:t xml:space="preserve">[43:18] </w:t>
      </w:r>
      <w:r>
        <w:t>kya hum kyun ruken taqwa ka jo lafz hai woh woh to khuli khuli burai ke liye bas</w:t>
      </w:r>
    </w:p>
    <w:p>
      <w:pPr>
        <w:jc w:val="right"/>
      </w:pPr>
      <w:r>
        <w:t>کیا ہم کیوں رکیں تقویٰ کا جو لفظ ہے وہ وہ تو کھلی کھلی برائی کے لیے بس</w:t>
      </w:r>
    </w:p>
    <w:p>
      <w:r>
        <w:rPr>
          <w:b/>
        </w:rPr>
        <w:t xml:space="preserve">[43:24] </w:t>
      </w:r>
      <w:r>
        <w:t>sharab na piyen khinzir na khayen ijtihad ka yani ijtihad aik alag cheez hai taqwa jo hai yeh</w:t>
      </w:r>
    </w:p>
    <w:p>
      <w:pPr>
        <w:jc w:val="right"/>
      </w:pPr>
      <w:r>
        <w:t>شراب نہ پیئیں خنزیر نہ کھائیں اجتہاد کا یعنی اجتہاد ایک الگ چیز ہے تقویٰ جو ہے یہ</w:t>
      </w:r>
    </w:p>
    <w:p>
      <w:r>
        <w:rPr>
          <w:b/>
        </w:rPr>
        <w:t xml:space="preserve">[43:32] </w:t>
      </w:r>
      <w:r>
        <w:t>hai ke namaz chhor dein mislan hum sharab peenay lagay hain khinzir khayen to wahan taqwa ka masla</w:t>
      </w:r>
    </w:p>
    <w:p>
      <w:pPr>
        <w:jc w:val="right"/>
      </w:pPr>
      <w:r>
        <w:t>ہے کہ نماز چھوڑ دیں مثلا ہم شراب پینے لگے ہیں خنزیر کھائیں تو وہاں تقویٰ کا مسئلہ</w:t>
      </w:r>
    </w:p>
    <w:p>
      <w:r>
        <w:rPr>
          <w:b/>
        </w:rPr>
        <w:t xml:space="preserve">[43:38] </w:t>
      </w:r>
      <w:r>
        <w:t>aata hai ijtihad ka masla bilkul alag hai ijtihad to yeh hai ke ek surat aal paida hui</w:t>
      </w:r>
    </w:p>
    <w:p>
      <w:pPr>
        <w:jc w:val="right"/>
      </w:pPr>
      <w:r>
        <w:t>آتا ہے اجتہاد کا مسئلہ بالکل الگ ہے اجتہاد تو یہ ہے کہ ایک سورۃ آل پیدا ہوئی</w:t>
      </w:r>
    </w:p>
    <w:p>
      <w:r>
        <w:rPr>
          <w:b/>
        </w:rPr>
        <w:t xml:space="preserve">[43:43] </w:t>
      </w:r>
      <w:r>
        <w:t>hai is mein kya sochen hum</w:t>
      </w:r>
    </w:p>
    <w:p>
      <w:pPr>
        <w:jc w:val="right"/>
      </w:pPr>
      <w:r>
        <w:t>ہے اس میں کیا سوچیں ہم</w:t>
      </w:r>
    </w:p>
    <w:p>
      <w:r>
        <w:rPr>
          <w:b/>
        </w:rPr>
        <w:t xml:space="preserve">[43:45] </w:t>
      </w:r>
      <w:r>
        <w:t>misla is zamane mein wataniyat ko qomiyat ki buniyad bana liya gaya is par sochna to is</w:t>
      </w:r>
    </w:p>
    <w:p>
      <w:pPr>
        <w:jc w:val="right"/>
      </w:pPr>
      <w:r>
        <w:t>مثلا اس زمانے میں وطنیت کو قومیت کی بنیاد بنا لیا گیا اس پر سوچنا تو اس</w:t>
      </w:r>
    </w:p>
    <w:p>
      <w:r>
        <w:rPr>
          <w:b/>
        </w:rPr>
        <w:t xml:space="preserve">[43:52] </w:t>
      </w:r>
      <w:r>
        <w:t>ka is ka yeh khinzir aur sharab jaisi cheez thodi hai is mein hum sochenge agar ghalti ho jayegi tab bhi hamein sawab milega to ijtihad ka masla alag hai taqwa ka masla alag hai dono mein confuse nahi karna chahiye.</w:t>
      </w:r>
    </w:p>
    <w:p>
      <w:pPr>
        <w:jc w:val="right"/>
      </w:pPr>
      <w:r>
        <w:t>کا اس کا یہ خنزیر اور شراب جیسی چیز تھوڑی ہے اس میں ہم سوچیں گے اگر غلطی ہو جائے گی تب بھی ہمیں ثواب ملے گا تو اجتہاد کا مسئلہ الگ ہے تقویٰ کا مسئلہ الگ ہے دونوں میں confuse نہیں کرنا چاہیے۔</w:t>
      </w:r>
    </w:p>
    <w:p>
      <w:r>
        <w:rPr>
          <w:b/>
        </w:rPr>
        <w:t xml:space="preserve">[44:06] </w:t>
      </w:r>
      <w:r>
        <w:t>maulana agla sawal kya hai maulana amanullah ne delhi se unhone likha hai ke maulana istikhara kya hai is ka tareeqa kar kya hai kya is ki koi sharaait bhi hain</w:t>
      </w:r>
    </w:p>
    <w:p>
      <w:pPr>
        <w:jc w:val="right"/>
      </w:pPr>
      <w:r>
        <w:t>مولانا اگلا سوال کیا ہے مولانا امان اللہ نے دلی سے انہوں نے لکھا ہے کہ مولانا استخارہ کیا ہے اس کا طریقہ کار کیا ہے کیا اس کی کوئی شرائط بھی ہیں</w:t>
      </w:r>
    </w:p>
    <w:p>
      <w:r>
        <w:rPr>
          <w:b/>
        </w:rPr>
        <w:t xml:space="preserve">[44:23] </w:t>
      </w:r>
      <w:r>
        <w:t>? dekhein sahabi kehte hain ke yul number al istikhara kama yul number quran ke rasool Allah hum ko istikhara sikhate the jis tarah quran sikhate the is tarah aap ahmiyat samajh sakte hain is ki</w:t>
      </w:r>
    </w:p>
    <w:p>
      <w:pPr>
        <w:jc w:val="right"/>
      </w:pPr>
      <w:r>
        <w:t>؟ دیکھیں صحابی کہتے ہیں کہ یول نمبر الاستخارہ کما یول نمبر القرآن کہ رسول اللہ ہم کو استخارہ سکھاتے تھے جس طرح قرآن سکھاتے تھے اس طرح آپ اہمیت سمجھ سکتے ہیں اس کی</w:t>
      </w:r>
    </w:p>
    <w:p>
      <w:r>
        <w:rPr>
          <w:b/>
        </w:rPr>
        <w:t xml:space="preserve">[44:39] </w:t>
      </w:r>
      <w:r>
        <w:t>ke istikhara koi wahmi cheez nahi hai koi awami cheez nahi hai yeh bilkul sunnat hai aur rasool Allah sallallahu alaihi wasallam logon ko batate the istikhara to istikhara ke lafzi maani dekhein hain talab khair khair chahna lafzi maani is ke hain</w:t>
      </w:r>
    </w:p>
    <w:p>
      <w:pPr>
        <w:jc w:val="right"/>
      </w:pPr>
      <w:r>
        <w:t>کہ استخارہ کوئی وہمی چیز نہیں ہے کوئی عوامی چیز نہیں ہے یہ بالکل سنت ہے اور رسول اللہ صلی اللہ علیہ وسلم لوگوں کو بتاتے تھے استخارہ تو استخارہ کے لفظی معنی دیکھیں ہیں طلب خیر خیر چاہنا لفظی معنی اس کے ہیں</w:t>
      </w:r>
    </w:p>
    <w:p>
      <w:r>
        <w:rPr>
          <w:b/>
        </w:rPr>
        <w:t xml:space="preserve">[44:57] </w:t>
      </w:r>
      <w:r>
        <w:t>istikhara to istikhara to musalman karta hi hai aap jab dua karte hain woh bhi istikhara hota hai aap jab dua karte hain ke khuda mujhe aisa mere haq mein kar aisa haq mein kar to woh istikhara hi hota hai woh is ki ek formal shakal bhi hai istikhare ki</w:t>
      </w:r>
    </w:p>
    <w:p>
      <w:pPr>
        <w:jc w:val="right"/>
      </w:pPr>
      <w:r>
        <w:t>استخارہ تو استخارہ تو مسلمان کرتا ہی ہے آپ جب دعا کرتے ہیں وہ بھی استخارہ ہوتا ہے آپ جب دعا کرتے ہیں کہ خدا مجھے ایسا میرے حق میں کر ایسا حق میں کر تو وہ استخارہ ہی ہوتا ہے وہ اس کی ایک formal شکل بھی ہے استخارے کی</w:t>
      </w:r>
    </w:p>
    <w:p>
      <w:r>
        <w:rPr>
          <w:b/>
        </w:rPr>
        <w:t xml:space="preserve">[45:14] </w:t>
      </w:r>
      <w:r>
        <w:t>woh yeh hai ke aap isha ki namaz ke baad sone se pehle do rakat namaz padhein agar aap ko yaad ho to is pehli rakat mein surat al duha doosri rakat mein wal nasra padhein aur us ke baad dua karein ek dua hadith ki kitab mein aati hai</w:t>
      </w:r>
    </w:p>
    <w:p>
      <w:pPr>
        <w:jc w:val="right"/>
      </w:pPr>
      <w:r>
        <w:t>وہ یہ ہے کہ آپ عشاء کی نماز کے بعد سونے سے پہلے دو رکعت نماز پڑھیں اگر آپ کو یاد ہو تو اس پہلی رکعت میں سورۃ الضحی دوسری رکعت میں والنصرہ پڑھیں اور اس کے بعد دعا کریں ایک دعا حدیث کی کتاب میں آتی ہے</w:t>
      </w:r>
    </w:p>
    <w:p>
      <w:r>
        <w:rPr>
          <w:b/>
        </w:rPr>
        <w:t xml:space="preserve">[45:37] </w:t>
      </w:r>
      <w:r>
        <w:t>Allah humma inni astakhiruka bi ilmika wa qadirataka ala qadraka wa as aluka min</w:t>
      </w:r>
    </w:p>
    <w:p>
      <w:pPr>
        <w:jc w:val="right"/>
      </w:pPr>
      <w:r>
        <w:t>اللہ ہمیں استخیر کا ویلم کا وغیرہ یہ ضروری نہیں پڑھنا اپنی زبان میں آپ دعا کر سکتے ہیں وہ جو دعا آتی ہے اسی کو دہرانا ضروری نہیں ہے تو کہ اللہ انی استخیر کا ویلم کا واستغفرک بقدرتک واسرک</w:t>
      </w:r>
    </w:p>
    <w:p>
      <w:r>
        <w:rPr>
          <w:b/>
        </w:rPr>
        <w:t xml:space="preserve">[45:57] </w:t>
      </w:r>
      <w:r>
        <w:t>fasalika al azeem. yeh zaroori nahi padhna apni zuban mein aap dua kar sakte hain woh jo dua aati hai usi ko dohrana zaroori nahi hai to ke Allah humma inni astakhiruka bi ilmika wa qadirataka ala qadraka wa as aluka min fasalika al azeem in is tarah ke alfaaz hain to woh yaad kar lein aur dua karein isi se yeh koi zaroori nahi hai jo bhi aap jo bhi aap ka masla hai jo aap ki zuban hai us zuban mein is masle ko bayan karein to is tarah se do rakat namaz padh ke so jayein</w:t>
      </w:r>
    </w:p>
    <w:p>
      <w:pPr>
        <w:jc w:val="right"/>
      </w:pPr>
      <w:r>
        <w:t>ان اس طرح کے الفاظ ہیں تو وہ یاد کر لیں اور دعا کریں اسی سے یہ کوئی ضروری نہیں ہے جو بھی آپ جو بھی آپ کا مسئلہ ہے جو آپ کی زبان ہے اس زبان میں اس مسئلے کو بیان کریں تو اس طرح سے دو رکعت نماز پڑھ کے سو جائیں</w:t>
      </w:r>
    </w:p>
    <w:p>
      <w:r>
        <w:rPr>
          <w:b/>
        </w:rPr>
        <w:t xml:space="preserve">[46:16] </w:t>
      </w:r>
      <w:r>
        <w:t>to raat ko do shaklein hon gi ya to aap ke dil mein koi khayal aa jaye ga ya aap khwab koi dekhein ge to ulama ne yeh likha hai ke is tarah se se saat din tak karna chahiye pehle din agar wazeh jawab na aaye to saat din tak karta rahe aadmi</w:t>
      </w:r>
    </w:p>
    <w:p>
      <w:pPr>
        <w:jc w:val="right"/>
      </w:pPr>
      <w:r>
        <w:t>تو رات کو دو شکلیں ہوں گی یا تو آپ کے دل میں کوئی خیال آ جائے گا یا آپ خواب کوئی دیکھیں گے تو علماء نے یہ لکھا ہے کہ اس طرح سے سے سات دن تک کرنا چاہیے پہلے دن اگر واضح جواب نہ آئے تو سات دن تک کرتا رہے آدمی</w:t>
      </w:r>
    </w:p>
    <w:p>
      <w:r>
        <w:rPr>
          <w:b/>
        </w:rPr>
        <w:t xml:space="preserve">[46:34] </w:t>
      </w:r>
      <w:r>
        <w:t>mera tajurba yeh hai ke zaroor jawab aata hai mein bar bar mein ne istikhara kiya hai to jawab aata hai yani kabhi dil mein aik jo kehte hain insharah dil khul jata hai kabhi khwab aata hai to</w:t>
      </w:r>
    </w:p>
    <w:p>
      <w:pPr>
        <w:jc w:val="right"/>
      </w:pPr>
      <w:r>
        <w:t>میرا تجربہ یہ ہے کہ ضرور جواب آتا ہے میں بار بار میں نے استخارہ کیا ہے تو جواب آتا ہے یعنی کبھی دل میں ایک جو کہتے ہیں انشراح دل کھل جاتا ہے کبھی خواب آتا ہے تو</w:t>
      </w:r>
    </w:p>
    <w:p>
      <w:r>
        <w:rPr>
          <w:b/>
        </w:rPr>
        <w:t xml:space="preserve">[46:52] </w:t>
      </w:r>
      <w:r>
        <w:t>istikhara bohat hi sahi kaam hai hadith se sabit hai har aadmi ko chahiye ke istikhara kare aur us ko yeh samajhna hai ke istikhara koi wahmi cheez hai bilkul galat hai.</w:t>
      </w:r>
    </w:p>
    <w:p>
      <w:pPr>
        <w:jc w:val="right"/>
      </w:pPr>
      <w:r>
        <w:t>استخارہ بہت ہی صحیح کام ہے حدیث سے ثابت ہے ہر آدمی کو چاہیے کہ استخارہ کرے اور اس کو یہ سمجھنا ہے کہ استخارہ کوئی وہمی چیز ہے بالکل غلط ہے۔</w:t>
      </w:r>
    </w:p>
    <w:p>
      <w:r>
        <w:rPr>
          <w:b/>
        </w:rPr>
        <w:t xml:space="preserve">[47:10] </w:t>
      </w:r>
      <w:r>
        <w:t>maulana agla sawal mister abdullah ne kiya hai dilli se unhon ne likha hai ke aap ne al risala</w:t>
      </w:r>
    </w:p>
    <w:p>
      <w:pPr>
        <w:jc w:val="right"/>
      </w:pPr>
      <w:r>
        <w:t>مولانا اگلا سوال مسٹر عبداللہ نے کیا ہے دلی سے انہوں نے لکھا ہے کہ آپ نے الرسالہ</w:t>
      </w:r>
    </w:p>
    <w:p>
      <w:r>
        <w:rPr>
          <w:b/>
        </w:rPr>
        <w:t xml:space="preserve">[47:17] </w:t>
      </w:r>
      <w:r>
        <w:t>tazkiya november mein likha tha ke insan apne se zyada janne wale kisi insan ko apna murshid man</w:t>
      </w:r>
    </w:p>
    <w:p>
      <w:pPr>
        <w:jc w:val="right"/>
      </w:pPr>
      <w:r>
        <w:t>تزکیہ نومبر میں لکھا تھا کہ انسان اپنے سے زیادہ جاننے والے کسی انسان کو اپنا مرشد مان</w:t>
      </w:r>
    </w:p>
    <w:p>
      <w:r>
        <w:rPr>
          <w:b/>
        </w:rPr>
        <w:t xml:space="preserve">[47:25] </w:t>
      </w:r>
      <w:r>
        <w:t>le aur phir is se rehnumai hasil karta rahe aaj ke lecture mein aap ne farmaya ke har</w:t>
      </w:r>
    </w:p>
    <w:p>
      <w:pPr>
        <w:jc w:val="right"/>
      </w:pPr>
      <w:r>
        <w:t>لے اور پھر اس سے رہنمائی حاصل کرتا رہے آج کے lecture میں آپ نے فرمایا کہ ہر</w:t>
      </w:r>
    </w:p>
    <w:p>
      <w:r>
        <w:rPr>
          <w:b/>
        </w:rPr>
        <w:t xml:space="preserve">[47:32] </w:t>
      </w:r>
      <w:r>
        <w:t>insan ko creative thinker hona chahiye is se aisa mehsoos hota hai ke kisi murshid se rehnumai lene</w:t>
      </w:r>
    </w:p>
    <w:p>
      <w:pPr>
        <w:jc w:val="right"/>
      </w:pPr>
      <w:r>
        <w:t>انسان کو creative thinker ہونا چاہیے اس سے ایسا محسوس ہوتا ہے کہ کسی مرشد سے رہنمائی لینے</w:t>
      </w:r>
    </w:p>
    <w:p>
      <w:r>
        <w:rPr>
          <w:b/>
        </w:rPr>
        <w:t xml:space="preserve">[47:39] </w:t>
      </w:r>
      <w:r>
        <w:t>ki zarurat nahi</w:t>
      </w:r>
    </w:p>
    <w:p>
      <w:pPr>
        <w:jc w:val="right"/>
      </w:pPr>
      <w:r>
        <w:t>کی ضرورت نہیں</w:t>
      </w:r>
    </w:p>
    <w:p>
      <w:r>
        <w:rPr>
          <w:b/>
        </w:rPr>
        <w:t xml:space="preserve">[47:42] </w:t>
      </w:r>
      <w:r>
        <w:t>wazahat farmayen</w:t>
      </w:r>
    </w:p>
    <w:p>
      <w:pPr>
        <w:jc w:val="right"/>
      </w:pPr>
      <w:r>
        <w:t>وضاحت فرمائیں۔</w:t>
      </w:r>
    </w:p>
    <w:p>
      <w:r>
        <w:rPr>
          <w:b/>
        </w:rPr>
        <w:t xml:space="preserve">[47:43] </w:t>
      </w:r>
      <w:r>
        <w:t>nahi abhi mein is ka jawab de chuka hoon dekhein har maamle ke do darje hote hain har maamle ke yeh bhi aik law of nature hai to</w:t>
      </w:r>
    </w:p>
    <w:p>
      <w:pPr>
        <w:jc w:val="right"/>
      </w:pPr>
      <w:r>
        <w:t>نہیں ابھی میں اس کا جواب دے چکا ہوں دیکھیں ہر معاملے کے دو درجے ہوتے ہیں ہر معاملے کے یہ بھی ایک law of nature ہے تو</w:t>
      </w:r>
    </w:p>
    <w:p>
      <w:r>
        <w:rPr>
          <w:b/>
        </w:rPr>
        <w:t xml:space="preserve">[47:58] </w:t>
      </w:r>
      <w:r>
        <w:t>is ke bhi do darje hain agar aap ke paas time hai to aap mutala kijiye khud barah e raast kyunke dekhein mutala karne ke liye aap ka achi arabi zaban honi chahiye quran o hadith ko bohat ziyada padhna chahiye is se jo mutaliq literature hai us ko hi padhna chahiye</w:t>
      </w:r>
    </w:p>
    <w:p>
      <w:pPr>
        <w:jc w:val="right"/>
      </w:pPr>
      <w:r>
        <w:t>اس کے بھی دو درجے ہیں اگر آپ کے پاس ٹائم ہے تو آپ مطالعہ کیجیے خود براہ راست کیونکہ دیکھیں مطالعہ کرنے کے لیے آپ کا اچھی عربی زبان ہونی چاہیے قرآن و حدیث کو بہت زیادہ پڑھنا چاہیے اس سے جو متعلق literature ہے اس کو ہی پڑھنا چاہیے</w:t>
      </w:r>
    </w:p>
    <w:p>
      <w:r>
        <w:rPr>
          <w:b/>
        </w:rPr>
        <w:t xml:space="preserve">[48:19] </w:t>
      </w:r>
      <w:r>
        <w:t>chahe is mein chalis saal beet jayen to aik shakal yeh hai ke aap ke paas kafi time hai aap ke paas ilm hai aap ke paas faraghat hai to aap mutala karen mutala karte rahen karte rahen yahan tak ke aap ko khul jaye lekin yeh har ek ke liye mumkin nahi hota</w:t>
      </w:r>
    </w:p>
    <w:p>
      <w:pPr>
        <w:jc w:val="right"/>
      </w:pPr>
      <w:r>
        <w:t>چاہے اس میں چالیس سال بیت جائیں تو ایک شکل یہ ہے کہ آپ کے پاس کافی ٹائم ہے آپ کے پاس علم ہے آپ کے پاس فراغت ہے تو آپ مطالعہ کریں مطالعہ کرتے رہیں کرتے رہیں یہاں تک کہ آپ کو کھل جائے لیکن یہ ہر ایک کے لیے ممکن نہیں ہوتا</w:t>
      </w:r>
    </w:p>
    <w:p>
      <w:r>
        <w:rPr>
          <w:b/>
        </w:rPr>
        <w:t xml:space="preserve">[48:36] </w:t>
      </w:r>
      <w:r>
        <w:t>har ek itna time nahi de sakta to doosra darje mein hamesha aik kaha karta hoon ke aik darje ijtihad ka hai doosra taqleed ka hai dono darje hain ijtihad un yani aik to hai rozmarra ka ijtihad is ko mein nahi keh raha hoon</w:t>
      </w:r>
    </w:p>
    <w:p>
      <w:pPr>
        <w:jc w:val="right"/>
      </w:pPr>
      <w:r>
        <w:t>ہر ایک اتنا ٹائم نہیں دے سکتا تو دوسرا درجہ میں ہمیشہ ایک کہا کرتا ہوں کہ ایک درجہ اجتہاد کا ہے دوسرا تقلید کا ہے دونوں درجے ہیں اجتہاد ان یعنی ایک تو ہے روزمرہ کا اجتہاد اس کو میں نہیں کہہ رہا ہوں</w:t>
      </w:r>
    </w:p>
    <w:p>
      <w:r>
        <w:rPr>
          <w:b/>
        </w:rPr>
        <w:t xml:space="preserve">[48:54] </w:t>
      </w:r>
      <w:r>
        <w:t>yani haqeeqat taqleed ki daryaft us ke is mani mein keh raha hoon to agar aap ke paas time hai to itna mutala kijiye itna apne aap ko lagayen chalis pachas saal beet jayen beetne dijiye agar aap ke paas waqt hai to yahan tak ke aap ko khule ke deen ki sahi taabeer kya hai</w:t>
      </w:r>
    </w:p>
    <w:p>
      <w:pPr>
        <w:jc w:val="right"/>
      </w:pPr>
      <w:r>
        <w:t>یعنی حقیقت تعالیٰ کی دریافت اس کے اس معنی میں کہہ رہا ہوں تو اگر آپ کے پاس ٹائم ہے تو اتنا مطالعہ کیجیے اتنا اپنے آپ کو لگائیں چالیس پچاس سال بیت جائیں بیتنے دیجیے اگر آپ کے پاس وقت ہے تو یہاں تک کہ آپ کو کھلے کہ دین کی صحیح تعبیر کیا ہے</w:t>
      </w:r>
    </w:p>
    <w:p>
      <w:r>
        <w:rPr>
          <w:b/>
        </w:rPr>
        <w:t xml:space="preserve">[49:13] </w:t>
      </w:r>
      <w:r>
        <w:t>quran ka sahi mafhoom kya hai rasool allah ke ba'sat ka asal maqsad kya tha yeh sari baatein jo hain aur nahi agar aap ka itna time nahi hai to kisi aalim ko apna maan lijiye jis par aap ko bharosa ho apna murshid aur us se aap baatein poochte rahiye aur us ke mutabiq kaam karte rahiye yeh do darje hain yeh do darje hamesha se the aaj bhi hamesha rahen ge baqi</w:t>
      </w:r>
    </w:p>
    <w:p>
      <w:pPr>
        <w:jc w:val="right"/>
      </w:pPr>
      <w:r>
        <w:t>قرآن کا صحیح مفہوم کیا ہے رسول اللہ کے بعثت کا اصل مقصد کیا تھا یہ ساری باتیں جو ہیں اور نہیں اگر آپ کا اتنا ٹائم نہیں ہے تو کسی عالم کو اپنا مان لیجیے جس پر آپ کو بھروسہ ہو اپنا مرشد اور اس سے آپ باتیں پوچھتے رہیے اور اس کے مطابق کام کرتے رہیے یہ دو درجے ہیں یہ دو درجے ہمیشہ سے تھے آج بھی ہمیشہ رہیں گے باقی</w:t>
      </w:r>
    </w:p>
    <w:p>
      <w:r>
        <w:rPr>
          <w:b/>
        </w:rPr>
        <w:t xml:space="preserve">[49:40] </w:t>
      </w:r>
      <w:r>
        <w:t>is mein koi yani is mein koi harj nahi hai.</w:t>
      </w:r>
    </w:p>
    <w:p>
      <w:pPr>
        <w:jc w:val="right"/>
      </w:pPr>
      <w:r>
        <w:t>اس میں کوئی یعنی اس میں کوئی حرج نہیں ہے۔</w:t>
      </w:r>
    </w:p>
    <w:p>
      <w:r>
        <w:rPr>
          <w:b/>
        </w:rPr>
        <w:t xml:space="preserve">[49:46] </w:t>
      </w:r>
      <w:r>
        <w:t>maulana agla sawal lene se pehle aik comment padhna chahte hain jo ammar khan ne likha hai saharanpur se unhon ne likha hai ke I am writing to thank you aur big thank you for distinctly educating us thank you Maulana sahib</w:t>
      </w:r>
    </w:p>
    <w:p>
      <w:pPr>
        <w:jc w:val="right"/>
      </w:pPr>
      <w:r>
        <w:t>مولانا اگلا سوال لینے سے پہلے ایک comment پڑھنا چاہتے ہیں جو عمار خان نے لکھا ہے سارن پور سے انہوں نے لکھا ہے کہ I am writing to thank you اور big thank you for distinctly educating us thank you مولانا صاحب</w:t>
      </w:r>
    </w:p>
    <w:p>
      <w:r>
        <w:rPr>
          <w:b/>
        </w:rPr>
        <w:t xml:space="preserve">[50:06] </w:t>
      </w:r>
      <w:r>
        <w:t>agla sawal hai mister inayatullah umri ka bangalore se unhon ne likha hai ke deep thinking ka matlab kya hai kya rooh ki haqeeqat aur kainaat ki mysteries ko janne ki koshish deep thinking hai?</w:t>
      </w:r>
    </w:p>
    <w:p>
      <w:pPr>
        <w:jc w:val="right"/>
      </w:pPr>
      <w:r>
        <w:t>اگلا سوال ہے مسٹر عنایت اللہ عمری کا بنگلور سے انہوں نے لکھا ہے کہ deep thinking کا مطلب کیا ہے کیا روح کی حقیقت اور کائنات کی mysteries کو جاننے کی کوشش deep thinking ہے؟</w:t>
      </w:r>
    </w:p>
    <w:p>
      <w:r>
        <w:rPr>
          <w:b/>
        </w:rPr>
        <w:t xml:space="preserve">[50:25] </w:t>
      </w:r>
      <w:r>
        <w:t>dekhein deep thinking koi had nahi hai</w:t>
      </w:r>
    </w:p>
    <w:p>
      <w:pPr>
        <w:jc w:val="right"/>
      </w:pPr>
      <w:r>
        <w:t>دیکھیں deep thinking کوئی حد نہیں ہے</w:t>
      </w:r>
    </w:p>
    <w:p>
      <w:r>
        <w:rPr>
          <w:b/>
        </w:rPr>
        <w:t xml:space="preserve">[50:31] </w:t>
      </w:r>
      <w:r>
        <w:t>yeh to sari umar ka masla hai har cheez mein aap deep thinking karte rahey</w:t>
      </w:r>
    </w:p>
    <w:p>
      <w:pPr>
        <w:jc w:val="right"/>
      </w:pPr>
      <w:r>
        <w:t>یہ تو ساری عمر کا مسئلہ ہے ہر چیز میں آپ deep thinking کرتے رہیے</w:t>
      </w:r>
    </w:p>
    <w:p>
      <w:r>
        <w:rPr>
          <w:b/>
        </w:rPr>
        <w:t xml:space="preserve">[50:37] </w:t>
      </w:r>
      <w:r>
        <w:t>to talash yani</w:t>
      </w:r>
    </w:p>
    <w:p>
      <w:pPr>
        <w:jc w:val="right"/>
      </w:pPr>
      <w:r>
        <w:t>تو تلاش یعنی</w:t>
      </w:r>
    </w:p>
    <w:p>
      <w:r>
        <w:rPr>
          <w:b/>
        </w:rPr>
        <w:t xml:space="preserve">[50:41] </w:t>
      </w:r>
      <w:r>
        <w:t>ilm ki ki talash haqeeqat ki talash yeh ek life long process hai</w:t>
      </w:r>
    </w:p>
    <w:p>
      <w:pPr>
        <w:jc w:val="right"/>
      </w:pPr>
      <w:r>
        <w:t>علم کی کی تلاش حقیقت کی تلاش یہ ایک life long process ہے</w:t>
      </w:r>
    </w:p>
    <w:p>
      <w:r>
        <w:rPr>
          <w:b/>
        </w:rPr>
        <w:t xml:space="preserve">[50:50] </w:t>
      </w:r>
      <w:r>
        <w:t>to koi had is ke nahi aati</w:t>
      </w:r>
    </w:p>
    <w:p>
      <w:pPr>
        <w:jc w:val="right"/>
      </w:pPr>
      <w:r>
        <w:t>تو کوئی حد اس کے نہیں آتی</w:t>
      </w:r>
    </w:p>
    <w:p>
      <w:r>
        <w:rPr>
          <w:b/>
        </w:rPr>
        <w:t xml:space="preserve">[50:54] </w:t>
      </w:r>
      <w:r>
        <w:t>to aap jis ke paas jitna waqt ho is ke lehaz se woh karega waqt na ho</w:t>
      </w:r>
    </w:p>
    <w:p>
      <w:pPr>
        <w:jc w:val="right"/>
      </w:pPr>
      <w:r>
        <w:t>تو آپ جس کے پاس جتنا وقت ہو اس کے لحاظ سے وہ کرے گا وقت نہ ہو</w:t>
      </w:r>
    </w:p>
    <w:p>
      <w:r>
        <w:rPr>
          <w:b/>
        </w:rPr>
        <w:t xml:space="preserve">[50:59] </w:t>
      </w:r>
      <w:r>
        <w:t>to itna kijiye itna ke aap ke bas mein hai waqt zyada aap ka hai to karte rahey</w:t>
      </w:r>
    </w:p>
    <w:p>
      <w:pPr>
        <w:jc w:val="right"/>
      </w:pPr>
      <w:r>
        <w:t>تو اتنا کیجیے اتنا کہ آپ کے بس میں ہے وقت زیادہ آپ کا ہے تو کرتے رہیے</w:t>
      </w:r>
    </w:p>
    <w:p>
      <w:r>
        <w:rPr>
          <w:b/>
        </w:rPr>
        <w:t xml:space="preserve">[51:04] </w:t>
      </w:r>
      <w:r>
        <w:t>karte rahey karte rahey is ka koi laga hua formula nahi hai</w:t>
      </w:r>
    </w:p>
    <w:p>
      <w:pPr>
        <w:jc w:val="right"/>
      </w:pPr>
      <w:r>
        <w:t>کرتے رہیے کرتے رہیے اس کا کوئی لگا ہوا formula نہیں ہے۔</w:t>
      </w:r>
    </w:p>
    <w:p>
      <w:r>
        <w:rPr>
          <w:b/>
        </w:rPr>
        <w:t xml:space="preserve">[51:12] </w:t>
      </w:r>
      <w:r>
        <w:t>mister shah imran hasan ne dilli se likha hai aap ne apne lecture mein kaha ke ulama society mein ineffective hain parantu aap kehte hain ke al risala mission ko gehrai ke sath sirf ulama hi samajh sakte hain jabke waqai yeh hai ke secular log hi aap ki baaton ko ziyada mante hain.</w:t>
      </w:r>
    </w:p>
    <w:p>
      <w:pPr>
        <w:jc w:val="right"/>
      </w:pPr>
      <w:r>
        <w:t>مسٹر شاہ عمران حسن نے دلی سے لکھا ہے آپ نے اپنے lecture میں کہا کہ علماء society میں ineffective ہیں پرنتو آپ کہتے ہیں کہ الرسالہ mission کو گہرائی کے ساتھ صرف علماء ہی سمجھ سکتے ہیں جبکہ واقعی یہ ہے کہ سیکولر لوگ ہی آپ کی باتوں کو زیادہ مانتے ہیں۔</w:t>
      </w:r>
    </w:p>
    <w:p>
      <w:r>
        <w:rPr>
          <w:b/>
        </w:rPr>
        <w:t xml:space="preserve">[51:35] </w:t>
      </w:r>
      <w:r>
        <w:t>yani mein ne aisa kabhi nahi kaha ke ulama hi samajh sakte hain pata nahi kahan se yeh baat nikli hai sab log samajhte hain quran kitab fitrat hai kitab madrasa nahi hai quran kitab madrasa nahi hai kitab fitrat hai</w:t>
      </w:r>
    </w:p>
    <w:p>
      <w:pPr>
        <w:jc w:val="right"/>
      </w:pPr>
      <w:r>
        <w:t>یعنی میں نے ایسا کبھی نہیں کہا کہ علماء ہی سمجھ سکتے ہیں پتہ نہیں کہاں سے یہ بات نکلی ہے سب لوگ سمجھتے ہیں قرآن کتاب فطرت ہے کتاب مدرسہ نہیں ہے قرآن کتاب مدرسہ نہیں ہے کتاب فطرت ہے</w:t>
      </w:r>
    </w:p>
    <w:p>
      <w:r>
        <w:rPr>
          <w:b/>
        </w:rPr>
        <w:t xml:space="preserve">[51:54] </w:t>
      </w:r>
      <w:r>
        <w:t>to fitrat har ek ke paas hai har aadmi samajh sakta hai sirf itni si baat hai jo mein kehta hoon woh kabhi mein ne kaha hoga ke jo technical term hai to woh ulama us se aashna hote hain aur jo aadmi arabi nahi janta madrasa mein pada hua nahi to us technical term se waqif nahi hota woh</w:t>
      </w:r>
    </w:p>
    <w:p>
      <w:pPr>
        <w:jc w:val="right"/>
      </w:pPr>
      <w:r>
        <w:t>تو فطرت ہر ایک کے پاس ہے ہر آدمی سمجھ سکتا ہے صرف اتنی سی بات ہے جو میں کہتا ہوں وہ کبھی میں نے کہا ہوگا کہ جو ٹیکنیکل ٹرم ہے تو وہ علماء اس سے آشنا ہوتے ہیں اور جو آدمی عربی نہیں جانتا مدرسے میں پڑھا ہوا نہیں تو اس ٹیکنیکل ٹرم سے واقف نہیں ہوتا وہ</w:t>
      </w:r>
    </w:p>
    <w:p>
      <w:r>
        <w:rPr>
          <w:b/>
        </w:rPr>
        <w:t xml:space="preserve">[52:15] </w:t>
      </w:r>
      <w:r>
        <w:t>to us ke liye humein is ko explain karna padta hai to mein chunke madrasa ki taleem meri hui hai to jab mein be takalluf bolta hoon to woh term meri zuban par aane lagte hain jo jis ko mein madrasa ki zindagi mein jo be duaon mein charh gaye the</w:t>
      </w:r>
    </w:p>
    <w:p>
      <w:pPr>
        <w:jc w:val="right"/>
      </w:pPr>
      <w:r>
        <w:t>تو اس کے لیے ہمیں اس کو explain کرنا پڑتا ہے تو میں چونکہ مدرسے کی تعلیم میری ہوئی ہے تو جب میں بے تکلف بولتا ہوں تو وہ ٹرم میری زبان پر آنے لگتے ہیں جو جس کو میں مدرسے کی زندگی میں جو بے دعاؤں میں چڑھ گئے تھے</w:t>
      </w:r>
    </w:p>
    <w:p>
      <w:r>
        <w:rPr>
          <w:b/>
        </w:rPr>
        <w:t xml:space="preserve">[52:32] </w:t>
      </w:r>
      <w:r>
        <w:t>to yeh masla hai yeh achi tarah yaad rakhiye ke khuda ka jo deen hai woh fitri deen hai quran kitab fitrat hai jis aadmi ko bhi allah ne paida kiya fitrat ke sath paida kiya hai woh samajh sakta hai lekin jo lekin aik language gap ka masla aik alag masla hai</w:t>
      </w:r>
    </w:p>
    <w:p>
      <w:pPr>
        <w:jc w:val="right"/>
      </w:pPr>
      <w:r>
        <w:t>تو یہ مسئلہ ہے یہ اچھی طرح یاد رکھیے کہ خدا کا جو دین ہے وہ فطری دین ہے قرآن کتاب فطرت ہے جس آدمی کو بھی اللہ نے پیدا کیا فطرت کے ساتھ پیدا کیا ہے وہ سمجھ سکتا ہے لیکن جو لیکن ایک language gap کا مسئلہ ایک الگ مسئلہ ہے</w:t>
      </w:r>
    </w:p>
    <w:p>
      <w:r>
        <w:rPr>
          <w:b/>
        </w:rPr>
        <w:t xml:space="preserve">[52:51] </w:t>
      </w:r>
      <w:r>
        <w:t>ab mein chunke madrasa ki taleem ki wajah se meri zuban isi tarah ki ho gayi hai madrasa wali zuban to bohat kafi mein apne ko bachata hoon is se kyunke pehle to bohat mushkil zuban hoti thi meri bohat mushkil hoti thi aaj aaj jo zuban bolta hoon yeh bohat sakht zuban hoti hai</w:t>
      </w:r>
    </w:p>
    <w:p>
      <w:pPr>
        <w:jc w:val="right"/>
      </w:pPr>
      <w:r>
        <w:t>اب میں چونکہ مدرسے کی تعلیم کی وجہ سے میری زبان اسی طرح کی ہو گئی ہے مدرسے والی زبان تو بہت کافی میں اپنے کو بچاتا ہوں اس سے کیونکہ پہلے تو بہت مشکل زبان ہوتی تھی میری بہت مشکل ہوتی تھی آج آج جو زبان بولتا ہوں یہ بہت سخت زبان ہوتی ہے</w:t>
      </w:r>
    </w:p>
    <w:p>
      <w:r>
        <w:rPr>
          <w:b/>
        </w:rPr>
        <w:t xml:space="preserve">[53:09] </w:t>
      </w:r>
      <w:r>
        <w:t>misal ke tor par aap meri kitab shuru zamane ki padhiye al islam woh bari mushkil zuban us ki hai kyunke wahi wahi molviyana zuban jis ko kaha jata hai woh hai us ki to yeh hai language gap ki baat aur yeh nahi ke woh quran kitab madrasa hai</w:t>
      </w:r>
    </w:p>
    <w:p>
      <w:pPr>
        <w:jc w:val="right"/>
      </w:pPr>
      <w:r>
        <w:t>مثال کے طور پر آپ میری کتاب شروع زمانے کی پڑھیے الاسلام وہ بڑی مشکل زبان اس کی ہے کیونکہ وہی وہی مولویانہ زبان جس کو کہا جاتا ہے وہ ہے اس کی تو یہ ہے language gap کی بات اور یہ نہیں کہ وہ قرآن کتاب مدرسہ ہے</w:t>
      </w:r>
    </w:p>
    <w:p>
      <w:r>
        <w:rPr>
          <w:b/>
        </w:rPr>
        <w:t xml:space="preserve">[53:27] </w:t>
      </w:r>
      <w:r>
        <w:t>aisi koi baat nahi hai mein aisa kabhi mein ne nahi kaha hai</w:t>
      </w:r>
    </w:p>
    <w:p>
      <w:pPr>
        <w:jc w:val="right"/>
      </w:pPr>
      <w:r>
        <w:t>ایسی کوئی بات نہیں ہے میں ایسا کبھی میں نے نہیں کہا ہے</w:t>
      </w:r>
    </w:p>
    <w:p>
      <w:r>
        <w:rPr>
          <w:b/>
        </w:rPr>
        <w:t xml:space="preserve">[53:33] </w:t>
      </w:r>
      <w:r>
        <w:t>to mein koshish karta hoon ke jab koi arabi adha log hain to un ko thoda sa mein doosre dhang se bolta hoon aur arabi adha log hain to zuban doosre dhang se ho jati hai to yeh sara maamla zuban ka hai aur kuch nahi hai.</w:t>
      </w:r>
    </w:p>
    <w:p>
      <w:pPr>
        <w:jc w:val="right"/>
      </w:pPr>
      <w:r>
        <w:t>تو میں کوشش کرتا ہوں کہ جب کوئی عربی ادھا لوگ ہیں تو ان کو تھوڑا سا میں دوسرے ڈھنگ سے بولتا ہوں اور عربی ادھا لوگ ہیں تو زبان دوسرے ڈھنگ سے ہو جاتی ہے تو یہ سارا معاملہ زبان کا ہے اور کچھ نہیں ہے۔</w:t>
      </w:r>
    </w:p>
    <w:p>
      <w:r>
        <w:rPr>
          <w:b/>
        </w:rPr>
        <w:t xml:space="preserve">[53:48] </w:t>
      </w:r>
      <w:r>
        <w:t>Okay we will end this session now thank you.</w:t>
      </w:r>
    </w:p>
    <w:p>
      <w:pPr>
        <w:jc w:val="right"/>
      </w:pPr>
      <w:r>
        <w:t>Okay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