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Interaction with Maulana Wahiduddin Khan December 13, 2009</w:t>
      </w:r>
    </w:p>
    <w:p>
      <w:r>
        <w:t>https://www.youtube.com/watch?v=E3Vn6nK5J9A</w:t>
      </w:r>
    </w:p>
    <w:p>
      <w:r>
        <w:rPr>
          <w:b/>
        </w:rPr>
        <w:t xml:space="preserve">[00:13] </w:t>
      </w:r>
      <w:r>
        <w:t>ah, this question is from miss nagma siddiqui from delhi. maulana, by nature, why is man not ready to realize his limitation?</w:t>
      </w:r>
    </w:p>
    <w:p>
      <w:pPr>
        <w:jc w:val="right"/>
      </w:pPr>
      <w:r>
        <w:t>अह, दिस क्वेश्चन इज़ फ्रॉम मिस नगमा सिद्दीकी फ्रॉम दिल्ली। मौलाना, बाय नेचर, व्हाई इज़ मैन नॉट रेडी टू रियलाइज़ हिज़ लिमिटेशन?</w:t>
      </w:r>
    </w:p>
    <w:p>
      <w:r>
        <w:rPr>
          <w:b/>
        </w:rPr>
        <w:t xml:space="preserve">[00:29] </w:t>
      </w:r>
      <w:r>
        <w:t>kya phir se padhiye. by nature, why is man not ready to realize his limitation?</w:t>
      </w:r>
    </w:p>
    <w:p>
      <w:pPr>
        <w:jc w:val="right"/>
      </w:pPr>
      <w:r>
        <w:t>क्या फिर से पढ़िए। बाय नेचर, व्हाई इज़ मैन नॉट रेडी टू रियलाइज़ हिज़ लिमिटेशन?</w:t>
      </w:r>
    </w:p>
    <w:p>
      <w:r>
        <w:rPr>
          <w:b/>
        </w:rPr>
        <w:t xml:space="preserve">[00:39] </w:t>
      </w:r>
      <w:r>
        <w:t>main nature nahi kahunga, ek habit ban gayi hai, ye kahunga main. yaani aadat ke taur par aisa ho gaya hai. nature toh aap fitrat ko kehte hain. fitrat allah ne nature sabka theek-theek banaya hai.</w:t>
      </w:r>
    </w:p>
    <w:p>
      <w:pPr>
        <w:jc w:val="right"/>
      </w:pPr>
      <w:r>
        <w:t>मैं नेचर नहीं कहूँगा, एक हैबिट बन गई है, ये कहूँगा मैं। यानी आदत के तौर पर ऐसा हो गया है। नेचर तो आप फितरत को कहते हैं। फितरत अल्लाह ने नेचर सबकाठीक-ठीक बनाया है।</w:t>
      </w:r>
    </w:p>
    <w:p>
      <w:r>
        <w:rPr>
          <w:b/>
        </w:rPr>
        <w:t xml:space="preserve">[00:59] </w:t>
      </w:r>
      <w:r>
        <w:t>nature mein koi different nahi hai. aadat ban jaati hai. jaise ki maine kaha ki log for granted le lete rehte hain. jaise ki main saans le raha hoon,</w:t>
      </w:r>
    </w:p>
    <w:p>
      <w:pPr>
        <w:jc w:val="right"/>
      </w:pPr>
      <w:r>
        <w:t>नेचर में कोई डिफरेंट नहीं है। आदत बन जाती है। जैसे कि मैंने कहा कि लोग फार ग्रांटेड ले लेते रहते हैं। जैसे कि मैं सांस ले रहा हूँ,</w:t>
      </w:r>
    </w:p>
    <w:p>
      <w:r>
        <w:rPr>
          <w:b/>
        </w:rPr>
        <w:t xml:space="preserve">[01:12] </w:t>
      </w:r>
      <w:r>
        <w:t>toh for granted le liya ki bas saans leta rahunga main.</w:t>
      </w:r>
    </w:p>
    <w:p>
      <w:pPr>
        <w:jc w:val="right"/>
      </w:pPr>
      <w:r>
        <w:t>तो फार ग्रांटेड ले लिया कि बस सांस लेता रहूँगा मैं।</w:t>
      </w:r>
    </w:p>
    <w:p>
      <w:r>
        <w:rPr>
          <w:b/>
        </w:rPr>
        <w:t xml:space="preserve">[01:17] </w:t>
      </w:r>
      <w:r>
        <w:t>halanki agar oxygen na supply ho allah taala ki taraf se, toh hum saans nahi le sakte. basic baat jo hai, woh ye ki log jo hain, cheezon ko for granted lete hain, sochte nahi. toh aisa nahi ki nature mein kuch aisa galat baat hai.</w:t>
      </w:r>
    </w:p>
    <w:p>
      <w:pPr>
        <w:jc w:val="right"/>
      </w:pPr>
      <w:r>
        <w:t>हालाँकि अगर ऑक्सीजन न सप्लाई हो अल्लाह ताला की तरफ से, तो हम सांस नहीं ले सकते। बेसिक बात जो है, वो ये कि लोग जो हैं, चीज़ों को फार ग्रांटेड लेते हैं, सोचते नहीं। तो ऐसा नहीं कि नेचर में कुछ ऐसा गलत बात है।</w:t>
      </w:r>
    </w:p>
    <w:p>
      <w:r>
        <w:rPr>
          <w:b/>
        </w:rPr>
        <w:t xml:space="preserve">[01:36] </w:t>
      </w:r>
      <w:r>
        <w:t>log sochte nahi. basic kami jo hai, main samajhta hoon, woh na sochne ki. toh allah taala ne, yaani more than 99% apne aap hi cheezein supply ho rahi hain humko. less than 1% hum soch kar lete hain.</w:t>
      </w:r>
    </w:p>
    <w:p>
      <w:pPr>
        <w:jc w:val="right"/>
      </w:pPr>
      <w:r>
        <w:t>लोग सोचते नहीं। बेसिक कमी जो है, मैं समझता हूँ, वो न सोचने की। तो अल्लाह ताला ने, यानी मोर दैन 99% अपने आप ही चीज़ें सप्लाई हो रही हैं हमको। लेस दैन 1% हम सोच कर लेते हैं।</w:t>
      </w:r>
    </w:p>
    <w:p>
      <w:r>
        <w:rPr>
          <w:b/>
        </w:rPr>
        <w:t xml:space="preserve">[01:55] </w:t>
      </w:r>
      <w:r>
        <w:t>jaise bazaar mein gaye aap, aapne soch kar, "chak, mujhe glass chahiye." ek glass khareeda aapne. ye aapne soch kar jaana ki glass ko mujhe khareedna hai. lekin is glass ko banne mein jo factors hain,</w:t>
      </w:r>
    </w:p>
    <w:p>
      <w:pPr>
        <w:jc w:val="right"/>
      </w:pPr>
      <w:r>
        <w:t>जैसे बाजार में गए आप, आपने सोच कर, "चक, मुझे गिलास चाहिए।" एक गिलास खरीदा आपने। ये आपने सोच कर जाना कि गिलास को मुझे खरीदना है। लेकिन इस गिलास को बनने में जो फैक्टर्स हैं,</w:t>
      </w:r>
    </w:p>
    <w:p>
      <w:r>
        <w:rPr>
          <w:b/>
        </w:rPr>
        <w:t xml:space="preserve">[02:12] </w:t>
      </w:r>
      <w:r>
        <w:t>hazaron factors, usko socha nahi aapne. kyunki usko for granted le liya ki glass toh hota hi hai. toh main samajhta hoon ki jo kami hai insaan ke andar, woh na sochne ki kami hai. surah al-imran ka jo aakhiri ruku hai, usko aap padhiye.</w:t>
      </w:r>
    </w:p>
    <w:p>
      <w:pPr>
        <w:jc w:val="right"/>
      </w:pPr>
      <w:r>
        <w:t>हज़ारों फैक्टर्स, उसको सोचा नहीं आपने। क्योंकि उसको फार ग्रांटेड ले लिया कि गिलास तो होता ही है। तो मैं समझता हूँ कि जो कमी है इंसान के अंदर, वो न सोचने की कमी है। सूर आल इमरान का जो आख़िरी रुकू है, उसको आप पढ़िए।</w:t>
      </w:r>
    </w:p>
    <w:p>
      <w:r>
        <w:rPr>
          <w:b/>
        </w:rPr>
        <w:t xml:space="preserve">[02:32] </w:t>
      </w:r>
      <w:r>
        <w:t>surah al-imran ka aakhiri ruku. usmein soch se sab kuch aata hai. soch se iman aata hai. soch se aakhirat ka dar aata hai. soch se aap takabbur ko pehchan paate hain. soch se aap apni limitation ko jaante hain. saari baatein us ek ruku mein</w:t>
      </w:r>
    </w:p>
    <w:p>
      <w:pPr>
        <w:jc w:val="right"/>
      </w:pPr>
      <w:r>
        <w:t>सूर आल इमरान का आख़िरी रुकू। उसमें सोच से सब कुछ आता है। सोच से ईमान आता है। सोच से आख़िरत का डर आता है। सोच से आप तक़ब्बुर को पहचान पाते हैं। सोच से आप अपनी लिमिटेशन को जानते हैं। सारी बातें उस एक रुकू में</w:t>
      </w:r>
    </w:p>
    <w:p>
      <w:r>
        <w:rPr>
          <w:b/>
        </w:rPr>
        <w:t xml:space="preserve">[02:52] </w:t>
      </w:r>
      <w:r>
        <w:t>bata di gayi hain. toh kami yeh hai ki log sochte nahi. yaani tadabbur, tafakkur, ye jo cheez hai, karte nahi. kyunki khuda ki taraf se cheezein apne aap di jaati rahi hain.</w:t>
      </w:r>
    </w:p>
    <w:p>
      <w:pPr>
        <w:jc w:val="right"/>
      </w:pPr>
      <w:r>
        <w:t>बता दी गई हैं। तो कमी यह है कि लोग सोचते नहीं। यानी तदब्बुर, तफक्कुर, ये जो चीज़ है, करते नहीं। क्योंकि खुदा की तरफ से चीज़ें अपने आप दी जाती रही हैं।</w:t>
      </w:r>
    </w:p>
    <w:p>
      <w:r>
        <w:rPr>
          <w:b/>
        </w:rPr>
        <w:t xml:space="preserve">[03:08] </w:t>
      </w:r>
      <w:r>
        <w:t>suraj apne aap light bhej raha hai. heat bhej raha hai. hawa apne aap aapko supply kar rahi hai. oxygen. zameen mein bahut hi, bahut hi tanav ke saath gravity hai, woh apne aap qaayam hai.</w:t>
      </w:r>
    </w:p>
    <w:p>
      <w:pPr>
        <w:jc w:val="right"/>
      </w:pPr>
      <w:r>
        <w:t>सूरज अपने आप लाइट भेज रहा है। हीट भेज रहा है। हवा अपने आप आपको सप्लाई कर रही है। ऑक्सीजन। ज़मीन में बहुत ही, बहुत ही तनाव के साथ ग्रेविटी है, वो अपने आप कायम है।</w:t>
      </w:r>
    </w:p>
    <w:p>
      <w:r>
        <w:rPr>
          <w:b/>
        </w:rPr>
        <w:t xml:space="preserve">[03:26] </w:t>
      </w:r>
      <w:r>
        <w:t>sab kuch apne aap ho raha hai. ek chhota sa fraction, jisko hum khud se soch kar karte hain, toh usi ko soch paate hain hum. baaki ko soch nahi paate. toh main samajhta hoon ki logon ko chahiye ki sochne ki aadat daalein. quran mein ye bataya gaya hai ki quran utara gaya isliye ki log tadabbur karein.</w:t>
      </w:r>
    </w:p>
    <w:p>
      <w:pPr>
        <w:jc w:val="right"/>
      </w:pPr>
      <w:r>
        <w:t>सब कुछ अपने आप हो रहा है। एक छोटा सा फ्रैक्शन, जिसको हम खुद से सोच कर करते हैं, तो उसी को सोच पाते हैं हम। बाकी को सोच नहीं पाते। तो मैं समझता हूँ कि लोगों को चाहिए कि सोचने की आदत डालें। कुरान में ये बताया गया है कि कुरान उतारा गया इसलिए कि लोग तदब्बुर करें।</w:t>
      </w:r>
    </w:p>
    <w:p>
      <w:r>
        <w:rPr>
          <w:b/>
        </w:rPr>
        <w:t xml:space="preserve">[03:51] </w:t>
      </w:r>
      <w:r>
        <w:t>toh sab kuch insaan ko milta hai sochne-sochne se. saari spiritual taraqqi, intellectual taraqqi,</w:t>
      </w:r>
    </w:p>
    <w:p>
      <w:pPr>
        <w:jc w:val="right"/>
      </w:pPr>
      <w:r>
        <w:t>तो सब कुछ इंसान को मिलता है सोचने-सोचने से। सारी स्पिरिचुअल तरक्की, इंटेलेक्चुअल तरक्की,</w:t>
      </w:r>
    </w:p>
    <w:p>
      <w:r>
        <w:rPr>
          <w:b/>
        </w:rPr>
        <w:t xml:space="preserve">[04:01] </w:t>
      </w:r>
      <w:r>
        <w:t>roohani taraqqi sab hoti hai jab aap apni soch ko zyada activate karein.</w:t>
      </w:r>
    </w:p>
    <w:p>
      <w:pPr>
        <w:jc w:val="right"/>
      </w:pPr>
      <w:r>
        <w:t>रूहानी तरक्की सब होती है जब आप अपनी सोच को ज्यादा एक्टिवेट करें।</w:t>
      </w:r>
    </w:p>
    <w:p>
      <w:r>
        <w:rPr>
          <w:b/>
        </w:rPr>
        <w:t xml:space="preserve">[04:09] </w:t>
      </w:r>
      <w:r>
        <w:t>this question is from mr asrarul haq from iit kanpur. in quran chapter 67, verse number 2, it is mentioned, "who has created life and death,</w:t>
      </w:r>
    </w:p>
    <w:p>
      <w:pPr>
        <w:jc w:val="right"/>
      </w:pPr>
      <w:r>
        <w:t>दिस क्वेश्चन इज़ फ्रॉम मिस्टर असरारुल हक़ फ्रॉम आईआईटी कानपुर। इन कुरान चैप्टर 67, वर्स नंबर 2, इट इज़ मेंशंड, "हु हैज़ क्रिएटेड लाइफ एंड डेथ,</w:t>
      </w:r>
    </w:p>
    <w:p>
      <w:r>
        <w:rPr>
          <w:b/>
        </w:rPr>
        <w:t xml:space="preserve">[04:25] </w:t>
      </w:r>
      <w:r>
        <w:t>that he may try you, which of you is best in conduct? and he is the mighty, the forgiving. could you please clarify the meaning of 'who has created life and death'?</w:t>
      </w:r>
    </w:p>
    <w:p>
      <w:pPr>
        <w:jc w:val="right"/>
      </w:pPr>
      <w:r>
        <w:t>दैट ही मे ट्राई यू, व्हिच ऑफ़ यू इज़ बेस्ट इन कंडक्ट? एंड ही इज़ द माइटी, द फॉरगिविंग। कुड यू प्लीज़ क्लेरिफाई द मीनिंग ऑफ़ 'हु हैज़ क्रिएटेड लाइफ एंड डेथ'?</w:t>
      </w:r>
    </w:p>
    <w:p>
      <w:r>
        <w:rPr>
          <w:b/>
        </w:rPr>
        <w:t xml:space="preserve">[04:40] </w:t>
      </w:r>
      <w:r>
        <w:t>what sense are these two different creations?" ismein ye bataya gaya hai ki allah taala ne jo insaan ko paida kiya, ek muddat ke baad maut aati hai uski. ye sab ibtila ke liye hai. yaani test ke liye. test ka matlab kya hai?</w:t>
      </w:r>
    </w:p>
    <w:p>
      <w:pPr>
        <w:jc w:val="right"/>
      </w:pPr>
      <w:r>
        <w:t>व्हाट सेंस आर दीज़ टू डिफरेंट क्रिएशंस?" इसमें ये बताया गया है कि अल्लाह ताला ने जो इंसान को पैदा किया, एक मुद्दत के बाद मौत आती है उसकी। ये सब इब्तिला के लिए है। यानी टेस्ट के लिए। टेस्ट का मतलब क्या है?</w:t>
      </w:r>
    </w:p>
    <w:p>
      <w:r>
        <w:rPr>
          <w:b/>
        </w:rPr>
        <w:t xml:space="preserve">[05:01] </w:t>
      </w:r>
      <w:r>
        <w:t>is duniya mein paida karke aapka selection ho raha hai. jannat mein adam ko paida kar diya gaya tha bagair kisi test liye, bagair. ab jo allah taala ki jo planning hai, test ke baad faisla kiya jaaye kaun jannat mein daalne qabil hai.</w:t>
      </w:r>
    </w:p>
    <w:p>
      <w:pPr>
        <w:jc w:val="right"/>
      </w:pPr>
      <w:r>
        <w:t>इस दुनिया में पैदा करके आपका सिलेक्शन हो रहा है। जन्नत में आदम को पैदा कर दिया गया था बगैर किसी टेस्ट लिए, बगैर। अब जो अल्लाह ताला की जो प्लानिंग है, टेस्ट के बाद फैसला किया जाए कौन जन्नत में डालने काबिल है।</w:t>
      </w:r>
    </w:p>
    <w:p>
      <w:r>
        <w:rPr>
          <w:b/>
        </w:rPr>
        <w:t xml:space="preserve">[05:23] </w:t>
      </w:r>
      <w:r>
        <w:t>yaani deserving candidate kaun hai, usko allah taala yahan farishton ke zariye se record karwa rahe hain. quran mein hai ki har aadmi ke par farishte hain, jo uske record karte rehte hain uski har baat ka.</w:t>
      </w:r>
    </w:p>
    <w:p>
      <w:pPr>
        <w:jc w:val="right"/>
      </w:pPr>
      <w:r>
        <w:t>यानी डिज़र्विंग कैंडिडेट कौन है, उसको अल्लाह ताला यहाँ फरिश्तों के जरिए से रिकॉर्ड करवा रहे हैं। कुरान में है कि हर आदमी के पर फरिश्ते हैं, जो उसके रिकॉर्ड करते रहते हैं उसकी हर बात का।</w:t>
      </w:r>
    </w:p>
    <w:p>
      <w:r>
        <w:rPr>
          <w:b/>
        </w:rPr>
        <w:t xml:space="preserve">[05:41] </w:t>
      </w:r>
      <w:r>
        <w:t>toh duniya mein jo hai, insaan ko paida karke ek muddat tak rakha gaya hai. usko uska speech, uska deed, uska call, uska amal, har cheez ka record taiyar ho raha hai. usi buniyad par ye faisla kiya jaaye ki ye jannat ke liye deserving candidate hai ya nahi hai.</w:t>
      </w:r>
    </w:p>
    <w:p>
      <w:pPr>
        <w:jc w:val="right"/>
      </w:pPr>
      <w:r>
        <w:t>तो दुनिया में जो है, इंसान को पैदा करके एक मुद्दत तक रखा गया है। उसको उसका स्पीच, उसका डीड, उसका कॉल, उसका अमल, हर चीज़ का रिकॉर्ड तैयार हो रहा है। उसी बुनियाद पर ये फैसला किया जाए कि ये जन्नत के लिए डिज़र्विंग कैंडिडेट है या नहीं है।</w:t>
      </w:r>
    </w:p>
    <w:p>
      <w:r>
        <w:rPr>
          <w:b/>
        </w:rPr>
        <w:t xml:space="preserve">[06:06] </w:t>
      </w:r>
      <w:r>
        <w:t>ab aur koi question hai?</w:t>
      </w:r>
    </w:p>
    <w:p>
      <w:pPr>
        <w:jc w:val="right"/>
      </w:pPr>
      <w:r>
        <w:t>अब और कोई क्वेश्चन है?</w:t>
      </w:r>
    </w:p>
    <w:p>
      <w:r>
        <w:rPr>
          <w:b/>
        </w:rPr>
        <w:t xml:space="preserve">[06:08] </w:t>
      </w:r>
      <w:r>
        <w:t>koi baat hai? madam, i think he is taking death and life as two different creations. toh unka sawal hai ki in what sense are these two different creations?</w:t>
      </w:r>
    </w:p>
    <w:p>
      <w:pPr>
        <w:jc w:val="right"/>
      </w:pPr>
      <w:r>
        <w:t>कोई बात है? मैडम, आई थिंक ही इज़ टेकिंग डेथ एंड लाइफ एज़ टू डिफरेंट क्रिएशंस। तो उनका सवाल है कि इन व्हाट सेंस आर दीज़ टू डिफरेंट क्रिएशंस?</w:t>
      </w:r>
    </w:p>
    <w:p>
      <w:r>
        <w:rPr>
          <w:b/>
        </w:rPr>
        <w:t xml:space="preserve">[06:19] </w:t>
      </w:r>
      <w:r>
        <w:t>nahi, different kahe toh ismein ayat mein nahi hai. different nahi hai. matlab zindagi paida ki, aisa nahi ki woh hamesha isi duniya mein rahe. maut aati hai. aisa nahi ki woh ek alag cheez hai, woh ek alag cheez hai. ye ayat se toh ye nahi nikalta aisa.</w:t>
      </w:r>
    </w:p>
    <w:p>
      <w:pPr>
        <w:jc w:val="right"/>
      </w:pPr>
      <w:r>
        <w:t>नहीं, डिफरेंट कहे तो इसमें आयत में नहीं है। डिफरेंट नहीं है। मतलब जिंदगी पैदा की, ऐसा नहीं कि वो हमेशा इसी दुनिया में रहे। मौत आती है। ऐसा नहीं कि वो एक अलग चीज़ है, वो एक अलग चीज़ है। ये आयत से तो ये नहीं निकलता ऐसा।</w:t>
      </w:r>
    </w:p>
    <w:p>
      <w:r>
        <w:rPr>
          <w:b/>
        </w:rPr>
        <w:t xml:space="preserve">[06:40] </w:t>
      </w:r>
      <w:r>
        <w:t>This question is from Mulaz Akwan Nadwi from Delhi.</w:t>
      </w:r>
    </w:p>
    <w:p>
      <w:pPr>
        <w:jc w:val="right"/>
      </w:pPr>
      <w:r>
        <w:t>दिस क्वेश्चन इज़ फ्रॉम मुलाज अकवान नदवी फ्रॉम दिल्ली।</w:t>
      </w:r>
    </w:p>
    <w:p>
      <w:r>
        <w:rPr>
          <w:b/>
        </w:rPr>
        <w:t xml:space="preserve">[06:45] </w:t>
      </w:r>
      <w:r>
        <w:t>in chapter 23, verse 60 of quran,</w:t>
      </w:r>
    </w:p>
    <w:p>
      <w:pPr>
        <w:jc w:val="right"/>
      </w:pPr>
      <w:r>
        <w:t>इन चैप्टर 23, वर्स 60 ऑफ़ कुरान,</w:t>
      </w:r>
    </w:p>
    <w:p>
      <w:r>
        <w:rPr>
          <w:b/>
        </w:rPr>
        <w:t xml:space="preserve">[06:49] </w:t>
      </w:r>
      <w:r>
        <w:t>it is mentioned of a true believer</w:t>
      </w:r>
    </w:p>
    <w:p>
      <w:pPr>
        <w:jc w:val="right"/>
      </w:pPr>
      <w:r>
        <w:t>इट इज़ मेंशंड ऑफ अ ट्रू बिलीवर</w:t>
      </w:r>
    </w:p>
    <w:p>
      <w:r>
        <w:rPr>
          <w:b/>
        </w:rPr>
        <w:t xml:space="preserve">[06:53] </w:t>
      </w:r>
      <w:r>
        <w:t>and those who give to others what which they give, while their hearts tremble at the thought that</w:t>
      </w:r>
    </w:p>
    <w:p>
      <w:pPr>
        <w:jc w:val="right"/>
      </w:pPr>
      <w:r>
        <w:t>एंड दोज़ हु गिव टू अदर्स व्हाट व्हिच दे गिव, वाइल देयर हार्ट्स ट्रेंबल एट द थॉट दैट</w:t>
      </w:r>
    </w:p>
    <w:p>
      <w:r>
        <w:rPr>
          <w:b/>
        </w:rPr>
        <w:t xml:space="preserve">[07:00] </w:t>
      </w:r>
      <w:r>
        <w:t>they must return to their lord.</w:t>
      </w:r>
    </w:p>
    <w:p>
      <w:pPr>
        <w:jc w:val="right"/>
      </w:pPr>
      <w:r>
        <w:t>दे मस्ट रिटर्न टू देयर लॉर्ड।</w:t>
      </w:r>
    </w:p>
    <w:p>
      <w:r>
        <w:rPr>
          <w:b/>
        </w:rPr>
        <w:t xml:space="preserve">[07:02] </w:t>
      </w:r>
      <w:r>
        <w:t>in this verse, word wazilat has been used.</w:t>
      </w:r>
    </w:p>
    <w:p>
      <w:pPr>
        <w:jc w:val="right"/>
      </w:pPr>
      <w:r>
        <w:t>इन दिस वर्स, वर्ड वजीलत हैज़ बीन यूज़्ड।</w:t>
      </w:r>
    </w:p>
    <w:p>
      <w:r>
        <w:rPr>
          <w:b/>
        </w:rPr>
        <w:t xml:space="preserve">[07:07] </w:t>
      </w:r>
      <w:r>
        <w:t>what is the importance of this word wazilat in context of this ayat?</w:t>
      </w:r>
    </w:p>
    <w:p>
      <w:pPr>
        <w:jc w:val="right"/>
      </w:pPr>
      <w:r>
        <w:t>व्हाट इज़ द इंपॉर्टेंस ऑफ़ दिस वर्ड वजीलत इन कॉन्टेक्स्ट ऑफ़ दिस आयत?</w:t>
      </w:r>
    </w:p>
    <w:p>
      <w:r>
        <w:rPr>
          <w:b/>
        </w:rPr>
        <w:t xml:space="preserve">[07:13] </w:t>
      </w:r>
      <w:r>
        <w:t>is aayat mein yeh hai ke jo hum madad karte hain doosre ki, uska zikr hai.</w:t>
      </w:r>
    </w:p>
    <w:p>
      <w:pPr>
        <w:jc w:val="right"/>
      </w:pPr>
      <w:r>
        <w:t>इस आयत में यह है कि जो हम मदद करते हैं दूसरे की, उसका जिक्र है।</w:t>
      </w:r>
    </w:p>
    <w:p>
      <w:r>
        <w:rPr>
          <w:b/>
        </w:rPr>
        <w:t xml:space="preserve">[07:25] </w:t>
      </w:r>
      <w:r>
        <w:t>ke jo believers hain, unka haal yeh hota hai, kisi ko jab dete hain, to unka dil hil raha hota hai, dahl raha hota hai. dar samaya rehta hai andar, dil ke andar. is par gaur karein to mujhe samajh mein aata hai ke</w:t>
      </w:r>
    </w:p>
    <w:p>
      <w:pPr>
        <w:jc w:val="right"/>
      </w:pPr>
      <w:r>
        <w:t>कि जो बिलीवर्स हैं, उनका हाल यह होता है, किसी को जब देते हैं, तो उनका दिल हिल रहा होता है, दहल रहा होता है। डर समाया रहता है अंदर, दिल के अंदर। इस पर गौर करें तो मुझे समझ में आता है कि</w:t>
      </w:r>
    </w:p>
    <w:p>
      <w:r>
        <w:rPr>
          <w:b/>
        </w:rPr>
        <w:t xml:space="preserve">[07:42] </w:t>
      </w:r>
      <w:r>
        <w:t>aisa kyun hai. ke jab aap dete hain kisi ko, to aap hote hain giver, wo hota hai taker. aapko to fakhr aana chahiye ke main dene ki position mein hoon, wo lene ki position mein hai. to ek pride aana chahiye aapko, ouj aana chahiye, naaz aana chahiye,</w:t>
      </w:r>
    </w:p>
    <w:p>
      <w:pPr>
        <w:jc w:val="right"/>
      </w:pPr>
      <w:r>
        <w:t>ऐसा क्यों है। कि जब आप देते हैं किसी को, तो आप होते हैं गिवर, वो होता है टेकर। आपको तो फख्र आना चाहिए कि मैं देने की पोजीशन में हूँ, वो लेने की पोजीशन में है। तो एक प्राइड आना चाहिए आपको, ओज आना चाहिए, नाज़ आना चाहिए,</w:t>
      </w:r>
    </w:p>
    <w:p>
      <w:r>
        <w:rPr>
          <w:b/>
        </w:rPr>
        <w:t xml:space="preserve">[07:57] </w:t>
      </w:r>
      <w:r>
        <w:t>kibr aana chahiye. lekin quran mein bataya gaya hai ke nahi,</w:t>
      </w:r>
    </w:p>
    <w:p>
      <w:pPr>
        <w:jc w:val="right"/>
      </w:pPr>
      <w:r>
        <w:t>किब्र आना चाहिए। लेकिन कुरान में बताया गया है कि नहीं,</w:t>
      </w:r>
    </w:p>
    <w:p>
      <w:r>
        <w:rPr>
          <w:b/>
        </w:rPr>
        <w:t xml:space="preserve">[08:01] </w:t>
      </w:r>
      <w:r>
        <w:t>uske baraks hota hai ke dil mein dar samaya hua hota hai. isse mujhe samajh mein aata hai ke yeh khud apni tasveer dekhta hai aadmi. jab wo dekhta hai doosre ko,</w:t>
      </w:r>
    </w:p>
    <w:p>
      <w:pPr>
        <w:jc w:val="right"/>
      </w:pPr>
      <w:r>
        <w:t>उसके बरक्स होता है कि दिल में डर समाया हुआ होता है। इससे मुझे समझ में आता है कि यह खुद अपनी तस्वीर देखता है आदमी। जब वो देखता है दूसरे को,</w:t>
      </w:r>
    </w:p>
    <w:p>
      <w:r>
        <w:rPr>
          <w:b/>
        </w:rPr>
        <w:t xml:space="preserve">[08:16] </w:t>
      </w:r>
      <w:r>
        <w:t>ghareeb, yateem,</w:t>
      </w:r>
    </w:p>
    <w:p>
      <w:pPr>
        <w:jc w:val="right"/>
      </w:pPr>
      <w:r>
        <w:t>गरीब, यतीम,</w:t>
      </w:r>
    </w:p>
    <w:p>
      <w:r>
        <w:rPr>
          <w:b/>
        </w:rPr>
        <w:t xml:space="preserve">[08:19] </w:t>
      </w:r>
      <w:r>
        <w:t>mohtaaj, to usko yaad aata hai ke aise main bhi aakhirat mein ho jaunga. duniya mein wo mohtaaj hai, aakhirat mein main khud mohtaaj ho jaunga. yeh cheez uske dil ko tadpa deti hai. aur uska rona ek dua ban jata hai ke khudaaya, ek din main bhi tere saamne mohtaaj ke haazir hounga,</w:t>
      </w:r>
    </w:p>
    <w:p>
      <w:pPr>
        <w:jc w:val="right"/>
      </w:pPr>
      <w:r>
        <w:t>मोहताज, तो उसको याद आता है कि ऐसे मैं भी आख़िरत में हो जाऊँगा। दुनिया में वो मोहताज है, आख़िरत में मैं खुद मोहताज हो जाऊँगा। यह चीज़ उसके दिल को तड़पा देती है। और उसका रोना एक दुआ बन जाता है कि खुदाया, एक दिन मैं भी तेरे सामने मोहताज के हाज़िर होऊँगा,</w:t>
      </w:r>
    </w:p>
    <w:p>
      <w:r>
        <w:rPr>
          <w:b/>
        </w:rPr>
        <w:t xml:space="preserve">[08:44] </w:t>
      </w:r>
      <w:r>
        <w:t>to us waqt mujhe mahroom na rakh. to yeh jo aayat mein tasveer di gayi hai ek believer ki, ke wo har waqe mein apne liye ek naseehat leta hai. jaise mashhoor waqaya hai ke madina mein</w:t>
      </w:r>
    </w:p>
    <w:p>
      <w:pPr>
        <w:jc w:val="right"/>
      </w:pPr>
      <w:r>
        <w:t>तो उस वक्त मुझे महरूम न रख। तो यह जो आयत में तस्वीर दी गई है एक बिलीवर की, कि वो हर वाक़े में अपने लिए एक नसीहत लेता है। जैसे मशहूर वाक़या है कि मदीना में</w:t>
      </w:r>
    </w:p>
    <w:p>
      <w:r>
        <w:rPr>
          <w:b/>
        </w:rPr>
        <w:t xml:space="preserve">[09:02] </w:t>
      </w:r>
      <w:r>
        <w:t>ek wisman ne apne usko khaadim ko lage, wo maarne lage. wo rasoolullah ne dekha, aapne farmaya ke jitna tumko taqat hai is ghulam ke upar, usse zyada taqat tumko khuda</w:t>
      </w:r>
    </w:p>
    <w:p>
      <w:pPr>
        <w:jc w:val="right"/>
      </w:pPr>
      <w:r>
        <w:t>एक विस्मान ने अपने उसको खादिम को लगे, वो मारने लगे। वो रसूलल्लाह ने देखा, आपने फरमाया कि जितना तुमको ताकत है इस गुलाम के ऊपर, उससे ज्यादा ताकत तुमको खुदा</w:t>
      </w:r>
    </w:p>
    <w:p>
      <w:r>
        <w:rPr>
          <w:b/>
        </w:rPr>
        <w:t xml:space="preserve">[09:19] </w:t>
      </w:r>
      <w:r>
        <w:t>ka tumhare upar. yahan par ye sabak diya aapne ke tum us khaadim ko, us kamzor insaan ko dekh kar ke yeh yaad karo ke main bhi isi tarah kamzor hounga khuda ke saamne. to usko unhone chhod diya maarna. usko kaha ke tu</w:t>
      </w:r>
    </w:p>
    <w:p>
      <w:pPr>
        <w:jc w:val="right"/>
      </w:pPr>
      <w:r>
        <w:t>का तुम्हारे ऊपर। यहाँ पर ये सबक दिया आपने कि तुम उस खादिम को, उस कमजोर इंसान को देख करके यह याद करो कि मैं भी इसी तरह कमजोर हूँगा खुदा के सामने। तो उसको उन्होंने छोड़ दिया मारना। उसको कहा कि तू</w:t>
      </w:r>
    </w:p>
    <w:p>
      <w:r>
        <w:rPr>
          <w:b/>
        </w:rPr>
        <w:t xml:space="preserve">[09:38] </w:t>
      </w:r>
      <w:r>
        <w:t>azaad hai aaj se. to us aayat mein main ye samajh paya hoon ke believer jo hota hai, uska dena kis qism ka hota hai. us dene mein apni tasveer dekhta hai. to uska dena bhi dua ban jata hai. dua.</w:t>
      </w:r>
    </w:p>
    <w:p>
      <w:pPr>
        <w:jc w:val="right"/>
      </w:pPr>
      <w:r>
        <w:t>आज़ाद है आज से। तो उस आयत में मैं ये समझ पाया हूँ कि बिलीवर जो होता है, उसका देना किस क़िस्म का होता है। उस देने में अपनी तस्वीर देखता है। तो उसका देना भी दुआ बन जाता है। दुआ।</w:t>
      </w:r>
    </w:p>
    <w:p>
      <w:r>
        <w:rPr>
          <w:b/>
        </w:rPr>
        <w:t xml:space="preserve">[09:58] </w:t>
      </w:r>
      <w:r>
        <w:t>bazaahir de raha hai kisi ko kuch maal, dil mein dua nikal rahi hai ke khudaaya, aise hi mera haal ek din hone wala hai ke main mohtaaj hasiyat se tere saamne pahunchunga. to us waqt tu mujhse mahroom na rakh. us waqt tu mujhko mahroom</w:t>
      </w:r>
    </w:p>
    <w:p>
      <w:pPr>
        <w:jc w:val="right"/>
      </w:pPr>
      <w:r>
        <w:t>बज़ाहिर दे रहा है किसी को कुछ माल, दिल में दुआ निकल रही है कि खुदाया, ऐसे ही मेरा हाल एक दिन होने वाला है कि मैं मोहताज हैसियत से तेरे सामने पहुँचूँगा। तो उस वक्त तू मुझसे महरूम न रख। उस वक्त तू मुझको महरूम</w:t>
      </w:r>
    </w:p>
    <w:p>
      <w:r>
        <w:rPr>
          <w:b/>
        </w:rPr>
        <w:t xml:space="preserve">[10:18] </w:t>
      </w:r>
      <w:r>
        <w:t>na kar. to yeh believer ki tasveer hai, main samajhta hoon.</w:t>
      </w:r>
    </w:p>
    <w:p>
      <w:pPr>
        <w:jc w:val="right"/>
      </w:pPr>
      <w:r>
        <w:t>न कर। तो यह बिलीवर की तस्वीर है, मैं समझता हूँ।</w:t>
      </w:r>
    </w:p>
    <w:p>
      <w:r>
        <w:rPr>
          <w:b/>
        </w:rPr>
        <w:t xml:space="preserve">[10:25] </w:t>
      </w:r>
      <w:r>
        <w:t>this question is from mr mustafa umri from delhi. maulana, jinke upar buhtan lagaya jata hai aur wo usko khamoshi ke saath bardasht kar leta hai,</w:t>
      </w:r>
    </w:p>
    <w:p>
      <w:pPr>
        <w:jc w:val="right"/>
      </w:pPr>
      <w:r>
        <w:t>दिस क्वेश्चन इज़ फ्रॉम मिस्टर मुस्तफा उमरी फ्रॉम दिल्ली। मौलाना, जिनके ऊपर बहुतान लगाया जाता है और वह उसको खामोशी के साथ बर्दाश्त कर लेता है,</w:t>
      </w:r>
    </w:p>
    <w:p>
      <w:r>
        <w:rPr>
          <w:b/>
        </w:rPr>
        <w:t xml:space="preserve">[10:39] </w:t>
      </w:r>
      <w:r>
        <w:t>to kya usko iska ajr milega ya nahi</w:t>
      </w:r>
    </w:p>
    <w:p>
      <w:pPr>
        <w:jc w:val="right"/>
      </w:pPr>
      <w:r>
        <w:t>तो क्या उसको इसका अज्र मिलेगा या नहीं</w:t>
      </w:r>
    </w:p>
    <w:p>
      <w:r>
        <w:rPr>
          <w:b/>
        </w:rPr>
        <w:t xml:space="preserve">[10:43] </w:t>
      </w:r>
      <w:r>
        <w:t>? zaroor milega. zaroor milega. hadith mein dekhiye aata hai, bahut hi badi baat hai ke jisne kisi par zulm kiya, kisi par buhtan lagaya,</w:t>
      </w:r>
    </w:p>
    <w:p>
      <w:pPr>
        <w:jc w:val="right"/>
      </w:pPr>
      <w:r>
        <w:t>? ज़रूर मिलेगा। ज़रूर मिलेगा। हदीस में देखिए आता है, बहुत ही बड़ी बात है कि जिसने किसी पर ज़ुल्म किया, किसी पर बहुतान लगाया,</w:t>
      </w:r>
    </w:p>
    <w:p>
      <w:r>
        <w:rPr>
          <w:b/>
        </w:rPr>
        <w:t xml:space="preserve">[11:00] </w:t>
      </w:r>
      <w:r>
        <w:t>kisi qism ki takleef di, aur usne sabr kar liya, duniya mein sabr kar liya,</w:t>
      </w:r>
    </w:p>
    <w:p>
      <w:pPr>
        <w:jc w:val="right"/>
      </w:pPr>
      <w:r>
        <w:t>किसी क़िस्म की तकलीफ दी, और उसने सब्र कर लिया, दुनिया में सब्र कर लिया,</w:t>
      </w:r>
    </w:p>
    <w:p>
      <w:r>
        <w:rPr>
          <w:b/>
        </w:rPr>
        <w:t xml:space="preserve">[11:10] </w:t>
      </w:r>
      <w:r>
        <w:t>to aakhirat mein usko mauka diya jaye ke uski neki usko de di jaye. agar uske paas neki kam ho, to us bardasht karne wale ke gunah us par daal diye jayein. is tarah compensate kiya jayega. main samajhta hoon ke</w:t>
      </w:r>
    </w:p>
    <w:p>
      <w:pPr>
        <w:jc w:val="right"/>
      </w:pPr>
      <w:r>
        <w:t>तो आख़िरत में उसको मौका दिया जाए कि उसकी नेकी उसको दे दी जाए। अगर उसके पास नेकी कम हो, तो उस बर्दाश्त करने वाले के गुनाह उस पर डाल दिए जाएँ। इस तरह कंपनसेट किया जाएगा। मैं समझता हूँ कि</w:t>
      </w:r>
    </w:p>
    <w:p>
      <w:r>
        <w:rPr>
          <w:b/>
        </w:rPr>
        <w:t xml:space="preserve">[11:28] </w:t>
      </w:r>
      <w:r>
        <w:t>kisi bhi qism ka koi zulm kare aapko, buhtan lagaye, aapka character assassination kare, kirdaar kushi kare, to aap zaroor sabr kar lijiye us waqt. sabr karke aap ek bahut badi cheez paayenge. ab wo aakhirat ka inaam.</w:t>
      </w:r>
    </w:p>
    <w:p>
      <w:pPr>
        <w:jc w:val="right"/>
      </w:pPr>
      <w:r>
        <w:t>किसी भी क़िस्म का कोई ज़ुल्म करे आपको, बहुतान लगाए, आपका करेक्टर असोसिएशन करे, किरदार कुशी करे, तो आप ज़रूर सब्र कर लीजिए उस वक्त। सब्र करके आप एक बहुत बड़ी चीज़ पाएँगे। अब वो आख़िरत का इनाम।</w:t>
      </w:r>
    </w:p>
    <w:p>
      <w:r>
        <w:rPr>
          <w:b/>
        </w:rPr>
        <w:t xml:space="preserve">[11:49] </w:t>
      </w:r>
      <w:r>
        <w:t>main samajhta hoon ke yeh to bahut bada amal hai ke aadmi buhtan par sabr kar le. uske aib lagaye jayein, us par sabr kar le. us par ilzaam tarashi ki jaye, wo sabr kar le. to yeh bahut bada inaam hai aur bahut</w:t>
      </w:r>
    </w:p>
    <w:p>
      <w:pPr>
        <w:jc w:val="right"/>
      </w:pPr>
      <w:r>
        <w:t>मैं समझता हूँ कि यह तो बहुत बड़ा अमल है कि आदमी बहुतान पर सब्र कर ले। उसके ऐब लगाए जाएँ, उस पर सब्र कर ले। उस पर इल्ज़ाम तराशी की जाए, वो सब्र कर ले। तो यह बहुत बड़ा इनाम है और बहुत</w:t>
      </w:r>
    </w:p>
    <w:p>
      <w:r>
        <w:rPr>
          <w:b/>
        </w:rPr>
        <w:t xml:space="preserve">[12:08] </w:t>
      </w:r>
      <w:r>
        <w:t>khushkhabri hai aise insaan ke liye ke aakhirat mein usko iska bahut achha badla milne wala hai.</w:t>
      </w:r>
    </w:p>
    <w:p>
      <w:pPr>
        <w:jc w:val="right"/>
      </w:pPr>
      <w:r>
        <w:t>खुशखबरी है ऐसे इंसान के लिए कि आख़िरत में उसको इसका बहुत अच्छा बदला मिलने वाला है।</w:t>
      </w:r>
    </w:p>
    <w:p>
      <w:r>
        <w:rPr>
          <w:b/>
        </w:rPr>
        <w:t xml:space="preserve">[12:24] </w:t>
      </w:r>
      <w:r>
        <w:t>this question is from miss rajiya from delhi. why is it so difficult for man to accept his limitations and why does he keep nurturing the illusion that he knows it all?</w:t>
      </w:r>
    </w:p>
    <w:p>
      <w:pPr>
        <w:jc w:val="right"/>
      </w:pPr>
      <w:r>
        <w:t>दिस क्वेश्चन इज़ फ्रॉम मिस राजिया फ्रॉम दिल्ली। व्हाई इज़ इट सो डिफिकल्ट फॉर मैन टू एक्सेप्ट हिज़ लिमिटेशंस एंड व्हाई डज़ ही कीप नर्चरिंग द इल्यूजन दैट ही नोज इट ऑल?</w:t>
      </w:r>
    </w:p>
    <w:p>
      <w:r>
        <w:rPr>
          <w:b/>
        </w:rPr>
        <w:t xml:space="preserve">[12:42] </w:t>
      </w:r>
      <w:r>
        <w:t>kis se begh log sochte nahi. sochte nahi. hazrat ne farmaya ke arf turabbi bafaskal azaim. yeh bahut badi baat hai. arf turabbi bafaskal azaim.</w:t>
      </w:r>
    </w:p>
    <w:p>
      <w:pPr>
        <w:jc w:val="right"/>
      </w:pPr>
      <w:r>
        <w:t>किससे बेगह लोग सोचते नहीं। सोचते नहीं। हज़रत ने फरमाया कि अरफ तुरब्बी बफस्कल अज़ाइम। यह बहुत बड़ी बात है। अरफ तुरब्बी बफस्कल अज़ाइम।</w:t>
      </w:r>
    </w:p>
    <w:p>
      <w:r>
        <w:rPr>
          <w:b/>
        </w:rPr>
        <w:t xml:space="preserve">[13:01] </w:t>
      </w:r>
      <w:r>
        <w:t>rozana humko, aapko, har ek ko tajurba hota hai ke jaise maine upar ki ek glass uthaya, slip karke haath se gir gaya. furan main sochta hoon ke khuda itni badi kaaynat ko chala raha hai. ismein yaani</w:t>
      </w:r>
    </w:p>
    <w:p>
      <w:pPr>
        <w:jc w:val="right"/>
      </w:pPr>
      <w:r>
        <w:t>रोजाना हमको, आपको, हर एक को तजुर्बा होता है कि जैसे मैंने ऊपर की एक गिलास उठाया, स्लिप करके हाथ से गिर गया। फौरन मैं सोचता हूँ कि खुदा इतनी बड़ी कायनात को चला रहा है। इसमें यानी</w:t>
      </w:r>
    </w:p>
    <w:p>
      <w:r>
        <w:rPr>
          <w:b/>
        </w:rPr>
        <w:t xml:space="preserve">[13:20] </w:t>
      </w:r>
      <w:r>
        <w:t>beshumar anginat sitare hain, planet hain, system hain, aur kahin takrata nahi. koi gir nahi padta. koi sitara kahin idhar gir pade, udhar gir pade. koi planet idhar nahi gir padta, udhar nahi gir padta. ek chamcha bhi mere haath se agar chhoot gir jata hai, to furan main sochta hoon ke dekho,</w:t>
      </w:r>
    </w:p>
    <w:p>
      <w:pPr>
        <w:jc w:val="right"/>
      </w:pPr>
      <w:r>
        <w:t>बेशुमार अनगिनत सितारे हैं, प्लैनेट हैं, सिस्टम हैं, और कहीं टकराता नहीं। कोई गिर नहीं पड़ता। कोई सितारा कहीं इधर गिर पड़े, उधर गिर पड़े। कोई प्लैनेट इधर नहीं गिर पड़ता, उधर नहीं गिर पड़ता। एक चमचा भी मेरे हाथ से अगर छूट गिर जाता है, तो फौरन मैं सोचता हूँ कि देखो,</w:t>
      </w:r>
    </w:p>
    <w:p>
      <w:r>
        <w:rPr>
          <w:b/>
        </w:rPr>
        <w:t xml:space="preserve">[13:40] </w:t>
      </w:r>
      <w:r>
        <w:t>agar is tarah se uska dar yeh ho ke koi cheez chhoot ke gir jaye, usse saraj nizam dharm bhram ho jaye. Aise hi main baitha rehta hoon, aankh band kar leta hoon.</w:t>
      </w:r>
    </w:p>
    <w:p>
      <w:pPr>
        <w:jc w:val="right"/>
      </w:pPr>
      <w:r>
        <w:t>अगर इस तरह से उसका दर यह हो कि कोई चीज़ छूट के गिर जाए, उससे सराज निजाम धर्म भ्रम हो जाए। ऐसे ही मैं बैठा रहता हूँ, आंख बंद कर लेता हूँ।</w:t>
      </w:r>
    </w:p>
    <w:p>
      <w:r>
        <w:rPr>
          <w:b/>
        </w:rPr>
        <w:t xml:space="preserve">[13:58] </w:t>
      </w:r>
      <w:r>
        <w:t>Achanak aankh band kar sochta hoon ke agar main andha ho jaun, to kya hoga.</w:t>
      </w:r>
    </w:p>
    <w:p>
      <w:pPr>
        <w:jc w:val="right"/>
      </w:pPr>
      <w:r>
        <w:t>अचानक आंख बंद कर सोचता हूँ कि अगर मैं अंधा हो जाऊँ, तो क्या होगा।</w:t>
      </w:r>
    </w:p>
    <w:p>
      <w:r>
        <w:rPr>
          <w:b/>
        </w:rPr>
        <w:t xml:space="preserve">[14:06] </w:t>
      </w:r>
      <w:r>
        <w:t>To aankh band karke main apni us halat ko daryaft karta hoon. Jab aankh na ho, to mera kya haal hoga?</w:t>
      </w:r>
    </w:p>
    <w:p>
      <w:pPr>
        <w:jc w:val="right"/>
      </w:pPr>
      <w:r>
        <w:t>तो आंख बंद करके मैं अपनी उस हालत को दरयाफ्त करता हूँ। जब आंख न हो, तो मेरा क्या हाल होगा?</w:t>
      </w:r>
    </w:p>
    <w:p>
      <w:r>
        <w:rPr>
          <w:b/>
        </w:rPr>
        <w:t xml:space="preserve">[14:12] </w:t>
      </w:r>
      <w:r>
        <w:t>To dekhiye, do tarike hain. Ek to yeh ke jo hazrat ne farmaya, jo baqat beette rehte hain, koi kaam hamara bigad jata hai, koi irada hamara poora nahi hota, koi planning hamari gadbad ho jati hai,</w:t>
      </w:r>
    </w:p>
    <w:p>
      <w:pPr>
        <w:jc w:val="right"/>
      </w:pPr>
      <w:r>
        <w:t>तो देखिए, दो तरीके हैं। एक तो यह कि जो हज़रत ने फरमाया, जो बाकात बीतते रहते हैं, कोई काम हमारा बिगड़ जाता है, कोई इरादा हमारा पूरा नहीं होता, कोई प्लानिंग हमारी गड़बड़ हो जाती है,</w:t>
      </w:r>
    </w:p>
    <w:p>
      <w:r>
        <w:rPr>
          <w:b/>
        </w:rPr>
        <w:t xml:space="preserve">[14:27] </w:t>
      </w:r>
      <w:r>
        <w:t>us waqt hum sochein ke apni limitations ko jaanein ke Khuda 15 billion saal se itni badi universe chala raha hai aur usmein koi defect nahi. Mala Fatoor.</w:t>
      </w:r>
    </w:p>
    <w:p>
      <w:pPr>
        <w:jc w:val="right"/>
      </w:pPr>
      <w:r>
        <w:t>उस वक्त हम सोचें कि अपनी लिमिटेशंस को जानें कि खुदा 15 बिलियन साल से इतनी बड़ी यूनिवर्स चला रहा है और उसमें कोई डिफेक्ट नहीं। माला फतूर।</w:t>
      </w:r>
    </w:p>
    <w:p>
      <w:r>
        <w:rPr>
          <w:b/>
        </w:rPr>
        <w:t xml:space="preserve">[14:45] </w:t>
      </w:r>
      <w:r>
        <w:t>Aur doosre yeh ke hum khud kastan aisa karein. Hum sochein ke yeh hamare haath jo hain, kya hum aisa haath baandh ke panch ungli</w:t>
      </w:r>
    </w:p>
    <w:p>
      <w:pPr>
        <w:jc w:val="right"/>
      </w:pPr>
      <w:r>
        <w:t>और दूसरे यह कि हम खुद कसतन ऐसा करें। हम सोचें कि यह हमारे हाथ जो हैं, क्या हम ऐसा हाथ बांध के पांच उंगल</w:t>
      </w:r>
    </w:p>
    <w:p>
      <w:r>
        <w:rPr>
          <w:b/>
        </w:rPr>
        <w:t xml:space="preserve">[14:58] </w:t>
      </w:r>
      <w:r>
        <w:t>yaan hon is tarah se?</w:t>
      </w:r>
    </w:p>
    <w:p>
      <w:pPr>
        <w:jc w:val="right"/>
      </w:pPr>
      <w:r>
        <w:t>ियाँ हों इस तरह से?</w:t>
      </w:r>
    </w:p>
    <w:p>
      <w:r>
        <w:rPr>
          <w:b/>
        </w:rPr>
        <w:t xml:space="preserve">[15:02] </w:t>
      </w:r>
      <w:r>
        <w:t>Mere aisa khud tarah tarah ke tajurbe pesh aaye hain. Maslan, mujhe dekhiye, yahan par electric burn ka qissa ho gaya. Yaani bijli lagi aur sab jal gaya. Bahut bada sa jal gaya aaj. Aur yeh</w:t>
      </w:r>
    </w:p>
    <w:p>
      <w:pPr>
        <w:jc w:val="right"/>
      </w:pPr>
      <w:r>
        <w:t>मेरे ऐसा खुद तरह-तरह के तजुर्बे पेश आए हैं। मसलन, मुझे देखिए, यहाँ पर इलेक्ट्रिक बर्न का किस्सा हो गया। यानी बिजली लगी और सब जल गया। बहुत बड़ा सा जल गया आज। और यह</w:t>
      </w:r>
    </w:p>
    <w:p>
      <w:r>
        <w:rPr>
          <w:b/>
        </w:rPr>
        <w:t xml:space="preserve">[15:19] </w:t>
      </w:r>
      <w:r>
        <w:t>jo angootha hai, kaam nahi karta tha. Angootha kaam hi nahi karta tha kyunke tender jal gaya tha. To main kalam pakad nahi sakta tha. To hamare surgeon jo the, wo aate the, aise haath karte the, aisi ke angootha jo hai, badshah hai ungliyon ka. Aise kehte the,</w:t>
      </w:r>
    </w:p>
    <w:p>
      <w:pPr>
        <w:jc w:val="right"/>
      </w:pPr>
      <w:r>
        <w:t>जो अंगूठा है, काम नहीं करता था। अंगूठा काम ही नहीं करता था क्योंकि टेंडर जल गया था। तो मैं कलम पकड़ नहीं सकता था। तो हमारे सर्जन जो थे, वो आते थे, ऐसे हाथ करते थे, ऐसी कि अंगूठा जो है, बादशाह है उंगलियों का। ऐसे कहते थे,</w:t>
      </w:r>
    </w:p>
    <w:p>
      <w:r>
        <w:rPr>
          <w:b/>
        </w:rPr>
        <w:t xml:space="preserve">[15:40] </w:t>
      </w:r>
      <w:r>
        <w:t>king of the fingers hai angootha. Aise kehte the. Ab mujhe lagta tha, kaisa ajeeb baat hai ke mera angootha hi nahi.</w:t>
      </w:r>
    </w:p>
    <w:p>
      <w:pPr>
        <w:jc w:val="right"/>
      </w:pPr>
      <w:r>
        <w:t>किंग ऑफ द फिंगर्स है अंगूठा। ऐसे कहते थे। अब मुझे लगता था, कैसा अजीब बात है कि मेरा अंगूठा ही नहीं।</w:t>
      </w:r>
    </w:p>
    <w:p>
      <w:r>
        <w:rPr>
          <w:b/>
        </w:rPr>
        <w:t xml:space="preserve">[15:50] </w:t>
      </w:r>
      <w:r>
        <w:t>To har waqt yeh tajurba hota hai apni limitations ka. Har waqt subah shaam hota hai, lekin hum sochte nahi.</w:t>
      </w:r>
    </w:p>
    <w:p>
      <w:pPr>
        <w:jc w:val="right"/>
      </w:pPr>
      <w:r>
        <w:t>तो हर वक्त यह तजुर्बा होता है अपनी लिमिटेशंस का। हर वक्त सुबह शाम होता है, लेकिन हम सोचते नहीं।</w:t>
      </w:r>
    </w:p>
    <w:p>
      <w:r>
        <w:rPr>
          <w:b/>
        </w:rPr>
        <w:t xml:space="preserve">[16:01] </w:t>
      </w:r>
      <w:r>
        <w:t>Kam se kam main to jis zindagi ko main guzar raha hoon, usmein har waqt aise tajurba hote hain, aise experience. Ke aap yeh sochein ke dekho, yahan bhi limitations ki wajah se aisa hua. Kahin koi bhool ho jati hai, kahin koi nuksan ho jata hai, koi baat bigad jati hai, kahin koi planning</w:t>
      </w:r>
    </w:p>
    <w:p>
      <w:pPr>
        <w:jc w:val="right"/>
      </w:pPr>
      <w:r>
        <w:t>कम से कम मैं तो जिस जिंदगी को मैं गुजार रहा हूँ, उसमें हर वक्त ऐसे तजुर्बा होते हैं, ऐसे एक्सपीरियंस। कि आप यह सोचें कि देखो, यहाँ भी लिमिटेशंस की वजह से ऐसा हुआ। कहीं कोई भूल हो जाती है, कहीं कोई नुकसान हो जाता है, कोई बात बिगड़ जाती है, कहीं कोई प्लानिंग</w:t>
      </w:r>
    </w:p>
    <w:p>
      <w:r>
        <w:rPr>
          <w:b/>
        </w:rPr>
        <w:t xml:space="preserve">[16:21] </w:t>
      </w:r>
      <w:r>
        <w:t>nahi poori hoti. To asal cheez hai sochna.</w:t>
      </w:r>
    </w:p>
    <w:p>
      <w:pPr>
        <w:jc w:val="right"/>
      </w:pPr>
      <w:r>
        <w:t>नहीं पूरी होती। तो असल चीज़ है सोचना।</w:t>
      </w:r>
    </w:p>
    <w:p>
      <w:r>
        <w:rPr>
          <w:b/>
        </w:rPr>
        <w:t xml:space="preserve">[16:28] </w:t>
      </w:r>
      <w:r>
        <w:t>Yeh duniya ka nizam is tarah se banaya gaya hai ke har har lamha ek reminder aata hai hamare samne. Reminder. Koi baat bigadti hai, wahan par wo reminder aata hai batane ke liye. Yahi to hazrat ne farmaya ke arf turabbi bafaskal azaim. To faskal azaim har waqt hota rehta hai.</w:t>
      </w:r>
    </w:p>
    <w:p>
      <w:pPr>
        <w:jc w:val="right"/>
      </w:pPr>
      <w:r>
        <w:t>यह दुनिया का निजाम इस तरीके से बनाया गया है कि हर-हर लम्हा एक रिमाइंडर आता है हमारे सामने। रिमाइंडर। कोई बात बिगड़ती है, वहाँ पर वो रिमाइंडर आता है बताने के लिए। यही तो हज़रत ने फरमाया कि अरफ तुरब्बी बफस्कल अज़ाइम। तो फस्कल अज़ाइम हर वक्त होता रहता है।</w:t>
      </w:r>
    </w:p>
    <w:p>
      <w:r>
        <w:rPr>
          <w:b/>
        </w:rPr>
        <w:t xml:space="preserve">[16:45] </w:t>
      </w:r>
      <w:r>
        <w:t>Usi ko agar soche aadmi, to usko marifat hasil ho jaye.</w:t>
      </w:r>
    </w:p>
    <w:p>
      <w:pPr>
        <w:jc w:val="right"/>
      </w:pPr>
      <w:r>
        <w:t>उसी को अगर सोचे आदमी, तो उसको मारफत हासिल हो जाए।</w:t>
      </w:r>
    </w:p>
    <w:p>
      <w:r>
        <w:rPr>
          <w:b/>
        </w:rPr>
        <w:t xml:space="preserve">[16:53] </w:t>
      </w:r>
      <w:r>
        <w:t>This question is from Mr Nafees Shiraz from Delhi. Aapne bataya ke aadmi ki umr likh di jati hai ke use kitna jeena hai. Lekin ek hadith mein aaya hai ke nekiyon se umr badhti hai. Doosri baat yeh hai,</w:t>
      </w:r>
    </w:p>
    <w:p>
      <w:pPr>
        <w:jc w:val="right"/>
      </w:pPr>
      <w:r>
        <w:t>दिस क्वेश्चन इज़ फ्रॉम मिस्टर नफीज शिराज फ्रॉम दिल्ली। आपने बताया कि आदमी की उम्र लिख दी जाती है कि उसे कितना जीना है। लेकिन एक हदीस में आया है कि नेकियों से उम्र बढ़ती है। दूसरी बात यह है,</w:t>
      </w:r>
    </w:p>
    <w:p>
      <w:r>
        <w:rPr>
          <w:b/>
        </w:rPr>
        <w:t xml:space="preserve">[17:12] </w:t>
      </w:r>
      <w:r>
        <w:t>jab umr likh di jati hai, to phir kisi ke liye umr ko lamba hone ki dua mangna bhi bemana hai. Iske bare mein bataein.</w:t>
      </w:r>
    </w:p>
    <w:p>
      <w:pPr>
        <w:jc w:val="right"/>
      </w:pPr>
      <w:r>
        <w:t>जब उम्र लिख दी जाती है, तो फिर किसी के लिए उम्र को लंबा होने की दुआ मांगना भी बेमाना है। इसके बारे में बताएँ।</w:t>
      </w:r>
    </w:p>
    <w:p>
      <w:r>
        <w:rPr>
          <w:b/>
        </w:rPr>
        <w:t xml:space="preserve">[17:24] </w:t>
      </w:r>
      <w:r>
        <w:t>Zahir hai ke hamare dua karne se kisi ki umr lambi nahi ho jayegi. Apne dil ke jazbat ka zikr karte hain aap ke mumkin nahi ke hamari dua se kisi ki umr lambi ho jaye. Wo to sirf Allah taala ke ilm mein hai.</w:t>
      </w:r>
    </w:p>
    <w:p>
      <w:pPr>
        <w:jc w:val="right"/>
      </w:pPr>
      <w:r>
        <w:t>ज़ाहिर है कि हमारे दुआ करने से किसी की उम्र लंबी नहीं हो जाएगी। अपने दिल के जज़्बात का जिक्र करते हैं आप कि मुमकिन नहीं कि हमारी दुआ से किसी की उम्र लंबी हो जाए। वो तो सिर्फ अल्लाह ताला के इल्म में है।</w:t>
      </w:r>
    </w:p>
    <w:p>
      <w:r>
        <w:rPr>
          <w:b/>
        </w:rPr>
        <w:t xml:space="preserve">[17:39] </w:t>
      </w:r>
      <w:r>
        <w:t>Farishton ko bhi iska ilm nahi ke kaun kab tak jiyega. Allah taala ko ilm hai sirf. To yeh to iske duaon ka koi matlab hi nahi hai. Haan, apne dil ke yaani dil ki taskeen ke liye aap isse dua kar sakte hain. Baqi isse pehle maine is par poora lecture diya tha ke insaan ki umr ka aisa mamla aisa hai ke DNA bhi uska indaraj nahi hai. DNA mein,</w:t>
      </w:r>
    </w:p>
    <w:p>
      <w:pPr>
        <w:jc w:val="right"/>
      </w:pPr>
      <w:r>
        <w:t>फरिश्तों को भी इसका इल्म नहीं कि कौन कब तक जिएगा। अल्लाह ताला को इल्म है सिर्फ। तो यह तो इसके दुआएं का कोई मतलब ही नहीं है। हाँ, अपने दिल के यानी दिल की तस्कीन के लिए आप इससे दुआ कर सकते हैं। बाकी इससे पहले मैंने इस पर पूरा लेक्चर दिया था कि इंसान की उम्र का ऐसा मामला ऐसा है कि डीएनए भी उसका इंदराज नहीं है। डीएनए में,</w:t>
      </w:r>
    </w:p>
    <w:p>
      <w:r>
        <w:rPr>
          <w:b/>
        </w:rPr>
        <w:t xml:space="preserve">[18:03] </w:t>
      </w:r>
      <w:r>
        <w:t>jismein ke har ek cheez likhi hui hai. DNA mein ek ek cheez maujood hoti hai. Yahan par agar mera dhabba ho, to upar likha rahega. Mera rang kaisa ho, likha rahega. Meri ungliyan chhoti hain, badi ho, likha rahega.</w:t>
      </w:r>
    </w:p>
    <w:p>
      <w:pPr>
        <w:jc w:val="right"/>
      </w:pPr>
      <w:r>
        <w:t>जिसमें कि हर एक चीज़ लिखी हुई है। डीएनए में एक-एक चीज़ मौजूद होती है। यहाँ पर अगर मेरा धब्बा हो, तो ऊपर लिखा रहेगा। मेरा रंग कैसा हो, लिखा रहेगा। मेरी उंगलियाँ छोटी हैं, बड़ी हो, लिखा रहेगा।</w:t>
      </w:r>
    </w:p>
    <w:p>
      <w:r>
        <w:rPr>
          <w:b/>
        </w:rPr>
        <w:t xml:space="preserve">[18:17] </w:t>
      </w:r>
      <w:r>
        <w:t>DNA jo hai, yaani Britannica jo encyclopedia hai, uski 50 jildon mein jitni baatein hain, uske sab DNA mein likha hua hota hai. Ek ek ek ek individual ke DNA mein. Lekin usmein maut ka indaraj nahi. Sirf Allah taala ko pata hai kab kisko maut aane wali hai.</w:t>
      </w:r>
    </w:p>
    <w:p>
      <w:pPr>
        <w:jc w:val="right"/>
      </w:pPr>
      <w:r>
        <w:t>डीएनए जो है, यानी ब्रिटानिका जो एनसाइक्लोपीडिया है, उसकी 50 जिल्दों में जितनी बातें हैं, उसके सब डीएनए में लिखा हुआ होता है। एक-एक-एक-एक इंडिविजुअल के डीएनए में। लेकिन उसमें मौत का इंदराज नहीं। सिर्फ अल्लाह ताला को पता है कब किसको मौत आने वाली है।</w:t>
      </w:r>
    </w:p>
    <w:p>
      <w:r>
        <w:rPr>
          <w:b/>
        </w:rPr>
        <w:t xml:space="preserve">[18:37] </w:t>
      </w:r>
      <w:r>
        <w:t>Jahan tak main janta hoon, angel of death jo hai, usko bhi pata nahi rehta kab kiski kisko kiske jaan nikalna hai. Yeh to khalis Allah ke ilm ki baat hai. Allah chahe to kisi ko umr badha de, ghata de. Wo uske ikhtiyar mein hai.</w:t>
      </w:r>
    </w:p>
    <w:p>
      <w:pPr>
        <w:jc w:val="right"/>
      </w:pPr>
      <w:r>
        <w:t>जहाँ तक मैं जानता हूँ, एंजल ऑफ डेथ जो है, उसको भी पता नहीं रहता कब किसकी किसको किसके जान निकालना है। यह तो खालिस अल्लाह के इल्म की बात है। अल्लाह चाहे तो किसी को उम्र बढ़ा दे, घटा दे। वो उसके इख्तियार में है।</w:t>
      </w:r>
    </w:p>
    <w:p>
      <w:r>
        <w:rPr>
          <w:b/>
        </w:rPr>
        <w:t xml:space="preserve">[18:55] </w:t>
      </w:r>
      <w:r>
        <w:t>Baqi hum jaan nahi sakte usko. Hamare ilm mein nahi aa sakti yeh baat.</w:t>
      </w:r>
    </w:p>
    <w:p>
      <w:pPr>
        <w:jc w:val="right"/>
      </w:pPr>
      <w:r>
        <w:t>बाकी हम जान नहीं सकते उसको। हमारे इल्म में नहीं आ सकती यह बात।</w:t>
      </w:r>
    </w:p>
    <w:p>
      <w:r>
        <w:rPr>
          <w:b/>
        </w:rPr>
        <w:t xml:space="preserve">[19:01] </w:t>
      </w:r>
      <w:r>
        <w:t>This question is from Mr Iqbal Ahmed Umri. Hum log non-muslim bhaiyon ke beech mein daawa work karte hain. Hum Art of Living walon se aur Om Shanti group ke logon se milte hain. Unka kehna yeh hai ke sabse badi cheez jo is duniya mein humko hasil karni hai,</w:t>
      </w:r>
    </w:p>
    <w:p>
      <w:pPr>
        <w:jc w:val="right"/>
      </w:pPr>
      <w:r>
        <w:t>दिस क्वेश्चन इज़ फ्रॉम मिस्टर इकबाल अहमद उमरी। हम लोग नॉन-मुस्लिम भाइयों के बीच में दावा वर्क करते हैं। हम आर्ट ऑफ लिविंग वालों से और ओम शांति ग्रुप के लोगों से मिलते हैं। उनका कहना यह है कि सबसे बड़ी चीज़ जो इस दुनिया में हमको हासिल करनी है,</w:t>
      </w:r>
    </w:p>
    <w:p>
      <w:r>
        <w:rPr>
          <w:b/>
        </w:rPr>
        <w:t xml:space="preserve">[19:24] </w:t>
      </w:r>
      <w:r>
        <w:t>wo sirf shanti hai. Aise logon ko hum kis tarah tauheed ki dawat dein?</w:t>
      </w:r>
    </w:p>
    <w:p>
      <w:pPr>
        <w:jc w:val="right"/>
      </w:pPr>
      <w:r>
        <w:t>वह सिर्फ शांति है। ऐसे लोगों को हम किस तरह तौहीद की दावत दें?</w:t>
      </w:r>
    </w:p>
    <w:p>
      <w:r>
        <w:rPr>
          <w:b/>
        </w:rPr>
        <w:t xml:space="preserve">[19:34] </w:t>
      </w:r>
      <w:r>
        <w:t>haan, yeh waqai ek sawal hai. hum log bhi is sawal ko face karte hain.</w:t>
      </w:r>
    </w:p>
    <w:p>
      <w:pPr>
        <w:jc w:val="right"/>
      </w:pPr>
      <w:r>
        <w:t>हाँ, यह वाकई एक सवाल है। हम लोग भी इस सवाल को फेस करते हैं।</w:t>
      </w:r>
    </w:p>
    <w:p>
      <w:r>
        <w:rPr>
          <w:b/>
        </w:rPr>
        <w:t xml:space="preserve">[19:45] </w:t>
      </w:r>
      <w:r>
        <w:t>ab hum to is tarah kehte hain ke dekhiye, har mazhab mein mana gaya hai ke aadmi marne ke baad khatam nahi hota. koi mazhab aisa nahi hai jo manta ho ke mare to ekdam bilkul mit gaye. aisa to koi banda nahi manta. hindu mazhab nahi, isai mazhab nahi, hindu mazhab nahi, islam mein nahi,</w:t>
      </w:r>
    </w:p>
    <w:p>
      <w:pPr>
        <w:jc w:val="right"/>
      </w:pPr>
      <w:r>
        <w:t>अब हम तो इस तरह कहते हैं कि देखिए, हर मजहब में माना गया है कि आदमी मरने के बाद खत्म नहीं होता। कोई मजहब ऐसा नहीं है जो मानता हो कि मरे तो एकदम बिल्कुल मिट गए। ऐसा तो कोई बंदा नहीं मानता। हिंदू मजहब नहीं, ईसाई मजहब नहीं, हिंदू मजहब नहीं, इस्लाम में नहीं,</w:t>
      </w:r>
    </w:p>
    <w:p>
      <w:r>
        <w:rPr>
          <w:b/>
        </w:rPr>
        <w:t xml:space="preserve">[20:06] </w:t>
      </w:r>
      <w:r>
        <w:t>jain mazhab mein bhi nahi, buddhism mein kahin bhi aisa nahi hai ke mare to mit gaye. to is wajah se shanti jo hai, aaj ka jo hamara samaj hai, uske betterment ke liye hai.</w:t>
      </w:r>
    </w:p>
    <w:p>
      <w:pPr>
        <w:jc w:val="right"/>
      </w:pPr>
      <w:r>
        <w:t>जैन मजहब में भी नहीं, बुद्धिज्म में कहीं भी ऐसा नहीं है कि मरे तो मिट गए। तो इस वजह से शांति जो है, आज का जो हमारा समाज है, उसके बेटरमेंट के लिए है।</w:t>
      </w:r>
    </w:p>
    <w:p>
      <w:r>
        <w:rPr>
          <w:b/>
        </w:rPr>
        <w:t xml:space="preserve">[20:23] </w:t>
      </w:r>
      <w:r>
        <w:t>shanti na ho to samaj mein sab baat bigdi rahegi. doosra faida shanti ka yeh hai, hum khud shanti ko bahut important dete hain ke shanti se opportunity hoti hai. where there is peace, there is opportunity. isliye hum mante hain ke</w:t>
      </w:r>
    </w:p>
    <w:p>
      <w:pPr>
        <w:jc w:val="right"/>
      </w:pPr>
      <w:r>
        <w:t>शांति न हो तो समाज में सब बात बिगड़ी रहेगी। दूसरा फायदा शांति का यह है, हम खुद शांति को बहुत इंपॉर्टेंट देते हैं कि शांति से अपॉर्चुनिटी होती है। वेयर देयर इज़ पीस, देयर इज़ अपॉर्चुनिटी। इसलिए हम मानते हैं कि</w:t>
      </w:r>
    </w:p>
    <w:p>
      <w:r>
        <w:rPr>
          <w:b/>
        </w:rPr>
        <w:t xml:space="preserve">[20:44] </w:t>
      </w:r>
      <w:r>
        <w:t>peace at any cost hasil karna chahiye. to shanti se hamein sukh milta hai social life mein aur shanti se hamein opportunity milti hai kaam karne ke liye. baqi doosra sawal phir hi baqi rehta hai ke jab har mazhab yeh manta hai ke maut par zindagi ka khatma nahi hai, to hamein maut ke baad ke liye sochna hai. to shanti to yahin tak kaam karegi. aage to kaam nahi karegi.</w:t>
      </w:r>
    </w:p>
    <w:p>
      <w:pPr>
        <w:jc w:val="right"/>
      </w:pPr>
      <w:r>
        <w:t>पीस एट एनी कास्ट हासिल करना चाहिए। तो शांति से हमें सुख मिलता है सोशल लाइफ में और शांति से हमें अपॉर्चुनिटी मिलती है काम करने के लिए। बाकी दूसरा सवाल फिर ही बाकी रहता है कि जब हर मजहब यह मानता है कि मौत पर जिंदगी का खात्मा नहीं है, तो हमें मौत के बाद के लिए सोचना है। तो शांति तो यहीं तक काम करेगी। आगे तो काम नहीं करेगी।</w:t>
      </w:r>
    </w:p>
    <w:p>
      <w:r>
        <w:rPr>
          <w:b/>
        </w:rPr>
        <w:t xml:space="preserve">[21:11] </w:t>
      </w:r>
      <w:r>
        <w:t>shanti hamein yeh mauka deti hai ke hum agli zindagi ki tayyari karein. jahan tak main jaanta hoon, kisi mazhab mein yeh nahi mana gaya hai ke mare to mit gaye. nahi mana gaya hai. yeh shayari mein log kehte hain aisa ke zindagi kya hai, anasir mein zahoor-e-tartiib,</w:t>
      </w:r>
    </w:p>
    <w:p>
      <w:pPr>
        <w:jc w:val="right"/>
      </w:pPr>
      <w:r>
        <w:t>शांति हमें यह मौका देती है कि हम अगली जिंदगी की तैयारी करें। जहाँ तक मैं जानता हूँ, किसी मजहब में यह नहीं माना गया है कि मरे तो मिट गए। नहीं माना गया है। यह शायरी में लोग कहते हैं ऐसा कि जिंदगी क्या है, अनासिर में ज़हूर-ए-तरतीब,</w:t>
      </w:r>
    </w:p>
    <w:p>
      <w:r>
        <w:rPr>
          <w:b/>
        </w:rPr>
        <w:t xml:space="preserve">[21:31] </w:t>
      </w:r>
      <w:r>
        <w:t>maut kya hai, inhi azza ka pareshan hona. yeh to shayari hai. to unke jahan tak humne in logon se baat ki hai, to hum yahi kehte hain ke aap shanti ko jo important dete hain, hum bhi important dete hain. balki hum to yeh kehte hain ke islam mein</w:t>
      </w:r>
    </w:p>
    <w:p>
      <w:pPr>
        <w:jc w:val="right"/>
      </w:pPr>
      <w:r>
        <w:t>मौत क्या है, इन्हीं अज्जा का परेशान होना। यह तो शायरी है। तो उनके जहाँ तक हमने इन लोगों से बात की है, तो हम यही कहते हैं कि आप शांति को जो इंपॉर्टेंट देते हैं, हम भी इंपॉर्टेंट देते हैं। बल्कि हम तो यह कहते हैं कि इस्लाम में</w:t>
      </w:r>
    </w:p>
    <w:p>
      <w:r>
        <w:rPr>
          <w:b/>
        </w:rPr>
        <w:t xml:space="preserve">[21:51] </w:t>
      </w:r>
      <w:r>
        <w:t>peace summ bonum hai. hum to yahan tak kehte hain. lekin sawal yeh hai ke jab zindagi jo hai, maut ke baad bhi continue rehti hai, to baad ke liye kya sochna hai?</w:t>
      </w:r>
    </w:p>
    <w:p>
      <w:pPr>
        <w:jc w:val="right"/>
      </w:pPr>
      <w:r>
        <w:t>पीस समम बोनम है। हम तो यहाँ तक कहते हैं। लेकिन सवाल यह है कि जब जिंदगी जो है, मौत के बाद भी कंटिन्यू रहती है, तो बाद के लिए क्या सोचना है?</w:t>
      </w:r>
    </w:p>
    <w:p>
      <w:r>
        <w:rPr>
          <w:b/>
        </w:rPr>
        <w:t xml:space="preserve">[22:05] </w:t>
      </w:r>
      <w:r>
        <w:t>to shanti aaj ki social life ko better banane ke liye bahut important hai. lekin yeh masla phir hi baqi rehta hai ke apne andar kaun sa, yaani kaun si tayyari ki jaye ke hum us tayyari ko lekar jab marein, to akhirat mein woh tayyari hamare kaam aaye.</w:t>
      </w:r>
    </w:p>
    <w:p>
      <w:pPr>
        <w:jc w:val="right"/>
      </w:pPr>
      <w:r>
        <w:t>तो शांति आज की सोशल लाइफ को बेटर बनाने के लिए बहुत इंपॉर्टेंट है। लेकिन यह मसला फिर ही बाकी रहता है कि अपने अंदर कौन सा, यानी कौन सी तैयारी की जाए कि हम उस तैयारी को लेकर जब मरे, तो आख़िरत में वो तैयारी हमारे काम आए।</w:t>
      </w:r>
    </w:p>
    <w:p>
      <w:r>
        <w:rPr>
          <w:b/>
        </w:rPr>
        <w:t xml:space="preserve">[22:27] </w:t>
      </w:r>
      <w:r>
        <w:t>yeh hum isi ka tajurba hum karte hain. mashaton ki bilkul logical jawab hai.</w:t>
      </w:r>
    </w:p>
    <w:p>
      <w:pPr>
        <w:jc w:val="right"/>
      </w:pPr>
      <w:r>
        <w:t>यह हम इसी का तजुर्बा हम करते हैं। माशतौ की बिल्कुल लॉजिकल जवाब है।</w:t>
      </w:r>
    </w:p>
    <w:p>
      <w:r>
        <w:rPr>
          <w:b/>
        </w:rPr>
        <w:t xml:space="preserve">[22:36] </w:t>
      </w:r>
      <w:r>
        <w:t>mulana, unka doosra sawal hai ke maujooda zamane mein hum dekhte hain ke agar logon se sirf positive thinking aur peace aur good ideas ki baat ki jaye, to woh khoob interest lete hain. magar wahi log islami shariyat ke practical aspect jaise ibadat, etcetera mein koi interest nahi lete. aise logon ko kis tareeqe se convince kiya jaye?</w:t>
      </w:r>
    </w:p>
    <w:p>
      <w:pPr>
        <w:jc w:val="right"/>
      </w:pPr>
      <w:r>
        <w:t>मुलाना, उनका दूसरा सवाल है कि मौजूदा ज़माने में हम देखते हैं कि अगर लोगों से सिर्फ पॉजिटिव थिंकिंग और पीस और गुड आइडियाज की बात की जाए, तो वह खूब इंटरेस्ट लेते हैं। मगर वही लोग इस्लामी शरीयत के प्रैक्टिकल एस्पेक्ट जैसे इबादत, एट्सट्रा में कोई इंटरेस्ट नहीं लेते। ऐसे लोगों को किस तरीके से कन्विंस किया जाए?</w:t>
      </w:r>
    </w:p>
    <w:p>
      <w:r>
        <w:rPr>
          <w:b/>
        </w:rPr>
        <w:t xml:space="preserve">[23:03] </w:t>
      </w:r>
      <w:r>
        <w:t>haan, dekhiye, yaani starting point to wahi hoga. yaani common ground jo hai, wahi starting point banega. quran mein hai kalma sawa. kalma sawa kya hai?</w:t>
      </w:r>
    </w:p>
    <w:p>
      <w:pPr>
        <w:jc w:val="right"/>
      </w:pPr>
      <w:r>
        <w:t>हाँ, देखिए, यानी स्टार्टिंग पॉइंट तो वही होगा। यानी कॉमन ग्राउंड जो है, वही स्टार्टिंग पॉइंट बनेगा। कुरान में है कलमा सवा। कलमा सवा क्या है?</w:t>
      </w:r>
    </w:p>
    <w:p>
      <w:r>
        <w:rPr>
          <w:b/>
        </w:rPr>
        <w:t xml:space="preserve">[23:18] </w:t>
      </w:r>
      <w:r>
        <w:t>common ground. jo mere aur doosre ke beech mein, yaani ittefaq hai jis par. to jis par dono ka ittefaq hai, jo common ground hai, to starting point to wahi hoga. ab uske baad jo agli baat hai,</w:t>
      </w:r>
    </w:p>
    <w:p>
      <w:pPr>
        <w:jc w:val="right"/>
      </w:pPr>
      <w:r>
        <w:t>कॉमन ग्राउंड। जो मेरे और दूसरे के बीच में, यानी इत्तेफाक है जिस पर। तो जिस पर दोनों का इत्तेफाक है, जो कॉमन ग्राउंड है, तो स्टार्टिंग पॉइंट तो वही होगा। अब उसके बाद जो अगली बात है,</w:t>
      </w:r>
    </w:p>
    <w:p>
      <w:r>
        <w:rPr>
          <w:b/>
        </w:rPr>
        <w:t xml:space="preserve">[23:35] </w:t>
      </w:r>
      <w:r>
        <w:t>to jo common ground hai, wo to jab dono ka, yaani dono us par mante hain, dono usko, to zahir hai ke usmein to koi ikhtilafi nahi hoga. baad wali baat hi mein ikhtilaf hoga. yeh tay hai ke baad wala jo, baad wala jo</w:t>
      </w:r>
    </w:p>
    <w:p>
      <w:pPr>
        <w:jc w:val="right"/>
      </w:pPr>
      <w:r>
        <w:t>तो जो कॉमन ग्राउंड है, वो तो जब दोनों का, यानी दोनों उस पर मानते हैं, दोनों उसको, तो ज़ाहिर है कि उसमें तो कोई इख्तिराफी नहीं होगा। बाद वाली बात ही में इख्तिराफ होगा। यह तय है कि बाद वाला जो, बाद वाला जो</w:t>
      </w:r>
    </w:p>
    <w:p>
      <w:r>
        <w:rPr>
          <w:b/>
        </w:rPr>
        <w:t xml:space="preserve">[23:56] </w:t>
      </w:r>
      <w:r>
        <w:t>message hai, kuch log manenge, kuch log nahi manenge. yeh namumkin hai ke first, yaani first part mein jis tarah sab log ittefaq kar rahe hain, wo second part mein ittefaq kar lein. second part ko to kuch hi log manenge, kuch log nahi manenge.</w:t>
      </w:r>
    </w:p>
    <w:p>
      <w:pPr>
        <w:jc w:val="right"/>
      </w:pPr>
      <w:r>
        <w:t>मैसेज है, कुछ लोग मानेंगे, कुछ लोग नहीं मानेंगे। यह नामुमकिन है कि फर्स्ट, यानी फर्स्ट पार्ट में जिस तरह सब लोग इत्तेफाक कर रहे हैं, वो सेकंड पार्ट में इत्तेफाक कर लें। सेकंड पार्ट को तो कुछ ही लोग मानेंगे, कुछ लोग नहीं मानेंगे।</w:t>
      </w:r>
    </w:p>
    <w:p>
      <w:r>
        <w:rPr>
          <w:b/>
        </w:rPr>
        <w:t xml:space="preserve">[24:13] </w:t>
      </w:r>
      <w:r>
        <w:t>kyunki wahan mamla aa jata hai, yaani apne ko badalne ka. first part mein unhein badalna kuch nahi hai. jahan wo already jee rahe hain, wahin par hum bhi unse baat kar rahe hain, to wo kahenge, "bhai, theek hai, hum bhi mante hain isko." second part mein to unhein apne ko badalna padega.</w:t>
      </w:r>
    </w:p>
    <w:p>
      <w:pPr>
        <w:jc w:val="right"/>
      </w:pPr>
      <w:r>
        <w:t>क्योंकि वहाँ मामला आ जाता है, यानी अपने को बदलने का। फर्स्ट पार्ट में उन्हें बदलना कुछ नहीं है। जहाँ वो ऑलरेडी जी रहे हैं, वहीं पर हम भी उनसे बात कर रहे हैं, तो वो कहेंगे, "भाई,ठीक है, हम भी मानते हैं इसको।" सेकंड पार्ट में तो उन्हें अपने को बदलना पड़ेगा।</w:t>
      </w:r>
    </w:p>
    <w:p>
      <w:r>
        <w:rPr>
          <w:b/>
        </w:rPr>
        <w:t xml:space="preserve">[24:33] </w:t>
      </w:r>
      <w:r>
        <w:t>badalna padega apne aap ko. to zahir hai ke wahan par ikhtilaf hoga. wo saare log nahi manenge, kuch log manenge. to it is but natural. yeh to hona hi hona hai. paigambar ke zamane mein bhi aise hua aur ab bhi aise hi hoga.</w:t>
      </w:r>
    </w:p>
    <w:p>
      <w:pPr>
        <w:jc w:val="right"/>
      </w:pPr>
      <w:r>
        <w:t>बदलना पड़ेगा अपने आप को। तो ज़ाहिर है कि वहाँ पर इख्तिराफ होगा। वो सारे लोग नहीं मानेंगे, कुछ लोग मानेंगे। तो इट इज़ बट नेचुरल। यह तो होना ही होना है। पैगंबर के ज़माने में भी ऐसे हुआ और अब भी ऐसे ही होगा।</w:t>
      </w:r>
    </w:p>
    <w:p>
      <w:r>
        <w:rPr>
          <w:b/>
        </w:rPr>
        <w:t xml:space="preserve">[24:52] </w:t>
      </w:r>
      <w:r>
        <w:t>this question is from mr afsan farooqi from bombay. what are the guidelines given by prophet about three topics?</w:t>
      </w:r>
    </w:p>
    <w:p>
      <w:pPr>
        <w:jc w:val="right"/>
      </w:pPr>
      <w:r>
        <w:t>दिस क्वेश्चन इज़ फ्रॉम मिस्टर अफसन फारूकी फ्रॉम बॉम्बे। व्हाट आर द गाइडलाइंस गिवन बाय प्रॉफेट अबाउट थ्री टॉपिक्स?</w:t>
      </w:r>
    </w:p>
    <w:p>
      <w:r>
        <w:rPr>
          <w:b/>
        </w:rPr>
        <w:t xml:space="preserve">[25:02] </w:t>
      </w:r>
      <w:r>
        <w:t>that is life, knowledge, and civilization in terms of simplicity and high thinking. what is the action to be taken by a person after knowing above these three things?</w:t>
      </w:r>
    </w:p>
    <w:p>
      <w:pPr>
        <w:jc w:val="right"/>
      </w:pPr>
      <w:r>
        <w:t>दैट इज़ लाइफ, नॉलेज, एंड सिविलाइजेशन इन टर्म्स ऑफ सिंपलीसिटी एंड हाई थिंकिंग। व्हाट इज़ द एक्शन टू बी टेकन बाय अ पर्सन आफ्टर नोइंग अबव दीज़ थ्री थिंग्स?</w:t>
      </w:r>
    </w:p>
    <w:p>
      <w:r>
        <w:rPr>
          <w:b/>
        </w:rPr>
        <w:t xml:space="preserve">[25:15] </w:t>
      </w:r>
      <w:r>
        <w:t>dekhiye, hadith mein life ke bare mein ya maut ke bare mein hai ke aksar zikr hadd al lazzat al maut. maut ko bahut yaad karo. kyunki maut jo hai,</w:t>
      </w:r>
    </w:p>
    <w:p>
      <w:pPr>
        <w:jc w:val="right"/>
      </w:pPr>
      <w:r>
        <w:t>देखिए, हदीस में लाइफ के बारे में या मौत के बारे में है कि अक्सर जिक्र हाद बिल लज्जात अल मौत। मौत को बहुत याद करो। क्योंकि मौत जो है,</w:t>
      </w:r>
    </w:p>
    <w:p>
      <w:r>
        <w:rPr>
          <w:b/>
        </w:rPr>
        <w:t xml:space="preserve">[25:31] </w:t>
      </w:r>
      <w:r>
        <w:t>lazzaton ko utha dene wali hai.</w:t>
      </w:r>
    </w:p>
    <w:p>
      <w:pPr>
        <w:jc w:val="right"/>
      </w:pPr>
      <w:r>
        <w:t>लज्जतों को उठा देने वाली है।</w:t>
      </w:r>
    </w:p>
    <w:p>
      <w:r>
        <w:rPr>
          <w:b/>
        </w:rPr>
        <w:t xml:space="preserve">[25:34] </w:t>
      </w:r>
      <w:r>
        <w:t>matlab hai ke jo desire aapko debate karti hai sachchai se, jo khwahishein aapko idhar-udhar bhatka deti hain, to wahan par wo check ban jayega maut ko yaad karna. aksar zikr hadd al lazzat al maut.</w:t>
      </w:r>
    </w:p>
    <w:p>
      <w:pPr>
        <w:jc w:val="right"/>
      </w:pPr>
      <w:r>
        <w:t>मतलब है कि जो डिजायर आपको डिबेट करती है सच्चाई से, जो ख्वाहिशें आपको इधर-उधर भटका देती हैं, तो वहाँ पर वो चेक बन जाएगा मौत को याद करना। अक्सर जिक्र हाद बिल लज्जात अल मौत।</w:t>
      </w:r>
    </w:p>
    <w:p>
      <w:r>
        <w:rPr>
          <w:b/>
        </w:rPr>
        <w:t xml:space="preserve">[25:50] </w:t>
      </w:r>
      <w:r>
        <w:t>maut ko zyada yaad karega aadmi, utne hi wo in mamlaat mein realistic banega. jahan tak knowledge ki baat hai, to quran mein wahi ayat hai ke ilm illa qaleela. yaani hamein</w:t>
      </w:r>
    </w:p>
    <w:p>
      <w:pPr>
        <w:jc w:val="right"/>
      </w:pPr>
      <w:r>
        <w:t>मौत को ज्यादा याद करेगा आदमी, उतने ही वो इन मामलात में रियलिस्टिक बनेगा। जहाँ तक नॉलेज की बात है, तो कुरान में वही आयत है कि इल्म इल्ला कलीला। यानी हमें</w:t>
      </w:r>
    </w:p>
    <w:p>
      <w:r>
        <w:rPr>
          <w:b/>
        </w:rPr>
        <w:t xml:space="preserve">[26:06] </w:t>
      </w:r>
      <w:r>
        <w:t>yeh bahut, yeh ilm ka sira hai. main samajhta hoon, yeh jaanna ke hamein yeh duniya mein ilm qaleel diya gaya hai, ilm kaseer nahi diya gaya hai. isi se darwaza khulta hai paigambar ko manne ka. kyunki hum chahte hain total knowledge tak pahunchna. yaani aadmi ka dimagh jo hai, wo total knowledge tak pahunchna chahta hai.</w:t>
      </w:r>
    </w:p>
    <w:p>
      <w:pPr>
        <w:jc w:val="right"/>
      </w:pPr>
      <w:r>
        <w:t>ये बहुत, ये इल्म का सिरा है। मैं समझता हूँ, ये जानना कि हमें ये दुनिया में इल्म कलील दिया गया है, इल्म कसीर नहीं दिया गया है। इसी से दरवाजा खुलता है पैगंबर को मानने का। क्योंकि हम चाहते हैं टोटल नॉलेज तक पहुंचना। यानी आदमी का दिमाग जो है, वो टोटल नॉलेज तक पहुंचना चाहता है।</w:t>
      </w:r>
    </w:p>
    <w:p>
      <w:r>
        <w:rPr>
          <w:b/>
        </w:rPr>
        <w:t xml:space="preserve">[26:26] </w:t>
      </w:r>
      <w:r>
        <w:t>lekin mili hogi partial knowledge. to is ayat mein is baat ka saboot hai ke jab tumko amalan, practically yeh hota hai ke tumko sirf partial knowledge milti hai, tumhara maan chahta hai total knowledge, to tumko paigambar ka sahara lena padega. yaani wahi ka.</w:t>
      </w:r>
    </w:p>
    <w:p>
      <w:pPr>
        <w:jc w:val="right"/>
      </w:pPr>
      <w:r>
        <w:t>लेकिन मिली होगी पार्शियल नॉलेज। तो इस आयत में इस बात का सबूत है कि जब तुमको अमलन, प्रैक्टिकली यह होता है कि तुमको सिर्फ पार्शियल नॉलेज मिलती है, तुम्हारा मान चाहता है टोटल नॉलेज, तो तुमको पैगंबर का सहारा लेना पड़ेगा। यानी वही का।</w:t>
      </w:r>
    </w:p>
    <w:p>
      <w:r>
        <w:rPr>
          <w:b/>
        </w:rPr>
        <w:t xml:space="preserve">[26:46] </w:t>
      </w:r>
      <w:r>
        <w:t>ki baqiya ki tilafi allah taala ne wahi ke zariye ki hai. jahan tak teesri baat hai, to teesri baat ke bare mein to aap jante hain ki hadis mein bahut zyada zor diya gaya saadgi par. saadgi par. sare sahaba saada zindagi guzarte the. sare paigambar saada zindagi guzarte the.</w:t>
      </w:r>
    </w:p>
    <w:p>
      <w:pPr>
        <w:jc w:val="right"/>
      </w:pPr>
      <w:r>
        <w:t>कि बकिया की तिलाफी अल्लाह ताला ने वही के जरिए की है। जहाँ तक तीसरी बात है, तो तीसरी बात के बारे में तो आप जानते हैं कि हदीस में बहुत ज्यादा जोर दिया गया सादगी पर। सादगी पर। सारे सहाबा सादा जिंदगी गुजारते थे। सारे पैगंबर सादा जिंदगी गुजारते थे।</w:t>
      </w:r>
    </w:p>
    <w:p>
      <w:r>
        <w:rPr>
          <w:b/>
        </w:rPr>
        <w:t xml:space="preserve">[27:10] </w:t>
      </w:r>
      <w:r>
        <w:t>to ab, ab ye pata chala ki saada zindagi sirf ek roohani baat nahi hai. wahi practically possible hai. ye nai daryaft hui global warming ke baad. isse pehle saada zindagi ko samajhte the ki bhai, roohani wale log jo hain, darwesh log hain, wo saada zindagi unki hoti hai. ab maloom hua ki saada zindagi hi hamare ek hi option hai hamare liye.</w:t>
      </w:r>
    </w:p>
    <w:p>
      <w:pPr>
        <w:jc w:val="right"/>
      </w:pPr>
      <w:r>
        <w:t>तो अब, अब ये पता चला कि सादा जिंदगी सिर्फ एक रूहानी बात नहीं है। वही प्रैक्टिकली पॉसिबल है। ये नई दरयाफ्त हुई ग्लोबल वार्मिंग के बाद। इससे पहले सादा जिंदगी को समझते थे कि भाई, रूहानी वाले लोग जो हैं, द्रवेश लोग हैं, वो सादा जिंदगी उनकी होती है। अब मालूम हुआ कि सादा जिंदगी ही हमारे एक ही ऑप्शन है हमारे लिए।</w:t>
      </w:r>
    </w:p>
    <w:p>
      <w:r>
        <w:rPr>
          <w:b/>
        </w:rPr>
        <w:t xml:space="preserve">[27:34] </w:t>
      </w:r>
      <w:r>
        <w:t>agar aap daudenge luxury ki taraf, to kya ho</w:t>
      </w:r>
    </w:p>
    <w:p>
      <w:pPr>
        <w:jc w:val="right"/>
      </w:pPr>
      <w:r>
        <w:t>अगर आप दौड़ेंगे लग्जरी की तरफ, तो क्या हो</w:t>
      </w:r>
    </w:p>
    <w:p>
      <w:r>
        <w:rPr>
          <w:b/>
        </w:rPr>
        <w:t xml:space="preserve">[27:37] </w:t>
      </w:r>
      <w:r>
        <w:t>ga? global warming hogi.</w:t>
      </w:r>
    </w:p>
    <w:p>
      <w:pPr>
        <w:jc w:val="right"/>
      </w:pPr>
      <w:r>
        <w:t>गा? ग्लोबल वार्मिंग होगी।</w:t>
      </w:r>
    </w:p>
    <w:p>
      <w:r>
        <w:rPr>
          <w:b/>
        </w:rPr>
        <w:t xml:space="preserve">[27:39] </w:t>
      </w:r>
      <w:r>
        <w:t>aur kya hoga?</w:t>
      </w:r>
    </w:p>
    <w:p>
      <w:pPr>
        <w:jc w:val="right"/>
      </w:pPr>
      <w:r>
        <w:t>और क्या होगा?</w:t>
      </w:r>
    </w:p>
    <w:p>
      <w:r>
        <w:rPr>
          <w:b/>
        </w:rPr>
        <w:t xml:space="preserve">[27:39] </w:t>
      </w:r>
      <w:r>
        <w:t>phir duniya bhar ke masail paida ho jayenge.</w:t>
      </w:r>
    </w:p>
    <w:p>
      <w:pPr>
        <w:jc w:val="right"/>
      </w:pPr>
      <w:r>
        <w:t>फिर दुनिया भर के मसाइल पैदा हो जाएंगे।</w:t>
      </w:r>
    </w:p>
    <w:p>
      <w:r>
        <w:rPr>
          <w:b/>
        </w:rPr>
        <w:t xml:space="preserve">[27:44] </w:t>
      </w:r>
      <w:r>
        <w:t>isi liye rasool ne farmaaya tha ke aakhirat</w:t>
      </w:r>
    </w:p>
    <w:p>
      <w:pPr>
        <w:jc w:val="right"/>
      </w:pPr>
      <w:r>
        <w:t>इसीलिए रसूल ने फरमाया था कि आख़िरत</w:t>
      </w:r>
    </w:p>
    <w:p>
      <w:r>
        <w:rPr>
          <w:b/>
        </w:rPr>
        <w:t xml:space="preserve">[27:50] </w:t>
      </w:r>
      <w:r>
        <w:t>mein aap achhi zindagi ko sochein.</w:t>
      </w:r>
    </w:p>
    <w:p>
      <w:pPr>
        <w:jc w:val="right"/>
      </w:pPr>
      <w:r>
        <w:t>में आप अच्छी जिंदगी को सोचें।</w:t>
      </w:r>
    </w:p>
    <w:p>
      <w:r>
        <w:rPr>
          <w:b/>
        </w:rPr>
        <w:t xml:space="preserve">[27:52] </w:t>
      </w:r>
      <w:r>
        <w:t>duniya mein sochenge, to woh chalne wala nahi hai.</w:t>
      </w:r>
    </w:p>
    <w:p>
      <w:pPr>
        <w:jc w:val="right"/>
      </w:pPr>
      <w:r>
        <w:t>दुनिया में सोचेंगे, तो वो चलने वाला नहीं है।</w:t>
      </w:r>
    </w:p>
    <w:p>
      <w:r>
        <w:rPr>
          <w:b/>
        </w:rPr>
        <w:t xml:space="preserve">[27:55] </w:t>
      </w:r>
      <w:r>
        <w:t>double nuksaan. Yaani deen ke maayne mein deen ke parw dikhaaye, to woh destruction.</w:t>
      </w:r>
    </w:p>
    <w:p>
      <w:pPr>
        <w:jc w:val="right"/>
      </w:pPr>
      <w:r>
        <w:t>डबल नुकसान। यानी दीन के मायने में दीन के पर्व दिखाए, तो वो डिस्ट्रक्शन।</w:t>
      </w:r>
    </w:p>
    <w:p>
      <w:r>
        <w:rPr>
          <w:b/>
        </w:rPr>
        <w:t xml:space="preserve">[28:03] </w:t>
      </w:r>
      <w:r>
        <w:t>aur doosre lihaaz se dekha jaaye, to woh possible nahi hai.</w:t>
      </w:r>
    </w:p>
    <w:p>
      <w:pPr>
        <w:jc w:val="right"/>
      </w:pPr>
      <w:r>
        <w:t>और दूसरे लिहाज से देखा जाए, तो वो पॉसिबल नहीं है।</w:t>
      </w:r>
    </w:p>
    <w:p>
      <w:r>
        <w:rPr>
          <w:b/>
        </w:rPr>
        <w:t xml:space="preserve">[28:05] </w:t>
      </w:r>
      <w:r>
        <w:t>kyun ke woh sahil saath nahi denge aap ka.</w:t>
      </w:r>
    </w:p>
    <w:p>
      <w:pPr>
        <w:jc w:val="right"/>
      </w:pPr>
      <w:r>
        <w:t>क्योंकि वो साइल साथ नहीं देंगे आपका।</w:t>
      </w:r>
    </w:p>
    <w:p>
      <w:r>
        <w:rPr>
          <w:b/>
        </w:rPr>
        <w:t xml:space="preserve">[28:11] </w:t>
      </w:r>
      <w:r>
        <w:t>this question is from mr khaja kalimuddin from pennsylvania. Maulana sahib, does islam permit lying for a reason?</w:t>
      </w:r>
    </w:p>
    <w:p>
      <w:pPr>
        <w:jc w:val="right"/>
      </w:pPr>
      <w:r>
        <w:t>दिस क्वेश्चन इज़ फ्रॉम मिस्टर खाजा कलीमुद्दीन फ्रॉम पेंसिल्वेनिया। मुलाना साहब, डज इस्लाम परमिट लाइंग फॉर अ रीजन?</w:t>
      </w:r>
    </w:p>
    <w:p>
      <w:r>
        <w:rPr>
          <w:b/>
        </w:rPr>
        <w:t xml:space="preserve">[28:21] </w:t>
      </w:r>
      <w:r>
        <w:t>haan, dekhiye, jhooth bolna jo hai, ek to dekhiye ye hai ki norm k</w:t>
      </w:r>
    </w:p>
    <w:p>
      <w:pPr>
        <w:jc w:val="right"/>
      </w:pPr>
      <w:r>
        <w:t>हाँ, देखिए, झूठ बोलना जो है, एक तो देखिए यह है कि नॉर्म क</w:t>
      </w:r>
    </w:p>
    <w:p>
      <w:r>
        <w:rPr>
          <w:b/>
        </w:rPr>
        <w:t xml:space="preserve">[28:30] </w:t>
      </w:r>
      <w:r>
        <w:t>ya hai? norm, usool ki jhooth bolna haram hai islam mein. lekin hamari fiqh mein ye bhi ek masla hai ki baz auqat jhooth bolna farz ho jata hai. ye fiqh ka masla hai. kyun?</w:t>
      </w:r>
    </w:p>
    <w:p>
      <w:pPr>
        <w:jc w:val="right"/>
      </w:pPr>
      <w:r>
        <w:t>्या है? नॉर्म, उसूल कि झूठ बोलना हराम है इस्लाम में। लेकिन हमारी फिकह में ये भी एक मसला है कि बाज औकात झूठ बोलना फर्ज हो जाता है। ये फिकह का मसला है। क्यों?</w:t>
      </w:r>
    </w:p>
    <w:p>
      <w:r>
        <w:rPr>
          <w:b/>
        </w:rPr>
        <w:t xml:space="preserve">[28:47] </w:t>
      </w:r>
      <w:r>
        <w:t>jab aap option do mein ka ek ho. ya to, yani sach bol kar ke aap, aap, yani bahut bar koi nuksan hone wala ho, jisko aap, jisko aap afford na kar saken. aise mauqe par jhooth bol dena chahiye. lekin jhooth ki do shaklen hain.</w:t>
      </w:r>
    </w:p>
    <w:p>
      <w:pPr>
        <w:jc w:val="right"/>
      </w:pPr>
      <w:r>
        <w:t>जब आप ऑप्शन दो में का एक हो। या तो, यानी सच बोल करके आप, आप, यानी बहुत बार कोई नुकसान होने वाला हो, जिसको आप, जिसको आप अफोर्ड न कर सकें। ऐसे मौके पर झूठ बोल देना चाहिए। लेकिन झूठ की दो शक्लें हैं।</w:t>
      </w:r>
    </w:p>
    <w:p>
      <w:r>
        <w:rPr>
          <w:b/>
        </w:rPr>
        <w:t xml:space="preserve">[29:07] </w:t>
      </w:r>
      <w:r>
        <w:t>ek isko kehte hain tauriya. ek, ek hai ki bilkul white lie. to tauriya to khule taur par jaiz hai. misal ke taur par tauriya ki misal ek arz karta hoon ki Maulana Qasim Nanautavi the Deoband ke. to angrezon ke</w:t>
      </w:r>
    </w:p>
    <w:p>
      <w:pPr>
        <w:jc w:val="right"/>
      </w:pPr>
      <w:r>
        <w:t>एक इसको कहते हैं तौरिया। एक, एक है कि बिल्कुल वाइट लाई। तो तौरिया तो खुले तौर पर जायज है। मिसाल तौर पर तौरिया की मिसाल एक अर्ज करता हूँ कि मौलाना कासिम नौराती थे देवबंद के। तो अंग्रेजों के</w:t>
      </w:r>
    </w:p>
    <w:p>
      <w:r>
        <w:rPr>
          <w:b/>
        </w:rPr>
        <w:t xml:space="preserve">[29:25] </w:t>
      </w:r>
      <w:r>
        <w:t>us par aa gaye the wo. yani list mein unke, unka warrant jari ho gaya tha unke upar. to police pahunchi unke ghar par. kisi ne bataya ki yahan rehte hain wo, falana ghar mein. wahan pahunchi wo. to ek aadmi khada hua tha ghar ke bahar darwaze par. to police wale ne poocha ki</w:t>
      </w:r>
    </w:p>
    <w:p>
      <w:pPr>
        <w:jc w:val="right"/>
      </w:pPr>
      <w:r>
        <w:t>उस पर आ गए थे वो। यानी लिस्ट में उनके, उनका वारंट जारी हो गया था उनके ऊपर। तो पुलिस पहुंची उनके घर पर। किसी ने बताया कि यहाँ रहते हैं वो, फलाँ घर में। वहाँ पहुंची वो। तो एक आदमी खड़ा हुआ था घर के बाहर दरवाजे पर। तो पुलिस वाले ने पूछा कि</w:t>
      </w:r>
    </w:p>
    <w:p>
      <w:r>
        <w:rPr>
          <w:b/>
        </w:rPr>
        <w:t xml:space="preserve">[29:46] </w:t>
      </w:r>
      <w:r>
        <w:t>Qasim Nanautavi yahan rehte hain? yahan hain?</w:t>
      </w:r>
    </w:p>
    <w:p>
      <w:pPr>
        <w:jc w:val="right"/>
      </w:pPr>
      <w:r>
        <w:t>कासिम नौराती यहाँ रहते हैं? यहाँ हैं?</w:t>
      </w:r>
    </w:p>
    <w:p>
      <w:r>
        <w:rPr>
          <w:b/>
        </w:rPr>
        <w:t xml:space="preserve">[29:51] </w:t>
      </w:r>
      <w:r>
        <w:t>to wo khade hue the. to do kadam peeche hat gaye wo. kaha, abhi to yahan the. ya tauriya. jahan khade hue the, usse peeche thoda-thoda sa hat gaye. kaha, abhi to yahan, abhi to yahin the. to tauriya to bilkul</w:t>
      </w:r>
    </w:p>
    <w:p>
      <w:pPr>
        <w:jc w:val="right"/>
      </w:pPr>
      <w:r>
        <w:t>तो वो खड़े हुए थे। तो दो कदम पीछे हट गए वो। कहा, अभी तो यहाँ थे। या तौरिया। जहाँ खड़े हुए थे, उससे पीछे थोड़ा-थोड़ा सा हट गए। कहा, अभी तो यहाँ, अभी तो यहीं थे। तो तौरिया तो बिल्कुल</w:t>
      </w:r>
    </w:p>
    <w:p>
      <w:r>
        <w:rPr>
          <w:b/>
        </w:rPr>
        <w:t xml:space="preserve">[30:08] </w:t>
      </w:r>
      <w:r>
        <w:t>jaiz hai, ismein koi shakk nahi. lekin baz auqat aisa bhi hota hai ki wo jhooth nahi hota, wo khilaf waqea bolna hota hai. to kisi badi maqsad, maslihat ke liye. hadis se sabit hai ki rasool allah sallallahu alaihi wasallam ne khilaf waqea bolne ki ijazat di.</w:t>
      </w:r>
    </w:p>
    <w:p>
      <w:pPr>
        <w:jc w:val="right"/>
      </w:pPr>
      <w:r>
        <w:t>जायज है, इसमें कोई शक नहीं। लेकिन बाज औकात ऐसा भी होता है कि वो झूठ नहीं होता, वो खिलाफ वाकया बोलना होता है। तो किसी बड़ी मकसद, मसीहत के लिए। हदीस से साबित है कि रसूल अल्लाह सल्लल्लाहु अलैहि वसल्लम ने खिलाफ वाकया बोलने की इजाजत दी।</w:t>
      </w:r>
    </w:p>
    <w:p>
      <w:r>
        <w:rPr>
          <w:b/>
        </w:rPr>
        <w:t xml:space="preserve">[30:30] </w:t>
      </w:r>
      <w:r>
        <w:t>iska ek, ek misal qabil Ashraf ka waqya hai. adar, adar lahu ayakul aata hai hadison mein. to ye mamle teen baatein ho gayin. usool ke taur par jhooth bolna bina shubha haram hai islam mein.</w:t>
      </w:r>
    </w:p>
    <w:p>
      <w:pPr>
        <w:jc w:val="right"/>
      </w:pPr>
      <w:r>
        <w:t>इसका एक, एक मिसाल काबिल अशरफ का वाकया है। अदर, अदर लहू अयकूल आता है हदीसों में। तो ये मामले तीन बातें हो गईं। उसूल के तौर पर झूठ बोलना बिना शुभा हराम है इस्लाम में।</w:t>
      </w:r>
    </w:p>
    <w:p>
      <w:r>
        <w:rPr>
          <w:b/>
        </w:rPr>
        <w:t xml:space="preserve">[30:50] </w:t>
      </w:r>
      <w:r>
        <w:t>uske baad apni jaan bachane ke liye ya kisi bade nuksan se bachne ke liye aapko ye sochna padta hai ki agar main theek-theek baat kahoon, to yani bahut badi musibat mein phans jaunga. to wahan do cheezein hoti hain. ya to aap tauriya karen</w:t>
      </w:r>
    </w:p>
    <w:p>
      <w:pPr>
        <w:jc w:val="right"/>
      </w:pPr>
      <w:r>
        <w:t>उसके बाद अपनी जान बचाने के लिए या किसी बड़े नुकसान से बचने के लिए आपको यह सोचना पड़ता है कि अगर मैंठीक-ठीक बात कहूँ, तो यानी बहुत बड़ी मुसीबत में फँस जाऊँगा। तो वहाँ दो चीजें होती हैं। या तो आप तौरिया करें</w:t>
      </w:r>
    </w:p>
    <w:p>
      <w:r>
        <w:rPr>
          <w:b/>
        </w:rPr>
        <w:t xml:space="preserve">[31:09] </w:t>
      </w:r>
      <w:r>
        <w:t>ya khilaf waqea baat bol dein. isiliye Sadi ne likha hai bahut sahi ki daroge maslihat aamez behad raste fitna angez. aisa, aisa, aisa jhooth jis se maslihat hasil hoti ho, wo fitna barpa karne wale se</w:t>
      </w:r>
    </w:p>
    <w:p>
      <w:pPr>
        <w:jc w:val="right"/>
      </w:pPr>
      <w:r>
        <w:t>या खिलाफ वाकया बात बोल दें। इसीलिए सादी ने लिखा है बहुत सही कि दरोगे मसलत आमेज बेहद रास्ते फितरा अंगेज। ऐसा, ऐसा, ऐसा झूठ जिससे मसीहत हासिल होती हो, वो फितना बरपा करने वाले से</w:t>
      </w:r>
    </w:p>
    <w:p>
      <w:r>
        <w:rPr>
          <w:b/>
        </w:rPr>
        <w:t xml:space="preserve">[31:33] </w:t>
      </w:r>
      <w:r>
        <w:t>better hai. kai bar aisa hota hai ki aap bilkul theek-theek bata payen, to yani ek masla khada ho sakta hai. maslan, ek daku aaya farz ki lootne ke liye kisi,</w:t>
      </w:r>
    </w:p>
    <w:p>
      <w:pPr>
        <w:jc w:val="right"/>
      </w:pPr>
      <w:r>
        <w:t>बेटर है। कई बार ऐसा होता है कि आप बिल्कुलठीक-ठीक बता पाएं, तो यानी एक मसला खड़ा हो सकता है। मसलन, एक डाकू आया फर्ज की लूटने के लिए किसी,</w:t>
      </w:r>
    </w:p>
    <w:p>
      <w:r>
        <w:rPr>
          <w:b/>
        </w:rPr>
        <w:t xml:space="preserve">[31:49] </w:t>
      </w:r>
      <w:r>
        <w:t>kisi ke ghar. ab aap us mauqe par agar batayen ki ye unka ghar hai, to ghusega aur loote ga.</w:t>
      </w:r>
    </w:p>
    <w:p>
      <w:pPr>
        <w:jc w:val="right"/>
      </w:pPr>
      <w:r>
        <w:t>किसी के घर। अब आप उस मौके पर अगर बताएं कि ये उनका घर है, तो घुसेगा और लूटेगा।</w:t>
      </w:r>
    </w:p>
    <w:p>
      <w:r>
        <w:rPr>
          <w:b/>
        </w:rPr>
        <w:t xml:space="preserve">[31:55] </w:t>
      </w:r>
      <w:r>
        <w:t>aap keh denge, "bhai, tum bhatak ke yahan aa gaye,</w:t>
      </w:r>
    </w:p>
    <w:p>
      <w:pPr>
        <w:jc w:val="right"/>
      </w:pPr>
      <w:r>
        <w:t>आप कह देंगे, "भाई, तुम भटक के यहाँ आ गए,</w:t>
      </w:r>
    </w:p>
    <w:p>
      <w:r>
        <w:rPr>
          <w:b/>
        </w:rPr>
        <w:t xml:space="preserve">[31:57] </w:t>
      </w:r>
      <w:r>
        <w:t>yahan kahan ho?" wo to kahin aur rehte honge. yahan to koi nahi. to ye aisa, yani khilaf waqea bolna us waqt farz ho jata hai. kyunki usse aap jaan-maal bachate hain kisi ki. to teen shaklein hain baharhal.</w:t>
      </w:r>
    </w:p>
    <w:p>
      <w:pPr>
        <w:jc w:val="right"/>
      </w:pPr>
      <w:r>
        <w:t>यहाँ कहाँ हो?" वो तो कहीं और रहते होंगे। यहाँ तो कोई नहीं। तो ये ऐसा, यानी खिलाफ वाकया बोलना उस वक्त फर्ज हो जाता है। क्योंकि उससे आप जान-माल बचाते हैं किसी की। तो तीन शक्लें हैं बहरहाल।</w:t>
      </w:r>
    </w:p>
    <w:p>
      <w:r>
        <w:rPr>
          <w:b/>
        </w:rPr>
        <w:t xml:space="preserve">[32:13] </w:t>
      </w:r>
      <w:r>
        <w:t>this question is from mr mohammad sultan from delhi. quran mein khuda ke bare mein aaya hai ki sirf wahi hai jo ye janta hai ki arham mein kya hai. magar aajkal ultrasound ke zariye ye baat discard ho gayi hai. aisi halat mein quran ki is words ka matlab kya hoga?</w:t>
      </w:r>
    </w:p>
    <w:p>
      <w:pPr>
        <w:jc w:val="right"/>
      </w:pPr>
      <w:r>
        <w:t>दिस क्वेश्चन इज़ फ्रॉम मिस्टर मोहम्मद सुल्तान फ्रॉम दिल्ली। कुरान में खुदा के बारे में आया है कि सिर्फ वही है जो ये जानता है कि अरहाम में क्या है। मगर आजकल अल्ट्रासाउंड के जरिए ये बात डिस्कार्ड हो गई है। ऐसी हालत में कुरान की इस वर्ड्स का मतलब क्या होगा?</w:t>
      </w:r>
    </w:p>
    <w:p>
      <w:r>
        <w:rPr>
          <w:b/>
        </w:rPr>
        <w:t xml:space="preserve">[32:37] </w:t>
      </w:r>
      <w:r>
        <w:t>dekhiye, asal mein galti ye hai ki log isko samajhte hain ki ladka hai ya ladki. male hai ki female. ye matlab ye nahi, ye quran mein hai hi nahi. ye</w:t>
      </w:r>
    </w:p>
    <w:p>
      <w:pPr>
        <w:jc w:val="right"/>
      </w:pPr>
      <w:r>
        <w:t>देखिए, असल में गलती ये है कि लोग इसको समझते हैं कि लड़का है या लड़की। मेल है कि फीमेल। ये मतलब ये नहीं, ये कुरान में है ही नहीं। ये</w:t>
      </w:r>
    </w:p>
    <w:p>
      <w:r>
        <w:rPr>
          <w:b/>
        </w:rPr>
        <w:t xml:space="preserve">[32:50] </w:t>
      </w:r>
      <w:r>
        <w:t>to quran mein hai nahi ki wo male hai ki female hai. usmein jo hai, wo yani uski shakhsiyat kya hai, future mein kya banne wala hai, ye kisi ko pata nahi. matlab wo hitler banega ki stalin banega, kisi</w:t>
      </w:r>
    </w:p>
    <w:p>
      <w:pPr>
        <w:jc w:val="right"/>
      </w:pPr>
      <w:r>
        <w:t>तो कुरान में है नहीं कि वो मेल है कि फीमेल है। उसमें जो है, वो यानी उसकी शख्सियत क्या है, फ्यूचर में क्या बनने वाला है, ये किसी को पता नहीं। मतलब वो हिटलर बनेगा कि स्टालिन बनेगा, किसी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