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Ramazan Training for Leading A Cautious Life April 24, 2020 Maulana Wahiduddin Khan</w:t>
      </w:r>
    </w:p>
    <w:p>
      <w:r>
        <w:t>https://www.youtube.com/watch?v=IBChjhcEDh0</w:t>
      </w:r>
    </w:p>
    <w:p>
      <w:r>
        <w:rPr>
          <w:b/>
        </w:rPr>
        <w:t xml:space="preserve">[00:14] </w:t>
      </w:r>
      <w:r>
        <w:t>bismillah hir rahman nir rahim.</w:t>
      </w:r>
    </w:p>
    <w:p>
      <w:pPr>
        <w:jc w:val="right"/>
      </w:pPr>
      <w:r>
        <w:t>بسم اللہ الرحمن الرحیم۔</w:t>
      </w:r>
    </w:p>
    <w:p>
      <w:r>
        <w:rPr>
          <w:b/>
        </w:rPr>
        <w:t xml:space="preserve">[00:22] </w:t>
      </w:r>
      <w:r>
        <w:t>ye ramzan ka mahina hai,</w:t>
      </w:r>
    </w:p>
    <w:p>
      <w:pPr>
        <w:jc w:val="right"/>
      </w:pPr>
      <w:r>
        <w:t>یہ رمضان کا مہینہ ہے،</w:t>
      </w:r>
    </w:p>
    <w:p>
      <w:r>
        <w:rPr>
          <w:b/>
        </w:rPr>
        <w:t xml:space="preserve">[00:27] </w:t>
      </w:r>
      <w:r>
        <w:t>is liye aaj</w:t>
      </w:r>
    </w:p>
    <w:p>
      <w:pPr>
        <w:jc w:val="right"/>
      </w:pPr>
      <w:r>
        <w:t>اس لیے آج</w:t>
      </w:r>
    </w:p>
    <w:p>
      <w:r>
        <w:rPr>
          <w:b/>
        </w:rPr>
        <w:t xml:space="preserve">[00:31] </w:t>
      </w:r>
      <w:r>
        <w:t>mein chahta hoon ke roze ki nisbat se kuch baat kahi jaye.</w:t>
      </w:r>
    </w:p>
    <w:p>
      <w:pPr>
        <w:jc w:val="right"/>
      </w:pPr>
      <w:r>
        <w:t>میں چاہتا ہوں کہ روزے کی نسبت سے کچھ بات کہی جائے۔</w:t>
      </w:r>
    </w:p>
    <w:p>
      <w:r>
        <w:rPr>
          <w:b/>
        </w:rPr>
        <w:t xml:space="preserve">[00:46] </w:t>
      </w:r>
      <w:r>
        <w:t>ramzan ke liye abhi mein waqayqi ka seigha aata hai,</w:t>
      </w:r>
    </w:p>
    <w:p>
      <w:pPr>
        <w:jc w:val="right"/>
      </w:pPr>
      <w:r>
        <w:t>رمضان کے لیے ابھی میں وقایقی کا صیغہ آتا ہے،</w:t>
      </w:r>
    </w:p>
    <w:p>
      <w:r>
        <w:rPr>
          <w:b/>
        </w:rPr>
        <w:t xml:space="preserve">[00:57] </w:t>
      </w:r>
      <w:r>
        <w:t>yani is ke mani hote hain bachna, bachna.</w:t>
      </w:r>
    </w:p>
    <w:p>
      <w:pPr>
        <w:jc w:val="right"/>
      </w:pPr>
      <w:r>
        <w:t>یعنی اس کے معنی ہوتے ہیں بچنا، بچنا۔</w:t>
      </w:r>
    </w:p>
    <w:p>
      <w:r>
        <w:rPr>
          <w:b/>
        </w:rPr>
        <w:t xml:space="preserve">[01:08] </w:t>
      </w:r>
      <w:r>
        <w:t>chunanche ghoṛe ke liye kehte hain frsn waqn.</w:t>
      </w:r>
    </w:p>
    <w:p>
      <w:pPr>
        <w:jc w:val="right"/>
      </w:pPr>
      <w:r>
        <w:t>چنانچہ گھوڑے کے لیے کہتے ہیں فرسن واقن۔</w:t>
      </w:r>
    </w:p>
    <w:p>
      <w:r>
        <w:rPr>
          <w:b/>
        </w:rPr>
        <w:t xml:space="preserve">[01:21] </w:t>
      </w:r>
      <w:r>
        <w:t>koi ghoṛa jis ke paon mein tang ho gaya ho aur woh atak atak kar chalta ho,</w:t>
      </w:r>
    </w:p>
    <w:p>
      <w:pPr>
        <w:jc w:val="right"/>
      </w:pPr>
      <w:r>
        <w:t>کوئی گھوڑا جس کے پاؤں میں تنگ ہو گیا ہو اور وہ اٹک اٹک کر چلتا ہو،</w:t>
      </w:r>
    </w:p>
    <w:p>
      <w:r>
        <w:rPr>
          <w:b/>
        </w:rPr>
        <w:t xml:space="preserve">[01:36] </w:t>
      </w:r>
      <w:r>
        <w:t>to us ko kahenge</w:t>
      </w:r>
    </w:p>
    <w:p>
      <w:pPr>
        <w:jc w:val="right"/>
      </w:pPr>
      <w:r>
        <w:t>تو اس کو کہیں گے</w:t>
      </w:r>
    </w:p>
    <w:p>
      <w:r>
        <w:rPr>
          <w:b/>
        </w:rPr>
        <w:t xml:space="preserve">[01:38] </w:t>
      </w:r>
      <w:r>
        <w:t>frsn waqn, yani bach bach kar chalne wala ghoṛa.</w:t>
      </w:r>
    </w:p>
    <w:p>
      <w:pPr>
        <w:jc w:val="right"/>
      </w:pPr>
      <w:r>
        <w:t>فرسن واقن، یعنی بچ بچ کر چلنے والا گھوڑا۔</w:t>
      </w:r>
    </w:p>
    <w:p>
      <w:r>
        <w:rPr>
          <w:b/>
        </w:rPr>
        <w:t xml:space="preserve">[01:49] </w:t>
      </w:r>
      <w:r>
        <w:t>to is lihaaz se dekha jaye to ramzan is baat ki training hai ke aap</w:t>
      </w:r>
    </w:p>
    <w:p>
      <w:pPr>
        <w:jc w:val="right"/>
      </w:pPr>
      <w:r>
        <w:t>تو اس لحاظ سے دیکھا جائے تو رمضان اس بات کی ٹریننگ ہے کہ آپ</w:t>
      </w:r>
    </w:p>
    <w:p>
      <w:r>
        <w:rPr>
          <w:b/>
        </w:rPr>
        <w:t xml:space="preserve">[02:03] </w:t>
      </w:r>
      <w:r>
        <w:t>ehtiyat ki zindagi guzarein,</w:t>
      </w:r>
    </w:p>
    <w:p>
      <w:pPr>
        <w:jc w:val="right"/>
      </w:pPr>
      <w:r>
        <w:t>احتیاط کی زندگی گزاریں،</w:t>
      </w:r>
    </w:p>
    <w:p>
      <w:r>
        <w:rPr>
          <w:b/>
        </w:rPr>
        <w:t xml:space="preserve">[02:10] </w:t>
      </w:r>
      <w:r>
        <w:t>ehtiyat ki zindagi guzarein.</w:t>
      </w:r>
    </w:p>
    <w:p>
      <w:pPr>
        <w:jc w:val="right"/>
      </w:pPr>
      <w:r>
        <w:t>احتیاط کی زندگی گزاریں۔</w:t>
      </w:r>
    </w:p>
    <w:p>
      <w:r>
        <w:rPr>
          <w:b/>
        </w:rPr>
        <w:t xml:space="preserve">[02:18] </w:t>
      </w:r>
      <w:r>
        <w:t>ehtiyat momin ke liye poori zindagi ehtiyat ki zindagi hai,</w:t>
      </w:r>
    </w:p>
    <w:p>
      <w:pPr>
        <w:jc w:val="right"/>
      </w:pPr>
      <w:r>
        <w:t>احتیاط مومن کے لیے پوری زندگی احتیاط کی زندگی ہے،</w:t>
      </w:r>
    </w:p>
    <w:p>
      <w:r>
        <w:rPr>
          <w:b/>
        </w:rPr>
        <w:t xml:space="preserve">[02:29] </w:t>
      </w:r>
      <w:r>
        <w:t>lekin ramzan khaas tor par is baat ki tarbiyat hai ke aadmi poore mahine ehtiyat ki zindagi guzar kar apne ko tayyar kare ke baqiye mahinon mein kisi qism ki</w:t>
      </w:r>
    </w:p>
    <w:p>
      <w:pPr>
        <w:jc w:val="right"/>
      </w:pPr>
      <w:r>
        <w:t>لیکن رمضان خاص طور پر اس بات کی تربیت ہے کہ آدمی پورے مہینے احتیاط کی زندگی گزار کر اپنے کو تیار کرے کہ بقیہ مہینوں میں کسی قسم کی</w:t>
      </w:r>
    </w:p>
    <w:p>
      <w:r>
        <w:rPr>
          <w:b/>
        </w:rPr>
        <w:t xml:space="preserve">[02:49] </w:t>
      </w:r>
      <w:r>
        <w:t>ehtiyat aur jaldi guzar sake.</w:t>
      </w:r>
    </w:p>
    <w:p>
      <w:pPr>
        <w:jc w:val="right"/>
      </w:pPr>
      <w:r>
        <w:t>احتیاط اور جلدی گزار سکے۔</w:t>
      </w:r>
    </w:p>
    <w:p>
      <w:r>
        <w:rPr>
          <w:b/>
        </w:rPr>
        <w:t xml:space="preserve">[02:57] </w:t>
      </w:r>
      <w:r>
        <w:t>to us ko arabi mein kehte hain frsn waqn. jo ghoṛa aisa ho, us ko kahenge frsn waqn, bach kar, bach bach kar chalne wala ghoṛa.</w:t>
      </w:r>
    </w:p>
    <w:p>
      <w:pPr>
        <w:jc w:val="right"/>
      </w:pPr>
      <w:r>
        <w:t>تو اس کو عربی میں کہتے ہیں فرسن واقن۔ جو گھوڑا ایسا ہو، اس کو کہیں گے فرسن واقن، بچ کر، بچ بچ کر چلنے والا گھوڑا۔</w:t>
      </w:r>
    </w:p>
    <w:p>
      <w:r>
        <w:rPr>
          <w:b/>
        </w:rPr>
        <w:t xml:space="preserve">[03:19] </w:t>
      </w:r>
      <w:r>
        <w:t>yahi ramzan ki rooh hai.</w:t>
      </w:r>
    </w:p>
    <w:p>
      <w:pPr>
        <w:jc w:val="right"/>
      </w:pPr>
      <w:r>
        <w:t>یہی رمضان کی روح ہے۔</w:t>
      </w:r>
    </w:p>
    <w:p>
      <w:r>
        <w:rPr>
          <w:b/>
        </w:rPr>
        <w:t xml:space="preserve">[03:30] </w:t>
      </w:r>
      <w:r>
        <w:t>quran mein hai ke kutiba alaikum assaam kama kutiba ala man qablikum, la alaikum tattaqoon.</w:t>
      </w:r>
    </w:p>
    <w:p>
      <w:pPr>
        <w:jc w:val="right"/>
      </w:pPr>
      <w:r>
        <w:t>قرآن میں ہے کہ کتب علیکم السلام کما کتب علی من قبلکم، لا علیکم تتقون۔</w:t>
      </w:r>
    </w:p>
    <w:p>
      <w:r>
        <w:rPr>
          <w:b/>
        </w:rPr>
        <w:t xml:space="preserve">[03:44] </w:t>
      </w:r>
      <w:r>
        <w:t>yani roze tum par farz kiye gaye jaise pichli ummaton par farz kiye gaye the,</w:t>
      </w:r>
    </w:p>
    <w:p>
      <w:pPr>
        <w:jc w:val="right"/>
      </w:pPr>
      <w:r>
        <w:t>یعنی روزے تم پر فرض کیے گئے جیسے پچھلی امتوں پر فرض کیے گئے تھے،</w:t>
      </w:r>
    </w:p>
    <w:p>
      <w:r>
        <w:rPr>
          <w:b/>
        </w:rPr>
        <w:t xml:space="preserve">[03:52] </w:t>
      </w:r>
      <w:r>
        <w:t>taake tum ehtiyat wali zindagi guzaro.</w:t>
      </w:r>
    </w:p>
    <w:p>
      <w:pPr>
        <w:jc w:val="right"/>
      </w:pPr>
      <w:r>
        <w:t>تاکہ تم احتیاط والی زندگی گزارو۔</w:t>
      </w:r>
    </w:p>
    <w:p>
      <w:r>
        <w:rPr>
          <w:b/>
        </w:rPr>
        <w:t xml:space="preserve">[04:00] </w:t>
      </w:r>
      <w:r>
        <w:t>ehtiyat wali zindagi.</w:t>
      </w:r>
    </w:p>
    <w:p>
      <w:pPr>
        <w:jc w:val="right"/>
      </w:pPr>
      <w:r>
        <w:t>احتیاط والی زندگی۔</w:t>
      </w:r>
    </w:p>
    <w:p>
      <w:r>
        <w:rPr>
          <w:b/>
        </w:rPr>
        <w:t xml:space="preserve">[04:04] </w:t>
      </w:r>
      <w:r>
        <w:t>mein samajhta hoon ke</w:t>
      </w:r>
    </w:p>
    <w:p>
      <w:pPr>
        <w:jc w:val="right"/>
      </w:pPr>
      <w:r>
        <w:t>میں سمجھتا ہوں کہ</w:t>
      </w:r>
    </w:p>
    <w:p>
      <w:r>
        <w:rPr>
          <w:b/>
        </w:rPr>
        <w:t xml:space="preserve">[04:08] </w:t>
      </w:r>
      <w:r>
        <w:t>ehtiyat ka lafz bohat sahi lafz hai,</w:t>
      </w:r>
    </w:p>
    <w:p>
      <w:pPr>
        <w:jc w:val="right"/>
      </w:pPr>
      <w:r>
        <w:t>احتیاط کا لفظ بہت صحیح لفظ ہے،</w:t>
      </w:r>
    </w:p>
    <w:p>
      <w:r>
        <w:rPr>
          <w:b/>
        </w:rPr>
        <w:t xml:space="preserve">[04:20] </w:t>
      </w:r>
      <w:r>
        <w:t>lekin is ka taalluq sirf khane se nahi hai, har maamle se hai.</w:t>
      </w:r>
    </w:p>
    <w:p>
      <w:pPr>
        <w:jc w:val="right"/>
      </w:pPr>
      <w:r>
        <w:t>لیکن اس کا تعلق صرف کھانے سے نہیں ہے، ہر معاملے سے ہے۔</w:t>
      </w:r>
    </w:p>
    <w:p>
      <w:r>
        <w:rPr>
          <w:b/>
        </w:rPr>
        <w:t xml:space="preserve">[04:30] </w:t>
      </w:r>
      <w:r>
        <w:t>har maamle se hai, yani bolna, mislan bolna. bolne ke maamle mein ehtiyat bohat hi zaroori hai.</w:t>
      </w:r>
    </w:p>
    <w:p>
      <w:pPr>
        <w:jc w:val="right"/>
      </w:pPr>
      <w:r>
        <w:t>ہر معاملے سے ہے، یعنی بولنا، مثلاً بولنا۔ بولنے کے معاملے میں احتیاط بہت ہی ضروری ہے۔</w:t>
      </w:r>
    </w:p>
    <w:p>
      <w:r>
        <w:rPr>
          <w:b/>
        </w:rPr>
        <w:t xml:space="preserve">[04:49] </w:t>
      </w:r>
      <w:r>
        <w:t>yani jab aap bolein to ehtiyat ke sath bolein, yani kisi ko bura bura na kahein, kisi par ilzaam na lagayein.</w:t>
      </w:r>
    </w:p>
    <w:p>
      <w:pPr>
        <w:jc w:val="right"/>
      </w:pPr>
      <w:r>
        <w:t>یعنی جب آپ بولیں تو احتیاط کے ساتھ بولیں، یعنی کسی کو برا برا نہ کہیں، کسی پر الزام نہ لگائیں۔</w:t>
      </w:r>
    </w:p>
    <w:p>
      <w:r>
        <w:rPr>
          <w:b/>
        </w:rPr>
        <w:t xml:space="preserve">[05:05] </w:t>
      </w:r>
      <w:r>
        <w:t>misalan dekhiye, ek ghalti bohat aam hai, bohat aam hai ke aap ko kisi se shikayat ho jaye, kisi se shikayat ho jaye</w:t>
      </w:r>
    </w:p>
    <w:p>
      <w:pPr>
        <w:jc w:val="right"/>
      </w:pPr>
      <w:r>
        <w:t>مثلاً دیکھیے، ایک غلطی بہت عام ہے، بہت عام ہے کہ آپ کو کسی سے شکایت ہو جائے، کسی سے شکایت ہو جائے</w:t>
      </w:r>
    </w:p>
    <w:p>
      <w:r>
        <w:rPr>
          <w:b/>
        </w:rPr>
        <w:t xml:space="preserve">[05:20] </w:t>
      </w:r>
      <w:r>
        <w:t>to kya karte hain log? is par aib nahi karte hain, ilzaam lagate hain.</w:t>
      </w:r>
    </w:p>
    <w:p>
      <w:pPr>
        <w:jc w:val="right"/>
      </w:pPr>
      <w:r>
        <w:t>تو کیا کرتے ہیں لوگ؟ اس پر عیب نہیں کرتے ہیں، الزام لگاتے ہیں۔</w:t>
      </w:r>
    </w:p>
    <w:p>
      <w:r>
        <w:rPr>
          <w:b/>
        </w:rPr>
        <w:t xml:space="preserve">[05:36] </w:t>
      </w:r>
      <w:r>
        <w:t>to Ramzan ka mahina is baat ki tarbiyat hai</w:t>
      </w:r>
    </w:p>
    <w:p>
      <w:pPr>
        <w:jc w:val="right"/>
      </w:pPr>
      <w:r>
        <w:t>تو رمضان کا مہینہ اس بات کی تربیت ہے</w:t>
      </w:r>
    </w:p>
    <w:p>
      <w:r>
        <w:rPr>
          <w:b/>
        </w:rPr>
        <w:t xml:space="preserve">[05:46] </w:t>
      </w:r>
      <w:r>
        <w:t>ke chahe shikayat ho, chahe ikhtilaf ho, chahe kuch bhi ho, lekin aap</w:t>
      </w:r>
    </w:p>
    <w:p>
      <w:pPr>
        <w:jc w:val="right"/>
      </w:pPr>
      <w:r>
        <w:t>کہ چاہے شکایت ہو، چاہے اختلاف ہو، چاہے کچھ بھی ہو، لیکن آپ</w:t>
      </w:r>
    </w:p>
    <w:p>
      <w:r>
        <w:rPr>
          <w:b/>
        </w:rPr>
        <w:t xml:space="preserve">[05:56] </w:t>
      </w:r>
      <w:r>
        <w:t>apne kalam mein ehtiyat ka tareeqa ikhtiyar karen.</w:t>
      </w:r>
    </w:p>
    <w:p>
      <w:pPr>
        <w:jc w:val="right"/>
      </w:pPr>
      <w:r>
        <w:t>اپنے کلام میں احتیاط کا طریقہ اختیار کریں۔</w:t>
      </w:r>
    </w:p>
    <w:p>
      <w:r>
        <w:rPr>
          <w:b/>
        </w:rPr>
        <w:t xml:space="preserve">[06:06] </w:t>
      </w:r>
      <w:r>
        <w:t>misalan dekhiye,</w:t>
      </w:r>
    </w:p>
    <w:p>
      <w:pPr>
        <w:jc w:val="right"/>
      </w:pPr>
      <w:r>
        <w:t>مثلاً دیکھیے،</w:t>
      </w:r>
    </w:p>
    <w:p>
      <w:r>
        <w:rPr>
          <w:b/>
        </w:rPr>
        <w:t xml:space="preserve">[06:11] </w:t>
      </w:r>
      <w:r>
        <w:t>ek sahabi ka waqia hai.</w:t>
      </w:r>
    </w:p>
    <w:p>
      <w:pPr>
        <w:jc w:val="right"/>
      </w:pPr>
      <w:r>
        <w:t>ایک صحابی کا واقعہ ہے۔</w:t>
      </w:r>
    </w:p>
    <w:p>
      <w:r>
        <w:rPr>
          <w:b/>
        </w:rPr>
        <w:t xml:space="preserve">[06:18] </w:t>
      </w:r>
      <w:r>
        <w:t>do sahaba ke darmiyan</w:t>
      </w:r>
    </w:p>
    <w:p>
      <w:pPr>
        <w:jc w:val="right"/>
      </w:pPr>
      <w:r>
        <w:t>دو صحابہ کے درمیان</w:t>
      </w:r>
    </w:p>
    <w:p>
      <w:r>
        <w:rPr>
          <w:b/>
        </w:rPr>
        <w:t xml:space="preserve">[06:23] </w:t>
      </w:r>
      <w:r>
        <w:t>ikhtilaf ki baatein ho gayeen, koi lain den ka mamla tha, phir is par.</w:t>
      </w:r>
    </w:p>
    <w:p>
      <w:pPr>
        <w:jc w:val="right"/>
      </w:pPr>
      <w:r>
        <w:t>اختلاف کی باتیں ہو گئیں، کوئی لین دین کا معاملہ تھا، پھر اس پر۔</w:t>
      </w:r>
    </w:p>
    <w:p>
      <w:r>
        <w:rPr>
          <w:b/>
        </w:rPr>
        <w:t xml:space="preserve">[06:33] </w:t>
      </w:r>
      <w:r>
        <w:t>to ek shakhs is sahabi se mile, unhon ne kaha ke yeh woh to</w:t>
      </w:r>
    </w:p>
    <w:p>
      <w:pPr>
        <w:jc w:val="right"/>
      </w:pPr>
      <w:r>
        <w:t>تو ایک شخص اس صحابی سے ملے، انہوں نے کہا کہ یہ وہ تو</w:t>
      </w:r>
    </w:p>
    <w:p>
      <w:r>
        <w:rPr>
          <w:b/>
        </w:rPr>
        <w:t xml:space="preserve">[06:45] </w:t>
      </w:r>
      <w:r>
        <w:t>aise hain, waise hain. yani masla to kisi ek cheez ke baray mein tha, lekin woh lage doosri baaton ko shamil kar ke is sahabi ko bura bara batane mein.</w:t>
      </w:r>
    </w:p>
    <w:p>
      <w:pPr>
        <w:jc w:val="right"/>
      </w:pPr>
      <w:r>
        <w:t>ایسے ہیں، ویسے ہیں۔ یعنی مسئلہ تو کسی ایک چیز کے بارے میں تھا، لیکن وہ لگے دوسری باتوں کو شامل کر کے اس صحابی کو برا برا بتانے میں۔</w:t>
      </w:r>
    </w:p>
    <w:p>
      <w:r>
        <w:rPr>
          <w:b/>
        </w:rPr>
        <w:t xml:space="preserve">[07:04] </w:t>
      </w:r>
      <w:r>
        <w:t>to doosre sahabi ne foran kaha, ma fa inna ma baynana lab yabrugh deenana khamosh, apni zaban band rakho,</w:t>
      </w:r>
    </w:p>
    <w:p>
      <w:pPr>
        <w:jc w:val="right"/>
      </w:pPr>
      <w:r>
        <w:t>تو دوسرے صحابی نے فوراً کہا، مَا فَإِنَّ مَا بَيْنَا لَبْ يَبْرُغْ دِينَنَا خاموش، اپنی زبان بند رکھو،</w:t>
      </w:r>
    </w:p>
    <w:p>
      <w:r>
        <w:rPr>
          <w:b/>
        </w:rPr>
        <w:t xml:space="preserve">[07:20] </w:t>
      </w:r>
      <w:r>
        <w:t>kyunke hamare aur un ke darmiyan</w:t>
      </w:r>
    </w:p>
    <w:p>
      <w:pPr>
        <w:jc w:val="right"/>
      </w:pPr>
      <w:r>
        <w:t>کیونکہ ہمارے اور ان کے درمیان</w:t>
      </w:r>
    </w:p>
    <w:p>
      <w:r>
        <w:rPr>
          <w:b/>
        </w:rPr>
        <w:t xml:space="preserve">[07:23] </w:t>
      </w:r>
      <w:r>
        <w:t>jo ikhtilaf hai, woh hamare ek isi maslay tak rahega,</w:t>
      </w:r>
    </w:p>
    <w:p>
      <w:pPr>
        <w:jc w:val="right"/>
      </w:pPr>
      <w:r>
        <w:t>جو اختلاف ہے، وہ ہمارے ایک اسی مسئلے تک رہے گا،</w:t>
      </w:r>
    </w:p>
    <w:p>
      <w:r>
        <w:rPr>
          <w:b/>
        </w:rPr>
        <w:t xml:space="preserve">[07:35] </w:t>
      </w:r>
      <w:r>
        <w:t>woh hamare deen tak nahi pahunchega. ke is ikhtilaf mein aap yeh nahi kahenge ke yeh aadmi to shuru ka be deen hai,</w:t>
      </w:r>
    </w:p>
    <w:p>
      <w:pPr>
        <w:jc w:val="right"/>
      </w:pPr>
      <w:r>
        <w:t>وہ ہمارے دین تک نہیں پہنچے گا۔ کہ اس اختلاف میں آپ یہ نہیں کہیں گے کہ یہ آدمی تو شروع کا بے دین ہے،</w:t>
      </w:r>
    </w:p>
    <w:p>
      <w:r>
        <w:rPr>
          <w:b/>
        </w:rPr>
        <w:t xml:space="preserve">[07:50] </w:t>
      </w:r>
      <w:r>
        <w:t>yeh nahi kahenge hum.</w:t>
      </w:r>
    </w:p>
    <w:p>
      <w:pPr>
        <w:jc w:val="right"/>
      </w:pPr>
      <w:r>
        <w:t>یہ نہیں کہیں گے ہم۔</w:t>
      </w:r>
    </w:p>
    <w:p>
      <w:r>
        <w:rPr>
          <w:b/>
        </w:rPr>
        <w:t xml:space="preserve">[07:56] </w:t>
      </w:r>
      <w:r>
        <w:t>to is ka matlab yeh hai ke rozay ka mahina</w:t>
      </w:r>
    </w:p>
    <w:p>
      <w:pPr>
        <w:jc w:val="right"/>
      </w:pPr>
      <w:r>
        <w:t>تو اس کا معنی یہ ہے کہ روزے کا مہینہ</w:t>
      </w:r>
    </w:p>
    <w:p>
      <w:r>
        <w:rPr>
          <w:b/>
        </w:rPr>
        <w:t xml:space="preserve">[08:04] </w:t>
      </w:r>
      <w:r>
        <w:t>ehtiyat wali zindagi ki tarbiyat ka mahina hai.</w:t>
      </w:r>
    </w:p>
    <w:p>
      <w:pPr>
        <w:jc w:val="right"/>
      </w:pPr>
      <w:r>
        <w:t>احتیاط والی زندگی کی تربیت کا مہینہ ہے۔</w:t>
      </w:r>
    </w:p>
    <w:p>
      <w:r>
        <w:rPr>
          <w:b/>
        </w:rPr>
        <w:t xml:space="preserve">[08:13] </w:t>
      </w:r>
      <w:r>
        <w:t>rozay ka mahina ehtiyat wali zindagi ka mahina hai.</w:t>
      </w:r>
    </w:p>
    <w:p>
      <w:pPr>
        <w:jc w:val="right"/>
      </w:pPr>
      <w:r>
        <w:t>روزے کا مہینہ احتیاط والی زندگی کا مہینہ ہے۔</w:t>
      </w:r>
    </w:p>
    <w:p>
      <w:r>
        <w:rPr>
          <w:b/>
        </w:rPr>
        <w:t xml:space="preserve">[08:23] </w:t>
      </w:r>
      <w:r>
        <w:t>woh jo qissa tha, woh tha zameen ki lain den ka qissa tha.</w:t>
      </w:r>
    </w:p>
    <w:p>
      <w:pPr>
        <w:jc w:val="right"/>
      </w:pPr>
      <w:r>
        <w:t>وہ جو قصہ تھا، وہ تھا زمین کی لین دین کا قصہ تھا۔</w:t>
      </w:r>
    </w:p>
    <w:p>
      <w:r>
        <w:rPr>
          <w:b/>
        </w:rPr>
        <w:t xml:space="preserve">[08:34] </w:t>
      </w:r>
      <w:r>
        <w:t>zameen ke mamlay mein shikayat ho gayi thi.</w:t>
      </w:r>
    </w:p>
    <w:p>
      <w:pPr>
        <w:jc w:val="right"/>
      </w:pPr>
      <w:r>
        <w:t>زمین کے معاملے میں شکایت ہو گئی تھی۔</w:t>
      </w:r>
    </w:p>
    <w:p>
      <w:r>
        <w:rPr>
          <w:b/>
        </w:rPr>
        <w:t xml:space="preserve">[08:41] </w:t>
      </w:r>
      <w:r>
        <w:t>to ek aadmi ne</w:t>
      </w:r>
    </w:p>
    <w:p>
      <w:pPr>
        <w:jc w:val="right"/>
      </w:pPr>
      <w:r>
        <w:t>تو ایک آدمی نے</w:t>
      </w:r>
    </w:p>
    <w:p>
      <w:r>
        <w:rPr>
          <w:b/>
        </w:rPr>
        <w:t xml:space="preserve">[08:47] </w:t>
      </w:r>
      <w:r>
        <w:t>un se mile aur kaha ke arey un ka to un ke deen ka kya aitbar hai?</w:t>
      </w:r>
    </w:p>
    <w:p>
      <w:pPr>
        <w:jc w:val="right"/>
      </w:pPr>
      <w:r>
        <w:t>ان سے ملے اور کہا کہ ارے ان کا تو ان کے دین کا کیا اعتبار ہے؟</w:t>
      </w:r>
    </w:p>
    <w:p>
      <w:r>
        <w:rPr>
          <w:b/>
        </w:rPr>
        <w:t xml:space="preserve">[08:57] </w:t>
      </w:r>
      <w:r>
        <w:t>to baat to thi zameen ke lain den ki, aur us ne un ke deen par shakk karna shuru kar diya.</w:t>
      </w:r>
    </w:p>
    <w:p>
      <w:pPr>
        <w:jc w:val="right"/>
      </w:pPr>
      <w:r>
        <w:t>تو بات تو تھی زمین کے لین دین کی، اور اس نے ان کے دین پر شک کرنا شروع کر دیا۔</w:t>
      </w:r>
    </w:p>
    <w:p>
      <w:r>
        <w:rPr>
          <w:b/>
        </w:rPr>
        <w:t xml:space="preserve">[09:10] </w:t>
      </w:r>
      <w:r>
        <w:t>to unhon ne kaha ke ma fa inna ma baynana lab yabrugh deenana</w:t>
      </w:r>
    </w:p>
    <w:p>
      <w:pPr>
        <w:jc w:val="right"/>
      </w:pPr>
      <w:r>
        <w:t>تو انہوں نے کہا کہ مَا فَإِنَّ مَا بَيْنَا لَبْ يَبْرُغْ دِينَنَا</w:t>
      </w:r>
    </w:p>
    <w:p>
      <w:r>
        <w:rPr>
          <w:b/>
        </w:rPr>
        <w:t xml:space="preserve">[09:18] </w:t>
      </w:r>
      <w:r>
        <w:t>chhupo, door ho, hamare darmiyan jo shikayat hai, woh hamare deen tak nahi jayegi.</w:t>
      </w:r>
    </w:p>
    <w:p>
      <w:pPr>
        <w:jc w:val="right"/>
      </w:pPr>
      <w:r>
        <w:t>چھپو، دور ہو، ہمارے درمیان جو شکایت ہے، وہ ہمارے دین تک نہیں جائے گی۔</w:t>
      </w:r>
    </w:p>
    <w:p>
      <w:r>
        <w:rPr>
          <w:b/>
        </w:rPr>
        <w:t xml:space="preserve">[09:33] </w:t>
      </w:r>
      <w:r>
        <w:t>to yeh parhezgari ki zindagi, ehtiyat ki zindagi,</w:t>
      </w:r>
    </w:p>
    <w:p>
      <w:pPr>
        <w:jc w:val="right"/>
      </w:pPr>
      <w:r>
        <w:t>تو یہ پرہیزگاری کی زندگی، احتیاط کی زندگی،</w:t>
      </w:r>
    </w:p>
    <w:p>
      <w:r>
        <w:rPr>
          <w:b/>
        </w:rPr>
        <w:t xml:space="preserve">[09:42] </w:t>
      </w:r>
      <w:r>
        <w:t>tarbiyat pure saal ke liye hoti hai, sare maah, balkeh balkeh puri zindagi ke liye hoti hai.</w:t>
      </w:r>
    </w:p>
    <w:p>
      <w:pPr>
        <w:jc w:val="right"/>
      </w:pPr>
      <w:r>
        <w:t>تربیت پورے سال کے لیے ہوتی ہے، سارے ماہ، بلکہ بلکہ پوری زندگی کے لیے ہوتی ہے۔</w:t>
      </w:r>
    </w:p>
    <w:p>
      <w:r>
        <w:rPr>
          <w:b/>
        </w:rPr>
        <w:t xml:space="preserve">[09:58] </w:t>
      </w:r>
      <w:r>
        <w:t>yeh bohat hi zyada zaroori hai, kyunke log samajhte hain ke bas roza ek ka ek form hai, is form ko ada kar lo, bas ho gaya, roza ho gaya.</w:t>
      </w:r>
    </w:p>
    <w:p>
      <w:pPr>
        <w:jc w:val="right"/>
      </w:pPr>
      <w:r>
        <w:t>یہ بہت ہی زیادہ ضروری ہے، کیونکہ لوگ سمجھتے ہیں کہ بس روزہ ایک کا ایک فارم ہے، اس فارم کو ادا کر لو، بس ہو گیا، روزہ ہو گیا۔</w:t>
      </w:r>
    </w:p>
    <w:p>
      <w:r>
        <w:rPr>
          <w:b/>
        </w:rPr>
        <w:t xml:space="preserve">[10:17] </w:t>
      </w:r>
      <w:r>
        <w:t>roze ko ek form kamane mein lete hain, isprit kamane mein nahi.</w:t>
      </w:r>
    </w:p>
    <w:p>
      <w:pPr>
        <w:jc w:val="right"/>
      </w:pPr>
      <w:r>
        <w:t>روزے کو ایک فارم کمانے میں لیتے ہیں، اسپرٹ کمانے میں نہیں۔</w:t>
      </w:r>
    </w:p>
    <w:p>
      <w:r>
        <w:rPr>
          <w:b/>
        </w:rPr>
        <w:t xml:space="preserve">[10:29] </w:t>
      </w:r>
      <w:r>
        <w:t>to roze ko agar aap form kamane mein lein to woh roza nahi hoga, woh ek rasam hogi.</w:t>
      </w:r>
    </w:p>
    <w:p>
      <w:pPr>
        <w:jc w:val="right"/>
      </w:pPr>
      <w:r>
        <w:t>تو روزے کو اگر آپ فارم کمانے میں لیں تو وہ روزہ نہیں ہو گا، وہ ایک رسم ہو گی۔</w:t>
      </w:r>
    </w:p>
    <w:p>
      <w:r>
        <w:rPr>
          <w:b/>
        </w:rPr>
        <w:t xml:space="preserve">[10:43] </w:t>
      </w:r>
      <w:r>
        <w:t>roza yeh hai ke iske liye isprit hai, is isprit ke sath roza rakha jaye.</w:t>
      </w:r>
    </w:p>
    <w:p>
      <w:pPr>
        <w:jc w:val="right"/>
      </w:pPr>
      <w:r>
        <w:t>روزہ یہ ہے کہ اس کے لیے اسپرٹ ہے، اس اسپرٹ کے ساتھ روزہ رکھا جائے۔</w:t>
      </w:r>
    </w:p>
    <w:p>
      <w:r>
        <w:rPr>
          <w:b/>
        </w:rPr>
        <w:t xml:space="preserve">[10:54] </w:t>
      </w:r>
      <w:r>
        <w:t>iske liye maine aap ko bataya ke</w:t>
      </w:r>
    </w:p>
    <w:p>
      <w:pPr>
        <w:jc w:val="right"/>
      </w:pPr>
      <w:r>
        <w:t>اس کے لیے میں نے آپ کو بتایا کہ</w:t>
      </w:r>
    </w:p>
    <w:p>
      <w:r>
        <w:rPr>
          <w:b/>
        </w:rPr>
        <w:t xml:space="preserve">[11:04] </w:t>
      </w:r>
      <w:r>
        <w:t>waqaiqi arabi mein</w:t>
      </w:r>
    </w:p>
    <w:p>
      <w:pPr>
        <w:jc w:val="right"/>
      </w:pPr>
      <w:r>
        <w:t>وقایقی عربی میں</w:t>
      </w:r>
    </w:p>
    <w:p>
      <w:r>
        <w:rPr>
          <w:b/>
        </w:rPr>
        <w:t xml:space="preserve">[11:10] </w:t>
      </w:r>
      <w:r>
        <w:t>istemal hai.</w:t>
      </w:r>
    </w:p>
    <w:p>
      <w:pPr>
        <w:jc w:val="right"/>
      </w:pPr>
      <w:r>
        <w:t>استعمال ہے۔</w:t>
      </w:r>
    </w:p>
    <w:p>
      <w:r>
        <w:rPr>
          <w:b/>
        </w:rPr>
        <w:t xml:space="preserve">[11:15] </w:t>
      </w:r>
      <w:r>
        <w:t>to</w:t>
      </w:r>
    </w:p>
    <w:p>
      <w:pPr>
        <w:jc w:val="right"/>
      </w:pPr>
      <w:r>
        <w:t>تو</w:t>
      </w:r>
    </w:p>
    <w:p>
      <w:r>
        <w:rPr>
          <w:b/>
        </w:rPr>
        <w:t xml:space="preserve">[11:18] </w:t>
      </w:r>
      <w:r>
        <w:t>fursan waqin, fursan waqin</w:t>
      </w:r>
    </w:p>
    <w:p>
      <w:pPr>
        <w:jc w:val="right"/>
      </w:pPr>
      <w:r>
        <w:t>فرسن واقن، فرسن واقن</w:t>
      </w:r>
    </w:p>
    <w:p>
      <w:r>
        <w:rPr>
          <w:b/>
        </w:rPr>
        <w:t xml:space="preserve">[11:27] </w:t>
      </w:r>
      <w:r>
        <w:t>kaha jata hai,</w:t>
      </w:r>
    </w:p>
    <w:p>
      <w:pPr>
        <w:jc w:val="right"/>
      </w:pPr>
      <w:r>
        <w:t>کہا جاتا ہے،</w:t>
      </w:r>
    </w:p>
    <w:p>
      <w:r>
        <w:rPr>
          <w:b/>
        </w:rPr>
        <w:t xml:space="preserve">[11:31] </w:t>
      </w:r>
      <w:r>
        <w:t>yani</w:t>
      </w:r>
    </w:p>
    <w:p>
      <w:pPr>
        <w:jc w:val="right"/>
      </w:pPr>
      <w:r>
        <w:t>یعنی</w:t>
      </w:r>
    </w:p>
    <w:p>
      <w:r>
        <w:rPr>
          <w:b/>
        </w:rPr>
        <w:t xml:space="preserve">[11:39] </w:t>
      </w:r>
      <w:r>
        <w:t>aisa ghoda jo jis ke paon mein kuch chhota ho gayi ho aur woh bach bach kar chalta ho,</w:t>
      </w:r>
    </w:p>
    <w:p>
      <w:pPr>
        <w:jc w:val="right"/>
      </w:pPr>
      <w:r>
        <w:t>ایسا گھوڑا جو جس کے پاؤں میں کچھ چھوٹا ہو گئی ہو اور وہ بچ بچ کر چلتا ہو،</w:t>
      </w:r>
    </w:p>
    <w:p>
      <w:r>
        <w:rPr>
          <w:b/>
        </w:rPr>
        <w:t xml:space="preserve">[11:55] </w:t>
      </w:r>
      <w:r>
        <w:t>fursan waqin.</w:t>
      </w:r>
    </w:p>
    <w:p>
      <w:pPr>
        <w:jc w:val="right"/>
      </w:pPr>
      <w:r>
        <w:t>فرسن واقن۔</w:t>
      </w:r>
    </w:p>
    <w:p>
      <w:r>
        <w:rPr>
          <w:b/>
        </w:rPr>
        <w:t xml:space="preserve">[11:59] </w:t>
      </w:r>
      <w:r>
        <w:t>to rozedar ko yeh karna hai ke woh bach bach kar chale,</w:t>
      </w:r>
    </w:p>
    <w:p>
      <w:pPr>
        <w:jc w:val="right"/>
      </w:pPr>
      <w:r>
        <w:t>تو روزہ دار کو یہ کرنا ہے کہ وہ بچ بچ کر چلے،</w:t>
      </w:r>
    </w:p>
    <w:p>
      <w:r>
        <w:rPr>
          <w:b/>
        </w:rPr>
        <w:t xml:space="preserve">[12:07] </w:t>
      </w:r>
      <w:r>
        <w:t>rozedar ko yeh karna hai ke woh bach bach kar chale.</w:t>
      </w:r>
    </w:p>
    <w:p>
      <w:pPr>
        <w:jc w:val="right"/>
      </w:pPr>
      <w:r>
        <w:t>روزہ دار کو یہ کرنا ہے کہ وہ بچ بچ کر چلے۔</w:t>
      </w:r>
    </w:p>
    <w:p>
      <w:r>
        <w:rPr>
          <w:b/>
        </w:rPr>
        <w:t xml:space="preserve">[12:17] </w:t>
      </w:r>
      <w:r>
        <w:t>to iski jo isprit hai, roze ki jo isprit hai, woh ehtiyat hai, parhezgari hai,</w:t>
      </w:r>
    </w:p>
    <w:p>
      <w:pPr>
        <w:jc w:val="right"/>
      </w:pPr>
      <w:r>
        <w:t>تو اس کی جو اسپرٹ ہے، روزے کی جو اسپرٹ ہے، وہ احتیاط ہے، پرہیزگاری ہے،</w:t>
      </w:r>
    </w:p>
    <w:p>
      <w:r>
        <w:rPr>
          <w:b/>
        </w:rPr>
        <w:t xml:space="preserve">[12:30] </w:t>
      </w:r>
      <w:r>
        <w:t>bachna, bachna.</w:t>
      </w:r>
    </w:p>
    <w:p>
      <w:pPr>
        <w:jc w:val="right"/>
      </w:pPr>
      <w:r>
        <w:t>بچنا، بچنا۔</w:t>
      </w:r>
    </w:p>
    <w:p>
      <w:r>
        <w:rPr>
          <w:b/>
        </w:rPr>
        <w:t xml:space="preserve">[12:36] </w:t>
      </w:r>
      <w:r>
        <w:t>har mamle mein,</w:t>
      </w:r>
    </w:p>
    <w:p>
      <w:pPr>
        <w:jc w:val="right"/>
      </w:pPr>
      <w:r>
        <w:t>ہر معاملے میں،</w:t>
      </w:r>
    </w:p>
    <w:p>
      <w:r>
        <w:rPr>
          <w:b/>
        </w:rPr>
        <w:t xml:space="preserve">[12:41] </w:t>
      </w:r>
      <w:r>
        <w:t>har mamle mein bachna.</w:t>
      </w:r>
    </w:p>
    <w:p>
      <w:pPr>
        <w:jc w:val="right"/>
      </w:pPr>
      <w:r>
        <w:t>ہر معاملے میں بچنا۔</w:t>
      </w:r>
    </w:p>
    <w:p>
      <w:r>
        <w:rPr>
          <w:b/>
        </w:rPr>
        <w:t xml:space="preserve">[12:46] </w:t>
      </w:r>
      <w:r>
        <w:t>apne bol mein, apne rawaiye mein, apni lein dein mein, har mamle mein bach bach kar zindagi guzarna, yani sahi galat mein.</w:t>
      </w:r>
    </w:p>
    <w:p>
      <w:pPr>
        <w:jc w:val="right"/>
      </w:pPr>
      <w:r>
        <w:t>اپنے بول میں، اپنے رویے میں، اپنی لین دین میں، ہر معاملے میں بچ بچ کر زندگی گزارنا، یعنی صحیح غلط میں۔</w:t>
      </w:r>
    </w:p>
    <w:p>
      <w:r>
        <w:rPr>
          <w:b/>
        </w:rPr>
        <w:t xml:space="preserve">[13:13] </w:t>
      </w:r>
      <w:r>
        <w:t>galat bolne se bachna,</w:t>
      </w:r>
    </w:p>
    <w:p>
      <w:pPr>
        <w:jc w:val="right"/>
      </w:pPr>
      <w:r>
        <w:t>غلط بولنے سے بچنا،</w:t>
      </w:r>
    </w:p>
    <w:p>
      <w:r>
        <w:rPr>
          <w:b/>
        </w:rPr>
        <w:t xml:space="preserve">[13:18] </w:t>
      </w:r>
      <w:r>
        <w:t>parhezgari ka tareeqa ikhtiyar karna.</w:t>
      </w:r>
    </w:p>
    <w:p>
      <w:pPr>
        <w:jc w:val="right"/>
      </w:pPr>
      <w:r>
        <w:t>پرہیزگاری کا طریقہ اختیار کرنا۔</w:t>
      </w:r>
    </w:p>
    <w:p>
      <w:r>
        <w:rPr>
          <w:b/>
        </w:rPr>
        <w:t xml:space="preserve">[13:25] </w:t>
      </w:r>
      <w:r>
        <w:t>tu mein samajhta hoon ke aaj ramzan</w:t>
      </w:r>
    </w:p>
    <w:p>
      <w:pPr>
        <w:jc w:val="right"/>
      </w:pPr>
      <w:r>
        <w:t>تو میں سمجھتا ہوں کہ آج رمضان</w:t>
      </w:r>
    </w:p>
    <w:p>
      <w:r>
        <w:rPr>
          <w:b/>
        </w:rPr>
        <w:t xml:space="preserve">[13:33] </w:t>
      </w:r>
      <w:r>
        <w:t>ke aaghaz mein hum sab ko</w:t>
      </w:r>
    </w:p>
    <w:p>
      <w:pPr>
        <w:jc w:val="right"/>
      </w:pPr>
      <w:r>
        <w:t>کے آغاز میں ہم سب کو</w:t>
      </w:r>
    </w:p>
    <w:p>
      <w:r>
        <w:rPr>
          <w:b/>
        </w:rPr>
        <w:t xml:space="preserve">[13:42] </w:t>
      </w:r>
      <w:r>
        <w:t>yeh karna chahiye ke hum</w:t>
      </w:r>
    </w:p>
    <w:p>
      <w:pPr>
        <w:jc w:val="right"/>
      </w:pPr>
      <w:r>
        <w:t>یہ کرنا چاہیے کہ ہم</w:t>
      </w:r>
    </w:p>
    <w:p>
      <w:r>
        <w:rPr>
          <w:b/>
        </w:rPr>
        <w:t xml:space="preserve">[13:47] </w:t>
      </w:r>
      <w:r>
        <w:t>ehtiyat wali zindagi guzarein,</w:t>
      </w:r>
    </w:p>
    <w:p>
      <w:pPr>
        <w:jc w:val="right"/>
      </w:pPr>
      <w:r>
        <w:t>احتیاط والی زندگی گزاریں،</w:t>
      </w:r>
    </w:p>
    <w:p>
      <w:r>
        <w:rPr>
          <w:b/>
        </w:rPr>
        <w:t xml:space="preserve">[13:56] </w:t>
      </w:r>
      <w:r>
        <w:t>yani aib lagana chhod dein.</w:t>
      </w:r>
    </w:p>
    <w:p>
      <w:pPr>
        <w:jc w:val="right"/>
      </w:pPr>
      <w:r>
        <w:t>یعنی عیب لگانا چھوڑیں۔</w:t>
      </w:r>
    </w:p>
    <w:p>
      <w:r>
        <w:rPr>
          <w:b/>
        </w:rPr>
        <w:t xml:space="preserve">[14:04] </w:t>
      </w:r>
      <w:r>
        <w:t>kisi se ek baat ho to phir to wahi baat kahein jo waqai baat hai, aib wali baat se bachna.</w:t>
      </w:r>
    </w:p>
    <w:p>
      <w:pPr>
        <w:jc w:val="right"/>
      </w:pPr>
      <w:r>
        <w:t>کسی سے ایک بات ہو تو پھر تو وہی بات کہیں جو واقعی بات ہے، عیب والی بات سے بچنا۔</w:t>
      </w:r>
    </w:p>
    <w:p>
      <w:r>
        <w:rPr>
          <w:b/>
        </w:rPr>
        <w:t xml:space="preserve">[14:28] </w:t>
      </w:r>
      <w:r>
        <w:t>log kuch rasoom poore deen ko rasmi bana diya hai, eid darazi ko bhi rasmi bana diya hai.</w:t>
      </w:r>
    </w:p>
    <w:p>
      <w:pPr>
        <w:jc w:val="right"/>
      </w:pPr>
      <w:r>
        <w:t>لوگ کچھ رسوم پورے دین کو رسمی بنا دیا ہے، عید درازی کو بھی رسمی بنا دیا ہے۔</w:t>
      </w:r>
    </w:p>
    <w:p>
      <w:r>
        <w:rPr>
          <w:b/>
        </w:rPr>
        <w:t xml:space="preserve">[14:45] </w:t>
      </w:r>
      <w:r>
        <w:t>misalan bohat pehle ki baat hai,</w:t>
      </w:r>
    </w:p>
    <w:p>
      <w:pPr>
        <w:jc w:val="right"/>
      </w:pPr>
      <w:r>
        <w:t>مثلاً بہت پہلے کی بات ہے،</w:t>
      </w:r>
    </w:p>
    <w:p>
      <w:r>
        <w:rPr>
          <w:b/>
        </w:rPr>
        <w:t xml:space="preserve">[14:53] </w:t>
      </w:r>
      <w:r>
        <w:t>mein ek shehar mein gaya,</w:t>
      </w:r>
    </w:p>
    <w:p>
      <w:pPr>
        <w:jc w:val="right"/>
      </w:pPr>
      <w:r>
        <w:t>میں ایک شہر میں گیا،</w:t>
      </w:r>
    </w:p>
    <w:p>
      <w:r>
        <w:rPr>
          <w:b/>
        </w:rPr>
        <w:t xml:space="preserve">[15:00] </w:t>
      </w:r>
      <w:r>
        <w:t>ek shehar mein gaya.</w:t>
      </w:r>
    </w:p>
    <w:p>
      <w:pPr>
        <w:jc w:val="right"/>
      </w:pPr>
      <w:r>
        <w:t>ایک شہر میں گیا۔</w:t>
      </w:r>
    </w:p>
    <w:p>
      <w:r>
        <w:rPr>
          <w:b/>
        </w:rPr>
        <w:t xml:space="preserve">[15:04] </w:t>
      </w:r>
      <w:r>
        <w:t>to wahan ek sahib rehte the, woh bohat bade afsar the, unka bohat bada bungalow tha.</w:t>
      </w:r>
    </w:p>
    <w:p>
      <w:pPr>
        <w:jc w:val="right"/>
      </w:pPr>
      <w:r>
        <w:t>تو وہاں ایک صاحب رہتے تھے، وہ بہت بڑے افسر تھے، ان کا بہت بڑا بنگلہ تھا۔</w:t>
      </w:r>
    </w:p>
    <w:p>
      <w:r>
        <w:rPr>
          <w:b/>
        </w:rPr>
        <w:t xml:space="preserve">[15:14] </w:t>
      </w:r>
      <w:r>
        <w:t>to mein ghaliban subah ko wahan pahuncha tha, train se gaya tha, adam garh se.</w:t>
      </w:r>
    </w:p>
    <w:p>
      <w:pPr>
        <w:jc w:val="right"/>
      </w:pPr>
      <w:r>
        <w:t>تو میں غالباً صبح کو وہاں پہنچا تھا، ٹرین سے گیا تھا، آدم گڑھ سے۔</w:t>
      </w:r>
    </w:p>
    <w:p>
      <w:r>
        <w:rPr>
          <w:b/>
        </w:rPr>
        <w:t xml:space="preserve">[15:27] </w:t>
      </w:r>
      <w:r>
        <w:t>to mujhe unke bangle ke bahar ek jagah thi, wahan thehraya gaya tha.</w:t>
      </w:r>
    </w:p>
    <w:p>
      <w:pPr>
        <w:jc w:val="right"/>
      </w:pPr>
      <w:r>
        <w:t>تو مجھے ان کے بنگلے کے باہر ایک جگہ تھی، وہاں ٹھہرایا گیا تھا۔</w:t>
      </w:r>
    </w:p>
    <w:p>
      <w:r>
        <w:rPr>
          <w:b/>
        </w:rPr>
        <w:t xml:space="preserve">[15:43] </w:t>
      </w:r>
      <w:r>
        <w:t>to mein ne dekha ke ek ek sahib rozana subah ko aate hain, unke haath mein jozdan hota hai, yeh quran ka.</w:t>
      </w:r>
    </w:p>
    <w:p>
      <w:pPr>
        <w:jc w:val="right"/>
      </w:pPr>
      <w:r>
        <w:t>تو میں نے دیکھا کہ ایک ایک صاحب روزانہ صبح کو آتے ہیں، ان کے ہاتھ میں جزدان ہوتا ہے، یہ قرآن کا۔</w:t>
      </w:r>
    </w:p>
    <w:p>
      <w:r>
        <w:rPr>
          <w:b/>
        </w:rPr>
        <w:t xml:space="preserve">[15:55] </w:t>
      </w:r>
      <w:r>
        <w:t>woh usko khol kar padhte hain, padh kar</w:t>
      </w:r>
    </w:p>
    <w:p>
      <w:pPr>
        <w:jc w:val="right"/>
      </w:pPr>
      <w:r>
        <w:t>وہ اس کو کھول کر پڑھتے ہیں، پڑھ کر</w:t>
      </w:r>
    </w:p>
    <w:p>
      <w:r>
        <w:rPr>
          <w:b/>
        </w:rPr>
        <w:t xml:space="preserve">[16:00] </w:t>
      </w:r>
      <w:r>
        <w:t>chale jaate hain.</w:t>
      </w:r>
    </w:p>
    <w:p>
      <w:pPr>
        <w:jc w:val="right"/>
      </w:pPr>
      <w:r>
        <w:t>چلے جاتے ہیں۔</w:t>
      </w:r>
    </w:p>
    <w:p>
      <w:r>
        <w:rPr>
          <w:b/>
        </w:rPr>
        <w:t xml:space="preserve">[16:04] </w:t>
      </w:r>
      <w:r>
        <w:t>to mein ne jo sahib khana the, unse poocha,</w:t>
      </w:r>
    </w:p>
    <w:p>
      <w:pPr>
        <w:jc w:val="right"/>
      </w:pPr>
      <w:r>
        <w:t>تو میں نے جو صاحب خانہ تھے، ان سے پوچھا،</w:t>
      </w:r>
    </w:p>
    <w:p>
      <w:r>
        <w:rPr>
          <w:b/>
        </w:rPr>
        <w:t xml:space="preserve">[16:12] </w:t>
      </w:r>
      <w:r>
        <w:t>jo afsar sahib is bangle mein malik the, ke yeh subah ke kaun sahib aate hain, woh kya padhte hain, phir chale jaate hain.</w:t>
      </w:r>
    </w:p>
    <w:p>
      <w:pPr>
        <w:jc w:val="right"/>
      </w:pPr>
      <w:r>
        <w:t>جو افسر صاحب اس بنگلے میں مالک تھے، کہ یہ صبح کے کون صاحب آتے ہیں، وہ کیا پڑھتے ہیں، پھر چلے جاتے ہیں۔</w:t>
      </w:r>
    </w:p>
    <w:p>
      <w:r>
        <w:rPr>
          <w:b/>
        </w:rPr>
        <w:t xml:space="preserve">[16:28] </w:t>
      </w:r>
      <w:r>
        <w:t>to mujhe yaad hai ke unhone shayad hans kar kaha tha ke dekhiye, yeh ramzan ka mahina hai, ab hum logon se roza to rakhna mushkil hai hamare liye.</w:t>
      </w:r>
    </w:p>
    <w:p>
      <w:pPr>
        <w:jc w:val="right"/>
      </w:pPr>
      <w:r>
        <w:t>تو مجھے یاد ہے کہ انہوں نے شاید ہنس کر کہا تھا کہ دیکھیے، یہ رمضان کا مہینہ ہے، اب ہم لوگوں سے روزہ تو رکھنا مشکل ہے ہمارے لیے۔</w:t>
      </w:r>
    </w:p>
    <w:p>
      <w:r>
        <w:rPr>
          <w:b/>
        </w:rPr>
        <w:t xml:space="preserve">[16:46] </w:t>
      </w:r>
      <w:r>
        <w:t>to ek haafiz, ek haafiz ji hain, unse hum ne keh diya hai ke aap rozana subah ko aaiye aur quran ki tilawat kijiye aur poore quran ko mahine mein padhiye.</w:t>
      </w:r>
    </w:p>
    <w:p>
      <w:pPr>
        <w:jc w:val="right"/>
      </w:pPr>
      <w:r>
        <w:t>تو ایک حافظ، ایک حافظ جی ہیں، ان سے ہم نے کہہ دیا ہے کہ آپ روزانہ صبح کو آئیے اور قرآن کی تلاوت کیجیے اور پورے قرآن کو مہینے میں پڑھیے۔</w:t>
      </w:r>
    </w:p>
    <w:p>
      <w:r>
        <w:rPr>
          <w:b/>
        </w:rPr>
        <w:t xml:space="preserve">[17:04] </w:t>
      </w:r>
      <w:r>
        <w:t>unko hum mahina poora hone par kuch paisa de denge. aap bataiye ke woh isi ko samajhte the ke ramzan ka haq itna hi hai.</w:t>
      </w:r>
    </w:p>
    <w:p>
      <w:pPr>
        <w:jc w:val="right"/>
      </w:pPr>
      <w:r>
        <w:t>ان کو ہم مہینہ پورا ہونے پر کچھ پیسہ دے دیں گے۔ آپ بتائیے کہ وہ اسی کو سمجھتے تھے کہ رمضان کا حق اتنا ہی ہے۔</w:t>
      </w:r>
    </w:p>
    <w:p>
      <w:r>
        <w:rPr>
          <w:b/>
        </w:rPr>
        <w:t xml:space="preserve">[17:21] </w:t>
      </w:r>
      <w:r>
        <w:t>to behal mein aap logon se yeh kehta hoon ke ramzan ko ehtiyat wali zindagi guzarnay ka zariya banayein aur phir poore saal ke liye</w:t>
      </w:r>
    </w:p>
    <w:p>
      <w:pPr>
        <w:jc w:val="right"/>
      </w:pPr>
      <w:r>
        <w:t>تو بہرحال میں آپ لوگوں سے یہ کہتا ہوں کہ رمضان کو احتیاط والی زندگی گزارنے کا ذریعہ بنائیں اور پھر پورے سال کے لیے</w:t>
      </w:r>
    </w:p>
    <w:p>
      <w:r>
        <w:rPr>
          <w:b/>
        </w:rPr>
        <w:t xml:space="preserve">[17:38] </w:t>
      </w:r>
      <w:r>
        <w:t>isi ko apni aadat bana lein.</w:t>
      </w:r>
    </w:p>
    <w:p>
      <w:pPr>
        <w:jc w:val="right"/>
      </w:pPr>
      <w:r>
        <w:t>اسی کو اپنی عادت بنا لیں۔</w:t>
      </w:r>
    </w:p>
    <w:p>
      <w:r>
        <w:rPr>
          <w:b/>
        </w:rPr>
        <w:t xml:space="preserve">[17:45] </w:t>
      </w:r>
      <w:r>
        <w:t>Allah, meri dua hai ke Allah hum sab ko tofeeq de.</w:t>
      </w:r>
    </w:p>
    <w:p>
      <w:pPr>
        <w:jc w:val="right"/>
      </w:pPr>
      <w:r>
        <w:t>اللہ، میری دعا ہے کہ اللہ ہم سب کو توفیق دے۔</w:t>
      </w:r>
    </w:p>
    <w:p>
      <w:r>
        <w:rPr>
          <w:b/>
        </w:rPr>
        <w:t xml:space="preserve">[17:54] </w:t>
      </w:r>
      <w:r>
        <w:t>mein apne bare mein keh sakta hoon ke</w:t>
      </w:r>
    </w:p>
    <w:p>
      <w:pPr>
        <w:jc w:val="right"/>
      </w:pPr>
      <w:r>
        <w:t>میں اپنے بارے میں کہہ سکتا ہوں کہ</w:t>
      </w:r>
    </w:p>
    <w:p>
      <w:r>
        <w:rPr>
          <w:b/>
        </w:rPr>
        <w:t xml:space="preserve">[18:01] </w:t>
      </w:r>
      <w:r>
        <w:t>parson mein ne socha ek sahib ke baray mein,</w:t>
      </w:r>
    </w:p>
    <w:p>
      <w:pPr>
        <w:jc w:val="right"/>
      </w:pPr>
      <w:r>
        <w:t>پرسوں میں نے سوچا ایک صاحب کے بارے میں،</w:t>
      </w:r>
    </w:p>
    <w:p>
      <w:r>
        <w:rPr>
          <w:b/>
        </w:rPr>
        <w:t xml:space="preserve">[18:09] </w:t>
      </w:r>
      <w:r>
        <w:t>un se mera ek len den ka masla hua tha. to wo mujh se ikhtilafat ho gaye thay,</w:t>
      </w:r>
    </w:p>
    <w:p>
      <w:pPr>
        <w:jc w:val="right"/>
      </w:pPr>
      <w:r>
        <w:t>ان سے میرا ایک لین دین کا مسئلہ ہوا تھا۔ تو وہ مجھ سے اختلافات ہو گئے تھے،</w:t>
      </w:r>
    </w:p>
    <w:p>
      <w:r>
        <w:rPr>
          <w:b/>
        </w:rPr>
        <w:t xml:space="preserve">[18:26] </w:t>
      </w:r>
      <w:r>
        <w:t>mein un ko ghalat samajhta tha,</w:t>
      </w:r>
    </w:p>
    <w:p>
      <w:pPr>
        <w:jc w:val="right"/>
      </w:pPr>
      <w:r>
        <w:t>میں ان کو غلط سمجھتا تھا،</w:t>
      </w:r>
    </w:p>
    <w:p>
      <w:r>
        <w:rPr>
          <w:b/>
        </w:rPr>
        <w:t xml:space="preserve">[18:31] </w:t>
      </w:r>
      <w:r>
        <w:t>kai saal se un ko ghalat samajhta tha. ghalat samajhne ki wajah se un ke baray mein mere dil mein ek negative thought tha, negative.</w:t>
      </w:r>
    </w:p>
    <w:p>
      <w:pPr>
        <w:jc w:val="right"/>
      </w:pPr>
      <w:r>
        <w:t>کئی سال سے ان کو غلط سمجھتا تھا۔ غلط سمجھنے کی وجہ سے ان کے بارے میں میرے دل میں ایک negative thought تھا، negative۔</w:t>
      </w:r>
    </w:p>
    <w:p>
      <w:r>
        <w:rPr>
          <w:b/>
        </w:rPr>
        <w:t xml:space="preserve">[18:46] </w:t>
      </w:r>
      <w:r>
        <w:t>to kal mein ne yeh kiya</w:t>
      </w:r>
    </w:p>
    <w:p>
      <w:pPr>
        <w:jc w:val="right"/>
      </w:pPr>
      <w:r>
        <w:t>تو کل میں نے یہ کیا</w:t>
      </w:r>
    </w:p>
    <w:p>
      <w:r>
        <w:rPr>
          <w:b/>
        </w:rPr>
        <w:t xml:space="preserve">[18:51] </w:t>
      </w:r>
      <w:r>
        <w:t>ke mein ne yeh tay kiya ke chahe ghalati meri ho ya un ki, chahe ghalati meri ho ya un ki, mein ne un ko maaf kar diya</w:t>
      </w:r>
    </w:p>
    <w:p>
      <w:pPr>
        <w:jc w:val="right"/>
      </w:pPr>
      <w:r>
        <w:t>کہ میں نے یہ طے کیا کہ چاہے غلطی میری ہو یا ان کی، چاہے غلطی میری ہو یا ان کی، میں نے ان کو معاف کر دیا</w:t>
      </w:r>
    </w:p>
    <w:p>
      <w:r>
        <w:rPr>
          <w:b/>
        </w:rPr>
        <w:t xml:space="preserve">[19:07] </w:t>
      </w:r>
      <w:r>
        <w:t>aur apne dil se nikal diya.</w:t>
      </w:r>
    </w:p>
    <w:p>
      <w:pPr>
        <w:jc w:val="right"/>
      </w:pPr>
      <w:r>
        <w:t>اور اپنے دل سے نکال دیا۔</w:t>
      </w:r>
    </w:p>
    <w:p>
      <w:r>
        <w:rPr>
          <w:b/>
        </w:rPr>
        <w:t xml:space="preserve">[19:11] </w:t>
      </w:r>
      <w:r>
        <w:t>mein ne shikayat ko, negative thought ko nikal diya aur phir mein un ke liye dua karne laga, dua karne laga.</w:t>
      </w:r>
    </w:p>
    <w:p>
      <w:pPr>
        <w:jc w:val="right"/>
      </w:pPr>
      <w:r>
        <w:t>میں نے شکایت کو، negative thought کو نکال دیا اور پھر میں ان کے لیے دعا کرنے لگا، دعا کرنے لگا۔</w:t>
      </w:r>
    </w:p>
    <w:p>
      <w:r>
        <w:rPr>
          <w:b/>
        </w:rPr>
        <w:t xml:space="preserve">[19:28] </w:t>
      </w:r>
      <w:r>
        <w:t>to mein aap logon se yeh guzarish karta hoon ke aap Ramadan ko is ki spirit ke sath guzarna seekhein,</w:t>
      </w:r>
    </w:p>
    <w:p>
      <w:pPr>
        <w:jc w:val="right"/>
      </w:pPr>
      <w:r>
        <w:t>تو میں آپ لوگوں سے یہ گزارش کرتا ہوں کہ آپ رمضان کو اس کی اسپرٹ کے ساتھ گزارنا سیکھیں،</w:t>
      </w:r>
    </w:p>
    <w:p>
      <w:r>
        <w:rPr>
          <w:b/>
        </w:rPr>
        <w:t xml:space="preserve">[19:43] </w:t>
      </w:r>
      <w:r>
        <w:t>ehtiyat wali spirit,</w:t>
      </w:r>
    </w:p>
    <w:p>
      <w:pPr>
        <w:jc w:val="right"/>
      </w:pPr>
      <w:r>
        <w:t>احتیاط والی اسپرٹ،</w:t>
      </w:r>
    </w:p>
    <w:p>
      <w:r>
        <w:rPr>
          <w:b/>
        </w:rPr>
        <w:t xml:space="preserve">[19:48] </w:t>
      </w:r>
      <w:r>
        <w:t>rasm nahi, rasm ke tor par nahi, balkeh spirit.</w:t>
      </w:r>
    </w:p>
    <w:p>
      <w:pPr>
        <w:jc w:val="right"/>
      </w:pPr>
      <w:r>
        <w:t>رسم نہیں، رسم کے طور پر نہیں، بلکہ اسپرٹ۔</w:t>
      </w:r>
    </w:p>
    <w:p>
      <w:r>
        <w:rPr>
          <w:b/>
        </w:rPr>
        <w:t xml:space="preserve">[19:59] </w:t>
      </w:r>
      <w:r>
        <w:t>spirit yeh hai ji bach kar aana, jaise ghoda bach kar chalta hai.</w:t>
      </w:r>
    </w:p>
    <w:p>
      <w:pPr>
        <w:jc w:val="right"/>
      </w:pPr>
      <w:r>
        <w:t>اسپرٹ یہ ہے جی بچ کر آنا، جیسے گھوڑا بچ کر چلتا ہے۔</w:t>
      </w:r>
    </w:p>
    <w:p>
      <w:r>
        <w:rPr>
          <w:b/>
        </w:rPr>
        <w:t xml:space="preserve">[20:10] </w:t>
      </w:r>
      <w:r>
        <w:t>meri dua hai ke Allah taala hum sab ko tofeeq de ke hum</w:t>
      </w:r>
    </w:p>
    <w:p>
      <w:pPr>
        <w:jc w:val="right"/>
      </w:pPr>
      <w:r>
        <w:t>میری دعا ہے کہ اللہ تعالیٰ ہم سب کو توفیق دے کہ ہم</w:t>
      </w:r>
    </w:p>
    <w:p>
      <w:r>
        <w:rPr>
          <w:b/>
        </w:rPr>
        <w:t xml:space="preserve">[20:15] </w:t>
      </w:r>
      <w:r>
        <w:t>spirit wali namaz, spirit wali roza, har cheez spirit wali ikhtiyar karein. Allah taala qabool farmaye aur</w:t>
      </w:r>
    </w:p>
    <w:p>
      <w:pPr>
        <w:jc w:val="right"/>
      </w:pPr>
      <w:r>
        <w:t>اسپرٹ والی نماز، اسپرٹ والی روزہ، ہر چیز اسپرٹ والی اختیار کریں۔ اللہ تعالیٰ قبول فرمائے اور</w:t>
      </w:r>
    </w:p>
    <w:p>
      <w:r>
        <w:rPr>
          <w:b/>
        </w:rPr>
        <w:t xml:space="preserve">[20:29] </w:t>
      </w:r>
      <w:r>
        <w:t>hamari ghaltiyon ko maaf kare. Assalam o alaikum wa rehmatullah</w:t>
      </w:r>
    </w:p>
    <w:p>
      <w:pPr>
        <w:jc w:val="right"/>
      </w:pPr>
      <w:r>
        <w:t>ہماری غلطیوں کو معاف کرے۔ السلام علیکم ورحمة الله</w:t>
      </w:r>
    </w:p>
    <w:p>
      <w:r>
        <w:rPr>
          <w:b/>
        </w:rPr>
        <w:t xml:space="preserve">[20:51] </w:t>
      </w:r>
      <w:r>
        <w:t>Maulana sahib, Doctor Rajat Malhotra ka ek comment hai. A rozay daar has to tread carefully in every matter. A very important tho</w:t>
      </w:r>
    </w:p>
    <w:p>
      <w:pPr>
        <w:jc w:val="right"/>
      </w:pPr>
      <w:r>
        <w:t>مولانا صاحب، ڈاکٹر رجت ملہوترا کا ایک کمنٹ ہے۔ A روزے دار has to tread carefully in every matter. A very important tho</w:t>
      </w:r>
    </w:p>
    <w:p>
      <w:r>
        <w:rPr>
          <w:b/>
        </w:rPr>
        <w:t xml:space="preserve">[21:02] </w:t>
      </w:r>
      <w:r>
        <w:t>ught. Thank you, Maulana. Carefully ke ma'ni hain wahi farsan waqin, ya'ni bachna, bach kar zindagi guzarna,</w:t>
      </w:r>
    </w:p>
    <w:p>
      <w:pPr>
        <w:jc w:val="right"/>
      </w:pPr>
      <w:r>
        <w:t>ught. Thank you, مولانا. Carefully کے معنی ہیں وہی فرسن واقن، یعنی بچنا، بچ کر زندگی گزارنا،</w:t>
      </w:r>
    </w:p>
    <w:p>
      <w:r>
        <w:rPr>
          <w:b/>
        </w:rPr>
        <w:t xml:space="preserve">[21:21] </w:t>
      </w:r>
      <w:r>
        <w:t>bach kar zindagi guzarna. Un ko yeh baat bohat khaas lagi ke har matter mein hamein bach kar zindagi guzarni hai.</w:t>
      </w:r>
    </w:p>
    <w:p>
      <w:pPr>
        <w:jc w:val="right"/>
      </w:pPr>
      <w:r>
        <w:t>بچ کر زندگی گزارنا۔ ان کو یہ بات بہت خاص لگی کہ ہر میٹر میں ہمیں بچ کر زندگی گزارنی ہے۔</w:t>
      </w:r>
    </w:p>
    <w:p>
      <w:r>
        <w:rPr>
          <w:b/>
        </w:rPr>
        <w:t xml:space="preserve">[21:32] </w:t>
      </w:r>
      <w:r>
        <w:t>Masha Allah, Allah tofeeq de, Allah tofeeq de. Ghulam Muhammad Bhat likhte hain:</w:t>
      </w:r>
    </w:p>
    <w:p>
      <w:pPr>
        <w:jc w:val="right"/>
      </w:pPr>
      <w:r>
        <w:t>ماشاءاللہ، اللہ توفیق دے، اللہ توفیق دے۔ غلام محمد بھٹ لکھتے ہیں:</w:t>
      </w:r>
    </w:p>
    <w:p>
      <w:r>
        <w:rPr>
          <w:b/>
        </w:rPr>
        <w:t xml:space="preserve">[21:40] </w:t>
      </w:r>
      <w:r>
        <w:t>"Ulama give different opinions about Taraweeh. Please tell us about its real spirit."</w:t>
      </w:r>
    </w:p>
    <w:p>
      <w:pPr>
        <w:jc w:val="right"/>
      </w:pPr>
      <w:r>
        <w:t>"Ulama give different opinions about Taraweeh. Please tell us about its real spirit."</w:t>
      </w:r>
    </w:p>
    <w:p>
      <w:r>
        <w:rPr>
          <w:b/>
        </w:rPr>
        <w:t xml:space="preserve">[21:55] </w:t>
      </w:r>
      <w:r>
        <w:t>dekhein, Taraweeh ke baray mein aam tor par do maslak hain: ek Ahle Hadith hazrat ka, ek Hanafi logon ka.</w:t>
      </w:r>
    </w:p>
    <w:p>
      <w:pPr>
        <w:jc w:val="right"/>
      </w:pPr>
      <w:r>
        <w:t>دیکھیں، تراویح کے بارے میں عام طور پر دو مسلک ہیں: ایک اہل حدیث حضرات کا، ایک حنفی لوگوں کا۔</w:t>
      </w:r>
    </w:p>
    <w:p>
      <w:r>
        <w:rPr>
          <w:b/>
        </w:rPr>
        <w:t xml:space="preserve">[22:08] </w:t>
      </w:r>
      <w:r>
        <w:t>mere nazdeek dono sahi hain, dono sahi hain.</w:t>
      </w:r>
    </w:p>
    <w:p>
      <w:pPr>
        <w:jc w:val="right"/>
      </w:pPr>
      <w:r>
        <w:t>میرے نزدیک دونوں صحیح ہیں، دونوں صحیح ہیں۔</w:t>
      </w:r>
    </w:p>
    <w:p>
      <w:r>
        <w:rPr>
          <w:b/>
        </w:rPr>
        <w:t xml:space="preserve">[22:14] </w:t>
      </w:r>
      <w:r>
        <w:t>aap ko, aap chahein Ahle Hadith wali Taraweeh parhein, tab bhi theek hai, aur aap chahein to hazrat wali Taraweeh parhein, tab bhi theek hai.</w:t>
      </w:r>
    </w:p>
    <w:p>
      <w:pPr>
        <w:jc w:val="right"/>
      </w:pPr>
      <w:r>
        <w:t>آپ کو، آپ چاہیں اہل حدیث والی تراویح پڑھیں، تب بھی ٹھیک ہے، اور آپ چاہیں تو حضرات والی تراویح پڑھیں، تب بھی ٹھیک ہے۔</w:t>
      </w:r>
    </w:p>
    <w:p>
      <w:r>
        <w:rPr>
          <w:b/>
        </w:rPr>
        <w:t xml:space="preserve">[22:32] </w:t>
      </w:r>
      <w:r>
        <w:t>yahan Saudi Arab mein Taraweeh 10 bhi hoti hai aur 20 bhi. Hum kya kya hota hai? 10 rakat bhi hoti hai Taraweeh aur 20 rakat bhi hoti hai.</w:t>
      </w:r>
    </w:p>
    <w:p>
      <w:pPr>
        <w:jc w:val="right"/>
      </w:pPr>
      <w:r>
        <w:t>یہاں سعودی عرب میں تراویح 10 بھی ہوتی ہے اور 20 بھی۔ ہم کیا کیا ہوتا ہے؟ 10 رکعت بھی ہوتی ہے تراویح اور 20 رکعت بھی ہوتی ہے۔</w:t>
      </w:r>
    </w:p>
    <w:p>
      <w:r>
        <w:rPr>
          <w:b/>
        </w:rPr>
        <w:t xml:space="preserve">[22:45] </w:t>
      </w:r>
      <w:r>
        <w:t>to ab, ab kabhi jaise unhon ne 10 rakat parhi hai masjid mein, to wo wapas aa kar 10 rakat poori karein ya harghiz nahi?</w:t>
      </w:r>
    </w:p>
    <w:p>
      <w:pPr>
        <w:jc w:val="right"/>
      </w:pPr>
      <w:r>
        <w:t>تو اب، اب کبھی جیسے انہوں نے 10 رکعت پڑھی ہے مسجد میں، تو وہ واپس آ کے 10 رکعت پوری کریں یا ہرگز نہیں؟</w:t>
      </w:r>
    </w:p>
    <w:p>
      <w:r>
        <w:rPr>
          <w:b/>
        </w:rPr>
        <w:t xml:space="preserve">[22:56] </w:t>
      </w:r>
      <w:r>
        <w:t>woh bhi theek hai, woh bhi theek hai,</w:t>
      </w:r>
    </w:p>
    <w:p>
      <w:pPr>
        <w:jc w:val="right"/>
      </w:pPr>
      <w:r>
        <w:t>وہ بھی ٹھیک ہے، وہ بھی ٹھیک ہے،</w:t>
      </w:r>
    </w:p>
    <w:p>
      <w:r>
        <w:rPr>
          <w:b/>
        </w:rPr>
        <w:t xml:space="preserve">[23:01] </w:t>
      </w:r>
      <w:r>
        <w:t>woh bhi theek hai, woh bhi theek hai. Rakat ka naam namaz nahi hai, rakat ka naam taraveeh nahi hai. Spirit ka naam taraveeh hai.</w:t>
      </w:r>
    </w:p>
    <w:p>
      <w:pPr>
        <w:jc w:val="right"/>
      </w:pPr>
      <w:r>
        <w:t>وہ بھی ٹھیک ہے، وہ بھی ٹھیک ہے۔ رکعت کا نام نماز نہیں ہے، رکعت کا نام تراویح نہیں ہے۔ اسپرٹ کا نام تراویح ہے۔</w:t>
      </w:r>
    </w:p>
    <w:p>
      <w:r>
        <w:rPr>
          <w:b/>
        </w:rPr>
        <w:t xml:space="preserve">[23:13] </w:t>
      </w:r>
      <w:r>
        <w:t>spirit ke sath taraveeh</w:t>
      </w:r>
    </w:p>
    <w:p>
      <w:pPr>
        <w:jc w:val="right"/>
      </w:pPr>
      <w:r>
        <w:t>اسپرٹ کے ساتھ تراویح</w:t>
      </w:r>
    </w:p>
    <w:p>
      <w:r>
        <w:rPr>
          <w:b/>
        </w:rPr>
        <w:t xml:space="preserve">[23:18] </w:t>
      </w:r>
      <w:r>
        <w:t>ada karne ki koshish kijiye.</w:t>
      </w:r>
    </w:p>
    <w:p>
      <w:pPr>
        <w:jc w:val="right"/>
      </w:pPr>
      <w:r>
        <w:t>ادا کرنے کی کوشش کیجیے۔</w:t>
      </w:r>
    </w:p>
    <w:p>
      <w:r>
        <w:rPr>
          <w:b/>
        </w:rPr>
        <w:t xml:space="preserve">[23:26] </w:t>
      </w:r>
      <w:r>
        <w:t>Rehman Ali Damam Saudi Arab se likhte hain: "Ramadan blessing month, sab ko mubarak ho.</w:t>
      </w:r>
    </w:p>
    <w:p>
      <w:pPr>
        <w:jc w:val="right"/>
      </w:pPr>
      <w:r>
        <w:t>رحمان علی دمام سعودی عرب سے لکھتے ہیں: "رمضان بلیسنگ منتھ، سب کو مبارک ہو۔</w:t>
      </w:r>
    </w:p>
    <w:p>
      <w:r>
        <w:rPr>
          <w:b/>
        </w:rPr>
        <w:t xml:space="preserve">[23:35] </w:t>
      </w:r>
      <w:r>
        <w:t>Allah sab ko sochne ki himmat ata farmaye. Ameen, inshallah." Aftab Khan likhte hain:</w:t>
      </w:r>
    </w:p>
    <w:p>
      <w:pPr>
        <w:jc w:val="right"/>
      </w:pPr>
      <w:r>
        <w:t>اللہ سب کو سوچنے کی ہمت عطا فرمائے۔ آمین، انشاءاللہ۔" آفتاب خان لکھتے ہیں:</w:t>
      </w:r>
    </w:p>
    <w:p>
      <w:r>
        <w:rPr>
          <w:b/>
        </w:rPr>
        <w:t xml:space="preserve">[23:45] </w:t>
      </w:r>
      <w:r>
        <w:t>"Assalam o Alaikum. Allah aap ka faiz yun hi aam rakhe aur lambi zindagi de.</w:t>
      </w:r>
    </w:p>
    <w:p>
      <w:pPr>
        <w:jc w:val="right"/>
      </w:pPr>
      <w:r>
        <w:t>"السلام علیکم۔ اللہ آپ کا فیض یوں ہی عام رکھے اور لمبی زندگی دے۔</w:t>
      </w:r>
    </w:p>
    <w:p>
      <w:r>
        <w:rPr>
          <w:b/>
        </w:rPr>
        <w:t xml:space="preserve">[23:55] </w:t>
      </w:r>
      <w:r>
        <w:t>Maulana, durood shareef ki kya fazilat hai aur kya kasrat se is ka zikr aur wird karna chahiye?</w:t>
      </w:r>
    </w:p>
    <w:p>
      <w:pPr>
        <w:jc w:val="right"/>
      </w:pPr>
      <w:r>
        <w:t>مولانا، درود شریف کی کیا فضیلت ہے اور کیا کثرت سے اس کا ذکر اور ورد کرنا چاہیے؟</w:t>
      </w:r>
    </w:p>
    <w:p>
      <w:r>
        <w:rPr>
          <w:b/>
        </w:rPr>
        <w:t xml:space="preserve">[24:04] </w:t>
      </w:r>
      <w:r>
        <w:t>Bilkul nahi, yeh awabi riwaj hai. Durood ke bare mein, durood haq dua hai.</w:t>
      </w:r>
    </w:p>
    <w:p>
      <w:pPr>
        <w:jc w:val="right"/>
      </w:pPr>
      <w:r>
        <w:t>بالکل نہیں، یہ اوابی رواج ہے۔ درود کے بارے میں، درود حق دعا ہے۔</w:t>
      </w:r>
    </w:p>
    <w:p>
      <w:r>
        <w:rPr>
          <w:b/>
        </w:rPr>
        <w:t xml:space="preserve">[24:15] </w:t>
      </w:r>
      <w:r>
        <w:t>Durood koi mysterious cheez nahi hai, dua hai.</w:t>
      </w:r>
    </w:p>
    <w:p>
      <w:pPr>
        <w:jc w:val="right"/>
      </w:pPr>
      <w:r>
        <w:t>درود کوئی mysterious چیز نہیں ہے، دعا ہے۔</w:t>
      </w:r>
    </w:p>
    <w:p>
      <w:r>
        <w:rPr>
          <w:b/>
        </w:rPr>
        <w:t xml:space="preserve">[24:22] </w:t>
      </w:r>
      <w:r>
        <w:t>Chunke Rasool Allah sal Allah alaihi wasallam ke zariye aap ko Quran mila hai, deen mila hai, to Rasool Allah ka ek amal par ek atiya hai.</w:t>
      </w:r>
    </w:p>
    <w:p>
      <w:pPr>
        <w:jc w:val="right"/>
      </w:pPr>
      <w:r>
        <w:t>چونکہ رسول اللہ صلی اللہ علیہ وسلم کے ذریعے آپ کو قرآن ملا ہے، دین ملا ہے، تو رسول اللہ کا ایک عمل پر ایک عطیہ ہے۔</w:t>
      </w:r>
    </w:p>
    <w:p>
      <w:r>
        <w:rPr>
          <w:b/>
        </w:rPr>
        <w:t xml:space="preserve">[24:35] </w:t>
      </w:r>
      <w:r>
        <w:t>To is liye hum aap ke liye dua karte hain. Bas</w:t>
      </w:r>
    </w:p>
    <w:p>
      <w:pPr>
        <w:jc w:val="right"/>
      </w:pPr>
      <w:r>
        <w:t>تو اس لیے ہم آپ کے لیے دعا کرتے ہیں۔ بس</w:t>
      </w:r>
    </w:p>
    <w:p>
      <w:r>
        <w:rPr>
          <w:b/>
        </w:rPr>
        <w:t xml:space="preserve">[24:41] </w:t>
      </w:r>
      <w:r>
        <w:t>To durood dua hai, koi koi purasrar cheez nahi hai.</w:t>
      </w:r>
    </w:p>
    <w:p>
      <w:pPr>
        <w:jc w:val="right"/>
      </w:pPr>
      <w:r>
        <w:t>تو درود دعا ہے، کوئی کوئی پراسرار چیز نہیں ہے۔</w:t>
      </w:r>
    </w:p>
    <w:p>
      <w:r>
        <w:rPr>
          <w:b/>
        </w:rPr>
        <w:t xml:space="preserve">[24:53] </w:t>
      </w:r>
      <w:r>
        <w:t>Zafar Iqbal likhte hain: "Respected Maulana, if you have a chance to live over this life again, what would you not do that you have done?</w:t>
      </w:r>
    </w:p>
    <w:p>
      <w:pPr>
        <w:jc w:val="right"/>
      </w:pPr>
      <w:r>
        <w:t>ظفر اقبال لکھتے ہیں: "Respected مولانا، if you have a chance to live over this life again, what would you not do that you have done?</w:t>
      </w:r>
    </w:p>
    <w:p>
      <w:r>
        <w:rPr>
          <w:b/>
        </w:rPr>
        <w:t xml:space="preserve">[25:09] </w:t>
      </w:r>
      <w:r>
        <w:t>And what would you do that you could not do in your life? I actually want to know the most important thing which we usually don't do and an important wrong which we do consciously in our life." Bhai, yeh sahaba kya bane hain, is ki misaal nahi pata.</w:t>
      </w:r>
    </w:p>
    <w:p>
      <w:pPr>
        <w:jc w:val="right"/>
      </w:pPr>
      <w:r>
        <w:t>And what would you do that you could not do in your life? I actually want to know the most important thing which we usually don't do and an important wrong which we do consciously in our life." بھئی، یہ صحابہ کیا بنے ہیں، اس کی مثال نہیں پاتا۔</w:t>
      </w:r>
    </w:p>
    <w:p>
      <w:r>
        <w:rPr>
          <w:b/>
        </w:rPr>
        <w:t xml:space="preserve">[25:32] </w:t>
      </w:r>
      <w:r>
        <w:t>Yeh yeh soch sahaba ki soch nahi hai. Theek hai, yeh mein is tarah se nahi sochta.</w:t>
      </w:r>
    </w:p>
    <w:p>
      <w:pPr>
        <w:jc w:val="right"/>
      </w:pPr>
      <w:r>
        <w:t>یہ یہ سوچ صحابہ کی سوچ نہیں ہے۔ ٹھیک ہے، یہ میں اس طریقے سے نہیں سوچتا۔</w:t>
      </w:r>
    </w:p>
    <w:p>
      <w:r>
        <w:rPr>
          <w:b/>
        </w:rPr>
        <w:t xml:space="preserve">[25:42] </w:t>
      </w:r>
      <w:r>
        <w:t>Woh Canada mein jo aap se ek sawal</w:t>
      </w:r>
    </w:p>
    <w:p>
      <w:pPr>
        <w:jc w:val="right"/>
      </w:pPr>
      <w:r>
        <w:t>وہ کینیڈا میں جو آپ سے ایک سوال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