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Dayee A Creative Thinker April 23, 2020 Maulana Wahiduddin Khan</w:t>
      </w:r>
    </w:p>
    <w:p>
      <w:r>
        <w:t>https://www.youtube.com/watch?v=RPxh-QbC0vc</w:t>
      </w:r>
    </w:p>
    <w:p>
      <w:r>
        <w:rPr>
          <w:b/>
        </w:rPr>
        <w:t xml:space="preserve">[00:14] </w:t>
      </w:r>
      <w:r>
        <w:t>Bismillah Rehman ur Rahim.</w:t>
      </w:r>
    </w:p>
    <w:p>
      <w:pPr>
        <w:jc w:val="right"/>
      </w:pPr>
      <w:r>
        <w:t>بسم اللہ الرحمن الرحیم۔</w:t>
      </w:r>
    </w:p>
    <w:p>
      <w:r>
        <w:rPr>
          <w:b/>
        </w:rPr>
        <w:t xml:space="preserve">[00:20] </w:t>
      </w:r>
      <w:r>
        <w:t>Aaj ka topic hai: Dai as a creative thinker.</w:t>
      </w:r>
    </w:p>
    <w:p>
      <w:pPr>
        <w:jc w:val="right"/>
      </w:pPr>
      <w:r>
        <w:t>آج کا ٹاپک ہے: داعی ایز اے کریٹیو تھنکر۔</w:t>
      </w:r>
    </w:p>
    <w:p>
      <w:r>
        <w:rPr>
          <w:b/>
        </w:rPr>
        <w:t xml:space="preserve">[00:32] </w:t>
      </w:r>
      <w:r>
        <w:t>Dekhiye, mein aksar yeh sochta raha hoon ke dawat ka kaam koi laga basa kaam nahi hai.</w:t>
      </w:r>
    </w:p>
    <w:p>
      <w:pPr>
        <w:jc w:val="right"/>
      </w:pPr>
      <w:r>
        <w:t>دیکھیے، میں اکثر یہ سوچتا رہا ہوں کہ دعوت کا کام کوئی لگا بسا کام نہیں ہے۔</w:t>
      </w:r>
    </w:p>
    <w:p>
      <w:r>
        <w:rPr>
          <w:b/>
        </w:rPr>
        <w:t xml:space="preserve">[00:41] </w:t>
      </w:r>
      <w:r>
        <w:t>Anbiya aaye, har arabi dawat dai tha.</w:t>
      </w:r>
    </w:p>
    <w:p>
      <w:pPr>
        <w:jc w:val="right"/>
      </w:pPr>
      <w:r>
        <w:t>انبیاء آئے، ہر عربی دعوت داعی تھا۔</w:t>
      </w:r>
    </w:p>
    <w:p>
      <w:r>
        <w:rPr>
          <w:b/>
        </w:rPr>
        <w:t xml:space="preserve">[00:49] </w:t>
      </w:r>
      <w:r>
        <w:t>Lekin aap ghor kijiye to har arabi ko alag alag halaat mein kaam karna pada.</w:t>
      </w:r>
    </w:p>
    <w:p>
      <w:pPr>
        <w:jc w:val="right"/>
      </w:pPr>
      <w:r>
        <w:t>لیکن آپ غور کیجیے تو ہر عربی کو الگ الگ حالات میں کام کرنا پڑا۔</w:t>
      </w:r>
    </w:p>
    <w:p>
      <w:r>
        <w:rPr>
          <w:b/>
        </w:rPr>
        <w:t xml:space="preserve">[00:57] </w:t>
      </w:r>
      <w:r>
        <w:t>To mukhtalif sooraten mein</w:t>
      </w:r>
    </w:p>
    <w:p>
      <w:pPr>
        <w:jc w:val="right"/>
      </w:pPr>
      <w:r>
        <w:t>تو مختلف صورتحال میں</w:t>
      </w:r>
    </w:p>
    <w:p>
      <w:r>
        <w:rPr>
          <w:b/>
        </w:rPr>
        <w:t xml:space="preserve">[01:02] </w:t>
      </w:r>
      <w:r>
        <w:t>Dawat ka kaam karna, is ke liye creativity chahiye. Sirf creative aadmi hi aisa kar sakta hai ke har dai har sooraten mein.</w:t>
      </w:r>
    </w:p>
    <w:p>
      <w:pPr>
        <w:jc w:val="right"/>
      </w:pPr>
      <w:r>
        <w:t>دعوت کا کام کرنا، اس کے لیے کریٹیوٹی چاہیے۔ صرف کریٹیو آدمی ہی ایسا کر سکتا ہے کہ ہر داعی ہر صورتحال میں۔</w:t>
      </w:r>
    </w:p>
    <w:p>
      <w:r>
        <w:rPr>
          <w:b/>
        </w:rPr>
        <w:t xml:space="preserve">[01:21] </w:t>
      </w:r>
      <w:r>
        <w:t>Kyunke mera tajurba yeh hai ke</w:t>
      </w:r>
    </w:p>
    <w:p>
      <w:pPr>
        <w:jc w:val="right"/>
      </w:pPr>
      <w:r>
        <w:t>کیونکہ میرا تجربہ یہ ہے کہ</w:t>
      </w:r>
    </w:p>
    <w:p>
      <w:r>
        <w:rPr>
          <w:b/>
        </w:rPr>
        <w:t xml:space="preserve">[01:29] </w:t>
      </w:r>
      <w:r>
        <w:t>dawat koi laga basa kaam nahi hai. har mauqe par ek nai sooratenhaal aati hai, aur is nai sooratenhaal mein daai ko apna</w:t>
      </w:r>
    </w:p>
    <w:p>
      <w:pPr>
        <w:jc w:val="right"/>
      </w:pPr>
      <w:r>
        <w:t>دعوت کوئی لگا بسا کام نہیں ہے۔ ہر موقع پر ایک نئی صورتحال آتی ہے، اور اس نئی صورتحال میں داعی کو اپنا</w:t>
      </w:r>
    </w:p>
    <w:p>
      <w:r>
        <w:rPr>
          <w:b/>
        </w:rPr>
        <w:t xml:space="preserve">[01:46] </w:t>
      </w:r>
      <w:r>
        <w:t>kirdar ada karna parta hai.</w:t>
      </w:r>
    </w:p>
    <w:p>
      <w:pPr>
        <w:jc w:val="right"/>
      </w:pPr>
      <w:r>
        <w:t>کردار ادا کرنا پڑتا ہے۔</w:t>
      </w:r>
    </w:p>
    <w:p>
      <w:r>
        <w:rPr>
          <w:b/>
        </w:rPr>
        <w:t xml:space="preserve">[01:51] </w:t>
      </w:r>
      <w:r>
        <w:t>is liye main ne yeh samjha hai ke daai woh hai</w:t>
      </w:r>
    </w:p>
    <w:p>
      <w:pPr>
        <w:jc w:val="right"/>
      </w:pPr>
      <w:r>
        <w:t>اس لیے میں نے یہ سمجھا ہے کہ داعی وہ ہے</w:t>
      </w:r>
    </w:p>
    <w:p>
      <w:r>
        <w:rPr>
          <w:b/>
        </w:rPr>
        <w:t xml:space="preserve">[02:00] </w:t>
      </w:r>
      <w:r>
        <w:t>jo creative thinker ho.</w:t>
      </w:r>
    </w:p>
    <w:p>
      <w:pPr>
        <w:jc w:val="right"/>
      </w:pPr>
      <w:r>
        <w:t>جو کریٹیو تھنکر ہو۔</w:t>
      </w:r>
    </w:p>
    <w:p>
      <w:r>
        <w:rPr>
          <w:b/>
        </w:rPr>
        <w:t xml:space="preserve">[02:07] </w:t>
      </w:r>
      <w:r>
        <w:t>misalan dekhiye,</w:t>
      </w:r>
    </w:p>
    <w:p>
      <w:pPr>
        <w:jc w:val="right"/>
      </w:pPr>
      <w:r>
        <w:t>مثلاً دیکھیے،</w:t>
      </w:r>
    </w:p>
    <w:p>
      <w:r>
        <w:rPr>
          <w:b/>
        </w:rPr>
        <w:t xml:space="preserve">[02:11] </w:t>
      </w:r>
      <w:r>
        <w:t>rasool Allah salallaho alaihe wasallam makka mein paida hue.</w:t>
      </w:r>
    </w:p>
    <w:p>
      <w:pPr>
        <w:jc w:val="right"/>
      </w:pPr>
      <w:r>
        <w:t>رسول اللہ صلی اللہ علیہ وسلم مکہ میں پیدا ہوئے۔</w:t>
      </w:r>
    </w:p>
    <w:p>
      <w:r>
        <w:rPr>
          <w:b/>
        </w:rPr>
        <w:t xml:space="preserve">[02:21] </w:t>
      </w:r>
      <w:r>
        <w:t>to makka mein</w:t>
      </w:r>
    </w:p>
    <w:p>
      <w:pPr>
        <w:jc w:val="right"/>
      </w:pPr>
      <w:r>
        <w:t>تو مکہ میں</w:t>
      </w:r>
    </w:p>
    <w:p>
      <w:r>
        <w:rPr>
          <w:b/>
        </w:rPr>
        <w:t xml:space="preserve">[02:28] </w:t>
      </w:r>
      <w:r>
        <w:t>hazrat ibrahim jo the, woh makka mein nahi paida hue, woh iraq mein paida hue. to wahan ke halaat ke lehaz se unhon ne dawat ka kaam kiya.</w:t>
      </w:r>
    </w:p>
    <w:p>
      <w:pPr>
        <w:jc w:val="right"/>
      </w:pPr>
      <w:r>
        <w:t>حضرت ابراہیم جو تھے، وہ مکہ میں نہیں پیدا ہوئے، وہ عراق میں پیدا ہوئے۔ تو وہاں کے حالات کے لحاظ سے انہوں نے دعوت کا کام کیا۔</w:t>
      </w:r>
    </w:p>
    <w:p>
      <w:r>
        <w:rPr>
          <w:b/>
        </w:rPr>
        <w:t xml:space="preserve">[02:41] </w:t>
      </w:r>
      <w:r>
        <w:t>ab wahi dawat ka kaam is tarah karna tha, lekin</w:t>
      </w:r>
    </w:p>
    <w:p>
      <w:pPr>
        <w:jc w:val="right"/>
      </w:pPr>
      <w:r>
        <w:t>اب وہی دعوت کا کام اس طرح کرنا تھا، لیکن</w:t>
      </w:r>
    </w:p>
    <w:p>
      <w:r>
        <w:rPr>
          <w:b/>
        </w:rPr>
        <w:t xml:space="preserve">[02:48] </w:t>
      </w:r>
      <w:r>
        <w:t>makka ke halaat mein, jo bohat mukhtalif ho chuka tha.</w:t>
      </w:r>
    </w:p>
    <w:p>
      <w:pPr>
        <w:jc w:val="right"/>
      </w:pPr>
      <w:r>
        <w:t>مکہ کے حالات میں، جو بہت مختلف ہو چکا تھا۔</w:t>
      </w:r>
    </w:p>
    <w:p>
      <w:r>
        <w:rPr>
          <w:b/>
        </w:rPr>
        <w:t xml:space="preserve">[03:00] </w:t>
      </w:r>
      <w:r>
        <w:t>lekin yeh sirf farq ki baat nahi hai. yeh baat hai ke har sooratenhaal ko apne mawafeeq dhalna,</w:t>
      </w:r>
    </w:p>
    <w:p>
      <w:pPr>
        <w:jc w:val="right"/>
      </w:pPr>
      <w:r>
        <w:t>لیکن یہ صرف فرق کی بات نہیں ہے۔ یہ بات ہے کہ ہر صورتحال کو اپنے موافق ڈھالنا،</w:t>
      </w:r>
    </w:p>
    <w:p>
      <w:r>
        <w:rPr>
          <w:b/>
        </w:rPr>
        <w:t xml:space="preserve">[03:17] </w:t>
      </w:r>
      <w:r>
        <w:t>yeh bohat mushkil kaam hai. main aap ko misal deta hoon</w:t>
      </w:r>
    </w:p>
    <w:p>
      <w:pPr>
        <w:jc w:val="right"/>
      </w:pPr>
      <w:r>
        <w:t>یہ بہت مشکل کام ہے۔ میں آپ کو مثال دیتا ہوں</w:t>
      </w:r>
    </w:p>
    <w:p>
      <w:r>
        <w:rPr>
          <w:b/>
        </w:rPr>
        <w:t xml:space="preserve">[03:26] </w:t>
      </w:r>
      <w:r>
        <w:t>ke makka mein jab rasool Allah salallaho alaihe wasallam ne dawat ka kaam kiya,</w:t>
      </w:r>
    </w:p>
    <w:p>
      <w:pPr>
        <w:jc w:val="right"/>
      </w:pPr>
      <w:r>
        <w:t>کہ مکہ میں جب رسول اللہ صلی اللہ علیہ وسلم نے دعوت کا کام کیا،</w:t>
      </w:r>
    </w:p>
    <w:p>
      <w:r>
        <w:rPr>
          <w:b/>
        </w:rPr>
        <w:t xml:space="preserve">[03:34] </w:t>
      </w:r>
      <w:r>
        <w:t>to wahi sooratenhaal wahan par mazeed izafe ke sath thi jo ojdahiya mein musalmanon ke liye paida hui.</w:t>
      </w:r>
    </w:p>
    <w:p>
      <w:pPr>
        <w:jc w:val="right"/>
      </w:pPr>
      <w:r>
        <w:t>تو وہی صورتحال وہاں پر مزید اضافے کے ساتھ تھی جو اوجدہیہ میں مسلمانوں کے لیے پیدا ہوئی۔</w:t>
      </w:r>
    </w:p>
    <w:p>
      <w:r>
        <w:rPr>
          <w:b/>
        </w:rPr>
        <w:t xml:space="preserve">[03:53] </w:t>
      </w:r>
      <w:r>
        <w:t>yani masjid mein</w:t>
      </w:r>
    </w:p>
    <w:p>
      <w:pPr>
        <w:jc w:val="right"/>
      </w:pPr>
      <w:r>
        <w:t>یعنی مسجد میں</w:t>
      </w:r>
    </w:p>
    <w:p>
      <w:r>
        <w:rPr>
          <w:b/>
        </w:rPr>
        <w:t xml:space="preserve">[04:04] </w:t>
      </w:r>
      <w:r>
        <w:t>but rakh diya gaya. to kya hua? sare musalman bhark uthe.</w:t>
      </w:r>
    </w:p>
    <w:p>
      <w:pPr>
        <w:jc w:val="right"/>
      </w:pPr>
      <w:r>
        <w:t>بت رکھ دیا گیا۔ تو کیا ہوا؟ سارے مسلمان بھڑک اٹھے۔</w:t>
      </w:r>
    </w:p>
    <w:p>
      <w:r>
        <w:rPr>
          <w:b/>
        </w:rPr>
        <w:t xml:space="preserve">[04:17] </w:t>
      </w:r>
      <w:r>
        <w:t>barsoun tak isi mein jeete rahe woh. aaj tak is ke asar se sare musalman manfi bane hue hain.</w:t>
      </w:r>
    </w:p>
    <w:p>
      <w:pPr>
        <w:jc w:val="right"/>
      </w:pPr>
      <w:r>
        <w:t>برسوں تک اسی میں جیتے رہے وہ۔ آج تک اس کے اثر سے سارے مسلمان منفی بنے ہوئے ہیں۔</w:t>
      </w:r>
    </w:p>
    <w:p>
      <w:r>
        <w:rPr>
          <w:b/>
        </w:rPr>
        <w:t xml:space="preserve">[04:30] </w:t>
      </w:r>
      <w:r>
        <w:t>is ke bar aks aap parhiye rasool Allah ki tareekh ko. aap ek din bhi manfi nahi bane. ek din ke liye bhi aap manfi nahi bane.</w:t>
      </w:r>
    </w:p>
    <w:p>
      <w:pPr>
        <w:jc w:val="right"/>
      </w:pPr>
      <w:r>
        <w:t>اس کے برعکس آپ پڑھیے رسول اللہ کی تاریخ کو۔ آپ ایک دن بھی منفی نہیں بنے۔ ایک دن کے لیے بھی آپ منفی نہیں بنے۔</w:t>
      </w:r>
    </w:p>
    <w:p>
      <w:r>
        <w:rPr>
          <w:b/>
        </w:rPr>
        <w:t xml:space="preserve">[04:43] </w:t>
      </w:r>
      <w:r>
        <w:t>balke aap sochte rahe, sochte rahe, sochte rahe ke</w:t>
      </w:r>
    </w:p>
    <w:p>
      <w:pPr>
        <w:jc w:val="right"/>
      </w:pPr>
      <w:r>
        <w:t>بلکہ آپ سوچتے رہے، سوچتے رہے، سوچتے رہے کہ</w:t>
      </w:r>
    </w:p>
    <w:p>
      <w:r>
        <w:rPr>
          <w:b/>
        </w:rPr>
        <w:t xml:space="preserve">[04:49] </w:t>
      </w:r>
      <w:r>
        <w:t>kya karna chahiye. log sochte hain ke ghar e hira mein jate the rasool Allah, wahan koi</w:t>
      </w:r>
    </w:p>
    <w:p>
      <w:pPr>
        <w:jc w:val="right"/>
      </w:pPr>
      <w:r>
        <w:t>کیا کرنا چاہیے۔ لوگ سوچتے ہیں کہ غار حرا میں جاتے تھے رسول اللہ، وہاں کوئی</w:t>
      </w:r>
    </w:p>
    <w:p>
      <w:r>
        <w:rPr>
          <w:b/>
        </w:rPr>
        <w:t xml:space="preserve">[05:00] </w:t>
      </w:r>
      <w:r>
        <w:t>soofiyon jaisa koi</w:t>
      </w:r>
    </w:p>
    <w:p>
      <w:pPr>
        <w:jc w:val="right"/>
      </w:pPr>
      <w:r>
        <w:t>صوفیوں جیسا کوئی</w:t>
      </w:r>
    </w:p>
    <w:p>
      <w:r>
        <w:rPr>
          <w:b/>
        </w:rPr>
        <w:t xml:space="preserve">[05:07] </w:t>
      </w:r>
      <w:r>
        <w:t>awrad o ashkaal karne ke liye. yeh bilkul galat hai. rasool Allah jate the</w:t>
      </w:r>
    </w:p>
    <w:p>
      <w:pPr>
        <w:jc w:val="right"/>
      </w:pPr>
      <w:r>
        <w:t>اوراد و اشکال کرنے کے لیے۔ یہ بالکل غلط ہے۔ رسول اللہ جاتے تھے</w:t>
      </w:r>
    </w:p>
    <w:p>
      <w:r>
        <w:rPr>
          <w:b/>
        </w:rPr>
        <w:t xml:space="preserve">[05:20] </w:t>
      </w:r>
      <w:r>
        <w:t>tadabbur aur tafakkur ke liye.</w:t>
      </w:r>
    </w:p>
    <w:p>
      <w:pPr>
        <w:jc w:val="right"/>
      </w:pPr>
      <w:r>
        <w:t>تدبر اور تفکر کے لیے۔</w:t>
      </w:r>
    </w:p>
    <w:p>
      <w:r>
        <w:rPr>
          <w:b/>
        </w:rPr>
        <w:t xml:space="preserve">[05:28] </w:t>
      </w:r>
      <w:r>
        <w:t>ke jo halaat hain makka mein, woh is se bilkul mukhtalif hain jo hazrat ibrahim ke daur mein the.</w:t>
      </w:r>
    </w:p>
    <w:p>
      <w:pPr>
        <w:jc w:val="right"/>
      </w:pPr>
      <w:r>
        <w:t>کہ جو حالات ہیں مکہ میں، وہ اس سے بالکل مختلف ہیں جو حضرت ابراہیم کے دور میں تھے۔</w:t>
      </w:r>
    </w:p>
    <w:p>
      <w:r>
        <w:rPr>
          <w:b/>
        </w:rPr>
        <w:t xml:space="preserve">[05:38] </w:t>
      </w:r>
      <w:r>
        <w:t>to ab ney halaat mein kaise kiya kiya jaye? kaise? yani kaise ka matlab kya hai?</w:t>
      </w:r>
    </w:p>
    <w:p>
      <w:pPr>
        <w:jc w:val="right"/>
      </w:pPr>
      <w:r>
        <w:t>تو اب نئے حالات میں کیسے کیا کیا جائے؟ کیسے؟ یعنی کیسے کا معنی کیا ہے؟</w:t>
      </w:r>
    </w:p>
    <w:p>
      <w:r>
        <w:rPr>
          <w:b/>
        </w:rPr>
        <w:t xml:space="preserve">[05:47] </w:t>
      </w:r>
      <w:r>
        <w:t>halat ko apne muwafiq kaise banaya jaye?</w:t>
      </w:r>
    </w:p>
    <w:p>
      <w:pPr>
        <w:jc w:val="right"/>
      </w:pPr>
      <w:r>
        <w:t>حالات کو اپنے موافق کیسے بنایا جائے؟</w:t>
      </w:r>
    </w:p>
    <w:p>
      <w:r>
        <w:rPr>
          <w:b/>
        </w:rPr>
        <w:t xml:space="preserve">[05:54] </w:t>
      </w:r>
      <w:r>
        <w:t>halat ko lare baghair, nafrat kiye baghair,</w:t>
      </w:r>
    </w:p>
    <w:p>
      <w:pPr>
        <w:jc w:val="right"/>
      </w:pPr>
      <w:r>
        <w:t>حالات کو لڑے بغیر، نفرت کیے بغیر،</w:t>
      </w:r>
    </w:p>
    <w:p>
      <w:r>
        <w:rPr>
          <w:b/>
        </w:rPr>
        <w:t xml:space="preserve">[06:02] </w:t>
      </w:r>
      <w:r>
        <w:t>takrao ke baghair kaise apne muwafiq banaya jaye? jis ko agar kehte hain mahaz mahaz karna.</w:t>
      </w:r>
    </w:p>
    <w:p>
      <w:pPr>
        <w:jc w:val="right"/>
      </w:pPr>
      <w:r>
        <w:t>ٹکراؤ کے بغیر کیسے اپنے موافق بنایا جائے؟ جس کو اگر کہتے ہیں محض محض کرنا۔</w:t>
      </w:r>
    </w:p>
    <w:p>
      <w:r>
        <w:rPr>
          <w:b/>
        </w:rPr>
        <w:t xml:space="preserve">[06:14] </w:t>
      </w:r>
      <w:r>
        <w:t>yani kaise baansh kiya jaye?</w:t>
      </w:r>
    </w:p>
    <w:p>
      <w:pPr>
        <w:jc w:val="right"/>
      </w:pPr>
      <w:r>
        <w:t>یعنی کیسے بانش کیا جائے؟</w:t>
      </w:r>
    </w:p>
    <w:p>
      <w:r>
        <w:rPr>
          <w:b/>
        </w:rPr>
        <w:t xml:space="preserve">[06:20] </w:t>
      </w:r>
      <w:r>
        <w:t>kaise baansh kiya jaye?</w:t>
      </w:r>
    </w:p>
    <w:p>
      <w:pPr>
        <w:jc w:val="right"/>
      </w:pPr>
      <w:r>
        <w:t>کیسے بانش کیا جائے؟</w:t>
      </w:r>
    </w:p>
    <w:p>
      <w:r>
        <w:rPr>
          <w:b/>
        </w:rPr>
        <w:t xml:space="preserve">[06:27] </w:t>
      </w:r>
      <w:r>
        <w:t>to aap agar gehrai ke sath parhein seerat ki kitabon ko, to aap ne ek anokha management nikala. ek anokha management jo shayad poori tareekh mein kisi ne nahi kiya.</w:t>
      </w:r>
    </w:p>
    <w:p>
      <w:pPr>
        <w:jc w:val="right"/>
      </w:pPr>
      <w:r>
        <w:t>تو آپ اگر گہرائی کے ساتھ پڑھیں سیرت کی کتابوں کو، تو آپ نے ایک انوکھا مینجمنٹ نکالا۔ ایک انوکھا مینجمنٹ جو شاید پوری تاریخ میں کسی نے نہیں کیا۔</w:t>
      </w:r>
    </w:p>
    <w:p>
      <w:r>
        <w:rPr>
          <w:b/>
        </w:rPr>
        <w:t xml:space="preserve">[06:46] </w:t>
      </w:r>
      <w:r>
        <w:t>aap ne dekha ke makkah mein rozana bheed rehti hai. sare arab ke logon ke but wahan par thay.</w:t>
      </w:r>
    </w:p>
    <w:p>
      <w:pPr>
        <w:jc w:val="right"/>
      </w:pPr>
      <w:r>
        <w:t>آپ نے دیکھا کہ مکہ میں روزانہ بھیڑ رہتی ہے۔ سارے عرب کے لوگوں کے بت وہاں پر تھے۔</w:t>
      </w:r>
    </w:p>
    <w:p>
      <w:r>
        <w:rPr>
          <w:b/>
        </w:rPr>
        <w:t xml:space="preserve">[07:02] </w:t>
      </w:r>
      <w:r>
        <w:t>to log ate thay in bonton ki pooja karne ke liye.</w:t>
      </w:r>
    </w:p>
    <w:p>
      <w:pPr>
        <w:jc w:val="right"/>
      </w:pPr>
      <w:r>
        <w:t>تو لوگ آتے تھے ان بتوں کی پوجا کرنے کے لیے۔</w:t>
      </w:r>
    </w:p>
    <w:p>
      <w:r>
        <w:rPr>
          <w:b/>
        </w:rPr>
        <w:t xml:space="preserve">[07:11] </w:t>
      </w:r>
      <w:r>
        <w:t>to goya ke sare arab ke but ek hi jagah maujood thay.</w:t>
      </w:r>
    </w:p>
    <w:p>
      <w:pPr>
        <w:jc w:val="right"/>
      </w:pPr>
      <w:r>
        <w:t>تو گویا کہ سارے عرب کے بت ایک ہی جگہ موجود تھے۔</w:t>
      </w:r>
    </w:p>
    <w:p>
      <w:r>
        <w:rPr>
          <w:b/>
        </w:rPr>
        <w:t xml:space="preserve">[07:21] </w:t>
      </w:r>
      <w:r>
        <w:t>to aap ne yeh socha ke</w:t>
      </w:r>
    </w:p>
    <w:p>
      <w:pPr>
        <w:jc w:val="right"/>
      </w:pPr>
      <w:r>
        <w:t>تو آپ نے یہ سوچا کہ</w:t>
      </w:r>
    </w:p>
    <w:p>
      <w:r>
        <w:rPr>
          <w:b/>
        </w:rPr>
        <w:t xml:space="preserve">[07:26] </w:t>
      </w:r>
      <w:r>
        <w:t>dekhiye kuch rasool Allah ki kuch sunnatain woh hain jo soch kar samajh aati hain.</w:t>
      </w:r>
    </w:p>
    <w:p>
      <w:pPr>
        <w:jc w:val="right"/>
      </w:pPr>
      <w:r>
        <w:t>دیکھیے کچھ رسول اللہ کی کچھ سنتیں وہ ہیں جو سوچ کر سمجھ آتی ہیں۔</w:t>
      </w:r>
    </w:p>
    <w:p>
      <w:r>
        <w:rPr>
          <w:b/>
        </w:rPr>
        <w:t xml:space="preserve">[07:36] </w:t>
      </w:r>
      <w:r>
        <w:t>kuch to woh hain ke aap ne</w:t>
      </w:r>
    </w:p>
    <w:p>
      <w:pPr>
        <w:jc w:val="right"/>
      </w:pPr>
      <w:r>
        <w:t>کچھ تو وہ ہیں کہ آپ نے</w:t>
      </w:r>
    </w:p>
    <w:p>
      <w:r>
        <w:rPr>
          <w:b/>
        </w:rPr>
        <w:t xml:space="preserve">[07:42] </w:t>
      </w:r>
      <w:r>
        <w:t>sajda kaise kiya, ruku kaise kiya, woh aap dekhein aur janien.</w:t>
      </w:r>
    </w:p>
    <w:p>
      <w:pPr>
        <w:jc w:val="right"/>
      </w:pPr>
      <w:r>
        <w:t>سجدہ کیسے کیا، رکوع کیسے کیا، وہ آپ دیکھیں اور جانیں۔</w:t>
      </w:r>
    </w:p>
    <w:p>
      <w:r>
        <w:rPr>
          <w:b/>
        </w:rPr>
        <w:t xml:space="preserve">[07:54] </w:t>
      </w:r>
      <w:r>
        <w:t>to yahan par bohat gehri sunnat hai is ko janna. yani</w:t>
      </w:r>
    </w:p>
    <w:p>
      <w:pPr>
        <w:jc w:val="right"/>
      </w:pPr>
      <w:r>
        <w:t>تو یہاں پر بہت گہری سنت ہے اس کو جاننا۔ یعنی</w:t>
      </w:r>
    </w:p>
    <w:p>
      <w:r>
        <w:rPr>
          <w:b/>
        </w:rPr>
        <w:t xml:space="preserve">[08:06] </w:t>
      </w:r>
      <w:r>
        <w:t>bazaahir to yeh bazaahir to yeh baat thi</w:t>
      </w:r>
    </w:p>
    <w:p>
      <w:pPr>
        <w:jc w:val="right"/>
      </w:pPr>
      <w:r>
        <w:t>بظاہر تو یہ بظاہر تو یہ بات تھی</w:t>
      </w:r>
    </w:p>
    <w:p>
      <w:r>
        <w:rPr>
          <w:b/>
        </w:rPr>
        <w:t xml:space="preserve">[08:13] </w:t>
      </w:r>
      <w:r>
        <w:t>ke ibrahim ke</w:t>
      </w:r>
    </w:p>
    <w:p>
      <w:pPr>
        <w:jc w:val="right"/>
      </w:pPr>
      <w:r>
        <w:t>کہ ابراہیم کے</w:t>
      </w:r>
    </w:p>
    <w:p>
      <w:r>
        <w:rPr>
          <w:b/>
        </w:rPr>
        <w:t xml:space="preserve">[08:23] </w:t>
      </w:r>
      <w:r>
        <w:t>ne banaya tha toheed ka ghar.</w:t>
      </w:r>
    </w:p>
    <w:p>
      <w:pPr>
        <w:jc w:val="right"/>
      </w:pPr>
      <w:r>
        <w:t>نے بنایا تھا توحید کا گھر۔</w:t>
      </w:r>
    </w:p>
    <w:p>
      <w:r>
        <w:rPr>
          <w:b/>
        </w:rPr>
        <w:t xml:space="preserve">[08:32] </w:t>
      </w:r>
      <w:r>
        <w:t>to is toheed ke ghar ko unhon ne bana diya tha shirk ka ghar.</w:t>
      </w:r>
    </w:p>
    <w:p>
      <w:pPr>
        <w:jc w:val="right"/>
      </w:pPr>
      <w:r>
        <w:t>تو اس توحید کے گھر کو انہوں نے بنا دیا تھا شرک کا گھر۔</w:t>
      </w:r>
    </w:p>
    <w:p>
      <w:r>
        <w:rPr>
          <w:b/>
        </w:rPr>
        <w:t xml:space="preserve">[08:41] </w:t>
      </w:r>
      <w:r>
        <w:t>ab kaise baansh kiya jaye? kya kiya jaye? to jo musalmanon ne is ka namuna dikhaya aujadiya mein, woh yeh tha ke lad jao.</w:t>
      </w:r>
    </w:p>
    <w:p>
      <w:pPr>
        <w:jc w:val="right"/>
      </w:pPr>
      <w:r>
        <w:t>اب کیسے بانش کیا جائے؟ کیا کیا جائے؟ تو جو مسلمانوں نے اس کا نمونہ دکھایا اوجدہیہ میں، وہ یہ تھا کہ لڑ جاؤ۔</w:t>
      </w:r>
    </w:p>
    <w:p>
      <w:r>
        <w:rPr>
          <w:b/>
        </w:rPr>
        <w:t xml:space="preserve">[08:57] </w:t>
      </w:r>
      <w:r>
        <w:t>yaad hai is zamane mein hamare jo leader thay, woh kehte thay</w:t>
      </w:r>
    </w:p>
    <w:p>
      <w:pPr>
        <w:jc w:val="right"/>
      </w:pPr>
      <w:r>
        <w:t>یاد ہے اس زمانے میں ہمارے جو لیڈر تھے، وہ کہتے تھے</w:t>
      </w:r>
    </w:p>
    <w:p>
      <w:r>
        <w:rPr>
          <w:b/>
        </w:rPr>
        <w:t xml:space="preserve">[09:04] </w:t>
      </w:r>
      <w:r>
        <w:t>ke</w:t>
      </w:r>
    </w:p>
    <w:p>
      <w:pPr>
        <w:jc w:val="right"/>
      </w:pPr>
      <w:r>
        <w:t>کہ</w:t>
      </w:r>
    </w:p>
    <w:p>
      <w:r>
        <w:rPr>
          <w:b/>
        </w:rPr>
        <w:t xml:space="preserve">[09:08] </w:t>
      </w:r>
      <w:r>
        <w:t>hum tum ko ek ek eent bhi masjid ki ek eent bhi idhar udhar nahi karne den ge.</w:t>
      </w:r>
    </w:p>
    <w:p>
      <w:pPr>
        <w:jc w:val="right"/>
      </w:pPr>
      <w:r>
        <w:t>ہم تم کو ایک ایک اینٹ بھی مسجد کی ایک اینٹ بھی ادھر ادھر نہیں کرنے دیں گے۔</w:t>
      </w:r>
    </w:p>
    <w:p>
      <w:r>
        <w:rPr>
          <w:b/>
        </w:rPr>
        <w:t xml:space="preserve">[09:20] </w:t>
      </w:r>
      <w:r>
        <w:t>yahan tak ke jab masjid dha di gayi, tab bhi unhon ne yeh naarah lagaya ke masjid wahin banao, masjid wahin banao.</w:t>
      </w:r>
    </w:p>
    <w:p>
      <w:pPr>
        <w:jc w:val="right"/>
      </w:pPr>
      <w:r>
        <w:t>یہاں تک کہ جب مسجد ڈھا دی گئی، تب بھی انہوں نے یہ نعرہ لگایا کہ مسجد وہیں بناؤ، مسجد وہیں بناؤ۔</w:t>
      </w:r>
    </w:p>
    <w:p>
      <w:r>
        <w:rPr>
          <w:b/>
        </w:rPr>
        <w:t xml:space="preserve">[09:35] </w:t>
      </w:r>
      <w:r>
        <w:t>mein pehla shakhs tha jis ne kaha ke nahi, masjid ko masjid ki re location par razi ho jao.</w:t>
      </w:r>
    </w:p>
    <w:p>
      <w:pPr>
        <w:jc w:val="right"/>
      </w:pPr>
      <w:r>
        <w:t>میں پہلا شخص تھا جس نے کہا کہ نہیں، مسجد کو مسجد کی ری لوکیشن پر راضی ہو جاؤ۔</w:t>
      </w:r>
    </w:p>
    <w:p>
      <w:r>
        <w:rPr>
          <w:b/>
        </w:rPr>
        <w:t xml:space="preserve">[09:48] </w:t>
      </w:r>
      <w:r>
        <w:t>yani masjid ki re location par razi ho jao. to sare log bhark uthe.</w:t>
      </w:r>
    </w:p>
    <w:p>
      <w:pPr>
        <w:jc w:val="right"/>
      </w:pPr>
      <w:r>
        <w:t>یعنی مسجد کی ری لوکیشن پر راضی ہو جاؤ۔ تو سارے لوگ بھڑک اٹھے۔</w:t>
      </w:r>
    </w:p>
    <w:p>
      <w:r>
        <w:rPr>
          <w:b/>
        </w:rPr>
        <w:t xml:space="preserve">[09:57] </w:t>
      </w:r>
      <w:r>
        <w:t>nahi ho sakta, yeh nahi ho sakta.</w:t>
      </w:r>
    </w:p>
    <w:p>
      <w:pPr>
        <w:jc w:val="right"/>
      </w:pPr>
      <w:r>
        <w:t>نہیں ہو سکتا، یہ نہیں ہو سکتا۔</w:t>
      </w:r>
    </w:p>
    <w:p>
      <w:r>
        <w:rPr>
          <w:b/>
        </w:rPr>
        <w:t xml:space="preserve">[10:04] </w:t>
      </w:r>
      <w:r>
        <w:t>halankeh yeh itna acha formula tha ke agar musalmanon ne phir razi ho jate to aaj India ki tasweer bilkul doosri hoti.</w:t>
      </w:r>
    </w:p>
    <w:p>
      <w:pPr>
        <w:jc w:val="right"/>
      </w:pPr>
      <w:r>
        <w:t>حالانکہ یہ اتنا اچھا فارمولا تھا کہ اگر مسلمانوں نے پھر راضی ہو جاتے تو آج انڈیا کی تصویر بالکل دوسری ہوتی۔</w:t>
      </w:r>
    </w:p>
    <w:p>
      <w:r>
        <w:rPr>
          <w:b/>
        </w:rPr>
        <w:t xml:space="preserve">[10:18] </w:t>
      </w:r>
      <w:r>
        <w:t>bilkul doosri hoti.</w:t>
      </w:r>
    </w:p>
    <w:p>
      <w:pPr>
        <w:jc w:val="right"/>
      </w:pPr>
      <w:r>
        <w:t>بالکل دوسری ہوتی۔</w:t>
      </w:r>
    </w:p>
    <w:p>
      <w:r>
        <w:rPr>
          <w:b/>
        </w:rPr>
        <w:t xml:space="preserve">[10:26] </w:t>
      </w:r>
      <w:r>
        <w:t>to Rasool Allah ne kya kiya? Rasool Allah ne yeh kiya ke jo wahan bheed ikattha hoti thi,</w:t>
      </w:r>
    </w:p>
    <w:p>
      <w:pPr>
        <w:jc w:val="right"/>
      </w:pPr>
      <w:r>
        <w:t>تو رسول اللہ نے کیا کیا؟ رسول اللہ نے یہ کیا کہ جو وہاں بھیڑ اکٹھا ہوتی تھی،</w:t>
      </w:r>
    </w:p>
    <w:p>
      <w:r>
        <w:rPr>
          <w:b/>
        </w:rPr>
        <w:t xml:space="preserve">[10:43] </w:t>
      </w:r>
      <w:r>
        <w:t>is bheed ko aap ne convert kar diya</w:t>
      </w:r>
    </w:p>
    <w:p>
      <w:pPr>
        <w:jc w:val="right"/>
      </w:pPr>
      <w:r>
        <w:t>اس بھیڑ کو آپ نے کنورٹ کر دیا</w:t>
      </w:r>
    </w:p>
    <w:p>
      <w:r>
        <w:rPr>
          <w:b/>
        </w:rPr>
        <w:t xml:space="preserve">[10:48] </w:t>
      </w:r>
      <w:r>
        <w:t>audience mein. Audience mein. Woh hadith mein aata hai ke aap rozana jate the wahan, to kehte the logon se:</w:t>
      </w:r>
    </w:p>
    <w:p>
      <w:pPr>
        <w:jc w:val="right"/>
      </w:pPr>
      <w:r>
        <w:t>آڈینس میں۔ آڈینس میں۔ وہ حدیث میں آتا ہے کہ آپ روزانہ جاتے تھے وہاں، تو کہتے تھے لوگوں سے:</w:t>
      </w:r>
    </w:p>
    <w:p>
      <w:r>
        <w:rPr>
          <w:b/>
        </w:rPr>
        <w:t xml:space="preserve">[11:00] </w:t>
      </w:r>
      <w:r>
        <w:t>"Eha nas qoolu la la Allah tuflehu".</w:t>
      </w:r>
    </w:p>
    <w:p>
      <w:pPr>
        <w:jc w:val="right"/>
      </w:pPr>
      <w:r>
        <w:t>"ایہا الناس قولو لا لا اللہ تفلحو"۔</w:t>
      </w:r>
    </w:p>
    <w:p>
      <w:r>
        <w:rPr>
          <w:b/>
        </w:rPr>
        <w:t xml:space="preserve">[11:08] </w:t>
      </w:r>
      <w:r>
        <w:t>Rasool Allah ne is ko convert kar diya audience mein apne apne mission ke liye.</w:t>
      </w:r>
    </w:p>
    <w:p>
      <w:pPr>
        <w:jc w:val="right"/>
      </w:pPr>
      <w:r>
        <w:t>رسول اللہ نے اس کو کنورٹ کر دیا آڈینس میں اپنے اپنے مشن کے لیے۔</w:t>
      </w:r>
    </w:p>
    <w:p>
      <w:r>
        <w:rPr>
          <w:b/>
        </w:rPr>
        <w:t xml:space="preserve">[11:17] </w:t>
      </w:r>
      <w:r>
        <w:t>apne mission ke liye audience mein convert kar diya.</w:t>
      </w:r>
    </w:p>
    <w:p>
      <w:pPr>
        <w:jc w:val="right"/>
      </w:pPr>
      <w:r>
        <w:t>اپنے مشن کے لیے آڈینس میں کنورٹ کر دیا۔</w:t>
      </w:r>
    </w:p>
    <w:p>
      <w:r>
        <w:rPr>
          <w:b/>
        </w:rPr>
        <w:t xml:space="preserve">[11:24] </w:t>
      </w:r>
      <w:r>
        <w:t>yeh hai manage karna. Yeh hai Rasool Allah ki sunnat.</w:t>
      </w:r>
    </w:p>
    <w:p>
      <w:pPr>
        <w:jc w:val="right"/>
      </w:pPr>
      <w:r>
        <w:t>یہ ہے مانج کرنا۔ یہ ہے رسول اللہ کی سنت۔</w:t>
      </w:r>
    </w:p>
    <w:p>
      <w:r>
        <w:rPr>
          <w:b/>
        </w:rPr>
        <w:t xml:space="preserve">[11:37] </w:t>
      </w:r>
      <w:r>
        <w:t>lekin maine bohat padha hai Islam ki tareekh ko aur Rasool Allah ki seerat ko.</w:t>
      </w:r>
    </w:p>
    <w:p>
      <w:pPr>
        <w:jc w:val="right"/>
      </w:pPr>
      <w:r>
        <w:t>لیکن میں نے بہت پڑھا ہے اسلام کی تاریخ کو اور رسول اللہ کی سیرت کو۔</w:t>
      </w:r>
    </w:p>
    <w:p>
      <w:r>
        <w:rPr>
          <w:b/>
        </w:rPr>
        <w:t xml:space="preserve">[11:48] </w:t>
      </w:r>
      <w:r>
        <w:t>main yaqeen ke sath keh sakta hoon ke</w:t>
      </w:r>
    </w:p>
    <w:p>
      <w:pPr>
        <w:jc w:val="right"/>
      </w:pPr>
      <w:r>
        <w:t>میں یقین کے ساتھ کہہ سکتا ہوں کہ</w:t>
      </w:r>
    </w:p>
    <w:p>
      <w:r>
        <w:rPr>
          <w:b/>
        </w:rPr>
        <w:t xml:space="preserve">[11:53] </w:t>
      </w:r>
      <w:r>
        <w:t>yeh jo literature hai Islam ke naam par, is mein ek bhi kitab aisi nahi hai jo is hikmat ko hikmat ko batane wali ho.</w:t>
      </w:r>
    </w:p>
    <w:p>
      <w:pPr>
        <w:jc w:val="right"/>
      </w:pPr>
      <w:r>
        <w:t>یہ جو لٹریچر ہے اسلام کے نام پر، اس میں ایک بھی کتاب ایسی نہیں ہے جو اس حکمت کو حکمت کو بتانے والی ہو۔</w:t>
      </w:r>
    </w:p>
    <w:p>
      <w:r>
        <w:rPr>
          <w:b/>
        </w:rPr>
        <w:t xml:space="preserve">[12:07] </w:t>
      </w:r>
      <w:r>
        <w:t>is ko jante hi nahi log ke Rasool Allah ne kya hikmat ikhtiyar ki? Kya wisdom ikhtiyar ki?</w:t>
      </w:r>
    </w:p>
    <w:p>
      <w:pPr>
        <w:jc w:val="right"/>
      </w:pPr>
      <w:r>
        <w:t>اس کو جانتے ہی نہیں لوگ کہ رسول اللہ نے کیا حکمت اختیار کی؟ کیا وزڈم اختیار کی؟</w:t>
      </w:r>
    </w:p>
    <w:p>
      <w:r>
        <w:rPr>
          <w:b/>
        </w:rPr>
        <w:t xml:space="preserve">[12:18] </w:t>
      </w:r>
      <w:r>
        <w:t>to yeh ek namuna hai. Yeh ek namuna hai ke halaat kaise bhi hon, kaise bhi hon, kaise bhi hon, is ko koshish karo apne apne mawafeeq dhalne ki.</w:t>
      </w:r>
    </w:p>
    <w:p>
      <w:pPr>
        <w:jc w:val="right"/>
      </w:pPr>
      <w:r>
        <w:t>تو یہ ایک نمونہ ہے۔ یہ ایک نمونہ ہے کہ حالات کیسے بھی ہوں، کیسے بھی ہوں، کیسے بھی ہوں، اس کو کوشش کرو اپنے اپنے موافق ڈھالنے کی۔</w:t>
      </w:r>
    </w:p>
    <w:p>
      <w:r>
        <w:rPr>
          <w:b/>
        </w:rPr>
        <w:t xml:space="preserve">[12:37] </w:t>
      </w:r>
      <w:r>
        <w:t>manage kar ke.</w:t>
      </w:r>
    </w:p>
    <w:p>
      <w:pPr>
        <w:jc w:val="right"/>
      </w:pPr>
      <w:r>
        <w:t>مانج کر کے۔</w:t>
      </w:r>
    </w:p>
    <w:p>
      <w:r>
        <w:rPr>
          <w:b/>
        </w:rPr>
        <w:t xml:space="preserve">[12:41] </w:t>
      </w:r>
      <w:r>
        <w:t>halaat kuch bhi hon, kuch bhi hon, to socho, soch kar ke, soch kar ke, soch kar ke ke formula nikalo</w:t>
      </w:r>
    </w:p>
    <w:p>
      <w:pPr>
        <w:jc w:val="right"/>
      </w:pPr>
      <w:r>
        <w:t>حالات کچھ بھی ہوں، کچھ بھی ہوں، تو سوچو، سوچ کر کے، سوچ کر کے، سوچ کر کے کہ فارمولا نکالو</w:t>
      </w:r>
    </w:p>
    <w:p>
      <w:r>
        <w:rPr>
          <w:b/>
        </w:rPr>
        <w:t xml:space="preserve">[12:59] </w:t>
      </w:r>
      <w:r>
        <w:t>ke halaat</w:t>
      </w:r>
    </w:p>
    <w:p>
      <w:pPr>
        <w:jc w:val="right"/>
      </w:pPr>
      <w:r>
        <w:t>کہ حالات</w:t>
      </w:r>
    </w:p>
    <w:p>
      <w:r>
        <w:rPr>
          <w:b/>
        </w:rPr>
        <w:t xml:space="preserve">[13:03] </w:t>
      </w:r>
      <w:r>
        <w:t>ko apne mawafeqat mein convert kar sako.</w:t>
      </w:r>
    </w:p>
    <w:p>
      <w:pPr>
        <w:jc w:val="right"/>
      </w:pPr>
      <w:r>
        <w:t>کو اپنے موافقت میں کنورٹ کر سکو۔</w:t>
      </w:r>
    </w:p>
    <w:p>
      <w:r>
        <w:rPr>
          <w:b/>
        </w:rPr>
        <w:t xml:space="preserve">[13:10] </w:t>
      </w:r>
      <w:r>
        <w:t>to yeh daai ka kaam hai. Isi liye main kehta hoon ke daai jo hai, daai</w:t>
      </w:r>
    </w:p>
    <w:p>
      <w:pPr>
        <w:jc w:val="right"/>
      </w:pPr>
      <w:r>
        <w:t>تو یہ داعی کا کام ہے۔ اسی لیے میں کہتا ہوں کہ داعی جو ہے، داعی</w:t>
      </w:r>
    </w:p>
    <w:p>
      <w:r>
        <w:rPr>
          <w:b/>
        </w:rPr>
        <w:t xml:space="preserve">[13:20] </w:t>
      </w:r>
      <w:r>
        <w:t>woh hamesha daai wahi hai jaise daai. True daai. Jo creative daai ho.</w:t>
      </w:r>
    </w:p>
    <w:p>
      <w:pPr>
        <w:jc w:val="right"/>
      </w:pPr>
      <w:r>
        <w:t>وہ ہمیشہ داعی وہی ہے جیسے داعی۔ ٹرو داعی۔ جو کریٹیو داعی ہو۔</w:t>
      </w:r>
    </w:p>
    <w:p>
      <w:r>
        <w:rPr>
          <w:b/>
        </w:rPr>
        <w:t xml:space="preserve">[13:32] </w:t>
      </w:r>
      <w:r>
        <w:t>daai agar creative daai na ho to woh daai nahi hai.</w:t>
      </w:r>
    </w:p>
    <w:p>
      <w:pPr>
        <w:jc w:val="right"/>
      </w:pPr>
      <w:r>
        <w:t>داعی اگر کریٹیو داعی نہ ہو تو وہ داعی نہیں ہے۔</w:t>
      </w:r>
    </w:p>
    <w:p>
      <w:r>
        <w:rPr>
          <w:b/>
        </w:rPr>
        <w:t xml:space="preserve">[13:44] </w:t>
      </w:r>
      <w:r>
        <w:t>creative daai ladai nahi karta, nafrat nahi karta.</w:t>
      </w:r>
    </w:p>
    <w:p>
      <w:pPr>
        <w:jc w:val="right"/>
      </w:pPr>
      <w:r>
        <w:t>کریٹیو داعی لڑائی نہیں کرتا، نفرت نہیں کرتا۔</w:t>
      </w:r>
    </w:p>
    <w:p>
      <w:r>
        <w:rPr>
          <w:b/>
        </w:rPr>
        <w:t xml:space="preserve">[13:52] </w:t>
      </w:r>
      <w:r>
        <w:t>yeh sab kaam daai ka nahi hai. Daai ka kaam hai</w:t>
      </w:r>
    </w:p>
    <w:p>
      <w:pPr>
        <w:jc w:val="right"/>
      </w:pPr>
      <w:r>
        <w:t>یہ سب کام داعی کا نہیں ہے۔ داعی کا کام ہے</w:t>
      </w:r>
    </w:p>
    <w:p>
      <w:r>
        <w:rPr>
          <w:b/>
        </w:rPr>
        <w:t xml:space="preserve">[14:01] </w:t>
      </w:r>
      <w:r>
        <w:t>ke woh is ke andar creative thinking ho. Creative thinking. Woh is raaz ko jaane ke</w:t>
      </w:r>
    </w:p>
    <w:p>
      <w:pPr>
        <w:jc w:val="right"/>
      </w:pPr>
      <w:r>
        <w:t>کہ وہ اس کے اندر کریٹیو تھنکنگ ہو۔ کریٹیو تھنکنگ۔ وہ اس راز کو جانے کہ</w:t>
      </w:r>
    </w:p>
    <w:p>
      <w:r>
        <w:rPr>
          <w:b/>
        </w:rPr>
        <w:t xml:space="preserve">[14:15] </w:t>
      </w:r>
      <w:r>
        <w:t>mukhalif halaat ko kis tarah mukhalif halaat mein convert kiya ja sakta hai.</w:t>
      </w:r>
    </w:p>
    <w:p>
      <w:pPr>
        <w:jc w:val="right"/>
      </w:pPr>
      <w:r>
        <w:t>مخالف حالات کو کس طرح مخالف حالات میں کنورٹ کیا سکتا ہے۔</w:t>
      </w:r>
    </w:p>
    <w:p>
      <w:r>
        <w:rPr>
          <w:b/>
        </w:rPr>
        <w:t xml:space="preserve">[14:27] </w:t>
      </w:r>
      <w:r>
        <w:t>isi liye main kehta hoon ke dawat ek art hai. dawat ek art hai, art.</w:t>
      </w:r>
    </w:p>
    <w:p>
      <w:pPr>
        <w:jc w:val="right"/>
      </w:pPr>
      <w:r>
        <w:t>اسی لیے میں کہتا ہوں کہ دعوت ایک آرٹ ہے۔ دعوت ایک آرٹ ہے، آرٹ۔</w:t>
      </w:r>
    </w:p>
    <w:p>
      <w:r>
        <w:rPr>
          <w:b/>
        </w:rPr>
        <w:t xml:space="preserve">[14:37] </w:t>
      </w:r>
      <w:r>
        <w:t>yani</w:t>
      </w:r>
    </w:p>
    <w:p>
      <w:pPr>
        <w:jc w:val="right"/>
      </w:pPr>
      <w:r>
        <w:t>یعنی</w:t>
      </w:r>
    </w:p>
    <w:p>
      <w:r>
        <w:rPr>
          <w:b/>
        </w:rPr>
        <w:t xml:space="preserve">[14:43] </w:t>
      </w:r>
      <w:r>
        <w:t>halaat ko banjh kar ke apne mawaafiq mein convert karna.</w:t>
      </w:r>
    </w:p>
    <w:p>
      <w:pPr>
        <w:jc w:val="right"/>
      </w:pPr>
      <w:r>
        <w:t>حالات کو بانجھ کر کے اپنے موافق میں کنورٹ کرنا۔</w:t>
      </w:r>
    </w:p>
    <w:p>
      <w:r>
        <w:rPr>
          <w:b/>
        </w:rPr>
        <w:t xml:space="preserve">[14:58] </w:t>
      </w:r>
      <w:r>
        <w:t>isi liye main kehta hoon ke sacha daai woh hai jo creative thinker ho. jo creative thinker ho.</w:t>
      </w:r>
    </w:p>
    <w:p>
      <w:pPr>
        <w:jc w:val="right"/>
      </w:pPr>
      <w:r>
        <w:t>اسی لیے میں کہتا ہوں کہ سچا داعی وہ ہے جو کریٹیو تھنکر ہو۔ جو کریٹیو تھنکر ہو۔</w:t>
      </w:r>
    </w:p>
    <w:p>
      <w:r>
        <w:rPr>
          <w:b/>
        </w:rPr>
        <w:t xml:space="preserve">[15:12] </w:t>
      </w:r>
      <w:r>
        <w:t>main ne Allah ke fazl se seerat par kai kitabein likhi hain. kyunke mera khaas mozu seerat hi tha.</w:t>
      </w:r>
    </w:p>
    <w:p>
      <w:pPr>
        <w:jc w:val="right"/>
      </w:pPr>
      <w:r>
        <w:t>میں نے اللہ کے فضل سے سیرت پر کئی کتابیں لکھی ہیں۔ کیونکہ میرا خاص موضوع سیرت ہی تھا۔</w:t>
      </w:r>
    </w:p>
    <w:p>
      <w:r>
        <w:rPr>
          <w:b/>
        </w:rPr>
        <w:t xml:space="preserve">[15:25] </w:t>
      </w:r>
      <w:r>
        <w:t>agar aap badi kitabein jo seerat par aaein, un ko parhein to aap is raaz ko paa lenge ke Rasool Allah ek creative daai thay.</w:t>
      </w:r>
    </w:p>
    <w:p>
      <w:pPr>
        <w:jc w:val="right"/>
      </w:pPr>
      <w:r>
        <w:t>اگر آپ بڑی کتابیں جو سیرت پر آئیں، ان کو پڑھیں تو آپ اس راز کو پا لیں گے کہ رسول اللہ ایک کریٹیو داعی تھے۔</w:t>
      </w:r>
    </w:p>
    <w:p>
      <w:r>
        <w:rPr>
          <w:b/>
        </w:rPr>
        <w:t xml:space="preserve">[15:44] </w:t>
      </w:r>
      <w:r>
        <w:t>to aaj ka aaj ka topic yahi hai. is ko pakad liya hai to is par apne critical comment dijiye.</w:t>
      </w:r>
    </w:p>
    <w:p>
      <w:pPr>
        <w:jc w:val="right"/>
      </w:pPr>
      <w:r>
        <w:t>تو آج کا آج کا ٹاپک یہی ہے۔ اس کو پکڑ لیا ہے تو اس پر اپنے کریٹیکل کمنٹ دیجیے۔</w:t>
      </w:r>
    </w:p>
    <w:p>
      <w:r>
        <w:rPr>
          <w:b/>
        </w:rPr>
        <w:t xml:space="preserve">[15:59] </w:t>
      </w:r>
      <w:r>
        <w:t>is mein kuch add kijiye. is soch mein kuch add kijiye. aur jo aap ko samajh mein aaye woh kahiye.</w:t>
      </w:r>
    </w:p>
    <w:p>
      <w:pPr>
        <w:jc w:val="right"/>
      </w:pPr>
      <w:r>
        <w:t>اس میں کچھ ایڈ کیجیے۔ اس سوچ میں کچھ ایڈ کیجیے۔ اور جو آپ کو سمجھ میں آئے وہ کہیے۔</w:t>
      </w:r>
    </w:p>
    <w:p>
      <w:r>
        <w:rPr>
          <w:b/>
        </w:rPr>
        <w:t xml:space="preserve">[16:12] </w:t>
      </w:r>
      <w:r>
        <w:t>meri dua hai ke Allah taala aap ko tofeeq de ke aap is</w:t>
      </w:r>
    </w:p>
    <w:p>
      <w:pPr>
        <w:jc w:val="right"/>
      </w:pPr>
      <w:r>
        <w:t>میری دعا ہے کہ اللہ تعالیٰ آپ کو توفیق دے کہ آپ اس</w:t>
      </w:r>
    </w:p>
    <w:p>
      <w:r>
        <w:rPr>
          <w:b/>
        </w:rPr>
        <w:t xml:space="preserve">[16:16] </w:t>
      </w:r>
      <w:r>
        <w:t>is soch ko gehrai ke saath samjhein aur creative creative daai banne ka jo art hai, is ke upar kuch roshni dalein.</w:t>
      </w:r>
    </w:p>
    <w:p>
      <w:pPr>
        <w:jc w:val="right"/>
      </w:pPr>
      <w:r>
        <w:t>اس سوچ کو گہرائی کے ساتھ سمجھیں اور کریٹیو کریٹیو داعی بننے کا جو آرٹ ہے، اس کے اوپر کچھ روشنی ڈالیں۔</w:t>
      </w:r>
    </w:p>
    <w:p>
      <w:r>
        <w:rPr>
          <w:b/>
        </w:rPr>
        <w:t xml:space="preserve">[16:34] </w:t>
      </w:r>
      <w:r>
        <w:t>zakir Allah. Assalam o Alaikum wa Rahmatullahi.</w:t>
      </w:r>
    </w:p>
    <w:p>
      <w:pPr>
        <w:jc w:val="right"/>
      </w:pPr>
      <w:r>
        <w:t>ذاکر اللہ۔ السلام علیکم ورحمتہ اللہ۔</w:t>
      </w:r>
    </w:p>
    <w:p>
      <w:r>
        <w:rPr>
          <w:b/>
        </w:rPr>
        <w:t xml:space="preserve">[16:53] </w:t>
      </w:r>
      <w:r>
        <w:t>Maulana sahib, yeh ek sawal hai aap ke liye Maulana Farhad Ahmed ka. creative thinking ke liye kisi cheez ko tark karna zaroori hai?</w:t>
      </w:r>
    </w:p>
    <w:p>
      <w:pPr>
        <w:jc w:val="right"/>
      </w:pPr>
      <w:r>
        <w:t>مولانا صاحب، یہ ایک سوال ہے آپ کے لیے مولانا فرہاد احمد کا۔ کریٹیو تھنکنگ کے لیے کسی چیز کو ترک کرنا ضروری ہے؟</w:t>
      </w:r>
    </w:p>
    <w:p>
      <w:r>
        <w:rPr>
          <w:b/>
        </w:rPr>
        <w:t xml:space="preserve">[17:05] </w:t>
      </w:r>
      <w:r>
        <w:t>kaun si? creative thinking apne andar develop karne ke liye kisi cheez ka tark karna zaroori hai?</w:t>
      </w:r>
    </w:p>
    <w:p>
      <w:pPr>
        <w:jc w:val="right"/>
      </w:pPr>
      <w:r>
        <w:t>کون سی؟ کریٹیو تھنکنگ اپنے اندر ڈیولپ کرنے کے لیے کسی چیز کا ترک کرنا ضروری ہے؟</w:t>
      </w:r>
    </w:p>
    <w:p>
      <w:r>
        <w:rPr>
          <w:b/>
        </w:rPr>
        <w:t xml:space="preserve">[17:14] </w:t>
      </w:r>
      <w:r>
        <w:t>zaroori hai, laazim hai. jis ke andar yeh boota na ho.</w:t>
      </w:r>
    </w:p>
    <w:p>
      <w:pPr>
        <w:jc w:val="right"/>
      </w:pPr>
      <w:r>
        <w:t>ضروری ہے، لازم ہے۔ جس کے اندر یہ بوتا نہ ہو۔</w:t>
      </w:r>
    </w:p>
    <w:p>
      <w:r>
        <w:rPr>
          <w:b/>
        </w:rPr>
        <w:t xml:space="preserve">[17:24] </w:t>
      </w:r>
      <w:r>
        <w:t>dekhiye, creative thinker banne ke liye zaroori hai ke aap ko bhi yeh boota ho ke aap apni conditioning ko tod saken.</w:t>
      </w:r>
    </w:p>
    <w:p>
      <w:pPr>
        <w:jc w:val="right"/>
      </w:pPr>
      <w:r>
        <w:t>دیکھیے، کریٹیو تھنکر بننے کے لیے ضروری ہے کہ آپ کو بھی یہ بوتا ہو کہ آپ اپنی کنڈیشننگ کو توڑ سکیں۔</w:t>
      </w:r>
    </w:p>
    <w:p>
      <w:r>
        <w:rPr>
          <w:b/>
        </w:rPr>
        <w:t xml:space="preserve">[17:37] </w:t>
      </w:r>
      <w:r>
        <w:t>dekhiye, insaan jab paida hota hai</w:t>
      </w:r>
    </w:p>
    <w:p>
      <w:pPr>
        <w:jc w:val="right"/>
      </w:pPr>
      <w:r>
        <w:t>دیکھیے، انسان جب پیدا ہوتا ہے</w:t>
      </w:r>
    </w:p>
    <w:p>
      <w:r>
        <w:rPr>
          <w:b/>
        </w:rPr>
        <w:t xml:space="preserve">[17:42] </w:t>
      </w:r>
      <w:r>
        <w:t>to hadith mein khud aata hai ke: "kal</w:t>
      </w:r>
    </w:p>
    <w:p>
      <w:pPr>
        <w:jc w:val="right"/>
      </w:pPr>
      <w:r>
        <w:t>تو حدیث میں خود آتا ہے کہ: "کل</w:t>
      </w:r>
    </w:p>
    <w:p>
      <w:r>
        <w:rPr>
          <w:b/>
        </w:rPr>
        <w:t xml:space="preserve">[17:53] </w:t>
      </w:r>
      <w:r>
        <w:t>har aadmi yaad rakhiye, conditioning ka case hota hai. har aadmi kal har aadmi conditioning ka case hota hai.</w:t>
      </w:r>
    </w:p>
    <w:p>
      <w:pPr>
        <w:jc w:val="right"/>
      </w:pPr>
      <w:r>
        <w:t>ہر آدمی یاد رکھیے، کنڈیشننگ کا کیس ہوتا ہے۔ ہر آدمی کل ہر آدمی کنڈیشننگ کا کیس ہوتا ہے۔</w:t>
      </w:r>
    </w:p>
    <w:p>
      <w:r>
        <w:rPr>
          <w:b/>
        </w:rPr>
        <w:t xml:space="preserve">[18:05] </w:t>
      </w:r>
      <w:r>
        <w:t>jis aadmi ke andar yeh himmat ho ke woh apni conditioning ko todega,</w:t>
      </w:r>
    </w:p>
    <w:p>
      <w:pPr>
        <w:jc w:val="right"/>
      </w:pPr>
      <w:r>
        <w:t>جس آدمی کے اندر یہ ہمت ہو کہ وہ اپنی کنڈیشننگ کو توڑے گا،</w:t>
      </w:r>
    </w:p>
    <w:p>
      <w:r>
        <w:rPr>
          <w:b/>
        </w:rPr>
        <w:t xml:space="preserve">[18:10] </w:t>
      </w:r>
      <w:r>
        <w:t>khud apne hathoron se, apne hathoron se, wohi aadmi creative thinker ban sakta hai.</w:t>
      </w:r>
    </w:p>
    <w:p>
      <w:pPr>
        <w:jc w:val="right"/>
      </w:pPr>
      <w:r>
        <w:t>خود اپنے ہتھوڑوں سے، اپنے ہتھوڑوں سے، وہی آدمی کریٹیو تھنکر بن سکتا ہے۔</w:t>
      </w:r>
    </w:p>
    <w:p>
      <w:r>
        <w:rPr>
          <w:b/>
        </w:rPr>
        <w:t xml:space="preserve">[18:21] </w:t>
      </w:r>
      <w:r>
        <w:t>warna nahin.</w:t>
      </w:r>
    </w:p>
    <w:p>
      <w:pPr>
        <w:jc w:val="right"/>
      </w:pPr>
      <w:r>
        <w:t>ورنہ نہیں۔</w:t>
      </w:r>
    </w:p>
    <w:p>
      <w:r>
        <w:rPr>
          <w:b/>
        </w:rPr>
        <w:t xml:space="preserve">[18:27] </w:t>
      </w:r>
      <w:r>
        <w:t>yeh himmat paida kijiye ke aap khud apni conditioning ko apne haath se todenge, tab aap creative thinker ban sakte hain.</w:t>
      </w:r>
    </w:p>
    <w:p>
      <w:pPr>
        <w:jc w:val="right"/>
      </w:pPr>
      <w:r>
        <w:t>یہ ہمت پیدا کیجیے کہ آپ خود اپنی کنڈیشننگ کو اپنے ہاتھ سے توڑیں گے، تب آپ کریٹیو تھنکر بن سکتے ہیں۔</w:t>
      </w:r>
    </w:p>
    <w:p>
      <w:r>
        <w:rPr>
          <w:b/>
        </w:rPr>
        <w:t xml:space="preserve">[18:39] </w:t>
      </w:r>
      <w:r>
        <w:t>warna naam ke nahin. ikhalisto. mahalisto, mahalisto, mahalisto.</w:t>
      </w:r>
    </w:p>
    <w:p>
      <w:pPr>
        <w:jc w:val="right"/>
      </w:pPr>
      <w:r>
        <w:t>ورنہ نام کے نہیں۔ ایخالستو۔ محالستو، محالستو، محالستو۔</w:t>
      </w:r>
    </w:p>
    <w:p>
      <w:r>
        <w:rPr>
          <w:b/>
        </w:rPr>
        <w:t xml:space="preserve">[18:49] </w:t>
      </w:r>
      <w:r>
        <w:t>kya hai woh? mahalisto</w:t>
      </w:r>
    </w:p>
    <w:p>
      <w:pPr>
        <w:jc w:val="right"/>
      </w:pPr>
      <w:r>
        <w:t>کیا ہے وہ؟ محالستو</w:t>
      </w:r>
    </w:p>
    <w:p>
      <w:r>
        <w:rPr>
          <w:b/>
        </w:rPr>
        <w:t xml:space="preserve">[18:53] </w:t>
      </w:r>
      <w:r>
        <w:t>jinnu.</w:t>
      </w:r>
    </w:p>
    <w:p>
      <w:pPr>
        <w:jc w:val="right"/>
      </w:pPr>
      <w:r>
        <w:t>جنوں۔</w:t>
      </w:r>
    </w:p>
    <w:p>
      <w:r>
        <w:rPr>
          <w:b/>
        </w:rPr>
        <w:t xml:space="preserve">[18:57] </w:t>
      </w:r>
      <w:r>
        <w:t>to yaad rakhiye, hota yeh hai ke har aadmi kisi mahaul mein paida hota hai. kisi mahaul mein, kisi institution mein.</w:t>
      </w:r>
    </w:p>
    <w:p>
      <w:pPr>
        <w:jc w:val="right"/>
      </w:pPr>
      <w:r>
        <w:t>تو یاد رکھیے، ہوتا یہ ہے کہ ہر آدمی کسی ماحول میں پیدا ہوتا ہے۔ کسی ماحول میں، کسی انسٹیٹیوشن میں۔</w:t>
      </w:r>
    </w:p>
    <w:p>
      <w:r>
        <w:rPr>
          <w:b/>
        </w:rPr>
        <w:t xml:space="preserve">[19:12] </w:t>
      </w:r>
      <w:r>
        <w:t>to nazariya yeh hota hai ke bilkul shuru se uski conditioning shuru ho jati hai.</w:t>
      </w:r>
    </w:p>
    <w:p>
      <w:pPr>
        <w:jc w:val="right"/>
      </w:pPr>
      <w:r>
        <w:t>تو نظریہ یہ ہوتا ہے کہ بالکل شروع سے اس کی کنڈیشننگ شروع ہو جاتی ہے۔</w:t>
      </w:r>
    </w:p>
    <w:p>
      <w:r>
        <w:rPr>
          <w:b/>
        </w:rPr>
        <w:t xml:space="preserve">[19:24] </w:t>
      </w:r>
      <w:r>
        <w:t>shuru se maa baap, ghar wale, mahaul, jo bhi uske atraf ki duniya hai, woh subah shaam usko</w:t>
      </w:r>
    </w:p>
    <w:p>
      <w:pPr>
        <w:jc w:val="right"/>
      </w:pPr>
      <w:r>
        <w:t>شروع سے ماں باپ، گھر والے، ماحول، جو بھی اس کے اطراف کی دنیا ہے، وہ صبح شام اس کو</w:t>
      </w:r>
    </w:p>
    <w:p>
      <w:r>
        <w:rPr>
          <w:b/>
        </w:rPr>
        <w:t xml:space="preserve">[19:44] </w:t>
      </w:r>
      <w:r>
        <w:t>ek khaas model par dhalati hai. Yahan tak ke woh ek dhara dhara insaan ban jata hai.</w:t>
      </w:r>
    </w:p>
    <w:p>
      <w:pPr>
        <w:jc w:val="right"/>
      </w:pPr>
      <w:r>
        <w:t>ایک خاص ماڈل پر ڈھالتی ہے۔ یہاں تک کہ وہ ایک ڈھرا ڈھرا انسان بن جاتا ہے۔</w:t>
      </w:r>
    </w:p>
    <w:p>
      <w:r>
        <w:rPr>
          <w:b/>
        </w:rPr>
        <w:t xml:space="preserve">[20:00] </w:t>
      </w:r>
      <w:r>
        <w:t>baat ko yaad rakhiye, kisi insaan ka, koi bhi insaan, is mein koi exception nahi hai. Kisi insaan ka pehla kaam yeh hai ke woh jaane ke meri conditioning kis tarah hui hai.</w:t>
      </w:r>
    </w:p>
    <w:p>
      <w:pPr>
        <w:jc w:val="right"/>
      </w:pPr>
      <w:r>
        <w:t>بات کو یاد رکھیے، کسی انسان کا، کوئی بھی انسان، اس میں کوئی ایکسیپشن نہیں ہے۔ کسی انسان کا پہلا کام یہ ہے کہ وہ جانے کہ میری کنڈیشننگ کس طرح ہوئی ہے۔</w:t>
      </w:r>
    </w:p>
    <w:p>
      <w:r>
        <w:rPr>
          <w:b/>
        </w:rPr>
        <w:t xml:space="preserve">[20:21] </w:t>
      </w:r>
      <w:r>
        <w:t>yeh jaanna aur usko todna, yani apni apni deconditioning karna, apni conditioning ko decondition karna.</w:t>
      </w:r>
    </w:p>
    <w:p>
      <w:pPr>
        <w:jc w:val="right"/>
      </w:pPr>
      <w:r>
        <w:t>یہ جاننا اور اس کو توڑنا، یعنی اپنی اپنی ڈی کنڈیشننگ کرنا، اپنی کنڈیشننگ کو ڈی کنڈیشن کرنا۔</w:t>
      </w:r>
    </w:p>
    <w:p>
      <w:r>
        <w:rPr>
          <w:b/>
        </w:rPr>
        <w:t xml:space="preserve">[20:35] </w:t>
      </w:r>
      <w:r>
        <w:t>main kehta hoon ke insaan ka pehla kaam yeh hai, koi bhi ho, bade se woh aalim ho, koi bhi ho,</w:t>
      </w:r>
    </w:p>
    <w:p>
      <w:pPr>
        <w:jc w:val="right"/>
      </w:pPr>
      <w:r>
        <w:t>میں کہتا ہوں کہ انسان کا پہلا کام یہ ہے، کوئی بھی ہو، بڑے سے وہ عالم ہو، کوئی بھی ہو،</w:t>
      </w:r>
    </w:p>
    <w:p>
      <w:r>
        <w:rPr>
          <w:b/>
        </w:rPr>
        <w:t xml:space="preserve">[20:43] </w:t>
      </w:r>
      <w:r>
        <w:t>pehla kaam yeh hai ke woh apni conditioning ko tode aur apne aap ko decondition insaan banaye.</w:t>
      </w:r>
    </w:p>
    <w:p>
      <w:pPr>
        <w:jc w:val="right"/>
      </w:pPr>
      <w:r>
        <w:t>پہلا کام یہ ہے کہ وہ اپنی کنڈیشننگ کو توڑے اور اپنے آپ کو ڈی کنڈیشن انسان بنائے۔</w:t>
      </w:r>
    </w:p>
    <w:p>
      <w:r>
        <w:rPr>
          <w:b/>
        </w:rPr>
        <w:t xml:space="preserve">[20:56] </w:t>
      </w:r>
      <w:r>
        <w:t>tab woh banega creative thinker, creative daai. Allah ka matloob insaan, Allah ka matloob insaan, Allah ka matloob insaan.</w:t>
      </w:r>
    </w:p>
    <w:p>
      <w:pPr>
        <w:jc w:val="right"/>
      </w:pPr>
      <w:r>
        <w:t>تب وہ بنے گا کریٹیو تھنکر، کریٹیو داعی۔ اللہ کا مطلوب انسان، اللہ کا مطلوب انسان، اللہ کا مطلوب انسان۔</w:t>
      </w:r>
    </w:p>
    <w:p>
      <w:r>
        <w:rPr>
          <w:b/>
        </w:rPr>
        <w:t xml:space="preserve">[21:13] </w:t>
      </w:r>
      <w:r>
        <w:t>assalam o alaikum wa rehmatullah.</w:t>
      </w:r>
    </w:p>
    <w:p>
      <w:pPr>
        <w:jc w:val="right"/>
      </w:pPr>
      <w:r>
        <w:t>السلام علیکم ورحمتہ اللہ۔</w:t>
      </w:r>
    </w:p>
    <w:p>
      <w:r>
        <w:rPr>
          <w:b/>
        </w:rPr>
        <w:t xml:space="preserve">[21:19] </w:t>
      </w:r>
      <w:r>
        <w:t>doctor naghma siddiqui ne ek comment bheja hai: "the present situation has made me realize the importance of shock treatment in making one a creative daai." sahi hai,</w:t>
      </w:r>
    </w:p>
    <w:p>
      <w:pPr>
        <w:jc w:val="right"/>
      </w:pPr>
      <w:r>
        <w:t>ڈاکٹر نغمہ صدیقی نے ایک کمنٹ بھیجا ہے: "دی پریزنٹ سچویشن ہیز میڈ می ریلائز دا امپورٹنس آف شاک ٹریٹمنٹ ان میکنگ ون ا کریٹیو دائی۔" صحیح ہے،</w:t>
      </w:r>
    </w:p>
    <w:p>
      <w:r>
        <w:rPr>
          <w:b/>
        </w:rPr>
        <w:t xml:space="preserve">[21:39] </w:t>
      </w:r>
      <w:r>
        <w:t>creative daai ke baghair daai nahi hai. Woh daai daai nahi hai jo creative daai na ho.</w:t>
      </w:r>
    </w:p>
    <w:p>
      <w:pPr>
        <w:jc w:val="right"/>
      </w:pPr>
      <w:r>
        <w:t>کریٹیو دائی کے بغیر دائی نہیں ہے۔ وہ دائی دائی نہیں ہے جو کریٹیو دائی نہ ہو۔</w:t>
      </w:r>
    </w:p>
    <w:p>
      <w:r>
        <w:rPr>
          <w:b/>
        </w:rPr>
        <w:t xml:space="preserve">[21:53] </w:t>
      </w:r>
      <w:r>
        <w:t>woh daai daai nahi hai jo creative daai na ho. Apni deconditioning se toh beginning hoti hai dawat ki, daai ki.</w:t>
      </w:r>
    </w:p>
    <w:p>
      <w:pPr>
        <w:jc w:val="right"/>
      </w:pPr>
      <w:r>
        <w:t>وہ دائی دائی نہیں ہے جو کریٹیو دائی نہ ہو۔ اپنی ڈی کنڈیشننگ سے تو بگننگ ہوتی ہے دعوت کی، دائی کی۔</w:t>
      </w:r>
    </w:p>
    <w:p>
      <w:r>
        <w:rPr>
          <w:b/>
        </w:rPr>
        <w:t xml:space="preserve">[22:10] </w:t>
      </w:r>
      <w:r>
        <w:t>to yeh jo creative daai hona is liye zaroori hai ke ke har waqt halaat badalte rehte hain, nayi nayi situation hoti hai, to uske mutabiq hamein message ko convey karna hota hai?</w:t>
      </w:r>
    </w:p>
    <w:p>
      <w:pPr>
        <w:jc w:val="right"/>
      </w:pPr>
      <w:r>
        <w:t>تو یہ جو کریٹیو دائی ہونا اس لیے ضروری ہے کہ کہ ہر وقت حالات بدلتے رہتے ہیں، نئی نئی سچویشن ہوتی ہے، تو اس کے مطابق ہمیں میسج کو کنوے کرنا ہوتا ہے؟</w:t>
      </w:r>
    </w:p>
    <w:p>
      <w:r>
        <w:rPr>
          <w:b/>
        </w:rPr>
        <w:t xml:space="preserve">[22:23] </w:t>
      </w:r>
      <w:r>
        <w:t>haan, har din seekhna hai, har lamha seekhna hai.</w:t>
      </w:r>
    </w:p>
    <w:p>
      <w:pPr>
        <w:jc w:val="right"/>
      </w:pPr>
      <w:r>
        <w:t>ہاں، ہر دن سیکھنا ہے، ہر لمحہ سیکھنا ہے۔</w:t>
      </w:r>
    </w:p>
    <w:p>
      <w:r>
        <w:rPr>
          <w:b/>
        </w:rPr>
        <w:t xml:space="preserve">[22:34] </w:t>
      </w:r>
      <w:r>
        <w:t>har din seekhna hai, har lamha seekhna hai. Kitaab hai, unka naam clear nahi padha ja raha hai: "tajbiul rawal".</w:t>
      </w:r>
    </w:p>
    <w:p>
      <w:pPr>
        <w:jc w:val="right"/>
      </w:pPr>
      <w:r>
        <w:t>ہر دن سیکھنا ہے، ہر لمحہ سیکھنا ہے۔ کتاب ہے، ان کا نام کلیئر نہیں پڑھا جا رہا ہے: "تجبیول راول"۔</w:t>
      </w:r>
    </w:p>
    <w:p>
      <w:r>
        <w:rPr>
          <w:b/>
        </w:rPr>
        <w:t xml:space="preserve">[22:46] </w:t>
      </w:r>
      <w:r>
        <w:t>to woh kehte hain: "assalam o alaikum ya sheikh, can you explain what are lataif-e-sitta?" bhai, dekhiye, lataif-e-sitta jo hai,</w:t>
      </w:r>
    </w:p>
    <w:p>
      <w:pPr>
        <w:jc w:val="right"/>
      </w:pPr>
      <w:r>
        <w:t>تو وہ کہتے ہیں: "السلام علیکم یا شیخ، کین یو ایکسپلین واٹ آر لطائف ستہ؟" بھائی، دیکھیے، لطائف ستہ جو ہے،</w:t>
      </w:r>
    </w:p>
    <w:p>
      <w:r>
        <w:rPr>
          <w:b/>
        </w:rPr>
        <w:t xml:space="preserve">[22:57] </w:t>
      </w:r>
      <w:r>
        <w:t>yeh ek tasawwuf ki istilaah hai.</w:t>
      </w:r>
    </w:p>
    <w:p>
      <w:pPr>
        <w:jc w:val="right"/>
      </w:pPr>
      <w:r>
        <w:t>یہ ایک تصوف کی اصطلاح ہے۔</w:t>
      </w:r>
    </w:p>
    <w:p>
      <w:r>
        <w:rPr>
          <w:b/>
        </w:rPr>
        <w:t xml:space="preserve">[23:06] </w:t>
      </w:r>
      <w:r>
        <w:t>main apne ko soofi manta hoon, lekin mera tasawwuf creative tasawwuf hai.</w:t>
      </w:r>
    </w:p>
    <w:p>
      <w:pPr>
        <w:jc w:val="right"/>
      </w:pPr>
      <w:r>
        <w:t>میں اپنے کو صوفی مانتا ہوں، لیکن میرا تصوف کریٹیو تصوف ہے۔</w:t>
      </w:r>
    </w:p>
    <w:p>
      <w:r>
        <w:rPr>
          <w:b/>
        </w:rPr>
        <w:t xml:space="preserve">[23:17] </w:t>
      </w:r>
      <w:r>
        <w:t>mera tasawwuf creative tasawwur hai, tasawwuf hai. Doosre logon ka tasawwuf babri par qalb hota hai, mera tasawwuf babri par mind hai.</w:t>
      </w:r>
    </w:p>
    <w:p>
      <w:pPr>
        <w:jc w:val="right"/>
      </w:pPr>
      <w:r>
        <w:t>میرا تصوف کریٹیو تصور ہے، تصوف ہے۔ دوسرے لوگوں کا تصوف ببری پر قلب ہوتا ہے، میرا تصوف ببری پر مائنڈ ہے۔</w:t>
      </w:r>
    </w:p>
    <w:p>
      <w:r>
        <w:rPr>
          <w:b/>
        </w:rPr>
        <w:t xml:space="preserve">[23:31] </w:t>
      </w:r>
      <w:r>
        <w:t>is mein maine likha hai bohat kuch, agar aap is ko</w:t>
      </w:r>
    </w:p>
    <w:p>
      <w:pPr>
        <w:jc w:val="right"/>
      </w:pPr>
      <w:r>
        <w:t>اس میں میں نے لکھا ہے بہت کچھ، اگر آپ اس کو</w:t>
      </w:r>
    </w:p>
    <w:p>
      <w:r>
        <w:rPr>
          <w:b/>
        </w:rPr>
        <w:t xml:space="preserve">[23:36] </w:t>
      </w:r>
      <w:r>
        <w:t>pehlay parhein, phir sawal karein to main inshallah us par jawab doonga.</w:t>
      </w:r>
    </w:p>
    <w:p>
      <w:pPr>
        <w:jc w:val="right"/>
      </w:pPr>
      <w:r>
        <w:t>پہلے پڑھیں، پھر سوال کریں تو میں انشاءاللہ اس پر جواب دوں گا۔</w:t>
      </w:r>
    </w:p>
    <w:p>
      <w:r>
        <w:rPr>
          <w:b/>
        </w:rPr>
        <w:t xml:space="preserve">[23:50] </w:t>
      </w:r>
      <w:r>
        <w:t>shafi ahmed dar sahib ne comment bheja hai: "jab jab bhi Maulana sahib ko main bolte dekhta hoon to yeh ehsaas mujhe gehra hota hai ke yeh alfaaz fitrat ke kok se janam lete hain.</w:t>
      </w:r>
    </w:p>
    <w:p>
      <w:pPr>
        <w:jc w:val="right"/>
      </w:pPr>
      <w:r>
        <w:t>شفیع احمد ڈار صاحب نے کمنٹ بھیجا ہے: "جب جب بھی مولانا صاحب کو میں بولتے دیکھتا ہوں تو یہ احساس مجھے گہرا ہوتا ہے کہ یہ الفاظ فطرت کے کوک سے جنم لیتے ہیں۔</w:t>
      </w:r>
    </w:p>
    <w:p>
      <w:r>
        <w:rPr>
          <w:b/>
        </w:rPr>
        <w:t xml:space="preserve">[24:09] </w:t>
      </w:r>
      <w:r>
        <w:t>sirf Maulana hi in alfaaz ko apni zabaan se ada kar paate hain."</w:t>
      </w:r>
    </w:p>
    <w:p>
      <w:pPr>
        <w:jc w:val="right"/>
      </w:pPr>
      <w:r>
        <w:t>صرف مولانا ہی ان الفاظ کو اپنی زبان سے ادا کر پاتے ہیں۔"</w:t>
      </w:r>
    </w:p>
    <w:p>
      <w:r>
        <w:rPr>
          <w:b/>
        </w:rPr>
        <w:t xml:space="preserve">[24:17] </w:t>
      </w:r>
      <w:r>
        <w:t>jazak allah. aftab khan likhte hain: "mashallah, aap ne hamare dilon mein haqeeqi mohabbat, mohabbat elahi ki shama roshan ki hai.</w:t>
      </w:r>
    </w:p>
    <w:p>
      <w:pPr>
        <w:jc w:val="right"/>
      </w:pPr>
      <w:r>
        <w:t>جزاک اللہ۔ آفتاب خان لکھتے ہیں: "ماشاءاللہ، آپ نے ہمارے دلوں میں حقیقی محبت، محبت الہی کی شمع روشن کی ہے۔</w:t>
      </w:r>
    </w:p>
    <w:p>
      <w:r>
        <w:rPr>
          <w:b/>
        </w:rPr>
        <w:t xml:space="preserve">[24:31] </w:t>
      </w:r>
      <w:r>
        <w:t>maulana, ishq majazi aur ishq haqeeqi mein kya nisbat hai?"</w:t>
      </w:r>
    </w:p>
    <w:p>
      <w:pPr>
        <w:jc w:val="right"/>
      </w:pPr>
      <w:r>
        <w:t>مولانا، عشق مجازی اور عشق حقیقی میں کیا نسبت ہے؟"</w:t>
      </w:r>
    </w:p>
    <w:p>
      <w:r>
        <w:rPr>
          <w:b/>
        </w:rPr>
        <w:t xml:space="preserve">[24:37] </w:t>
      </w:r>
      <w:r>
        <w:t>nisbat to kuch bhi nahi, is wajah se ke alfaaz ek sa hain. khuda, khawand rabb ul alameen se jo lo hoti hai, woh ek barhtar lo hai, barhtar super category ki lo hai.</w:t>
      </w:r>
    </w:p>
    <w:p>
      <w:pPr>
        <w:jc w:val="right"/>
      </w:pPr>
      <w:r>
        <w:t>نسبت تو کچھ بھی نہیں، اس وجہ سے کہ الفاظ ایک سا ہیں۔ خدا، خداوند رب العالمین سے جو لو ہوتی ہے، وہ ایک بڑھتر لو ہے، بڑھتر سپر کیٹیگری کی لو ہے۔</w:t>
      </w:r>
    </w:p>
    <w:p>
      <w:r>
        <w:rPr>
          <w:b/>
        </w:rPr>
        <w:t xml:space="preserve">[24:55] </w:t>
      </w:r>
      <w:r>
        <w:t>haqeeqat yeh hai ke jis ko woh jo hai ke: "ashaddu huban lillah</w:t>
      </w:r>
    </w:p>
    <w:p>
      <w:pPr>
        <w:jc w:val="right"/>
      </w:pPr>
      <w:r>
        <w:t>حقیقت یہ ہے کہ جس کو وہ جو ہے کہ: "اشد حب للہ</w:t>
      </w:r>
    </w:p>
    <w:p>
      <w:r>
        <w:rPr>
          <w:b/>
        </w:rPr>
        <w:t xml:space="preserve">[25:05] </w:t>
      </w:r>
      <w:r>
        <w:t>wal lazeena amanu ashadd huban lillah". yaad rakhiye, kalma padhna yeh kuch nahi hai, allah se mohabbat hona asal hai,</w:t>
      </w:r>
    </w:p>
    <w:p>
      <w:pPr>
        <w:jc w:val="right"/>
      </w:pPr>
      <w:r>
        <w:t>والذین آمنوا اشد حب للہ"۔ یاد رکھیے، کلمہ پڑھنا یہ کچھ نہیں ہے، اللہ سے محبت ہونا اصل ہے،</w:t>
      </w:r>
    </w:p>
    <w:p>
      <w:r>
        <w:rPr>
          <w:b/>
        </w:rPr>
        <w:t xml:space="preserve">[25:19] </w:t>
      </w:r>
      <w:r>
        <w:t>allah rabb ul alameen se.</w:t>
      </w:r>
    </w:p>
    <w:p>
      <w:pPr>
        <w:jc w:val="right"/>
      </w:pPr>
      <w:r>
        <w:t>اللہ رب العالمین سے۔</w:t>
      </w:r>
    </w:p>
    <w:p>
      <w:r>
        <w:rPr>
          <w:b/>
        </w:rPr>
        <w:t xml:space="preserve">[25:22] </w:t>
      </w:r>
      <w:r>
        <w:t>agar yaad rakhiye, apne andar jhaank lijiye, apne andar jhaankiye, apne andar, apne andar jhaankiye. agar aap ke andar allah rabb ul alameen se mohabbat ka talluq paida hua hai,</w:t>
      </w:r>
    </w:p>
    <w:p>
      <w:pPr>
        <w:jc w:val="right"/>
      </w:pPr>
      <w:r>
        <w:t>اگر یاد رکھیے، اپنے اندر جھانک لیجئے، اپنے اندر جھانکیے، اپنے اندر، اپنے اندر جھانکیے۔ اگر آپ کے اندر اللہ رب العالمین سے محبت کا تعلق پیدا ہوا ہے،</w:t>
      </w:r>
    </w:p>
    <w:p>
      <w:r>
        <w:rPr>
          <w:b/>
        </w:rPr>
        <w:t xml:space="preserve">[25:39] </w:t>
      </w:r>
      <w:r>
        <w:t>woh imaan hai,</w:t>
      </w:r>
    </w:p>
    <w:p>
      <w:pPr>
        <w:jc w:val="right"/>
      </w:pPr>
      <w:r>
        <w:t>وہ ایمان ہے،</w:t>
      </w:r>
    </w:p>
    <w:p>
      <w:r>
        <w:rPr>
          <w:b/>
        </w:rPr>
        <w:t xml:space="preserve">[25:42] </w:t>
      </w:r>
      <w:r>
        <w:t>woh warna woh sirf ek aqeedah hai.</w:t>
      </w:r>
    </w:p>
    <w:p>
      <w:pPr>
        <w:jc w:val="right"/>
      </w:pPr>
      <w:r>
        <w:t>وہ ورنہ وہ صرف ایک عقیدہ ہے۔</w:t>
      </w:r>
    </w:p>
    <w:p>
      <w:r>
        <w:rPr>
          <w:b/>
        </w:rPr>
        <w:t xml:space="preserve">[25:50] </w:t>
      </w:r>
      <w:r>
        <w:t>iska kya saboot hai ke insaan jo hai khuda se mohabbat karta hai?</w:t>
      </w:r>
    </w:p>
    <w:p>
      <w:pPr>
        <w:jc w:val="right"/>
      </w:pPr>
      <w:r>
        <w:t>اس کا کیا ثبوت ہے کہ انسان جو ہے خدا سے محبت کرتا ہے؟</w:t>
      </w:r>
    </w:p>
    <w:p>
      <w:r>
        <w:rPr>
          <w:b/>
        </w:rPr>
        <w:t xml:space="preserve">[26:00] </w:t>
      </w:r>
      <w:r>
        <w:t>iska saboot yeh hai ke har doosri mohabbat is ke dil se nikal jaye, yeh aadmi khud hi jaan sakta hai. har aadmi yeh jaan sakta hai ke doosri mohabbat hai, is ke dil se nikli ke nahi nikli.</w:t>
      </w:r>
    </w:p>
    <w:p>
      <w:pPr>
        <w:jc w:val="right"/>
      </w:pPr>
      <w:r>
        <w:t>اس کا ثبوت یہ ہے کہ ہر دوسری محبت اس کے دل سے نکل جائے، یہ آدمی خود ہی جان سکتا ہے۔ ہر آدمی یہ جان سکتا ہے کہ دوسری محبت ہے، اس کے دل سے نکلی کہ نہیں نکلی۔</w:t>
      </w:r>
    </w:p>
    <w:p>
      <w:r>
        <w:rPr>
          <w:b/>
        </w:rPr>
        <w:t xml:space="preserve">[26:21] </w:t>
      </w:r>
      <w:r>
        <w:t>maulana iqbal umri likhte hain: "maulana sahib, rasool allah sallallahu alaihi wasallam ne jo daawti hikmat ikhtiyar ki makkah aur madinah mein halaat ko mawafeeq karne ke liye,</w:t>
      </w:r>
    </w:p>
    <w:p>
      <w:pPr>
        <w:jc w:val="right"/>
      </w:pPr>
      <w:r>
        <w:t>مولانا اقبال عمری لکھتے ہیں: "مولانا صاحب، رسول اللہ صلی اللہ علیہ وسلم نے جو دعوتی حکمت اختیار کی مکے اور مدینہ میں حالات کو موافق کرنے کے لیے،</w:t>
      </w:r>
    </w:p>
    <w:p>
      <w:r>
        <w:rPr>
          <w:b/>
        </w:rPr>
        <w:t xml:space="preserve">[26:36] </w:t>
      </w:r>
      <w:r>
        <w:t>is raaz ko sirf aap ne discover kiya hai.</w:t>
      </w:r>
    </w:p>
    <w:p>
      <w:pPr>
        <w:jc w:val="right"/>
      </w:pPr>
      <w:r>
        <w:t>اس راز کو صرف آپ نے ڈسکور کیا ہے۔</w:t>
      </w:r>
    </w:p>
    <w:p>
      <w:r>
        <w:rPr>
          <w:b/>
        </w:rPr>
        <w:t xml:space="preserve">[26:40] </w:t>
      </w:r>
      <w:r>
        <w:t>makkah mein rasool allah na hi mushtael hue, na hi high profile mein kaam kiya, aur na hi buton ko toda, hatta ke rote hue, rote hue makkah chhod kar chale gaye.</w:t>
      </w:r>
    </w:p>
    <w:p>
      <w:pPr>
        <w:jc w:val="right"/>
      </w:pPr>
      <w:r>
        <w:t>مکہ میں رسول اللہ نہ ہی مشتعل ہوئے، نہ ہی ہائی پروفائل میں کام کیا، اور نہ ہی بتوں کو توڑا، حتی کہ روتے ہوئے، روتے ہوئے مکہ چھوڑ کر چلے گئے۔</w:t>
      </w:r>
    </w:p>
    <w:p>
      <w:r>
        <w:rPr>
          <w:b/>
        </w:rPr>
        <w:t xml:space="preserve">[26:58] </w:t>
      </w:r>
      <w:r>
        <w:t>kho kar kaise paya jaye, is ki mukammal daleel hai rasool allah ki daawti planning. har cheez dekhiye, tafakkur, tadabbur se rehna nahi ke woh raha hai ke reh raha hai ke nahi reh raha hai.</w:t>
      </w:r>
    </w:p>
    <w:p>
      <w:pPr>
        <w:jc w:val="right"/>
      </w:pPr>
      <w:r>
        <w:t>کھو کر کیسے پایا جائے، اس کی مکمل دلیل ہے رسول اللہ کی دعوتی پلاننگ۔ ہر چیز دیکھیے، تفکر، تدبر سے رہنا نہیں کہ وہ رہا ہے کہ رہ رہا ہے کہ نہیں رہ رہا ہے۔</w:t>
      </w:r>
    </w:p>
    <w:p>
      <w:r>
        <w:rPr>
          <w:b/>
        </w:rPr>
        <w:t xml:space="preserve">[27:19] </w:t>
      </w:r>
      <w:r>
        <w:t>agli cheez yeh hai ke ghaur o fikr, tadabbur aur tadabbur karna hai is ke andar.</w:t>
      </w:r>
    </w:p>
    <w:p>
      <w:pPr>
        <w:jc w:val="right"/>
      </w:pPr>
      <w:r>
        <w:t>اگلی چیز یہ ہے کہ غور و فکر، تدبر اور تدبر کرنا ہے اس کے اندر۔</w:t>
      </w:r>
    </w:p>
    <w:p>
      <w:r>
        <w:rPr>
          <w:b/>
        </w:rPr>
        <w:t xml:space="preserve">[27:29] </w:t>
      </w:r>
      <w:r>
        <w:t>rasool allah ek ek alag category ke insaan the, is category ka insaan poori history mein mujhe sirf ek mil hua hai, woh hai newton.</w:t>
      </w:r>
    </w:p>
    <w:p>
      <w:pPr>
        <w:jc w:val="right"/>
      </w:pPr>
      <w:r>
        <w:t>رسول اللہ ایک ایک الگ کیٹیگری کے انسان تھے، اس کیٹیگری کا انسان پوری ہسٹری میں مجھے صرف ایک بل ہوا ہے، وہ ہے نیوٹن۔</w:t>
      </w:r>
    </w:p>
    <w:p>
      <w:r>
        <w:rPr>
          <w:b/>
        </w:rPr>
        <w:t xml:space="preserve">[27:45] </w:t>
      </w:r>
      <w:r>
        <w:t>ek alag category hoti hai, yeh</w:t>
      </w:r>
    </w:p>
    <w:p>
      <w:pPr>
        <w:jc w:val="right"/>
      </w:pPr>
      <w:r>
        <w:t>ایک الگ کیٹیگری ہوتی ہے، یہ</w:t>
      </w:r>
    </w:p>
    <w:p>
      <w:r>
        <w:rPr>
          <w:b/>
        </w:rPr>
        <w:t xml:space="preserve">[27:51] </w:t>
      </w:r>
      <w:r>
        <w:t>to newton ko kaha jata tha, kaha jata tha ke woh woh hai.</w:t>
      </w:r>
    </w:p>
    <w:p>
      <w:pPr>
        <w:jc w:val="right"/>
      </w:pPr>
      <w:r>
        <w:t>تو نیوٹن کو کہا جاتا تھا، کہا جاتا تھا کے کہ وہ وہ ہے۔</w:t>
      </w:r>
    </w:p>
    <w:p>
      <w:r>
        <w:rPr>
          <w:b/>
        </w:rPr>
        <w:t xml:space="preserve">[28:03] </w:t>
      </w:r>
      <w:r>
        <w:t>haan, wool gatherer newton ke bare mein is ke log kehte the is daur mein ke woh ek wool gatherer insaan hai.</w:t>
      </w:r>
    </w:p>
    <w:p>
      <w:pPr>
        <w:jc w:val="right"/>
      </w:pPr>
      <w:r>
        <w:t>ہاں، وول گیدرر نیوٹن کے بارے میں اس کے لوگ کہتے تھے اس دورے میں کہ وہ ایک وول گیدرر انسان ہے۔</w:t>
      </w:r>
    </w:p>
    <w:p>
      <w:r>
        <w:rPr>
          <w:b/>
        </w:rPr>
        <w:t xml:space="preserve">[28:15] </w:t>
      </w:r>
      <w:r>
        <w:t>wool gatherer</w:t>
      </w:r>
    </w:p>
    <w:p>
      <w:pPr>
        <w:jc w:val="right"/>
      </w:pPr>
      <w:r>
        <w:t>وول گیدرر</w:t>
      </w:r>
    </w:p>
    <w:p>
      <w:r>
        <w:rPr>
          <w:b/>
        </w:rPr>
        <w:t xml:space="preserve">[28:21] </w:t>
      </w:r>
      <w:r>
        <w:t>yeh angrezi ki ek istilaah hai, aap agar jante hain to aap jaan lenge ke bohat zyada sochne wala, yani sochne mein gum hone wala,</w:t>
      </w:r>
    </w:p>
    <w:p>
      <w:pPr>
        <w:jc w:val="right"/>
      </w:pPr>
      <w:r>
        <w:t>یہ انگریزی کی ایک اصطلاح ہے، آپ اگر جانتے ہیں تو آپ جان لیں گے کہ بہت زیادہ سوچنے والا، یعنی سوچنے میں گم ہونے والا،</w:t>
      </w:r>
    </w:p>
    <w:p>
      <w:r>
        <w:rPr>
          <w:b/>
        </w:rPr>
        <w:t xml:space="preserve">[28:34] </w:t>
      </w:r>
      <w:r>
        <w:t>sochne mein gum raha hai aadmi, woh hai wool gatherer.</w:t>
      </w:r>
    </w:p>
    <w:p>
      <w:pPr>
        <w:jc w:val="right"/>
      </w:pPr>
      <w:r>
        <w:t>سوچنے میں گم رہا ہے آدمی، وہ ہے وول گیدرر۔</w:t>
      </w:r>
    </w:p>
    <w:p>
      <w:r>
        <w:rPr>
          <w:b/>
        </w:rPr>
        <w:t xml:space="preserve">[28:46] </w:t>
      </w:r>
      <w:r>
        <w:t>jab ek ek soch mein woh dooba hua ho to koi doosri soch wahan interfere karne ke liye na ho.</w:t>
      </w:r>
    </w:p>
    <w:p>
      <w:pPr>
        <w:jc w:val="right"/>
      </w:pPr>
      <w:r>
        <w:t>جب ایک ایک سوچ میں وہ ڈوبا ہوا ہو تو کوئی دوسری سوچ وہاں انٹرفیئر کرنے کے لیے نہ ہو۔</w:t>
      </w:r>
    </w:p>
    <w:p>
      <w:r>
        <w:rPr>
          <w:b/>
        </w:rPr>
        <w:t xml:space="preserve">[28:58] </w:t>
      </w:r>
      <w:r>
        <w:t>to newton was a wool gatherer, woh material sense mein ya secular sense mein tha, woh rasool allah rabbani sense mein the, usi category ke insaan.</w:t>
      </w:r>
    </w:p>
    <w:p>
      <w:pPr>
        <w:jc w:val="right"/>
      </w:pPr>
      <w:r>
        <w:t>تو نیوٹن واز ا وول گیدرر، وہ مٹیریل سینس میں یا سکلر سینس میں تھا، وہ رسول اللہ ربانی سینس میں تھے، اسی کیٹیگری کے انسان۔</w:t>
      </w:r>
    </w:p>
    <w:p>
      <w:r>
        <w:rPr>
          <w:b/>
        </w:rPr>
        <w:t xml:space="preserve">[29:24] </w:t>
      </w:r>
      <w:r>
        <w:t>musz hasna anwar likhti hain: "assalam o alaikum maulana, aap ki rehnumai se dunya aur akhirat dono ko mein achay say samajh paai.</w:t>
      </w:r>
    </w:p>
    <w:p>
      <w:pPr>
        <w:jc w:val="right"/>
      </w:pPr>
      <w:r>
        <w:t>مسز حسنہ انور لکھتی ہیں: "السلام علیکم مولانا، آپ کی رہنمائی سے دنیا اور آخرت دونوں کو میں اچھے سے سمجھ پائی۔</w:t>
      </w:r>
    </w:p>
    <w:p>
      <w:r>
        <w:rPr>
          <w:b/>
        </w:rPr>
        <w:t xml:space="preserve">[29:39] </w:t>
      </w:r>
      <w:r>
        <w:t>mashallah, allah taala</w:t>
      </w:r>
    </w:p>
    <w:p>
      <w:pPr>
        <w:jc w:val="right"/>
      </w:pPr>
      <w:r>
        <w:t>ماشاءاللہ، اللہ تعالی</w:t>
      </w:r>
    </w:p>
    <w:p>
      <w:r>
        <w:rPr>
          <w:b/>
        </w:rPr>
        <w:t xml:space="preserve">[29:42] </w:t>
      </w:r>
      <w:r>
        <w:t>mazeed ata farmaye.</w:t>
      </w:r>
    </w:p>
    <w:p>
      <w:pPr>
        <w:jc w:val="right"/>
      </w:pPr>
      <w:r>
        <w:t>مزید عطا فرمائے۔</w:t>
      </w:r>
    </w:p>
    <w:p>
      <w:r>
        <w:rPr>
          <w:b/>
        </w:rPr>
        <w:t xml:space="preserve">[29:55] </w:t>
      </w:r>
      <w:r>
        <w:t>qaisar bilal</w:t>
      </w:r>
    </w:p>
    <w:p>
      <w:pPr>
        <w:jc w:val="right"/>
      </w:pPr>
      <w:r>
        <w:t>قیصر بلال</w:t>
      </w:r>
    </w:p>
    <w:p>
      <w:r>
        <w:rPr>
          <w:b/>
        </w:rPr>
        <w:t xml:space="preserve">[29:58] </w:t>
      </w:r>
      <w:r>
        <w:t>ka aik question hai: 'how i come to know that now i have got to the level of, i have got the level of creativity?' doctor qaisar bilal pakistan, dekhiye, koi cheez aap ke andar</w:t>
      </w:r>
    </w:p>
    <w:p>
      <w:pPr>
        <w:jc w:val="right"/>
      </w:pPr>
      <w:r>
        <w:t>کا ایک کوئسچن ہے: 'ہاؤ آئی کم ٹو نو دیٹ ناؤ آئی ہیو گاٹ ٹو دا لیول اف، آئی ہیو گاٹ دا لیول اف کریٹیوٹی؟' ڈاکٹر قیصر بلال پاکستان، دیکھیے، کوئی چیز آپ کے اندر</w:t>
      </w:r>
    </w:p>
    <w:p>
      <w:r>
        <w:rPr>
          <w:b/>
        </w:rPr>
        <w:t xml:space="preserve">[30:19] </w:t>
      </w:r>
      <w:r>
        <w:t>jo hai achi ya buri, woh aap hi jaan saktay hain. sab say ziyada, sab say ziyada, sab say ziyada aap khud jaan saktay hain,</w:t>
      </w:r>
    </w:p>
    <w:p>
      <w:pPr>
        <w:jc w:val="right"/>
      </w:pPr>
      <w:r>
        <w:t>جو ہے اچھی یا بری، وہ آپ ہی جان سکتے ہیں۔ سب سے زیادہ، سب سے زیادہ، سب سے زیادہ آپ خود جان سکتے ہیں،</w:t>
      </w:r>
    </w:p>
    <w:p>
      <w:r>
        <w:rPr>
          <w:b/>
        </w:rPr>
        <w:t xml:space="preserve">[30:34] </w:t>
      </w:r>
      <w:r>
        <w:t>bashart kay aap ke andar</w:t>
      </w:r>
    </w:p>
    <w:p>
      <w:pPr>
        <w:jc w:val="right"/>
      </w:pPr>
      <w:r>
        <w:t>بشرط کہ آپ کے اندر</w:t>
      </w:r>
    </w:p>
    <w:p>
      <w:r>
        <w:rPr>
          <w:b/>
        </w:rPr>
        <w:t xml:space="preserve">[30:36] </w:t>
      </w:r>
      <w:r>
        <w:t>tafakkur ho, tadabbur ho, sochna aata ho. aap ko sochna aata ho, aap ko</w:t>
      </w:r>
    </w:p>
    <w:p>
      <w:pPr>
        <w:jc w:val="right"/>
      </w:pPr>
      <w:r>
        <w:t>تفکر ہو، تدبر ہو، سوچنا آتا ہو۔ آپ کو سوچنا آتا ہو، آپ کو</w:t>
      </w:r>
    </w:p>
    <w:p>
      <w:r>
        <w:rPr>
          <w:b/>
        </w:rPr>
        <w:t xml:space="preserve">[30:51] </w:t>
      </w:r>
      <w:r>
        <w:t>sochiye, sochiye, sochiye, aap sab kuch aaj apnay baray mein jaan len gay.</w:t>
      </w:r>
    </w:p>
    <w:p>
      <w:pPr>
        <w:jc w:val="right"/>
      </w:pPr>
      <w:r>
        <w:t>سوچیے، سوچیے، سوچیے، آپ سب کچھ آج اپنے بارے میں جان لیں گے۔</w:t>
      </w:r>
    </w:p>
    <w:p>
      <w:r>
        <w:rPr>
          <w:b/>
        </w:rPr>
        <w:t xml:space="preserve">[31:05] </w:t>
      </w:r>
      <w:r>
        <w:t>mehboob ahmad bombay say likhtay hain: "maulana, aaj aap nay bohat important baat batai, jazak allah.</w:t>
      </w:r>
    </w:p>
    <w:p>
      <w:pPr>
        <w:jc w:val="right"/>
      </w:pPr>
      <w:r>
        <w:t>محبوب احمد بامبے سے لکھتے ہیں: "مولانا، آج آپ نے بہت امپورٹنٹ بات بتائی، جزاک اللہ۔</w:t>
      </w:r>
    </w:p>
    <w:p>
      <w:r>
        <w:rPr>
          <w:b/>
        </w:rPr>
        <w:t xml:space="preserve">[31:15] </w:t>
      </w:r>
      <w:r>
        <w:t>mera sawal hai, kya yeh kehna sahi hoga kay sincerity,</w:t>
      </w:r>
    </w:p>
    <w:p>
      <w:pPr>
        <w:jc w:val="right"/>
      </w:pPr>
      <w:r>
        <w:t>میرا سوال ہے، کیا یہ کہنا صحیح ہوگا کہ سنسیرٹی،</w:t>
      </w:r>
    </w:p>
    <w:p>
      <w:r>
        <w:rPr>
          <w:b/>
        </w:rPr>
        <w:t xml:space="preserve">[31:21] </w:t>
      </w:r>
      <w:r>
        <w:t>marifat, creativity aur dawat ka sequence rahega ya steps rahengay?" dekhiye, koi order nahi hota, order nahi koi hota.</w:t>
      </w:r>
    </w:p>
    <w:p>
      <w:pPr>
        <w:jc w:val="right"/>
      </w:pPr>
      <w:r>
        <w:t>معرفت، کریٹیوٹی اور دعوت کا سیکوئنس رہے گا یا اسٹیپس رہیں گے؟" دیکھیے، کوئی آرڈر نہیں ہوتا، آرڈر نہیں کوئی ہوتا۔</w:t>
      </w:r>
    </w:p>
    <w:p>
      <w:r>
        <w:rPr>
          <w:b/>
        </w:rPr>
        <w:t xml:space="preserve">[31:36] </w:t>
      </w:r>
      <w:r>
        <w:t>aap sochtay hain, sochtay hain</w:t>
      </w:r>
    </w:p>
    <w:p>
      <w:pPr>
        <w:jc w:val="right"/>
      </w:pPr>
      <w:r>
        <w:t>آپ سوچتے ہیں، سوچتے ہیں</w:t>
      </w:r>
    </w:p>
    <w:p>
      <w:r>
        <w:rPr>
          <w:b/>
        </w:rPr>
        <w:t xml:space="preserve">[31:38] </w:t>
      </w:r>
      <w:r>
        <w:t>to aap pa letay hain. yeh bhi, woh bhi, woh bhi, woh bhi hai. shart yeh hai kay constant thinking, regular thinking,</w:t>
      </w:r>
    </w:p>
    <w:p>
      <w:pPr>
        <w:jc w:val="right"/>
      </w:pPr>
      <w:r>
        <w:t>تو آپ پا لیتے ہیں۔ یہ بھی، وہ بھی، وہ بھی، وہ بھی ہے۔ شرط یہ ہے کہ کانسٹنٹ تھنکنگ، ریگولر تھنکنگ،</w:t>
      </w:r>
    </w:p>
    <w:p>
      <w:r>
        <w:rPr>
          <w:b/>
        </w:rPr>
        <w:t xml:space="preserve">[31:53] </w:t>
      </w:r>
      <w:r>
        <w:t>iska koi</w:t>
      </w:r>
    </w:p>
    <w:p>
      <w:pPr>
        <w:jc w:val="right"/>
      </w:pPr>
      <w:r>
        <w:t>اس کا کوئی</w:t>
      </w:r>
    </w:p>
    <w:p>
      <w:r>
        <w:rPr>
          <w:b/>
        </w:rPr>
        <w:t xml:space="preserve">[31:57] </w:t>
      </w:r>
      <w:r>
        <w:t>koi order nahi hai, koi order nahi hai. riyaz bhatt likhtay hain: "maulana sahib, assalam o alaikum, i have understood making dawah primary concern develops a thinking</w:t>
      </w:r>
    </w:p>
    <w:p>
      <w:pPr>
        <w:jc w:val="right"/>
      </w:pPr>
      <w:r>
        <w:t>کوئی آرڈر نہیں ہے، کوئی آرڈر نہیں ہے۔ ریاض بھٹ لکھتے ہیں: "مولانا صاحب، السلام علیکم، آئی ہیو انڈرسٹوڈ میکنگ دعویٰ پرائمری کنسرن ڈیولپس ا تھنکنگ</w:t>
      </w:r>
    </w:p>
    <w:p>
      <w:r>
        <w:rPr>
          <w:b/>
        </w:rPr>
        <w:t xml:space="preserve">[32:16] </w:t>
      </w:r>
      <w:r>
        <w:t>which helps in availing the created opportunities." sahi hai, yeh baat sahi hai, yeh baat sahi hai.</w:t>
      </w:r>
    </w:p>
    <w:p>
      <w:pPr>
        <w:jc w:val="right"/>
      </w:pPr>
      <w:r>
        <w:t>وچ ہیلپس ان اویلنگ دی کریٹڈ اپرچونیٹیز۔" صحیح ہے، یہ بات صحیح ہے، یہ بات صحیح ہے۔</w:t>
      </w:r>
    </w:p>
    <w:p>
      <w:r>
        <w:rPr>
          <w:b/>
        </w:rPr>
        <w:t xml:space="preserve">[32:26] </w:t>
      </w:r>
      <w:r>
        <w:t>aur isi ko woh samjhtay hain shayad kay yahi creative thinking hai dahi kay liye. nahi, yahi to nahi hai,</w:t>
      </w:r>
    </w:p>
    <w:p>
      <w:pPr>
        <w:jc w:val="right"/>
      </w:pPr>
      <w:r>
        <w:t>اور اسی کو وہ سمجھتے ہیں شاید کہ یہی کریٹیو تھنکنگ ہے دائی کے لیے۔ نہیں، یہی تو نہیں ہے،</w:t>
      </w:r>
    </w:p>
    <w:p>
      <w:r>
        <w:rPr>
          <w:b/>
        </w:rPr>
        <w:t xml:space="preserve">[32:35] </w:t>
      </w:r>
      <w:r>
        <w:t>is kay nateeja mein aati hai creative thinking.</w:t>
      </w:r>
    </w:p>
    <w:p>
      <w:pPr>
        <w:jc w:val="right"/>
      </w:pPr>
      <w:r>
        <w:t>اس کے نتیجے میں آتی ہے کریٹیو تھنکنگ۔</w:t>
      </w:r>
    </w:p>
    <w:p>
      <w:r>
        <w:rPr>
          <w:b/>
        </w:rPr>
        <w:t xml:space="preserve">[32:48] </w:t>
      </w:r>
      <w:r>
        <w:t>shabina ali kolkatta say likhti hain: "maulana, you are very right in saying that a dahi has to be creative when performing dawah work.</w:t>
      </w:r>
    </w:p>
    <w:p>
      <w:pPr>
        <w:jc w:val="right"/>
      </w:pPr>
      <w:r>
        <w:t>شبینہ علی کلکتہ سے لکھتی ہیں: "مولانا، یو آر ویری رائٹ ان سینگ دیٹ ا دائی ہیز ٹو بی کریٹیو وین پرفارمنگ دعویٰ ورک۔</w:t>
      </w:r>
    </w:p>
    <w:p>
      <w:r>
        <w:rPr>
          <w:b/>
        </w:rPr>
        <w:t xml:space="preserve">[33:01] </w:t>
      </w:r>
      <w:r>
        <w:t>many a times it happens the condition is not conducive</w:t>
      </w:r>
    </w:p>
    <w:p>
      <w:pPr>
        <w:jc w:val="right"/>
      </w:pPr>
      <w:r>
        <w:t>مینی ا ٹائمز اٹ ہیپنز دا کنڈیشن از ناٹ کنڈیوسیو</w:t>
      </w:r>
    </w:p>
    <w:p>
      <w:r>
        <w:rPr>
          <w:b/>
        </w:rPr>
        <w:t xml:space="preserve">[33:06] </w:t>
      </w:r>
      <w:r>
        <w:t>and favorable, then the dahi is discouraged, but the dahi should not lose heart and instead should pray.</w:t>
      </w:r>
    </w:p>
    <w:p>
      <w:pPr>
        <w:jc w:val="right"/>
      </w:pPr>
      <w:r>
        <w:t>اینڈ فیوریبل، دین دا دائی از ڈسکرجڈ، بٹ دا دائی شوڈ ناٹ لوز ہارٹ اینڈ انسٹیڈ شوڈ پری۔</w:t>
      </w:r>
    </w:p>
    <w:p>
      <w:r>
        <w:rPr>
          <w:b/>
        </w:rPr>
        <w:t xml:space="preserve">[33:18] </w:t>
      </w:r>
      <w:r>
        <w:t>allah immediate help is very near and comes with prayer." sahi hai, bilkul sahi baat hai.</w:t>
      </w:r>
    </w:p>
    <w:p>
      <w:pPr>
        <w:jc w:val="right"/>
      </w:pPr>
      <w:r>
        <w:t>اللہ امیڈیٹ ہیلپ از ویری نیئر اینڈ کمز ود پریئر۔" صحیح ہے، بالکل صحیح بات ہے۔</w:t>
      </w:r>
    </w:p>
    <w:p>
      <w:r>
        <w:rPr>
          <w:b/>
        </w:rPr>
        <w:t xml:space="preserve">[33:27] </w:t>
      </w:r>
      <w:r>
        <w:t>doctor rajat malhotra likhtay hain: "maulana, can we say that to become a creative dahi one needs to be large-hearted person?" yeh to bilkul sahi hai,</w:t>
      </w:r>
    </w:p>
    <w:p>
      <w:pPr>
        <w:jc w:val="right"/>
      </w:pPr>
      <w:r>
        <w:t>ڈاکٹر رجت مالھوترہ لکھتے ہیں: "مولانا، کین وی سے دیٹ ٹو بیکم ا کریٹیو ڈائی ون نیڈز ٹو بی لارج ہارٹڈ پرسن؟" یہ تو بالکل صحیح ہے،</w:t>
      </w:r>
    </w:p>
    <w:p>
      <w:r>
        <w:rPr>
          <w:b/>
        </w:rPr>
        <w:t xml:space="preserve">[33:42] </w:t>
      </w:r>
      <w:r>
        <w:t>bilkul sahi hai,</w:t>
      </w:r>
    </w:p>
    <w:p>
      <w:pPr>
        <w:jc w:val="right"/>
      </w:pPr>
      <w:r>
        <w:t>بالکل صحیح ہے،</w:t>
      </w:r>
    </w:p>
    <w:p>
      <w:r>
        <w:rPr>
          <w:b/>
        </w:rPr>
        <w:t xml:space="preserve">[33:45] </w:t>
      </w:r>
      <w:r>
        <w:t>bilkul sahi hai. Muhammad Zameer likhte hain: "Allah aap ki umar mein barkat de, ameen. Jazakum Allah." Ya ya sheikh, kon si kitab mein parh sakti hoon latayef ke baray mein?</w:t>
      </w:r>
    </w:p>
    <w:p>
      <w:pPr>
        <w:jc w:val="right"/>
      </w:pPr>
      <w:r>
        <w:t>بالکل صحیح ہے۔ محمد ضمیر لکھتے ہیں: "اللہ آپ کی عمر میں برکت دے، آمین۔ جزاکم اللہ۔" یا یا شیخ، کون سی کتاب میں پڑھ سکتی ہوں لطائف کے بارے میں؟</w:t>
      </w:r>
    </w:p>
    <w:p>
      <w:r>
        <w:rPr>
          <w:b/>
        </w:rPr>
        <w:t xml:space="preserve">[34:04] </w:t>
      </w:r>
      <w:r>
        <w:t>kya matlab? woh latayef-e-sitta ke baray mein janna chah rahe hain,</w:t>
      </w:r>
    </w:p>
    <w:p>
      <w:pPr>
        <w:jc w:val="right"/>
      </w:pPr>
      <w:r>
        <w:t>کیا مطلب؟ وہ لطائف ستہ کے بارے میں جاننا چاہ رہے ہیں،</w:t>
      </w:r>
    </w:p>
    <w:p>
      <w:r>
        <w:rPr>
          <w:b/>
        </w:rPr>
        <w:t xml:space="preserve">[34:11] </w:t>
      </w:r>
      <w:r>
        <w:t>chah rahe hain. Aik kitabein to hain, lekin mein is waqt</w:t>
      </w:r>
    </w:p>
    <w:p>
      <w:pPr>
        <w:jc w:val="right"/>
      </w:pPr>
      <w:r>
        <w:t>چاہ رہے ہیں۔ ایک کتابیں تو ہیں، لیکن میں اس وقت</w:t>
      </w:r>
    </w:p>
    <w:p>
      <w:r>
        <w:rPr>
          <w:b/>
        </w:rPr>
        <w:t xml:space="preserve">[34:19] </w:t>
      </w:r>
      <w:r>
        <w:t>nahin bata sakta aap ko kon si kitab hai. Aap agar is sab is sabject se aap ko dilchaspi ho to aap kisi bhi</w:t>
      </w:r>
    </w:p>
    <w:p>
      <w:pPr>
        <w:jc w:val="right"/>
      </w:pPr>
      <w:r>
        <w:t>نہیں بتا سکتا آپ کو کون سی کتاب ہے۔ آپ اگر اس سب اس سبجیکٹ سے آپ کو دلچسپی ہو تو آپ کسی بھی</w:t>
      </w:r>
    </w:p>
    <w:p>
      <w:r>
        <w:rPr>
          <w:b/>
        </w:rPr>
        <w:t xml:space="preserve">[34:35] </w:t>
      </w:r>
      <w:r>
        <w:t>kutub khane mein dakhil ho jaiye, wahan tasawwuf ki albari kholiye, is mein aap ko mil jayega.</w:t>
      </w:r>
    </w:p>
    <w:p>
      <w:pPr>
        <w:jc w:val="right"/>
      </w:pPr>
      <w:r>
        <w:t>کتب خانے میں داخل ہو جائیے، وہاں تصوف کی الباری کھولیے، اس میں آپ کو مل جائے گا۔</w:t>
      </w:r>
    </w:p>
    <w:p>
      <w:r>
        <w:rPr>
          <w:b/>
        </w:rPr>
        <w:t xml:space="preserve">[34:46] </w:t>
      </w:r>
      <w:r>
        <w:t>jo meri kitab hai "A Guide to Tasawwuf", is mein bhi yeh sab baatein aayengi.</w:t>
      </w:r>
    </w:p>
    <w:p>
      <w:pPr>
        <w:jc w:val="right"/>
      </w:pPr>
      <w:r>
        <w:t>جو میری کتاب ہے "ا گائیڈ ٹو تصوف"، اس میں بھی یہ سب باتیں آئیں ہیں۔</w:t>
      </w:r>
    </w:p>
    <w:p>
      <w:r>
        <w:rPr>
          <w:b/>
        </w:rPr>
        <w:t xml:space="preserve">[34:52] </w:t>
      </w:r>
      <w:r>
        <w:t>kya naam hai "A Guide to Tasawwuf"? Hain "A Guide to Tasawwuf" English mein. Haan, woh bhi parhiye, aap is mein aap ko sari baat mil jayegi.</w:t>
      </w:r>
    </w:p>
    <w:p>
      <w:pPr>
        <w:jc w:val="right"/>
      </w:pPr>
      <w:r>
        <w:t>کیا نام ہے "ا گائیڈ ٹو تصوف"؟ ہیں "ا گائیڈ ٹو تصوف" انگلش میں۔ ہاں، وہ بھی پڑھیے، آپ اس میں آپ کو ساری بات مل جائے گی۔</w:t>
      </w:r>
    </w:p>
    <w:p>
      <w:r>
        <w:rPr>
          <w:b/>
        </w:rPr>
        <w:t xml:space="preserve">[35:13] </w:t>
      </w:r>
      <w:r>
        <w:t>Moazzam Khalil likhte hain: "Maulana, tasawwuf ko agar tazkiya kaha jaye to theek hai."</w:t>
      </w:r>
    </w:p>
    <w:p>
      <w:pPr>
        <w:jc w:val="right"/>
      </w:pPr>
      <w:r>
        <w:t>معظم خلیل لکھتے ہیں: "مولانا، تصوف کو اگر تزکیہ کہا جائے تو ٹھیک ہے۔"</w:t>
      </w:r>
    </w:p>
    <w:p>
      <w:r>
        <w:rPr>
          <w:b/>
        </w:rPr>
        <w:t xml:space="preserve">[35:29] </w:t>
      </w:r>
      <w:r>
        <w:t>yani woh un ka maqsad to yahi hai,</w:t>
      </w:r>
    </w:p>
    <w:p>
      <w:pPr>
        <w:jc w:val="right"/>
      </w:pPr>
      <w:r>
        <w:t>یعنی وہ ان کا مقصد تو یہی ہے،</w:t>
      </w:r>
    </w:p>
    <w:p>
      <w:r>
        <w:rPr>
          <w:b/>
        </w:rPr>
        <w:t xml:space="preserve">[35:36] </w:t>
      </w:r>
      <w:r>
        <w:t>un ka maqsad to yahi hai, lekin aik farq hai ke mein mind based tasawwuf ko manta hoon aur aam log qalb based tasawwuf ko mante hain.</w:t>
      </w:r>
    </w:p>
    <w:p>
      <w:pPr>
        <w:jc w:val="right"/>
      </w:pPr>
      <w:r>
        <w:t>ان کا مقصد تو یہی ہے، لیکن ایک فرق ہے کہ میں مائنڈ بیسڈ تصوف کو مانتا ہوں اور عام لوگ قلب بیسڈ تصوف کو مانتے ہیں۔</w:t>
      </w:r>
    </w:p>
    <w:p>
      <w:r>
        <w:rPr>
          <w:b/>
        </w:rPr>
        <w:t xml:space="preserve">[35:53] </w:t>
      </w:r>
      <w:r>
        <w:t>yeh farq hai. Shafi Ahmed Dar likhte hain: "Today I have learned new things about dhyai, that is creative dhyai.</w:t>
      </w:r>
    </w:p>
    <w:p>
      <w:pPr>
        <w:jc w:val="right"/>
      </w:pPr>
      <w:r>
        <w:t>یہ فرق ہے۔ شفیع احمد دار لکھتے ہیں: "ٹوڈے آئی ہیو لرنڈ نیو تھنگز اباؤٹ دائی، دیٹ از کریٹیو دائی۔</w:t>
      </w:r>
    </w:p>
    <w:p>
      <w:r>
        <w:rPr>
          <w:b/>
        </w:rPr>
        <w:t xml:space="preserve">[36:05] </w:t>
      </w:r>
      <w:r>
        <w:t>Can I say Maulana sahib, that that is creative dhyai is super dhyai?" Sahi hai,</w:t>
      </w:r>
    </w:p>
    <w:p>
      <w:pPr>
        <w:jc w:val="right"/>
      </w:pPr>
      <w:r>
        <w:t>کین آئی سے مولانا صاحب، دیٹ دیٹ از کریٹیو دائی از سپر دائی؟" صحیح ہے،</w:t>
      </w:r>
    </w:p>
    <w:p>
      <w:r>
        <w:rPr>
          <w:b/>
        </w:rPr>
        <w:t xml:space="preserve">[36:15] </w:t>
      </w:r>
      <w:r>
        <w:t>sahi hai.</w:t>
      </w:r>
    </w:p>
    <w:p>
      <w:pPr>
        <w:jc w:val="right"/>
      </w:pPr>
      <w:r>
        <w:t>صحیح ہے۔</w:t>
      </w:r>
    </w:p>
    <w:p>
      <w:r>
        <w:rPr>
          <w:b/>
        </w:rPr>
        <w:t xml:space="preserve">[36:26] </w:t>
      </w:r>
      <w:r>
        <w:t>Muhammad Bilal Shafi Delhi se likhte hain: "Maulana, is there are there two kinds of conditioning, positive and negative both?</w:t>
      </w:r>
    </w:p>
    <w:p>
      <w:pPr>
        <w:jc w:val="right"/>
      </w:pPr>
      <w:r>
        <w:t>محمد بلال شفیع دہلی سے لکھتے ہیں: "مولانا، از دیر ار دیر ٹو کائنڈز اف کنڈیشننگ، پازیٹیو اینڈ نیگیٹیو بوتھ؟</w:t>
      </w:r>
    </w:p>
    <w:p>
      <w:r>
        <w:rPr>
          <w:b/>
        </w:rPr>
        <w:t xml:space="preserve">[36:41] </w:t>
      </w:r>
      <w:r>
        <w:t>Can you please suggest some ways</w:t>
      </w:r>
    </w:p>
    <w:p>
      <w:pPr>
        <w:jc w:val="right"/>
      </w:pPr>
      <w:r>
        <w:t>کین یو پلیز سجیسٹ سم ویز</w:t>
      </w:r>
    </w:p>
    <w:p>
      <w:r>
        <w:rPr>
          <w:b/>
        </w:rPr>
        <w:t xml:space="preserve">[36:44] </w:t>
      </w:r>
      <w:r>
        <w:t>to identify one's negative conditioning?" I could never have found my negative conditioning if during interactions, you had not pointed it out to me.</w:t>
      </w:r>
    </w:p>
    <w:p>
      <w:pPr>
        <w:jc w:val="right"/>
      </w:pPr>
      <w:r>
        <w:t>ٹو آئیڈینٹیفائی ونس نیگیٹیو کنڈیشننگ؟" آئی کڈ نیور ہیو فاؤنڈ مائی نیگیٹیو کنڈیشننگ اف ڈیورنگ انٹریکشنز، یو ہیڈ ناٹ پوائنٹڈ اٹ آؤٹ ٹو می۔</w:t>
      </w:r>
    </w:p>
    <w:p>
      <w:r>
        <w:rPr>
          <w:b/>
        </w:rPr>
        <w:t xml:space="preserve">[37:00] </w:t>
      </w:r>
      <w:r>
        <w:t>dekhiye, koi bhi</w:t>
      </w:r>
    </w:p>
    <w:p>
      <w:pPr>
        <w:jc w:val="right"/>
      </w:pPr>
      <w:r>
        <w:t>دیکھیے، کوئی بھی</w:t>
      </w:r>
    </w:p>
    <w:p>
      <w:r>
        <w:rPr>
          <w:b/>
        </w:rPr>
        <w:t xml:space="preserve">[37:02] </w:t>
      </w:r>
      <w:r>
        <w:t>tajruba ho, zindagi ka har tajrube mein do aspect hote hain: manfi aur misbat.</w:t>
      </w:r>
    </w:p>
    <w:p>
      <w:pPr>
        <w:jc w:val="right"/>
      </w:pPr>
      <w:r>
        <w:t>تجربہ ہو، زندگی کا ہر تجربے میں دو اسپیکٹ ہوتے ہیں: منفی اور مثبت۔</w:t>
      </w:r>
    </w:p>
    <w:p>
      <w:r>
        <w:rPr>
          <w:b/>
        </w:rPr>
        <w:t xml:space="preserve">[37:16] </w:t>
      </w:r>
      <w:r>
        <w:t>to manfi tajruba</w:t>
      </w:r>
    </w:p>
    <w:p>
      <w:pPr>
        <w:jc w:val="right"/>
      </w:pPr>
      <w:r>
        <w:t>تو منفی تجربہ</w:t>
      </w:r>
    </w:p>
    <w:p>
      <w:r>
        <w:rPr>
          <w:b/>
        </w:rPr>
        <w:t xml:space="preserve">[37:20] </w:t>
      </w:r>
      <w:r>
        <w:t>leads to</w:t>
      </w:r>
    </w:p>
    <w:p>
      <w:pPr>
        <w:jc w:val="right"/>
      </w:pPr>
      <w:r>
        <w:t>لیڈز ٹو</w:t>
      </w:r>
    </w:p>
    <w:p>
      <w:r>
        <w:rPr>
          <w:b/>
        </w:rPr>
        <w:t xml:space="preserve">[37:24] </w:t>
      </w:r>
      <w:r>
        <w:t>negative thinking aur misbat tajruba leads to positive thinking.</w:t>
      </w:r>
    </w:p>
    <w:p>
      <w:pPr>
        <w:jc w:val="right"/>
      </w:pPr>
      <w:r>
        <w:t>نیگیٹیو تھنکنگ اور مثبت تجربہ لیڈز ٹو پازیٹیو تھنکنگ۔</w:t>
      </w:r>
    </w:p>
    <w:p>
      <w:r>
        <w:rPr>
          <w:b/>
        </w:rPr>
        <w:t xml:space="preserve">[37:39] </w:t>
      </w:r>
      <w:r>
        <w:t>aap is ko jitna ghor karenge, woh aap ko yeh baat khulti chali jayegi.</w:t>
      </w:r>
    </w:p>
    <w:p>
      <w:pPr>
        <w:jc w:val="right"/>
      </w:pPr>
      <w:r>
        <w:t>آپ اس کو جتنا غور کریں گے، وہ آپ کو یہ بات کھلتی چلی جائے گی۔</w:t>
      </w:r>
    </w:p>
    <w:p>
      <w:r>
        <w:rPr>
          <w:b/>
        </w:rPr>
        <w:t xml:space="preserve">[37:51] </w:t>
      </w:r>
      <w:r>
        <w:t>Shahid Khan likhte hain: "Maulana sahib, jab aap ko lage ke aap ne kisi ke sath ziyadti ki hai aur aap us bande se maaf-i mang mangen aur woh aap ko maaf kar de,</w:t>
      </w:r>
    </w:p>
    <w:p>
      <w:pPr>
        <w:jc w:val="right"/>
      </w:pPr>
      <w:r>
        <w:t>شاہد خان لکھتے ہیں: "مولانا صاحب، جب آپ کو لگے کہ آپ نے کسی کے ساتھ زیادتی کی ہے اور آپ اس بندے سے معافی مانگ مانگیں اور وہ آپ کو معاف کر دے،</w:t>
      </w:r>
    </w:p>
    <w:p>
      <w:r>
        <w:rPr>
          <w:b/>
        </w:rPr>
        <w:t xml:space="preserve">[38:07] </w:t>
      </w:r>
      <w:r>
        <w:t>to is ka</w:t>
      </w:r>
    </w:p>
    <w:p>
      <w:pPr>
        <w:jc w:val="right"/>
      </w:pPr>
      <w:r>
        <w:t>تو اس کا</w:t>
      </w:r>
    </w:p>
    <w:p>
      <w:r>
        <w:rPr>
          <w:b/>
        </w:rPr>
        <w:t xml:space="preserve">[38:09] </w:t>
      </w:r>
      <w:r>
        <w:t>kya maqam hai Allah Ta'ala ke haan?" Bahut bara amal hai yeh. Ab mein to rozana baghair jaane bhi maaf-i mangta rehta hoon, jaanta hoon, tab bhi nahin jaanta hoon, tab bhi.</w:t>
      </w:r>
    </w:p>
    <w:p>
      <w:pPr>
        <w:jc w:val="right"/>
      </w:pPr>
      <w:r>
        <w:t>کیا مقام ہے اللہ تعالی کے ہاں؟" بہت بڑا عمل ہے یہ۔ اب میں تو روزانہ بغیر جانے بھی معافی مانگتا رہتا ہوں، جانتا ہوں، تب بھی نہیں جانتا ہوں، تب بھی۔</w:t>
      </w:r>
    </w:p>
    <w:p>
      <w:r>
        <w:rPr>
          <w:b/>
        </w:rPr>
        <w:t xml:space="preserve">[38:28] </w:t>
      </w:r>
      <w:r>
        <w:t>aur yaad rakhiye, jab aadmi mutayyan ghalti ki, us ke paas na ho maafii maangne ke liye, to dua karna chahiye.</w:t>
      </w:r>
    </w:p>
    <w:p>
      <w:pPr>
        <w:jc w:val="right"/>
      </w:pPr>
      <w:r>
        <w:t>اور یاد رکھیے، جب آدمی متعین غلطی کی، اس کے پاس نہ ہو معافی مانگنے کے لیے، تو دعا کرنا چاہیے۔</w:t>
      </w:r>
    </w:p>
    <w:p>
      <w:r>
        <w:rPr>
          <w:b/>
        </w:rPr>
        <w:t xml:space="preserve">[38:37] </w:t>
      </w:r>
      <w:r>
        <w:t>dua, dua!</w:t>
      </w:r>
    </w:p>
    <w:p>
      <w:pPr>
        <w:jc w:val="right"/>
      </w:pPr>
      <w:r>
        <w:t>دعا، دعا!</w:t>
      </w:r>
    </w:p>
    <w:p>
      <w:r>
        <w:rPr>
          <w:b/>
        </w:rPr>
        <w:t xml:space="preserve">[38:43] </w:t>
      </w:r>
      <w:r>
        <w:t>yeh main rozana karta hoon, inshallah.</w:t>
      </w:r>
    </w:p>
    <w:p>
      <w:pPr>
        <w:jc w:val="right"/>
      </w:pPr>
      <w:r>
        <w:t>یہ میں روزانہ کرتا ہوں، انشاءاللہ۔</w:t>
      </w:r>
    </w:p>
    <w:p>
      <w:r>
        <w:rPr>
          <w:b/>
        </w:rPr>
        <w:t xml:space="preserve">[38:53] </w:t>
      </w:r>
      <w:r>
        <w:t>irshad ali likhte hain: "Rampur se Maulana sahib, main ne ghaflat ki zindagi ko chhod kar deen ke raaste par chalne ka faisla kiya to main ne woh sab kuch bhula diya jo kuch main pehle se jaanta</w:t>
      </w:r>
    </w:p>
    <w:p>
      <w:pPr>
        <w:jc w:val="right"/>
      </w:pPr>
      <w:r>
        <w:t>ارشاد علی لکھتے ہیں: "رام پور سے مولانا صاحب، میں نے غفلت کی زندگی کو چھوڑ کر دین کے راستے پر چلنے کا فیصلہ کیا تو میں نے وہ سب کچھ بھلا دیا جو کچھ میں پہلے سے جانت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