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for All Mankind June 3, 2012</w:t>
      </w:r>
    </w:p>
    <w:p>
      <w:r>
        <w:t>https://youtu.be/Gp-53Zjugcg</w:t>
      </w:r>
    </w:p>
    <w:p>
      <w:r>
        <w:rPr>
          <w:b/>
        </w:rPr>
        <w:t xml:space="preserve">[00:13] </w:t>
      </w:r>
      <w:r>
        <w:t>bismillah rahman rahim, wa salli allah ala nabiyyil karim.</w:t>
      </w:r>
    </w:p>
    <w:p>
      <w:pPr>
        <w:jc w:val="right"/>
      </w:pPr>
      <w:r>
        <w:t>بسم اللہ الرحمن الرحیم، وصلی اللہ علی النبی الکریم۔</w:t>
      </w:r>
    </w:p>
    <w:p>
      <w:r>
        <w:rPr>
          <w:b/>
        </w:rPr>
        <w:t xml:space="preserve">[00:22] </w:t>
      </w:r>
      <w:r>
        <w:t>rab ishrah li sadri, wa yassir li amri, wah lul uqdata min lisani, yafqahu qawli.</w:t>
      </w:r>
    </w:p>
    <w:p>
      <w:pPr>
        <w:jc w:val="right"/>
      </w:pPr>
      <w:r>
        <w:t>رب اشرح لی صدری، ویسر لی امری، واحل العقدۃ من لسانی، یفقہ قولی۔</w:t>
      </w:r>
    </w:p>
    <w:p>
      <w:r>
        <w:rPr>
          <w:b/>
        </w:rPr>
        <w:t xml:space="preserve">[00:33] </w:t>
      </w:r>
      <w:r>
        <w:t>aaj ka topic hai: quran for all mankind.</w:t>
      </w:r>
    </w:p>
    <w:p>
      <w:pPr>
        <w:jc w:val="right"/>
      </w:pPr>
      <w:r>
        <w:t>آج کا ٹاپک ہے: قرآن فار آل مین کائنڈ۔</w:t>
      </w:r>
    </w:p>
    <w:p>
      <w:r>
        <w:rPr>
          <w:b/>
        </w:rPr>
        <w:t xml:space="preserve">[00:42] </w:t>
      </w:r>
      <w:r>
        <w:t>quran tamam insanon ke liye.</w:t>
      </w:r>
    </w:p>
    <w:p>
      <w:pPr>
        <w:jc w:val="right"/>
      </w:pPr>
      <w:r>
        <w:t>قرآن تمام انسانوں کے لیے۔</w:t>
      </w:r>
    </w:p>
    <w:p>
      <w:r>
        <w:rPr>
          <w:b/>
        </w:rPr>
        <w:t xml:space="preserve">[00:51] </w:t>
      </w:r>
      <w:r>
        <w:t>quran mein bar bar yeh baat kahi gayi hai ke quran jo allah taala ne bheja hai, woh sare insanon ke liye.</w:t>
      </w:r>
    </w:p>
    <w:p>
      <w:pPr>
        <w:jc w:val="right"/>
      </w:pPr>
      <w:r>
        <w:t>قرآن میں بار بار یہ بات کہی گئی ہے کہ قرآن جو اللہ تعالیٰ نے بھیجا ہے، وہ سارے انسانوں کے لیے۔</w:t>
      </w:r>
    </w:p>
    <w:p>
      <w:r>
        <w:rPr>
          <w:b/>
        </w:rPr>
        <w:t xml:space="preserve">[01:02] </w:t>
      </w:r>
      <w:r>
        <w:t>nazal furqan ila abdihi li yakuna lil alamin nazeera.</w:t>
      </w:r>
    </w:p>
    <w:p>
      <w:pPr>
        <w:jc w:val="right"/>
      </w:pPr>
      <w:r>
        <w:t>نزل الفرقان الى عبدہ لیکون للعالمین نذیرا۔</w:t>
      </w:r>
    </w:p>
    <w:p>
      <w:r>
        <w:rPr>
          <w:b/>
        </w:rPr>
        <w:t xml:space="preserve">[01:12] </w:t>
      </w:r>
      <w:r>
        <w:t>nazal furqan ala abdihi li yakuna lil alamin nazeera. yani yeh quran utara allah taala ne apne bande ke upar taake woh sare alam ke liye warner bane,</w:t>
      </w:r>
    </w:p>
    <w:p>
      <w:pPr>
        <w:jc w:val="right"/>
      </w:pPr>
      <w:r>
        <w:t>نزل الفرقان علی عبدہ لیکون للعالمین نذیرا۔ یعنی یہ قرآن اتارا اللہ تعالیٰ نے اپنے بندے کے اوپر تاکہ وہ سارے عالم کے لیے وارنر بنے،</w:t>
      </w:r>
    </w:p>
    <w:p>
      <w:r>
        <w:rPr>
          <w:b/>
        </w:rPr>
        <w:t xml:space="preserve">[01:30] </w:t>
      </w:r>
      <w:r>
        <w:t>aagah kar dene wala, bata dene wala.</w:t>
      </w:r>
    </w:p>
    <w:p>
      <w:pPr>
        <w:jc w:val="right"/>
      </w:pPr>
      <w:r>
        <w:t>آگاہ کر دینے والا، بتا دینے والا۔</w:t>
      </w:r>
    </w:p>
    <w:p>
      <w:r>
        <w:rPr>
          <w:b/>
        </w:rPr>
        <w:t xml:space="preserve">[01:36] </w:t>
      </w:r>
      <w:r>
        <w:t>dekhiye, yeh sare hi paighambaron ka yahi mission tha. is ko quran mein inzar aur taseer kaha gaya hai.</w:t>
      </w:r>
    </w:p>
    <w:p>
      <w:pPr>
        <w:jc w:val="right"/>
      </w:pPr>
      <w:r>
        <w:t>دیکھیے، یہ سارے ہی پیغمبروں کا یہی مشن تھا۔ اس کو قرآن میں انظار اور تفسیر کہا گیا ہے۔</w:t>
      </w:r>
    </w:p>
    <w:p>
      <w:r>
        <w:rPr>
          <w:b/>
        </w:rPr>
        <w:t xml:space="preserve">[01:48] </w:t>
      </w:r>
      <w:r>
        <w:t>lekin pichhle zamane mein kya hua ke paighambar aaye lekin ummat nahi bani.</w:t>
      </w:r>
    </w:p>
    <w:p>
      <w:pPr>
        <w:jc w:val="right"/>
      </w:pPr>
      <w:r>
        <w:t>لیکن پچھلے زمانے میں کیا ہوا کہ پیغمبر آئے لیکن امت نہیں بنی۔</w:t>
      </w:r>
    </w:p>
    <w:p>
      <w:r>
        <w:rPr>
          <w:b/>
        </w:rPr>
        <w:t xml:space="preserve">[01:58] </w:t>
      </w:r>
      <w:r>
        <w:t>to infiradi taur par paighambaron ne dawat ka kaam kiya lekin ummat ki satah par kaam phir bhi nahi ho saka.</w:t>
      </w:r>
    </w:p>
    <w:p>
      <w:pPr>
        <w:jc w:val="right"/>
      </w:pPr>
      <w:r>
        <w:t>تو انفرادی طور پر پیغمبروں نے دعوت کا کام کیا لیکن امت کی سطح پر کام پھر بھی نہیں ہو سکا۔</w:t>
      </w:r>
    </w:p>
    <w:p>
      <w:r>
        <w:rPr>
          <w:b/>
        </w:rPr>
        <w:t xml:space="preserve">[02:08] </w:t>
      </w:r>
      <w:r>
        <w:t>allah taala ki sunnat mein yeh samajh aati hai ke hamesha paighambar bhejna yeh allah kis ke bane hi tha. allah kis ke mein yeh tha ke ek ummat ban jaye aur woh phir nasal dar nasal,</w:t>
      </w:r>
    </w:p>
    <w:p>
      <w:pPr>
        <w:jc w:val="right"/>
      </w:pPr>
      <w:r>
        <w:t>اللہ تعالیٰ کی سنت میں یہ سمجھ آتی ہے کہ ہمیشہ پیغمبر بھیجنا یہ اللہ کس کے بنے ہی تھا۔ اللہ کس کے میں یہ تھا کہ ایک امت بن جائے اور وہ پھر نسل در نسل،</w:t>
      </w:r>
    </w:p>
    <w:p>
      <w:r>
        <w:rPr>
          <w:b/>
        </w:rPr>
        <w:t xml:space="preserve">[02:24] </w:t>
      </w:r>
      <w:r>
        <w:t>generation after generation, dawat ka kaam karti rahe.</w:t>
      </w:r>
    </w:p>
    <w:p>
      <w:pPr>
        <w:jc w:val="right"/>
      </w:pPr>
      <w:r>
        <w:t>جنریشن آفر جنریشن، دعوت کا کام کرتی رہے۔</w:t>
      </w:r>
    </w:p>
    <w:p>
      <w:r>
        <w:rPr>
          <w:b/>
        </w:rPr>
        <w:t xml:space="preserve">[02:30] </w:t>
      </w:r>
      <w:r>
        <w:t>chunanche aap jante hain ke paighambar e islam par nabuwat khatm kar di gayi. to is ki wajah yahi thi. yeh koi afzaliyat ki baat nahi thi, na kamaliyat ki baat thi.</w:t>
      </w:r>
    </w:p>
    <w:p>
      <w:pPr>
        <w:jc w:val="right"/>
      </w:pPr>
      <w:r>
        <w:t>چنانچہ آپ جانتے ہیں کہ پیغمبر اسلام پر نبوت ختم کر دی گئی۔ تو اس کی وجہ یہی تھی۔ یہ کوئی افضلیت کی بات نہیں تھی، نہ کاملیت کی بات تھی۔</w:t>
      </w:r>
    </w:p>
    <w:p>
      <w:r>
        <w:rPr>
          <w:b/>
        </w:rPr>
        <w:t xml:space="preserve">[02:43] </w:t>
      </w:r>
      <w:r>
        <w:t>yeh is liye thi ke ummat ban gayi.</w:t>
      </w:r>
    </w:p>
    <w:p>
      <w:pPr>
        <w:jc w:val="right"/>
      </w:pPr>
      <w:r>
        <w:t>یہ اس لیے تھی کہ امت بن گئی۔</w:t>
      </w:r>
    </w:p>
    <w:p>
      <w:r>
        <w:rPr>
          <w:b/>
        </w:rPr>
        <w:t xml:space="preserve">[02:47] </w:t>
      </w:r>
      <w:r>
        <w:t>aisa nahi ke mukammal din utar gaya aur afzal din utar gaya. yeh sab kahin quran o hadith mein nahi hai.</w:t>
      </w:r>
    </w:p>
    <w:p>
      <w:pPr>
        <w:jc w:val="right"/>
      </w:pPr>
      <w:r>
        <w:t>ایسا نہیں کہ مکمل دن اتر گیا اور افضل دن اتر گیا۔ یہ سب کہیں قرآن و حدیث میں نہیں ہے۔</w:t>
      </w:r>
    </w:p>
    <w:p>
      <w:r>
        <w:rPr>
          <w:b/>
        </w:rPr>
        <w:t xml:space="preserve">[02:56] </w:t>
      </w:r>
      <w:r>
        <w:t>asal cheez yahi hai ke ummat ban gayi.</w:t>
      </w:r>
    </w:p>
    <w:p>
      <w:pPr>
        <w:jc w:val="right"/>
      </w:pPr>
      <w:r>
        <w:t>اصل چیز یہی ہے کہ امت بن گئی۔</w:t>
      </w:r>
    </w:p>
    <w:p>
      <w:r>
        <w:rPr>
          <w:b/>
        </w:rPr>
        <w:t xml:space="preserve">[03:00] </w:t>
      </w:r>
      <w:r>
        <w:t>ab paighambar ko replace karne ke liye ek ummat maujood ho gayi aur quran mehfooz ho gaya.</w:t>
      </w:r>
    </w:p>
    <w:p>
      <w:pPr>
        <w:jc w:val="right"/>
      </w:pPr>
      <w:r>
        <w:t>اب پیغمبر کو ریپلیس کرنے کے لیے ایک امت موجود ہو گئی اور قرآن محفوظ ہو گیا۔</w:t>
      </w:r>
    </w:p>
    <w:p>
      <w:r>
        <w:rPr>
          <w:b/>
        </w:rPr>
        <w:t xml:space="preserve">[03:13] </w:t>
      </w:r>
      <w:r>
        <w:t>to ab ummat ki yeh zimmedari qarar pai ke is mehfooz quran ko har daur mein, har maqam par pohanchati rahe.</w:t>
      </w:r>
    </w:p>
    <w:p>
      <w:pPr>
        <w:jc w:val="right"/>
      </w:pPr>
      <w:r>
        <w:t>تو اب امت کی یہ ذمہ داری قرار پائی کہ اس محفوظ قرآن کو ہر دور میں، ہر مقام پر پہنچاتی رہے۔</w:t>
      </w:r>
    </w:p>
    <w:p>
      <w:r>
        <w:rPr>
          <w:b/>
        </w:rPr>
        <w:t xml:space="preserve">[03:24] </w:t>
      </w:r>
      <w:r>
        <w:t>ab aap dawat ki tareekh ko dekhiye.</w:t>
      </w:r>
    </w:p>
    <w:p>
      <w:pPr>
        <w:jc w:val="right"/>
      </w:pPr>
      <w:r>
        <w:t>اب آپ دعوت کی تاریخ کو دیکھیے۔</w:t>
      </w:r>
    </w:p>
    <w:p>
      <w:r>
        <w:rPr>
          <w:b/>
        </w:rPr>
        <w:t xml:space="preserve">[03:31] </w:t>
      </w:r>
      <w:r>
        <w:t>rasool allah sallallahu alaihi wasallam ke bare mein quran mein aaya hai ke</w:t>
      </w:r>
    </w:p>
    <w:p>
      <w:pPr>
        <w:jc w:val="right"/>
      </w:pPr>
      <w:r>
        <w:t>رسول اللہ صلی اللہ علیہ وسلم کے بارے میں قرآن میں آیا ہے کہ</w:t>
      </w:r>
    </w:p>
    <w:p>
      <w:r>
        <w:rPr>
          <w:b/>
        </w:rPr>
        <w:t xml:space="preserve">[03:36] </w:t>
      </w:r>
      <w:r>
        <w:t>li tunzira bihi ummul qura wa man hawlah</w:t>
      </w:r>
    </w:p>
    <w:p>
      <w:pPr>
        <w:jc w:val="right"/>
      </w:pPr>
      <w:r>
        <w:t>لتنذر به ام القرى ومن حولہ</w:t>
      </w:r>
    </w:p>
    <w:p>
      <w:r>
        <w:rPr>
          <w:b/>
        </w:rPr>
        <w:t xml:space="preserve">[03:41] </w:t>
      </w:r>
      <w:r>
        <w:t>rasool ki zimmedari yeh thi ke woh makka walon par aur makka ke atraf walon par pahuncha de baat ko.</w:t>
      </w:r>
    </w:p>
    <w:p>
      <w:pPr>
        <w:jc w:val="right"/>
      </w:pPr>
      <w:r>
        <w:t>رسول کی ذمہ داری یہ تھی کہ وہ مکہ والوں پر اور مکہ کے اطراف والوں پر پہنچا دے بات کو۔</w:t>
      </w:r>
    </w:p>
    <w:p>
      <w:r>
        <w:rPr>
          <w:b/>
        </w:rPr>
        <w:t xml:space="preserve">[03:53] </w:t>
      </w:r>
      <w:r>
        <w:t>kyunke har insaan ki umar limited hoti hai. toh limited umar mein zahir hai ke limited kaam hi ho sakta hai. toh aap ne makka walon par, atraf makka par dawat pahuncha di.</w:t>
      </w:r>
    </w:p>
    <w:p>
      <w:pPr>
        <w:jc w:val="right"/>
      </w:pPr>
      <w:r>
        <w:t>کیونکہ ہر انسان کی عمر لمیٹڈ ہوتی ہے۔ تو لمیٹڈ عمر میں ظاہر ہے کہ لمیٹڈ کام ہی ہو سکتا ہے۔ تو آپ نے مکہ والوں پر، اطراف مکہ پر دعوت پہنچا دی۔</w:t>
      </w:r>
    </w:p>
    <w:p>
      <w:r>
        <w:rPr>
          <w:b/>
        </w:rPr>
        <w:t xml:space="preserve">[04:09] </w:t>
      </w:r>
      <w:r>
        <w:t>iske baad Hajjatul Wida ke mauqe par aap ne sahaba se kaha ke inna Allaha ba'atha nakafatan lil nas fa da'uni</w:t>
      </w:r>
    </w:p>
    <w:p>
      <w:pPr>
        <w:jc w:val="right"/>
      </w:pPr>
      <w:r>
        <w:t>اس کے بعد حجۃ الوداع کے موقع پر آپ نے صحابہ سے کہا کہ إن الله بعث نكافة للناس فدعونی</w:t>
      </w:r>
    </w:p>
    <w:p>
      <w:r>
        <w:rPr>
          <w:b/>
        </w:rPr>
        <w:t xml:space="preserve">[04:22] </w:t>
      </w:r>
      <w:r>
        <w:t>ke main sirf makka aur atraf makka ke liye nahi bheja gaya hoon, saare aalam ke liye. toh ab tum yeh kaam karo.</w:t>
      </w:r>
    </w:p>
    <w:p>
      <w:pPr>
        <w:jc w:val="right"/>
      </w:pPr>
      <w:r>
        <w:t>کہ میں صرف مکہ اور اطراف مکہ کے لیے نہیں بھیجا گیا ہوں، سارے عالم کے لیے۔ تو اب تم یہ کام کرو۔</w:t>
      </w:r>
    </w:p>
    <w:p>
      <w:r>
        <w:rPr>
          <w:b/>
        </w:rPr>
        <w:t xml:space="preserve">[04:33] </w:t>
      </w:r>
      <w:r>
        <w:t>chunancha sahaba phail gaye. aur us zamane mein zahir hai ke khachchar par, oont par safar hota tha.</w:t>
      </w:r>
    </w:p>
    <w:p>
      <w:pPr>
        <w:jc w:val="right"/>
      </w:pPr>
      <w:r>
        <w:t>چنانچہ صحابہ پھیل گئے۔ اور اس زمانے میں ظاہر ہے کہ خچر پر، اونٹ پر سفر ہوتا تھا۔</w:t>
      </w:r>
    </w:p>
    <w:p>
      <w:r>
        <w:rPr>
          <w:b/>
        </w:rPr>
        <w:t xml:space="preserve">[04:43] </w:t>
      </w:r>
      <w:r>
        <w:t>toh unki jo pahunch thi, woh zyada se zyada Aishiyai mulkon tak thi. Aishiyai mulkon mein unhone pahuncha diya.</w:t>
      </w:r>
    </w:p>
    <w:p>
      <w:pPr>
        <w:jc w:val="right"/>
      </w:pPr>
      <w:r>
        <w:t>تو ان کی جو پہنچ تھی، وہ زیادہ سے زیادہ ایشیائی ملکوں تک تھی۔ ایشیائی ملکوں میں انہوں نے پہنچا دیا۔</w:t>
      </w:r>
    </w:p>
    <w:p>
      <w:r>
        <w:rPr>
          <w:b/>
        </w:rPr>
        <w:t xml:space="preserve">[04:55] </w:t>
      </w:r>
      <w:r>
        <w:t>abhi main Turki gaya tha toh wahan par Istanbul mein kai sahabi ki qabrein hain.</w:t>
      </w:r>
    </w:p>
    <w:p>
      <w:pPr>
        <w:jc w:val="right"/>
      </w:pPr>
      <w:r>
        <w:t>ابھی میں ترکی گیا تھا تو وہاں پر استنبول میں کئی صحابی کی قبریں ہیں۔</w:t>
      </w:r>
    </w:p>
    <w:p>
      <w:r>
        <w:rPr>
          <w:b/>
        </w:rPr>
        <w:t xml:space="preserve">[05:03] </w:t>
      </w:r>
      <w:r>
        <w:t>un mein se ek hain Hazrat Abu Ayyub Ansari. woh Madine se ek jamaat ke saath nikle aur woh pahunche Turki mein.</w:t>
      </w:r>
    </w:p>
    <w:p>
      <w:pPr>
        <w:jc w:val="right"/>
      </w:pPr>
      <w:r>
        <w:t>ان میں سے ایک ہیں حضرت ابو ایوب انصاری۔ وہ مدینے سے ایک جماعت کے ساتھ نکلے اور وہ پہنچے ترکی میں۔</w:t>
      </w:r>
    </w:p>
    <w:p>
      <w:r>
        <w:rPr>
          <w:b/>
        </w:rPr>
        <w:t xml:space="preserve">[05:19] </w:t>
      </w:r>
      <w:r>
        <w:t>wahin par unki qabr hai. toh kitabon mein aata hai ke jab woh darmiyan mein thay toh sakht bimar ho gaye. kyunke unki umar us waqt 80 saal ho chuki thi.</w:t>
      </w:r>
    </w:p>
    <w:p>
      <w:pPr>
        <w:jc w:val="right"/>
      </w:pPr>
      <w:r>
        <w:t>وہیں پر ان کی قبر ہے۔ تو کتابوں میں آتا ہے کہ جب وہ درمیان میں تھے تو سخت بیمار ہو گئے۔ کیونکہ ان کی عمر اس وقت 80 سال ہو چکی تھی۔</w:t>
      </w:r>
    </w:p>
    <w:p>
      <w:r>
        <w:rPr>
          <w:b/>
        </w:rPr>
        <w:t xml:space="preserve">[05:33] </w:t>
      </w:r>
      <w:r>
        <w:t>toh unhone dekha ke ab main bimar ho gaya hoon. toh unhone kaha ke mujhko agar main mar jaaun raaste mein, tab bhi mujhko jahan hum log ja rahe thay, wahan pahunchana.</w:t>
      </w:r>
    </w:p>
    <w:p>
      <w:pPr>
        <w:jc w:val="right"/>
      </w:pPr>
      <w:r>
        <w:t>تو انہوں نے دیکھا کہ اب میں بیمار ہو گیا ہوں۔ تو انہوں نے کہا کہ مجھ کو اگر میں مر جاؤں راستے میں، تب بھی مجھ کو جہاں ہم لوگ جا رہے تھے، وہاں پہنچانا۔</w:t>
      </w:r>
    </w:p>
    <w:p>
      <w:r>
        <w:rPr>
          <w:b/>
        </w:rPr>
        <w:t xml:space="preserve">[05:50] </w:t>
      </w:r>
      <w:r>
        <w:t>yaani nikle thay woh Turki tak jaane ke liye.</w:t>
      </w:r>
    </w:p>
    <w:p>
      <w:pPr>
        <w:jc w:val="right"/>
      </w:pPr>
      <w:r>
        <w:t>یعنی نکلے تھے وہ ترکی تک جانے کے لیے۔</w:t>
      </w:r>
    </w:p>
    <w:p>
      <w:r>
        <w:rPr>
          <w:b/>
        </w:rPr>
        <w:t xml:space="preserve">[05:53] </w:t>
      </w:r>
      <w:r>
        <w:t>toh unko naseehat yeh ki ke unhone ke meri jo body hai, woh le jaana wahan destination tak aur wahin par dafan karna.</w:t>
      </w:r>
    </w:p>
    <w:p>
      <w:pPr>
        <w:jc w:val="right"/>
      </w:pPr>
      <w:r>
        <w:t>تو ان کو نصیحت یہ کی کہ انہوں نے کہ میری جو باڈی ہے، وہ لے جانا وہاں ڈیسٹینیشن تک اور وہیں پر دفن کرنا۔</w:t>
      </w:r>
    </w:p>
    <w:p>
      <w:r>
        <w:rPr>
          <w:b/>
        </w:rPr>
        <w:t xml:space="preserve">[06:09] </w:t>
      </w:r>
      <w:r>
        <w:t>isme alfaaz hain ke wa wassa an yughlibahu al adu dekhen, isme adu ka lafz jo hai, madu ke ma'ane mein hai.</w:t>
      </w:r>
    </w:p>
    <w:p>
      <w:pPr>
        <w:jc w:val="right"/>
      </w:pPr>
      <w:r>
        <w:t>اس میں الفاظ ہیں کہ واوسا ان یوغلبہ الادو دیکھیں، اس میں ادو کا لفظ جو ہے، مدو کے معنی میں ہے۔</w:t>
      </w:r>
    </w:p>
    <w:p>
      <w:r>
        <w:rPr>
          <w:b/>
        </w:rPr>
        <w:t xml:space="preserve">[06:19] </w:t>
      </w:r>
      <w:r>
        <w:t>yaani yeh wasiyat ki unhone apne saathiyon ko ke mere body ko madu ke land of madu tak le jaana, wahin par dafan karna.</w:t>
      </w:r>
    </w:p>
    <w:p>
      <w:pPr>
        <w:jc w:val="right"/>
      </w:pPr>
      <w:r>
        <w:t>یعنی یہ وصیت کی انہوں نے اپنے ساتھیوں کو کہ میرے باڈی کو مدو کے لینڈ آف مدو تک لے جانا، وہیں پر دفن کرنا۔</w:t>
      </w:r>
    </w:p>
    <w:p>
      <w:r>
        <w:rPr>
          <w:b/>
        </w:rPr>
        <w:t xml:space="preserve">[06:31] </w:t>
      </w:r>
      <w:r>
        <w:t>chunancha wahan Istanbul mein hum Hazrat Abu Ayyub Ansari ka mazaar hai. wahan bahut se log aate hain. main is par sochta raha ke unhone aisi wasiyat kyun ki</w:t>
      </w:r>
    </w:p>
    <w:p>
      <w:pPr>
        <w:jc w:val="right"/>
      </w:pPr>
      <w:r>
        <w:t>چنانچہ وہاں استنبول میں ہم حضرت ابو ایوب انصاری کا مزار ہے۔ وہاں بہت سے لوگ آتے ہیں۔ میں اس پر سوچتا رہا کہ انہوں نے ایسی وصیت کیوں کی</w:t>
      </w:r>
    </w:p>
    <w:p>
      <w:r>
        <w:rPr>
          <w:b/>
        </w:rPr>
        <w:t xml:space="preserve">[06:45] </w:t>
      </w:r>
      <w:r>
        <w:t>ke main Danyan mein mar jaaun, tab bhi mera body le jaana madu ki sarzameen tak.</w:t>
      </w:r>
    </w:p>
    <w:p>
      <w:pPr>
        <w:jc w:val="right"/>
      </w:pPr>
      <w:r>
        <w:t>کہ میں دانیان میں مر جاؤں، تب بھی میرا باڈی لے جانا مدو کی سرزمین تک۔</w:t>
      </w:r>
    </w:p>
    <w:p>
      <w:r>
        <w:rPr>
          <w:b/>
        </w:rPr>
        <w:t xml:space="preserve">[06:55] </w:t>
      </w:r>
      <w:r>
        <w:t>is par sochte hue meri samajh mein aaya ke woh chahte thay ke mera jo, meri jo qabr hai, woh baad walon ke liye reminder bani rahe.</w:t>
      </w:r>
    </w:p>
    <w:p>
      <w:pPr>
        <w:jc w:val="right"/>
      </w:pPr>
      <w:r>
        <w:t>اس پر سوچتے ہوئے میری سمجھ میں آیا کہ وہ چاہتے تھے کہ میرا جو، میری جو قبر ہے، وہ بعد والوں کے لیے ریمائنڈر بنی رہے۔</w:t>
      </w:r>
    </w:p>
    <w:p>
      <w:r>
        <w:rPr>
          <w:b/>
        </w:rPr>
        <w:t xml:space="preserve">[07:09] </w:t>
      </w:r>
      <w:r>
        <w:t>reminder, yaad dahani</w:t>
      </w:r>
    </w:p>
    <w:p>
      <w:pPr>
        <w:jc w:val="right"/>
      </w:pPr>
      <w:r>
        <w:t>ریمائنڈر، یاد دہانی</w:t>
      </w:r>
    </w:p>
    <w:p>
      <w:r>
        <w:rPr>
          <w:b/>
        </w:rPr>
        <w:t xml:space="preserve">[07:12] </w:t>
      </w:r>
      <w:r>
        <w:t>ke sahaba yahan tak pahunche hain, ab tum aage is mission ko le jaao. mission khatm nahi hua. mission khatm nahi hua, woh toh continue hue.</w:t>
      </w:r>
    </w:p>
    <w:p>
      <w:pPr>
        <w:jc w:val="right"/>
      </w:pPr>
      <w:r>
        <w:t>کہ صحابہ یہاں تک پہنچے ہیں، اب تم آگے اس مشن کو لے جاؤ۔ مشن ختم نہیں ہوا۔ مشن ختم نہیں ہوا، وہ تو کنٹینیو ہوئے۔</w:t>
      </w:r>
    </w:p>
    <w:p>
      <w:r>
        <w:rPr>
          <w:b/>
        </w:rPr>
        <w:t xml:space="preserve">[07:24] </w:t>
      </w:r>
      <w:r>
        <w:t>toh yeh aap ne jo wasiyat ki thi, bahut ba'mani thi ke mission jo hai, na Arab mein khatm hua, na Sham mein khatm hua, na Turki mein khatm hua.</w:t>
      </w:r>
    </w:p>
    <w:p>
      <w:pPr>
        <w:jc w:val="right"/>
      </w:pPr>
      <w:r>
        <w:t>تو یہ آپ نے جو وصیت کی تھی، بہت بامعنی تھی کہ مشن جو ہے، نہ عرب میں ختم ہوا، نہ شام میں ختم ہوا، نہ ترکی میں ختم ہوا۔</w:t>
      </w:r>
    </w:p>
    <w:p>
      <w:r>
        <w:rPr>
          <w:b/>
        </w:rPr>
        <w:t xml:space="preserve">[07:36] </w:t>
      </w:r>
      <w:r>
        <w:t>isko aur aage jaana hai.</w:t>
      </w:r>
    </w:p>
    <w:p>
      <w:pPr>
        <w:jc w:val="right"/>
      </w:pPr>
      <w:r>
        <w:t>اس کو اور آگے جانا ہے۔</w:t>
      </w:r>
    </w:p>
    <w:p>
      <w:r>
        <w:rPr>
          <w:b/>
        </w:rPr>
        <w:t xml:space="preserve">[07:39] </w:t>
      </w:r>
      <w:r>
        <w:t>toh as a reminder, unhone chaha ke meri qabr bane toh wahan bane. chunancha wahin par qabr banayi gayi unki.</w:t>
      </w:r>
    </w:p>
    <w:p>
      <w:pPr>
        <w:jc w:val="right"/>
      </w:pPr>
      <w:r>
        <w:t>تو ایز اے ریمائنڈر، انہوں نے چاہا کہ میری قبر بنے تو وہاں بنے۔ چنانچہ وہیں پر قبر بنائی گئی ان کی۔</w:t>
      </w:r>
    </w:p>
    <w:p>
      <w:r>
        <w:rPr>
          <w:b/>
        </w:rPr>
        <w:t xml:space="preserve">[07:50] </w:t>
      </w:r>
      <w:r>
        <w:t>yeh sahaba ke daur ka maamla tha. iske baad tabeen uthte hain. tabeen aage badhate hain is mission ko.</w:t>
      </w:r>
    </w:p>
    <w:p>
      <w:pPr>
        <w:jc w:val="right"/>
      </w:pPr>
      <w:r>
        <w:t>یہ صحابہ کے دور کا معاملہ تھا۔ اس کے بعد تابعین اٹھتے ہیں۔ تابعین آگے بڑھاتے ہیں اس مشن کو۔</w:t>
      </w:r>
    </w:p>
    <w:p>
      <w:r>
        <w:rPr>
          <w:b/>
        </w:rPr>
        <w:t xml:space="preserve">[08:01] </w:t>
      </w:r>
      <w:r>
        <w:t>woh Africa tak pahunch jaate hain. Africa tak.</w:t>
      </w:r>
    </w:p>
    <w:p>
      <w:pPr>
        <w:jc w:val="right"/>
      </w:pPr>
      <w:r>
        <w:t>وہ افریقہ تک پہنچ جاتے ہیں۔ افریقہ تک۔</w:t>
      </w:r>
    </w:p>
    <w:p>
      <w:r>
        <w:rPr>
          <w:b/>
        </w:rPr>
        <w:t xml:space="preserve">[08:09] </w:t>
      </w:r>
      <w:r>
        <w:t>to ek illustrative waqia hai, Hazrat Uqba ibn Nafi ka tabi the woh.</w:t>
      </w:r>
    </w:p>
    <w:p>
      <w:pPr>
        <w:jc w:val="right"/>
      </w:pPr>
      <w:r>
        <w:t>تو ایک السٹریٹیو واقعہ ہے، حضرت عقبہ ابن نافع کا تابعی تھے وہ۔</w:t>
      </w:r>
    </w:p>
    <w:p>
      <w:r>
        <w:rPr>
          <w:b/>
        </w:rPr>
        <w:t xml:space="preserve">[08:20] </w:t>
      </w:r>
      <w:r>
        <w:t>to woh un ka qafila ghore par gaya tha.</w:t>
      </w:r>
    </w:p>
    <w:p>
      <w:pPr>
        <w:jc w:val="right"/>
      </w:pPr>
      <w:r>
        <w:t>تو وہ ان کا قافلہ گھوڑوں پر گیا تھا۔</w:t>
      </w:r>
    </w:p>
    <w:p>
      <w:r>
        <w:rPr>
          <w:b/>
        </w:rPr>
        <w:t xml:space="preserve">[08:28] </w:t>
      </w:r>
      <w:r>
        <w:t>Hazrat Abu Ayyub ka qafila to gaya tha khachar par, oont par. Un ka qafila ghore par gaya tha.</w:t>
      </w:r>
    </w:p>
    <w:p>
      <w:pPr>
        <w:jc w:val="right"/>
      </w:pPr>
      <w:r>
        <w:t>حضرت ابو ایوب کا قافلہ تو گیا تھا خچر پر، اونٹ پر۔ ان کا قافلہ گھوڑوں پر گیا تھا۔</w:t>
      </w:r>
    </w:p>
    <w:p>
      <w:r>
        <w:rPr>
          <w:b/>
        </w:rPr>
        <w:t xml:space="preserve">[08:35] </w:t>
      </w:r>
      <w:r>
        <w:t>to ka to Africa ke, Africa ke ilaqon ko se guzre, woh dawat dete hue, Quran pohanchate hue.</w:t>
      </w:r>
    </w:p>
    <w:p>
      <w:pPr>
        <w:jc w:val="right"/>
      </w:pPr>
      <w:r>
        <w:t>تو کا تو افریقہ کے، افریقہ کے علاقوں کو سے گزرے، وہ دعوت دیتے ہوئے، قرآن پہنچاتے ہوئے۔</w:t>
      </w:r>
    </w:p>
    <w:p>
      <w:r>
        <w:rPr>
          <w:b/>
        </w:rPr>
        <w:t xml:space="preserve">[08:50] </w:t>
      </w:r>
      <w:r>
        <w:t>yahan tak ke woh pohanch gaye Atlantic ke coast par, Atlantic ke sahil par.</w:t>
      </w:r>
    </w:p>
    <w:p>
      <w:pPr>
        <w:jc w:val="right"/>
      </w:pPr>
      <w:r>
        <w:t>یہاں تک کہ وہ پہنچ گئے اٹلانٹک کے کوسٹ پر، اٹلانٹک کے ساحل پر۔</w:t>
      </w:r>
    </w:p>
    <w:p>
      <w:r>
        <w:rPr>
          <w:b/>
        </w:rPr>
        <w:t xml:space="preserve">[08:57] </w:t>
      </w:r>
      <w:r>
        <w:t>aap jante hain ke Atlantic woh samandar hai jo Africa aur aur America ke beech mein hai. Bahut bada samandar.</w:t>
      </w:r>
    </w:p>
    <w:p>
      <w:pPr>
        <w:jc w:val="right"/>
      </w:pPr>
      <w:r>
        <w:t>آپ جانتے ہیں کہ اٹلانٹک وہ سمندر ہے جو افریقہ اور اور امریکہ کے بیچ میں ہے۔ بہت بڑا سمندر۔</w:t>
      </w:r>
    </w:p>
    <w:p>
      <w:r>
        <w:rPr>
          <w:b/>
        </w:rPr>
        <w:t xml:space="preserve">[09:08] </w:t>
      </w:r>
      <w:r>
        <w:t>bahut bada samandar. To us waqt maloomat nahi theen yeh janne ke liye ke is ke baad kya hai.</w:t>
      </w:r>
    </w:p>
    <w:p>
      <w:pPr>
        <w:jc w:val="right"/>
      </w:pPr>
      <w:r>
        <w:t>بہت بڑا سمندر۔ تو اس وقت معلومات نہیں تھیں یہ جاننے کے لیے کہ اس کے بعد کیا ہے۔</w:t>
      </w:r>
    </w:p>
    <w:p>
      <w:r>
        <w:rPr>
          <w:b/>
        </w:rPr>
        <w:t xml:space="preserve">[09:18] </w:t>
      </w:r>
      <w:r>
        <w:t>to Hazrat Uqba bin Nafi samandar kinare apna ghoda khara kiya unhone aur kaha ke khuda ya agar main janta ke is samandar ke is paar bhi koi mulk hai jahan insan rehte hain to main wahan tak pohanchta.</w:t>
      </w:r>
    </w:p>
    <w:p>
      <w:pPr>
        <w:jc w:val="right"/>
      </w:pPr>
      <w:r>
        <w:t>تو حضرت عقبہ بن نافع سمندر کنارے اپنا گھوڑا کھڑا کیا انہوں نے اور کہا کہ خدایا اگر میں جانتا کہ اس سمندر کے اس پار بھی کوئی ملک ہے جہاں انسان رہتے ہیں تو میں وہاں تک پہنچتا۔</w:t>
      </w:r>
    </w:p>
    <w:p>
      <w:r>
        <w:rPr>
          <w:b/>
        </w:rPr>
        <w:t xml:space="preserve">[09:38] </w:t>
      </w:r>
      <w:r>
        <w:t>yani ghus jata hoon samandar mein. Yahan tak ke teri, tere siwa kisi ki yeh baat na</w:t>
      </w:r>
    </w:p>
    <w:p>
      <w:pPr>
        <w:jc w:val="right"/>
      </w:pPr>
      <w:r>
        <w:t>یعنی گھس جاتا ہوں سمندر میں۔ یہاں تک کہ تیری، تیرے سوا کسی کی یہ بات نہ</w:t>
      </w:r>
    </w:p>
    <w:p>
      <w:r>
        <w:rPr>
          <w:b/>
        </w:rPr>
        <w:t xml:space="preserve">[09:46] </w:t>
      </w:r>
      <w:r>
        <w:t>ki jaye. Zahir hai ke ghore ke zariye Atlantic parna mumkin nahi tha. Mumkin. Koi bhi shakhs ghore ke zariye Atlantic paar nahi kar sakta.</w:t>
      </w:r>
    </w:p>
    <w:p>
      <w:pPr>
        <w:jc w:val="right"/>
      </w:pPr>
      <w:r>
        <w:t>کی جائے۔ ظاہر ہے کہ گھوڑے کے ذریعے اٹلانٹک پارنا ممکن نہیں تھا۔ ممکن۔ کوئی بھی شخص گھوڑے کے ذریعے اٹلانٹک پار نہیں کر سکتا۔</w:t>
      </w:r>
    </w:p>
    <w:p>
      <w:r>
        <w:rPr>
          <w:b/>
        </w:rPr>
        <w:t xml:space="preserve">[09:55] </w:t>
      </w:r>
      <w:r>
        <w:t>yeh un ki speed ki baat hai, un ke jazbe ki baat hai.</w:t>
      </w:r>
    </w:p>
    <w:p>
      <w:pPr>
        <w:jc w:val="right"/>
      </w:pPr>
      <w:r>
        <w:t>یہ ان کی اسپیڈ کی بات ہے، ان کے جذبے کی بات ہے۔</w:t>
      </w:r>
    </w:p>
    <w:p>
      <w:r>
        <w:rPr>
          <w:b/>
        </w:rPr>
        <w:t xml:space="preserve">[10:01] </w:t>
      </w:r>
      <w:r>
        <w:t>to aap dekhiye, Rasool Allah ke zamane mein Arab tak pohancha Quran ka paigham. Sahaba ke zamane mein Asia mein phaila.</w:t>
      </w:r>
    </w:p>
    <w:p>
      <w:pPr>
        <w:jc w:val="right"/>
      </w:pPr>
      <w:r>
        <w:t>تو آپ دیکھیے، رسول اللہ کے زمانے میں عرب تک پہنچا قرآن کا پیغام۔ صحابہ کے زمانے میں ایشیا میں پھیلا۔</w:t>
      </w:r>
    </w:p>
    <w:p>
      <w:r>
        <w:rPr>
          <w:b/>
        </w:rPr>
        <w:t xml:space="preserve">[10:12] </w:t>
      </w:r>
      <w:r>
        <w:t>tabi'een ke zamane mein Africa tak phaila.</w:t>
      </w:r>
    </w:p>
    <w:p>
      <w:pPr>
        <w:jc w:val="right"/>
      </w:pPr>
      <w:r>
        <w:t>تابعین کے زمانے میں افریقہ تک پھیلا۔</w:t>
      </w:r>
    </w:p>
    <w:p>
      <w:r>
        <w:rPr>
          <w:b/>
        </w:rPr>
        <w:t xml:space="preserve">[10:16] </w:t>
      </w:r>
      <w:r>
        <w:t>is ke baad abhi bahut sari duniya baqi thi. To main yeh sochta raha ke un ki zuban se jo kalma nikla tha, Uqba ibn Nafi tabi ki zuban se ke khuda ya agar main janta ke is samandar ke is paar bhi koi duniya hai to main wahan ghus kar pohanchta.</w:t>
      </w:r>
    </w:p>
    <w:p>
      <w:pPr>
        <w:jc w:val="right"/>
      </w:pPr>
      <w:r>
        <w:t>اس کے بعد ابھی بہت ساری دنیا باقی تھی۔ تو میں یہ سوچتا رہا کہ ان کی زبان سے جو کلمہ نکلا تھا، عقبہ ابن نافع تابعی کی زبان سے کہ خدایا اگر میں جانتا کہ اس سمندر کے اس پار بھی کوئی دنیا ہے تو میں وہاں گھس کر پہنچتا۔</w:t>
      </w:r>
    </w:p>
    <w:p>
      <w:r>
        <w:rPr>
          <w:b/>
        </w:rPr>
        <w:t xml:space="preserve">[10:38] </w:t>
      </w:r>
      <w:r>
        <w:t>to yeh sada dua nahi thi. Yeh sada dua nahi thi.</w:t>
      </w:r>
    </w:p>
    <w:p>
      <w:pPr>
        <w:jc w:val="right"/>
      </w:pPr>
      <w:r>
        <w:t>تو یہ سادہ دعا نہیں تھی۔ یہ سادہ دعا نہیں تھی۔</w:t>
      </w:r>
    </w:p>
    <w:p>
      <w:r>
        <w:rPr>
          <w:b/>
        </w:rPr>
        <w:t xml:space="preserve">[10:45] </w:t>
      </w:r>
      <w:r>
        <w:t>is ka matlab yeh tha ke khuda ya hamein woh sadhan de, woh wasail de, woh resources de jis se hum aage bhi safar kar saken.</w:t>
      </w:r>
    </w:p>
    <w:p>
      <w:pPr>
        <w:jc w:val="right"/>
      </w:pPr>
      <w:r>
        <w:t>اس کا مطلب یہ تھا کہ خدایا ہمیں وہ سادھن دے، وہ وسائل دے، وہ ریسورسز دے جس سے ہم آگے بھی سفر کر سکیں۔</w:t>
      </w:r>
    </w:p>
    <w:p>
      <w:r>
        <w:rPr>
          <w:b/>
        </w:rPr>
        <w:t xml:space="preserve">[10:58] </w:t>
      </w:r>
      <w:r>
        <w:t>yani oont aur khachar se pohanche the woh Turkey tak, ghore se pohanche woh Africa tak. Ab ab un ki limitations aa gayi.</w:t>
      </w:r>
    </w:p>
    <w:p>
      <w:pPr>
        <w:jc w:val="right"/>
      </w:pPr>
      <w:r>
        <w:t>یعنی اونٹ اور خچر سے پہنچے تھے وہ ترکی تک، گھوڑے سے پہنچے وہ افریقہ تک۔ اب اب ان کی لیمیٹیشنز آ گئی۔</w:t>
      </w:r>
    </w:p>
    <w:p>
      <w:r>
        <w:rPr>
          <w:b/>
        </w:rPr>
        <w:t xml:space="preserve">[11:08] </w:t>
      </w:r>
      <w:r>
        <w:t>un ki limitations aa gayi.</w:t>
      </w:r>
    </w:p>
    <w:p>
      <w:pPr>
        <w:jc w:val="right"/>
      </w:pPr>
      <w:r>
        <w:t>ان کی لیمیٹیشنز آ گئی۔</w:t>
      </w:r>
    </w:p>
    <w:p>
      <w:r>
        <w:rPr>
          <w:b/>
        </w:rPr>
        <w:t xml:space="preserve">[11:11] </w:t>
      </w:r>
      <w:r>
        <w:t>to matlab yeh tha ke aisi, aisa koi, aise wasail de, aise zarea de jis se hum apni limitations ko overcome kar saken.</w:t>
      </w:r>
    </w:p>
    <w:p>
      <w:pPr>
        <w:jc w:val="right"/>
      </w:pPr>
      <w:r>
        <w:t>تو مطلب یہ تھا کہ ایسی، ایسا کوئی، ایسے وسائل دے، ایسے ذرائع دے جس سے ہم اپنی لیمیٹیشنز کو اوورکم کر سکیں۔</w:t>
      </w:r>
    </w:p>
    <w:p>
      <w:r>
        <w:rPr>
          <w:b/>
        </w:rPr>
        <w:t xml:space="preserve">[11:26] </w:t>
      </w:r>
      <w:r>
        <w:t>is dua ka matlab yeh tha. Kyun ke dawat to bhi nasl dar generation of generation jari rehna tha. Woh to nasl dar nasl jari rehna tha.</w:t>
      </w:r>
    </w:p>
    <w:p>
      <w:pPr>
        <w:jc w:val="right"/>
      </w:pPr>
      <w:r>
        <w:t>اس دعا کا مطلب یہ تھا۔ کیونکہ دعوت تو بھی نسل در جنریشن آف جنریشن جاری رہنا تھا۔ وہ تو نسل در نسل جاری رہنا تھا۔</w:t>
      </w:r>
    </w:p>
    <w:p>
      <w:r>
        <w:rPr>
          <w:b/>
        </w:rPr>
        <w:t xml:space="preserve">[11:37] </w:t>
      </w:r>
      <w:r>
        <w:t>woh na khatam hui thi Rasool Allah par, na khatam hui thi Abu Ayyub Ansari par, na khatam hui thi woh Uqba ibn Nafi par. Woh chalte rehna hai is ko.</w:t>
      </w:r>
    </w:p>
    <w:p>
      <w:pPr>
        <w:jc w:val="right"/>
      </w:pPr>
      <w:r>
        <w:t>وہ نہ ختم ہوئی تھی رسول اللہ پر، نہ ختم ہوئی تھی ابو ایوب انصاری پر، نہ ختم ہوئی تھی وہ عقبہ ابن نافع پر۔ وہ چلتے رہنا ہے اس کو۔</w:t>
      </w:r>
    </w:p>
    <w:p>
      <w:r>
        <w:rPr>
          <w:b/>
        </w:rPr>
        <w:t xml:space="preserve">[11:51] </w:t>
      </w:r>
      <w:r>
        <w:t>to yeh dua ko par sochte sochte maine socha ke Allah taala ne is dua ko qabool kiya aur wasail ka ek nai duniya khol di.</w:t>
      </w:r>
    </w:p>
    <w:p>
      <w:pPr>
        <w:jc w:val="right"/>
      </w:pPr>
      <w:r>
        <w:t>تو یہ دعا کو پر سوچتے سوچتے میں نے سوچا کہ اللہ تعالیٰ نے اس دعا کو قبول کیا اور وسائل کا ایک نئی دنیا کھول دی۔</w:t>
      </w:r>
    </w:p>
    <w:p>
      <w:r>
        <w:rPr>
          <w:b/>
        </w:rPr>
        <w:t xml:space="preserve">[12:07] </w:t>
      </w:r>
      <w:r>
        <w:t>ek nai duniya jis ko hum kehte hain age of communication. Age of communication kya hai?</w:t>
      </w:r>
    </w:p>
    <w:p>
      <w:pPr>
        <w:jc w:val="right"/>
      </w:pPr>
      <w:r>
        <w:t>ایک نئی دنیا جس کو ہم کہتے ہیں ایج آف کمیونیکیشن۔ ایج آف کمیونیکیشن کیا ہے؟</w:t>
      </w:r>
    </w:p>
    <w:p>
      <w:r>
        <w:rPr>
          <w:b/>
        </w:rPr>
        <w:t xml:space="preserve">[12:17] </w:t>
      </w:r>
      <w:r>
        <w:t>woh daaiyon ko jahan un ki limit ho gayi thi, aage ka woh dena.</w:t>
      </w:r>
    </w:p>
    <w:p>
      <w:pPr>
        <w:jc w:val="right"/>
      </w:pPr>
      <w:r>
        <w:t>وہ داعیوں کو جہاں ان کی لیمٹ ہو گئی تھی، آگے کا وہ دینا۔</w:t>
      </w:r>
    </w:p>
    <w:p>
      <w:r>
        <w:rPr>
          <w:b/>
        </w:rPr>
        <w:t xml:space="preserve">[12:26] </w:t>
      </w:r>
      <w:r>
        <w:t>main ek martaba gaya Ahmedabad mein to ek sahab ne wahan naya karkhana lagaya tha. Woh khud engineer the, engineer lekin un ke paas koi management ka expert nahi tha jis ko kehte hain MBA.</w:t>
      </w:r>
    </w:p>
    <w:p>
      <w:pPr>
        <w:jc w:val="right"/>
      </w:pPr>
      <w:r>
        <w:t>میں ایک مرتبہ گیا احمد آباد میں تو ایک صاحب نے وہاں نیا کارخانہ لگایا تھا۔ وہ خود انجینئر تھے، انجینئر لیکن ان کے پاس کوئی مینجمنٹ کا ایکسپرٹ نہیں تھا جس کو کہتے ہیں ایم بی اے۔</w:t>
      </w:r>
    </w:p>
    <w:p>
      <w:r>
        <w:rPr>
          <w:b/>
        </w:rPr>
        <w:t xml:space="preserve">[12:45] </w:t>
      </w:r>
      <w:r>
        <w:t>to management mein unhein mushkil pesh aati thi. khud to engineer thay lekin jo intezam ka mamla tha us ke liye unhein aik aur expert chahiye tha.</w:t>
      </w:r>
    </w:p>
    <w:p>
      <w:pPr>
        <w:jc w:val="right"/>
      </w:pPr>
      <w:r>
        <w:t>تو مینجمنٹ میں انہیں مشکل پیش آتی تھی۔ خود تو انجینئر تھے لیکن جو انتظام کا معاملہ تھا اس کے لیے انہیں ایک اور ایکسپرٹ چاہیے تھا۔</w:t>
      </w:r>
    </w:p>
    <w:p>
      <w:r>
        <w:rPr>
          <w:b/>
        </w:rPr>
        <w:t xml:space="preserve">[12:57] </w:t>
      </w:r>
      <w:r>
        <w:t>to unhon ne aik jumla kaha yeh batate hue, ab jab kuch mujhe yaad hai ke apni to limitations, apni to limitations aa jati hain management side par.</w:t>
      </w:r>
    </w:p>
    <w:p>
      <w:pPr>
        <w:jc w:val="right"/>
      </w:pPr>
      <w:r>
        <w:t>تو انہوں نے ایک جملہ کہا یہ بتاتے ہوئے، اب جب کچھ مجھے یاد ہے کہ اپنی تو لیمیٹڈ، اپنی تو لیمیٹیشنز آ جاتی ہیں مینجمنٹ سائیڈ پر۔</w:t>
      </w:r>
    </w:p>
    <w:p>
      <w:r>
        <w:rPr>
          <w:b/>
        </w:rPr>
        <w:t xml:space="preserve">[13:11] </w:t>
      </w:r>
      <w:r>
        <w:t>apni to limitations aa jati hain management side par.</w:t>
      </w:r>
    </w:p>
    <w:p>
      <w:pPr>
        <w:jc w:val="right"/>
      </w:pPr>
      <w:r>
        <w:t>اپنی تو لیمیٹیشنز آ جاتی ہیں مینجمنٹ سائیڈ پر۔</w:t>
      </w:r>
    </w:p>
    <w:p>
      <w:r>
        <w:rPr>
          <w:b/>
        </w:rPr>
        <w:t xml:space="preserve">[13:17] </w:t>
      </w:r>
      <w:r>
        <w:t>to mein sochta hoon ke sahaba aur tabeen ne duaen jo ki theen us ka matlab yahi tha ke khuda ya apni to limitations aa gayeen, khuda ya apni to had aa gayi.</w:t>
      </w:r>
    </w:p>
    <w:p>
      <w:pPr>
        <w:jc w:val="right"/>
      </w:pPr>
      <w:r>
        <w:t>تو میں سوچتا ہوں کہ صحابہ اور تابعین نے دعائیں جو کی تھیں اس کا مطلب یہی تھا کہ خدایا اپنی تو لیمیٹیشنز آ گئیں، خدایا اپنی تو حد آ گئی۔</w:t>
      </w:r>
    </w:p>
    <w:p>
      <w:r>
        <w:rPr>
          <w:b/>
        </w:rPr>
        <w:t xml:space="preserve">[13:27] </w:t>
      </w:r>
      <w:r>
        <w:t>hum apne paron par chalay, hum oonton par daure, hum ne ghoron ko istemal kiya ke ab kya karein?</w:t>
      </w:r>
    </w:p>
    <w:p>
      <w:pPr>
        <w:jc w:val="right"/>
      </w:pPr>
      <w:r>
        <w:t>ہم اپنے پروں پر چلے، ہم اونٹوں پر دوڑے، ہم نے گھوڑوں کو استعمال کیا کہ اب کیا کریں؟</w:t>
      </w:r>
    </w:p>
    <w:p>
      <w:r>
        <w:rPr>
          <w:b/>
        </w:rPr>
        <w:t xml:space="preserve">[13:36] </w:t>
      </w:r>
      <w:r>
        <w:t>yeh to samandar hai, yahan na hamare paon kaam karein ge, na hamare oont kaam karein ge, na hamare ghore kaam karein ge.</w:t>
      </w:r>
    </w:p>
    <w:p>
      <w:pPr>
        <w:jc w:val="right"/>
      </w:pPr>
      <w:r>
        <w:t>یہ تو سمندر ہے، یہاں نہ ہمارے پاؤں کام کریں گے، نہ ہمارے اونٹ کام کریں گے، نہ ہمارے گھوڑے کام کریں گے۔</w:t>
      </w:r>
    </w:p>
    <w:p>
      <w:r>
        <w:rPr>
          <w:b/>
        </w:rPr>
        <w:t xml:space="preserve">[13:48] </w:t>
      </w:r>
      <w:r>
        <w:t>to Khuda ne kya kiya? aik naya daur khol diya jis ko hum kehte hain age of communication. dekhiye, pehle zamanay mein geography ko ilm nahi tha insan ko,</w:t>
      </w:r>
    </w:p>
    <w:p>
      <w:pPr>
        <w:jc w:val="right"/>
      </w:pPr>
      <w:r>
        <w:t>تو خدا نے کیا کیا؟ ایک نیا دور کھول دیا جس کو ہم کہتے ہیں ایج آف کمیونیکیشن۔ دیکھیے، پہلے زمانے میں جیوگرافی کو علم نہیں تھا انسان کو،</w:t>
      </w:r>
    </w:p>
    <w:p>
      <w:r>
        <w:rPr>
          <w:b/>
        </w:rPr>
        <w:t xml:space="preserve">[14:05] </w:t>
      </w:r>
      <w:r>
        <w:t>sab qayas par chalta tha. qayas par</w:t>
      </w:r>
    </w:p>
    <w:p>
      <w:pPr>
        <w:jc w:val="right"/>
      </w:pPr>
      <w:r>
        <w:t>سب قیاس پر چلتا تھا۔ قیاس پر</w:t>
      </w:r>
    </w:p>
    <w:p>
      <w:r>
        <w:rPr>
          <w:b/>
        </w:rPr>
        <w:t xml:space="preserve">[14:09] </w:t>
      </w:r>
      <w:r>
        <w:t>geography sahi maanon mein paida hui hai us waqt jab ke jo kehte hain aerial photography, yani hawai jahaz ke zariye se jab photo liye jane lage, tab ja kar ke geography ka ilm jo hai woh develop hua hai.</w:t>
      </w:r>
    </w:p>
    <w:p>
      <w:pPr>
        <w:jc w:val="right"/>
      </w:pPr>
      <w:r>
        <w:t>جیوگرافی صحیح معنوں میں پیدا ہوئی ہے اس وقت جب کہ جو کہتے ہیں ایریل فوٹوگرافی، یعنی ہوائی جہاز کے ذریعے سے جب فوٹو لیے جانے لگے، تب جا کر کے جیوگرافی کا علم جو ہے وہ ڈیولپ ہوا ہے۔</w:t>
      </w:r>
    </w:p>
    <w:p>
      <w:r>
        <w:rPr>
          <w:b/>
        </w:rPr>
        <w:t xml:space="preserve">[14:26] </w:t>
      </w:r>
      <w:r>
        <w:t>aerial photography to hota yeh hai ke oopar jahaz urte hain, un mein camera fit hote hain, woh tasveerein lete hain</w:t>
      </w:r>
    </w:p>
    <w:p>
      <w:pPr>
        <w:jc w:val="right"/>
      </w:pPr>
      <w:r>
        <w:t>ایریل فوٹوگرافی تو ہوتا یہ ہے کہ اوپر جہاز اڑتے ہیں، ان میں کیمرے فٹ ہوتے ہیں، وہ تصویریں لیتے ہیں</w:t>
      </w:r>
    </w:p>
    <w:p>
      <w:r>
        <w:rPr>
          <w:b/>
        </w:rPr>
        <w:t xml:space="preserve">[14:36] </w:t>
      </w:r>
      <w:r>
        <w:t>poore ilaqay ki, poori zameen ki. phir woh tasveeron ko mez par bichaya jata hai, us par set karte hain, us par naqshay banate hain.</w:t>
      </w:r>
    </w:p>
    <w:p>
      <w:pPr>
        <w:jc w:val="right"/>
      </w:pPr>
      <w:r>
        <w:t>پورے علاقے کی، پوری زمین کی۔ پھر وہ تصویروں کو میز پر بچھایا جاتا ہے، اس پر سیٹ کرتے ہیں، اس پر نقشے بناتے ہیں۔</w:t>
      </w:r>
    </w:p>
    <w:p>
      <w:r>
        <w:rPr>
          <w:b/>
        </w:rPr>
        <w:t xml:space="preserve">[14:47] </w:t>
      </w:r>
      <w:r>
        <w:t>to yeh Allah taala ne aerial photography paida ki taake daee jaane kahan konsa ilaaqa hai, kahan Australia hai, kahan America hai, kahan Europe hai, kahan Lanka hai.</w:t>
      </w:r>
    </w:p>
    <w:p>
      <w:pPr>
        <w:jc w:val="right"/>
      </w:pPr>
      <w:r>
        <w:t>تو یہ اللہ تعالیٰ نے ایریل فوٹوگرافی پیدا کی تاکہ داعی جانے کہاں کون سا علاقہ ہے، کہاں آسٹریلیا ہے، کہاں امریکہ ہے، کہاں یورپ ہے، کہاں لنکا ہے۔</w:t>
      </w:r>
    </w:p>
    <w:p>
      <w:r>
        <w:rPr>
          <w:b/>
        </w:rPr>
        <w:t xml:space="preserve">[15:03] </w:t>
      </w:r>
      <w:r>
        <w:t>aik naya daur, yani pehle insan janta nahi tha ke aerial photography bhi koi cheez hai. hawa, hawai jahaz ke zariye tasveerein lena, koi janta nahi tha.</w:t>
      </w:r>
    </w:p>
    <w:p>
      <w:pPr>
        <w:jc w:val="right"/>
      </w:pPr>
      <w:r>
        <w:t>ایک نیا دور، یعنی پہلے انسان جانتا نہیں تھا کہ ایریل فوٹوگرافی بھی کوئی چیز ہے۔ ہوا، ہوائی جہاز کے ذریعے تصویریں لینا، کوئی جانتا نہیں تھا۔</w:t>
      </w:r>
    </w:p>
    <w:p>
      <w:r>
        <w:rPr>
          <w:b/>
        </w:rPr>
        <w:t xml:space="preserve">[15:15] </w:t>
      </w:r>
      <w:r>
        <w:t>ab bilkul accurate qism ke map bante hain, accurate map. is woh kaise bante hain? aerial photography ke zariye banaye jate hain.</w:t>
      </w:r>
    </w:p>
    <w:p>
      <w:pPr>
        <w:jc w:val="right"/>
      </w:pPr>
      <w:r>
        <w:t>اب بالکل ایکوریٹ قسم کے میپ بنتے ہیں، ایکوریٹ میپ۔ اس وہ کیسے بنتے ہیں؟ ایریل فوٹوگرافی کے ذریعے بنائے جاتے ہیں۔</w:t>
      </w:r>
    </w:p>
    <w:p>
      <w:r>
        <w:rPr>
          <w:b/>
        </w:rPr>
        <w:t xml:space="preserve">[15:26] </w:t>
      </w:r>
      <w:r>
        <w:t>is ke baad dekhiye, samandaron mein kaise chale insan?</w:t>
      </w:r>
    </w:p>
    <w:p>
      <w:pPr>
        <w:jc w:val="right"/>
      </w:pPr>
      <w:r>
        <w:t>اس کے بعد دیکھیے، سمندروں میں کیسے چلے انسان؟</w:t>
      </w:r>
    </w:p>
    <w:p>
      <w:r>
        <w:rPr>
          <w:b/>
        </w:rPr>
        <w:t xml:space="preserve">[15:33] </w:t>
      </w:r>
      <w:r>
        <w:t>Allah taala ne is steam, steam power tak rasai hui insan ki. insan ne steam power daryaft kiya, steam ship bane aur samandaron mein jahaz chalne lage.</w:t>
      </w:r>
    </w:p>
    <w:p>
      <w:pPr>
        <w:jc w:val="right"/>
      </w:pPr>
      <w:r>
        <w:t>اللہ تعالیٰ نے اس اسٹیم، اسٹیم پاور تک رسائی ہوئی انسان کی۔ انسان نے اسٹیم پاور دریافت کیا، اسٹیم شپ بنے اور سمندروں میں جہاز چلنے لگے۔</w:t>
      </w:r>
    </w:p>
    <w:p>
      <w:r>
        <w:rPr>
          <w:b/>
        </w:rPr>
        <w:t xml:space="preserve">[15:50] </w:t>
      </w:r>
      <w:r>
        <w:t>wa hawawnahum fil barri wal bahri</w:t>
      </w:r>
    </w:p>
    <w:p>
      <w:pPr>
        <w:jc w:val="right"/>
      </w:pPr>
      <w:r>
        <w:t>وحولناهم فی البر والبحر</w:t>
      </w:r>
    </w:p>
    <w:p>
      <w:r>
        <w:rPr>
          <w:b/>
        </w:rPr>
        <w:t xml:space="preserve">[15:54] </w:t>
      </w:r>
      <w:r>
        <w:t>yani Allah taala ne kaha ke aye mere bande, jao, maine tum ko samandar ke rastay khol diye, jao, samandar ko us paar tak</w:t>
      </w:r>
    </w:p>
    <w:p>
      <w:pPr>
        <w:jc w:val="right"/>
      </w:pPr>
      <w:r>
        <w:t>یعنی اللہ تعالیٰ نے کہا کہ اے میرے بندے، جاؤ، میں نے تم کو سمندر کے راستے کھول دیے، جاؤ، سمندر کو اس پار تک</w:t>
      </w:r>
    </w:p>
    <w:p>
      <w:r>
        <w:rPr>
          <w:b/>
        </w:rPr>
        <w:t xml:space="preserve">[16:02] </w:t>
      </w:r>
      <w:r>
        <w:t>, Allah ke bandon ko poga pahanchao. yani zameen ke naqshay bana diye, samandaron mein rasta khol diya.</w:t>
      </w:r>
    </w:p>
    <w:p>
      <w:pPr>
        <w:jc w:val="right"/>
      </w:pPr>
      <w:r>
        <w:t>، اللہ کے بندوں کو پگا پہنچاؤ۔ یعنی زمین کے نقشے بنا دیے، سمندروں میں راستہ کھول دیا۔</w:t>
      </w:r>
    </w:p>
    <w:p>
      <w:r>
        <w:rPr>
          <w:b/>
        </w:rPr>
        <w:t xml:space="preserve">[16:14] </w:t>
      </w:r>
      <w:r>
        <w:t>lekin abhi bhi masla baqi tha, yani jis ko kehte hain telecommunication. yani aap Delhi mein hain aur America se aap ko rabt qaim karna hai, to woh kaise ho?</w:t>
      </w:r>
    </w:p>
    <w:p>
      <w:pPr>
        <w:jc w:val="right"/>
      </w:pPr>
      <w:r>
        <w:t>لیکن ابھی بھی مسئلہ باقی تھا، یعنی جس کو کہتے ہیں ٹیلی کمیونیکیشن۔ یعنی آپ دلی میں ہیں اور امریکہ سے آپ کو ربط قائم کرنا ہے، تو وہ کیسے ہو؟</w:t>
      </w:r>
    </w:p>
    <w:p>
      <w:r>
        <w:rPr>
          <w:b/>
        </w:rPr>
        <w:t xml:space="preserve">[16:30] </w:t>
      </w:r>
      <w:r>
        <w:t>is ke liye Allah taala ne telecommunication paida kiya. pehle aap jante hain ke telegraph aaya, phir telephone aaya.</w:t>
      </w:r>
    </w:p>
    <w:p>
      <w:pPr>
        <w:jc w:val="right"/>
      </w:pPr>
      <w:r>
        <w:t>اس کے لیے اللہ تعالیٰ نے ٹیلی کمیونیکیشن پیدا کیا۔ پہلے آپ جانتے ہیں کہ ٹیلی گراف آیا، پھر ٹیلی فون آیا۔</w:t>
      </w:r>
    </w:p>
    <w:p>
      <w:r>
        <w:rPr>
          <w:b/>
        </w:rPr>
        <w:t xml:space="preserve">[16:41] </w:t>
      </w:r>
      <w:r>
        <w:t>ab to itni taraqqi ho chuki hai computer age ke baad ke kisi bhi lamha aap kisi bhi maqam se contact kar sakte hain. sirf yahi nahi, balkeh aap aik maqam par bolein aur sari duniya mein aap ko suna jaye.</w:t>
      </w:r>
    </w:p>
    <w:p>
      <w:pPr>
        <w:jc w:val="right"/>
      </w:pPr>
      <w:r>
        <w:t>اب تو اتنی ترقی ہو چکی ہے کمپیوٹر ایج کے بعد کہ کسی بھی لمحہ آپ کسی بھی مقام سے کنٹیکٹ کر سکتے ہیں۔ صرف یہی نہیں، بلکہ آپ ایک مقام پر بولیں اور ساری دنیا میں آپ کو سنا جائے۔</w:t>
      </w:r>
    </w:p>
    <w:p>
      <w:r>
        <w:rPr>
          <w:b/>
        </w:rPr>
        <w:t xml:space="preserve">[17:01] </w:t>
      </w:r>
      <w:r>
        <w:t>dekhiye, aik hadith hai, woh hadith to dajjal ke baray mein hai. dajjal boley ga to us ki awaz mashriq o maghrib mein sunai degi.</w:t>
      </w:r>
    </w:p>
    <w:p>
      <w:pPr>
        <w:jc w:val="right"/>
      </w:pPr>
      <w:r>
        <w:t>دیکھیے، ایک حدیث ہے، وہ حدیث تو دجال کے بارے میں ہے۔ دجال بولے گا تو اس کی آواز مشرق و مغرب میں سنائی دے گی۔</w:t>
      </w:r>
    </w:p>
    <w:p>
      <w:r>
        <w:rPr>
          <w:b/>
        </w:rPr>
        <w:t xml:space="preserve">[17:12] </w:t>
      </w:r>
      <w:r>
        <w:t>log samajhte hain ke yeh dajjal ki cheekh ki baat hai, harghiz nahi, yeh door ki baat hai.</w:t>
      </w:r>
    </w:p>
    <w:p>
      <w:pPr>
        <w:jc w:val="right"/>
      </w:pPr>
      <w:r>
        <w:t>لوگ سمجھتے ہیں کہ یہ دجال کی چیخ کی بات ہے، ہرگز نہیں، یہ دور کی بات ہے۔</w:t>
      </w:r>
    </w:p>
    <w:p>
      <w:r>
        <w:rPr>
          <w:b/>
        </w:rPr>
        <w:t xml:space="preserve">[17:21] </w:t>
      </w:r>
      <w:r>
        <w:t>yeh door ki baat hai,</w:t>
      </w:r>
    </w:p>
    <w:p>
      <w:pPr>
        <w:jc w:val="right"/>
      </w:pPr>
      <w:r>
        <w:t>یہ دور کی بات ہے،</w:t>
      </w:r>
    </w:p>
    <w:p>
      <w:r>
        <w:rPr>
          <w:b/>
        </w:rPr>
        <w:t xml:space="preserve">[17:22] </w:t>
      </w:r>
      <w:r>
        <w:t>yani dajjal ka zahoor is zamane mein hoga jab ke yeh mumkin ho jaye ga ke aap ek jagah bolen aur mashriq o maghrib mein aap ki awaz suni jaye, tasweer bhi, awaz bhi.</w:t>
      </w:r>
    </w:p>
    <w:p>
      <w:pPr>
        <w:jc w:val="right"/>
      </w:pPr>
      <w:r>
        <w:t>یعنی دجال کا ظہور اس زمانے میں ہوگا جب کہ یہ ممکن ہو جائے گا کہ آپ ایک جگہ بولیں اور مشرق و مغرب میں آپ کی آواز سنی جائے، تصویر بھی، آواز بھی۔</w:t>
      </w:r>
    </w:p>
    <w:p>
      <w:r>
        <w:rPr>
          <w:b/>
        </w:rPr>
        <w:t xml:space="preserve">[17:35] </w:t>
      </w:r>
      <w:r>
        <w:t>to is hadith ko log samjhe baithe hain ke koi dajjal hoga, koi chekhe ga aur idhar udhar sunai de ga</w:t>
      </w:r>
    </w:p>
    <w:p>
      <w:pPr>
        <w:jc w:val="right"/>
      </w:pPr>
      <w:r>
        <w:t>تو اس حدیث کو لوگ سمجھے بیٹھے ہیں کہ کوئی دجال ہوگا، کوئی چیخے گا اور ادھر ادھر سنائی دے گ</w:t>
      </w:r>
    </w:p>
    <w:p>
      <w:r>
        <w:rPr>
          <w:b/>
        </w:rPr>
        <w:t xml:space="preserve">[17:41] </w:t>
      </w:r>
      <w:r>
        <w:t>a. yaad rakhiye, agar aisa koi dajjal jo chekhe itne zor se to kaan ke parde phat jayen ge, yeh deewarein gir jayen gi.</w:t>
      </w:r>
    </w:p>
    <w:p>
      <w:pPr>
        <w:jc w:val="right"/>
      </w:pPr>
      <w:r>
        <w:t>ا۔ یاد رکھیے، اگر ایسا کوئی دجال جو چیخے اتنے زور سے تو کان کے پردے پھٹ جائیں گے، یہ دیواریں گر جائیں گی۔</w:t>
      </w:r>
    </w:p>
    <w:p>
      <w:r>
        <w:rPr>
          <w:b/>
        </w:rPr>
        <w:t xml:space="preserve">[17:52] </w:t>
      </w:r>
      <w:r>
        <w:t>itna zyada koi chekhne wala agar paida ho jaye ke us ki chekh jo hai sari duniya mein sunai de to yeh sab deewarein qaim nahin rahen gi.</w:t>
      </w:r>
    </w:p>
    <w:p>
      <w:pPr>
        <w:jc w:val="right"/>
      </w:pPr>
      <w:r>
        <w:t>اتنا زیادہ کوئی چیخنے والا اگر پیدا ہو جائے کہ اس کی چیخ جو ہے ساری دنیا میں سنائی دے تو یہ سب دیواریں قائم نہیں رہیں گی۔</w:t>
      </w:r>
    </w:p>
    <w:p>
      <w:r>
        <w:rPr>
          <w:b/>
        </w:rPr>
        <w:t xml:space="preserve">[18:02] </w:t>
      </w:r>
      <w:r>
        <w:t>kyunke jo views hoti hain, view is mein bohat taqat hoti hai. do matlab nahin is ka hai, woh ek daur ki baat hai,</w:t>
      </w:r>
    </w:p>
    <w:p>
      <w:pPr>
        <w:jc w:val="right"/>
      </w:pPr>
      <w:r>
        <w:t>کیونکہ جو ویوز ہوتی ہیں، ویو اس میں بہت طاقت ہوتی ہے۔ دو مطلب نہیں اس کا ہے، وہ ایک دور کی بات ہے،</w:t>
      </w:r>
    </w:p>
    <w:p>
      <w:r>
        <w:rPr>
          <w:b/>
        </w:rPr>
        <w:t xml:space="preserve">[18:12] </w:t>
      </w:r>
      <w:r>
        <w:t>woh momin ke liye bhi hoga, ghair momin ke liye bhi hoga. to Allah taala ne woh daur paida kiya ke tum global dua work kar sako.</w:t>
      </w:r>
    </w:p>
    <w:p>
      <w:pPr>
        <w:jc w:val="right"/>
      </w:pPr>
      <w:r>
        <w:t>وہ مومن کے لیے بھی ہوگا، غیر مومن کے لیے بھی ہوگا۔ تو اللہ تعالیٰ نے وہ دور پیدا کیا کہ تم گلوبل دعا ورک کر سکو۔</w:t>
      </w:r>
    </w:p>
    <w:p>
      <w:r>
        <w:rPr>
          <w:b/>
        </w:rPr>
        <w:t xml:space="preserve">[18:22] </w:t>
      </w:r>
      <w:r>
        <w:t>global dua work kaisi ajeeb baat hai!</w:t>
      </w:r>
    </w:p>
    <w:p>
      <w:pPr>
        <w:jc w:val="right"/>
      </w:pPr>
      <w:r>
        <w:t>گلوبل دعا ورک کیسی عجیب بات ہے!</w:t>
      </w:r>
    </w:p>
    <w:p>
      <w:r>
        <w:rPr>
          <w:b/>
        </w:rPr>
        <w:t xml:space="preserve">[18:30] </w:t>
      </w:r>
      <w:r>
        <w:t>yani pehle aap ko jana parta tha kahin khushki ke rastay, jangalon ko tay karna, daryaon ko tay karna, aur kitne log rastay barh jatay thay.</w:t>
      </w:r>
    </w:p>
    <w:p>
      <w:pPr>
        <w:jc w:val="right"/>
      </w:pPr>
      <w:r>
        <w:t>یعنی پہلے آپ کو جانا پڑتا تھا کہیں خشکی کے راستے، جنگلوں کو طے کرنا، دریاؤں کو طے کرنا، اور کتنے لوگ راستے بڑھ جاتے تھے۔</w:t>
      </w:r>
    </w:p>
    <w:p>
      <w:r>
        <w:rPr>
          <w:b/>
        </w:rPr>
        <w:t xml:space="preserve">[18:44] </w:t>
      </w:r>
      <w:r>
        <w:t>ab jo hai, aap ek maqam par reh kar ke har jagah tak apni baat pohncha sakte hain.</w:t>
      </w:r>
    </w:p>
    <w:p>
      <w:pPr>
        <w:jc w:val="right"/>
      </w:pPr>
      <w:r>
        <w:t>اب جو ہے، آپ ایک مقام پر رہ کر کے ہر جگہ تک اپنی بات پہنچا سکتے ہیں۔</w:t>
      </w:r>
    </w:p>
    <w:p>
      <w:r>
        <w:rPr>
          <w:b/>
        </w:rPr>
        <w:t xml:space="preserve">[18:52] </w:t>
      </w:r>
      <w:r>
        <w:t>phir Allah taala ne dekhiye, printing press woh paida kiya, printing press taake quran ko chhap kar ke, us ke tarjume chhap kar ke,</w:t>
      </w:r>
    </w:p>
    <w:p>
      <w:pPr>
        <w:jc w:val="right"/>
      </w:pPr>
      <w:r>
        <w:t>پھر اللہ تعالیٰ نے دیکھیے، پرنٹنگ پریس وہ پیدا کیا، پرنٹنگ پریس تاکہ قرآن کو چھاپ کر کے، اس کے ترجمے چھاپ کر کے،</w:t>
      </w:r>
    </w:p>
    <w:p>
      <w:r>
        <w:rPr>
          <w:b/>
        </w:rPr>
        <w:t xml:space="preserve">[19:06] </w:t>
      </w:r>
      <w:r>
        <w:t>billion billion copy nikal sakte hain aap aur har jagah pohnchaiye.</w:t>
      </w:r>
    </w:p>
    <w:p>
      <w:pPr>
        <w:jc w:val="right"/>
      </w:pPr>
      <w:r>
        <w:t>بلین بلین کاپی نکال سکتے ہیں آپ اور ہر جگہ پہنچائیے۔</w:t>
      </w:r>
    </w:p>
    <w:p>
      <w:r>
        <w:rPr>
          <w:b/>
        </w:rPr>
        <w:t xml:space="preserve">[19:13] </w:t>
      </w:r>
      <w:r>
        <w:t>woh jo hadith hai ke la yubqi ala zahr al ard bayt madina wa la wabr illa adkhala adkhala Allah kalimat al islam</w:t>
      </w:r>
    </w:p>
    <w:p>
      <w:pPr>
        <w:jc w:val="right"/>
      </w:pPr>
      <w:r>
        <w:t>وہ جو حدیث ہے کہ لا یبقى علی ظہر الارض بیت مدینہ ولا وبر الا ادخل ادخل اللہ کلمۃ الاسلام</w:t>
      </w:r>
    </w:p>
    <w:p>
      <w:r>
        <w:rPr>
          <w:b/>
        </w:rPr>
        <w:t xml:space="preserve">[19:28] </w:t>
      </w:r>
      <w:r>
        <w:t>har ghar mein kalma dakhil ho jaye ga. yeh yeh printing press ke daur ki peshangoi hai ke yeh mumkin ho jaye ga ke quran chhapa jaye, usool is waqt tayyar kiya jaye</w:t>
      </w:r>
    </w:p>
    <w:p>
      <w:pPr>
        <w:jc w:val="right"/>
      </w:pPr>
      <w:r>
        <w:t>ہر گھر میں کلمہ داخل ہو جائے گا۔ یہ یہ پرنٹنگ پریس کے دور کی پیشنگوئی ہے کہ یہ ممکن ہو جائے گا کہ قرآن چھاپا جائے، اصول اس وقت تیار کیا جائے</w:t>
      </w:r>
    </w:p>
    <w:p>
      <w:r>
        <w:rPr>
          <w:b/>
        </w:rPr>
        <w:t xml:space="preserve">[19:44] </w:t>
      </w:r>
      <w:r>
        <w:t>illa adkhala Allah kalimat al islam ka matlab yahi hai ke kaise pohnch jaye ga printed form mein, chhipi hui copy.</w:t>
      </w:r>
    </w:p>
    <w:p>
      <w:pPr>
        <w:jc w:val="right"/>
      </w:pPr>
      <w:r>
        <w:t>الا ادخل اللہ کلمۃ الاسلام کا معنی یہی ہے کہ کیسے پہنچ جائے گا پرنٹڈ فارم میں، چھپی ہوئی کاپی۔</w:t>
      </w:r>
    </w:p>
    <w:p>
      <w:r>
        <w:rPr>
          <w:b/>
        </w:rPr>
        <w:t xml:space="preserve">[19:54] </w:t>
      </w:r>
      <w:r>
        <w:t>to yeh hadith darasal daur-e-taba'at ki peshangoi hai, printing press ke daur ki peshangoi hai. yeh sab yani sahaba aur tabeen ki duaon ke baad yeh unfold ho raha hai,</w:t>
      </w:r>
    </w:p>
    <w:p>
      <w:pPr>
        <w:jc w:val="right"/>
      </w:pPr>
      <w:r>
        <w:t>تو یہ حدیث دراصل دور طباعت کی پیشنگوئی ہے، پرنٹنگ پریس کے دور کی پیشنگوئی ہے۔ یہ سب یعنی صحابہ اور تابعین کی دعاؤں کے بعد یہ انفولڈ ہو رہا ہے،</w:t>
      </w:r>
    </w:p>
    <w:p>
      <w:r>
        <w:rPr>
          <w:b/>
        </w:rPr>
        <w:t xml:space="preserve">[20:09] </w:t>
      </w:r>
      <w:r>
        <w:t>mawaqe ki unfolding ho rahi hai.</w:t>
      </w:r>
    </w:p>
    <w:p>
      <w:pPr>
        <w:jc w:val="right"/>
      </w:pPr>
      <w:r>
        <w:t>مواقع کی انفولڈنگ ہو رہی ہے۔</w:t>
      </w:r>
    </w:p>
    <w:p>
      <w:r>
        <w:rPr>
          <w:b/>
        </w:rPr>
        <w:t xml:space="preserve">[20:12] </w:t>
      </w:r>
      <w:r>
        <w:t>yahan par mein ek baat yar dobara dohraun jo mein is se pehle kai bar kar chuka hoon ke bukhari mein ek riwayat hai ke in Allah la yuhid al din bi al rajul al fajir Allah is deen ko fajir ke zariye bhi support de ga,</w:t>
      </w:r>
    </w:p>
    <w:p>
      <w:pPr>
        <w:jc w:val="right"/>
      </w:pPr>
      <w:r>
        <w:t>یہاں پر میں ایک بات یار دوبارہ دہراؤں جو میں اس سے پہلے کئی بار کر چکا ہوں کہ بخاری میں ایک روایت ہے کہ ان اللہ لیحد الدین بالرجل الفاجر اللہ اس دین کو فاجر کے ذریعے بھی سپورٹ دے گا،</w:t>
      </w:r>
    </w:p>
    <w:p>
      <w:r>
        <w:rPr>
          <w:b/>
        </w:rPr>
        <w:t xml:space="preserve">[20:36] </w:t>
      </w:r>
      <w:r>
        <w:t>fajir ke matlab secular, non believer. yani jo jo taeed darkar hai, jo support darkar hai, agar is mein momin fail ho jayen ge to Allah taala secular logon ki taraf se paida kare ga.</w:t>
      </w:r>
    </w:p>
    <w:p>
      <w:pPr>
        <w:jc w:val="right"/>
      </w:pPr>
      <w:r>
        <w:t>فاجر کے معنی سیکولر، نان بیلیور۔ یعنی جو جو تائید درکار ہے، جو سپورٹ درکار ہے، اگر اس میں مومن فیل ہو جائیں گے تو اللہ تعالیٰ سیکولر لوگوں کی طرف سے پیدا کرے گا۔</w:t>
      </w:r>
    </w:p>
    <w:p>
      <w:r>
        <w:rPr>
          <w:b/>
        </w:rPr>
        <w:t xml:space="preserve">[20:52] </w:t>
      </w:r>
      <w:r>
        <w:t>chunanche aap dekhiye, musalman jo hain isi daur mein baqi reh gaye jo khachhar ka aur oont ka, ghore ka daur tha.</w:t>
      </w:r>
    </w:p>
    <w:p>
      <w:pPr>
        <w:jc w:val="right"/>
      </w:pPr>
      <w:r>
        <w:t>چنانچہ آپ دیکھیے، مسلمان جو ہیں اسی دور میں باقی رہ گئے جو خچر کا اور اونٹ کا، گھوڑے کا دور تھا۔</w:t>
      </w:r>
    </w:p>
    <w:p>
      <w:r>
        <w:rPr>
          <w:b/>
        </w:rPr>
        <w:t xml:space="preserve">[21:06] </w:t>
      </w:r>
      <w:r>
        <w:t>Mechanization of power jo hai, woh pasman nahin kar sake.</w:t>
      </w:r>
    </w:p>
    <w:p>
      <w:pPr>
        <w:jc w:val="right"/>
      </w:pPr>
      <w:r>
        <w:t>میکنائزیشن آف پاور جو ہے، وہ پسمان نہیں کر سکے۔</w:t>
      </w:r>
    </w:p>
    <w:p>
      <w:r>
        <w:rPr>
          <w:b/>
        </w:rPr>
        <w:t xml:space="preserve">[21:12] </w:t>
      </w:r>
      <w:r>
        <w:t>yeh unhon ne nahin kiya, ahl-e-maghrib ne kiya. unhon ne steamship daryaft kiya, unhon ne aerial photography daryaft ki, unhon ne modern communication daryaft kiya.</w:t>
      </w:r>
    </w:p>
    <w:p>
      <w:pPr>
        <w:jc w:val="right"/>
      </w:pPr>
      <w:r>
        <w:t>یہ انہوں نے نہیں کیا، اہل مغرب نے کیا۔ انہوں نے اسٹیم شپ دریافت کیا، انہوں نے ایریل فوٹوگرافی دریافت کی، انہوں نے ماڈرن کمیونیکیشن دریافت کیا۔</w:t>
      </w:r>
    </w:p>
    <w:p>
      <w:r>
        <w:rPr>
          <w:b/>
        </w:rPr>
        <w:t xml:space="preserve">[21:27] </w:t>
      </w:r>
      <w:r>
        <w:t>jo bhi cheezein hain jis ko hum kehte hain age of communication, woh unhi ka to paida kiya hua hai.</w:t>
      </w:r>
    </w:p>
    <w:p>
      <w:pPr>
        <w:jc w:val="right"/>
      </w:pPr>
      <w:r>
        <w:t>جو بھی چیزیں ہیں جس کو ہم کہتے ہیں ایج آف کمیونیکیشن، وہ انہی کا تو پیدا کیا ہوا ہے۔</w:t>
      </w:r>
    </w:p>
    <w:p>
      <w:r>
        <w:rPr>
          <w:b/>
        </w:rPr>
        <w:t xml:space="preserve">[21:34] </w:t>
      </w:r>
      <w:r>
        <w:t>yani paida kiya gaya dawat ke liye, lekin jinhon ne kaam kiya woh sab ahl-e-maghrib thay.</w:t>
      </w:r>
    </w:p>
    <w:p>
      <w:pPr>
        <w:jc w:val="right"/>
      </w:pPr>
      <w:r>
        <w:t>یعنی پیدا کیا گیا دعوت کے لیے، لیکن جنہوں نے کام کیا وہ سب اہل مغرب تھے۔</w:t>
      </w:r>
    </w:p>
    <w:p>
      <w:r>
        <w:rPr>
          <w:b/>
        </w:rPr>
        <w:t xml:space="preserve">[21:45] </w:t>
      </w:r>
      <w:r>
        <w:t>to jahan limitations aa gayi theen da'iyon ki, wahan par Allah taala ne naye naye imkanat khol diye. aur dekhiye, is zamane mein ek bohat ajeeb o ghareeb baat hui hai,</w:t>
      </w:r>
    </w:p>
    <w:p>
      <w:pPr>
        <w:jc w:val="right"/>
      </w:pPr>
      <w:r>
        <w:t>تو جہاں لیمیٹیشنز آ گئی تھیں داعیوں کی، وہاں پر اللہ تعالیٰ نے نئے نئے امکانات کھول دیے۔ اور دیکھیے، اس زمانے میں ایک بہت عجیب و غریب بات ہوئی ہے،</w:t>
      </w:r>
    </w:p>
    <w:p>
      <w:r>
        <w:rPr>
          <w:b/>
        </w:rPr>
        <w:t xml:space="preserve">[21:59] </w:t>
      </w:r>
      <w:r>
        <w:t>woh yeh ke mad'u khud da'i ke paas aa raha hai.</w:t>
      </w:r>
    </w:p>
    <w:p>
      <w:pPr>
        <w:jc w:val="right"/>
      </w:pPr>
      <w:r>
        <w:t>وہ یہ کہ مدعو خود داعی کے پاس آ رہا ہے۔</w:t>
      </w:r>
    </w:p>
    <w:p>
      <w:r>
        <w:rPr>
          <w:b/>
        </w:rPr>
        <w:t xml:space="preserve">[22:04] </w:t>
      </w:r>
      <w:r>
        <w:t>yeh aik nai baat hai, madu khud daai ke paas aa raha hai. Yaani is ko kehte hain global mobility.</w:t>
      </w:r>
    </w:p>
    <w:p>
      <w:pPr>
        <w:jc w:val="right"/>
      </w:pPr>
      <w:r>
        <w:t>یہ ایک نئی بات ہے، مدعو خود داعی کے پاس آ رہا ہے۔ یعنی اس کو کہتے ہیں گلوبل موبیلٹی۔</w:t>
      </w:r>
    </w:p>
    <w:p>
      <w:r>
        <w:rPr>
          <w:b/>
        </w:rPr>
        <w:t xml:space="preserve">[22:16] </w:t>
      </w:r>
      <w:r>
        <w:t>woh kaisay aisay asbab paida hue ke log yahan se wahan janay lagay, business ke liye, job ke liye, ilaj ke liye, education ke liye, aur tourism mein siyahi ke liye.</w:t>
      </w:r>
    </w:p>
    <w:p>
      <w:pPr>
        <w:jc w:val="right"/>
      </w:pPr>
      <w:r>
        <w:t>وہ کیسے ایسے اسباب پیدا ہوئے کہ لوگ یہاں سے وہاں جانے لگے، بزنس کے لیے، جاب کے لیے، علاج کے لیے، ایجوکیشن کے لیے، اور ٹورزم میں سیاحی کے لیے۔</w:t>
      </w:r>
    </w:p>
    <w:p>
      <w:r>
        <w:rPr>
          <w:b/>
        </w:rPr>
        <w:t xml:space="preserve">[22:34] </w:t>
      </w:r>
      <w:r>
        <w:t>aik poora daur</w:t>
      </w:r>
    </w:p>
    <w:p>
      <w:pPr>
        <w:jc w:val="right"/>
      </w:pPr>
      <w:r>
        <w:t>ایک پورا دور</w:t>
      </w:r>
    </w:p>
    <w:p>
      <w:r>
        <w:rPr>
          <w:b/>
        </w:rPr>
        <w:t xml:space="preserve">[22:38] </w:t>
      </w:r>
      <w:r>
        <w:t>hai jis mein ke har din lakhon karoron log yahan se wahan ja rahe hain, yahan se wahan ja rahe hain. Yeh madu khud daai ke paas aa raha hai.</w:t>
      </w:r>
    </w:p>
    <w:p>
      <w:pPr>
        <w:jc w:val="right"/>
      </w:pPr>
      <w:r>
        <w:t>ہے جس میں کہ ہر دن لاکھوں کروڑوں لوگ یہاں سے وہاں جا رہے ہیں، یہاں سے وہاں جا رہے ہیں۔ یہ مدعو خود داعی کے پاس آ رہا ہے۔</w:t>
      </w:r>
    </w:p>
    <w:p>
      <w:r>
        <w:rPr>
          <w:b/>
        </w:rPr>
        <w:t xml:space="preserve">[22:50] </w:t>
      </w:r>
      <w:r>
        <w:t>har Muslim mulk mein, har Muslim ka ghair Muslim ki farq nahi hai, har jagah, har mulk mein dunya bhar ke log aa rahe hain, ja rahe hain.</w:t>
      </w:r>
    </w:p>
    <w:p>
      <w:pPr>
        <w:jc w:val="right"/>
      </w:pPr>
      <w:r>
        <w:t>ہر مسلم ملک میں، ہر مسلم کا غیر مسلم کی فرق نہیں ہے، ہر جگہ، ہر ملک میں دنیا بھر کے لوگ آ رہے ہیں، جا رہے ہیں۔</w:t>
      </w:r>
    </w:p>
    <w:p>
      <w:r>
        <w:rPr>
          <w:b/>
        </w:rPr>
        <w:t xml:space="preserve">[23:00] </w:t>
      </w:r>
      <w:r>
        <w:t>is mani hain ke agar aap ke paas Quran ke tarjmay printed form mein hon to aap ke darwazay hi baad mein agar dast nak kar raha hai ke bhai, o mein yahan tumhare darwazay par khara hua hoon, lao mujh ko do Khuda ki kitab.</w:t>
      </w:r>
    </w:p>
    <w:p>
      <w:pPr>
        <w:jc w:val="right"/>
      </w:pPr>
      <w:r>
        <w:t>اس معنی ہیں کہ اگر آپ کے پاس قرآن کے ترجمے پرنٹڈ فارم میں ہوں تو آپ کے دروازے ہی بعد میں اگر دست ناک کر رہا ہے کہ بھئی، او میں یہاں تمہارے دروازے پر کھڑا ہوا ہوں، لاؤ مجھ کو دو خدا کی کتاب۔</w:t>
      </w:r>
    </w:p>
    <w:p>
      <w:r>
        <w:rPr>
          <w:b/>
        </w:rPr>
        <w:t xml:space="preserve">[23:19] </w:t>
      </w:r>
      <w:r>
        <w:t>kisi ajeeb baat hai!</w:t>
      </w:r>
    </w:p>
    <w:p>
      <w:pPr>
        <w:jc w:val="right"/>
      </w:pPr>
      <w:r>
        <w:t>کیسی عجیب بات ہے!</w:t>
      </w:r>
    </w:p>
    <w:p>
      <w:r>
        <w:rPr>
          <w:b/>
        </w:rPr>
        <w:t xml:space="preserve">[23:24] </w:t>
      </w:r>
      <w:r>
        <w:t>yeh Musalmanon ki badzauqi hai ke woh abhi tak in baaton ko samjhe nahi. Jaisay kal dekhiye, kal hum yahan par gaye thay Dilli mein aik seminar mein, hamare saathi wahan par Quran le kar gaye,</w:t>
      </w:r>
    </w:p>
    <w:p>
      <w:pPr>
        <w:jc w:val="right"/>
      </w:pPr>
      <w:r>
        <w:t>یہ مسلمانوں کی بدذوقی ہے کہ وہ ابھی تک ان باتوں کو سمجھے نہیں۔ جیسے کل دیکھیے، کل ہم یہاں پر گئے تھے دلی میں ایک سیمینار میں، ہمارے ساتھی وہاں پر قرآن لے کر گئے،</w:t>
      </w:r>
    </w:p>
    <w:p>
      <w:r>
        <w:rPr>
          <w:b/>
        </w:rPr>
        <w:t xml:space="preserve">[23:39] </w:t>
      </w:r>
      <w:r>
        <w:t>tarjuma is ka. To wahan jo</w:t>
      </w:r>
    </w:p>
    <w:p>
      <w:pPr>
        <w:jc w:val="right"/>
      </w:pPr>
      <w:r>
        <w:t>ترجمہ اس کا۔ تو وہاں جو</w:t>
      </w:r>
    </w:p>
    <w:p>
      <w:r>
        <w:rPr>
          <w:b/>
        </w:rPr>
        <w:t xml:space="preserve">[23:47] </w:t>
      </w:r>
      <w:r>
        <w:t>Hindu log thay, baray shoq se woh le rahe thay, bohat shoq se.</w:t>
      </w:r>
    </w:p>
    <w:p>
      <w:pPr>
        <w:jc w:val="right"/>
      </w:pPr>
      <w:r>
        <w:t>ہندو لوگ تھے، بڑے شوق سے وہ لے رہے تھے، بہت شوق سے۔</w:t>
      </w:r>
    </w:p>
    <w:p>
      <w:r>
        <w:rPr>
          <w:b/>
        </w:rPr>
        <w:t xml:space="preserve">[23:53] </w:t>
      </w:r>
      <w:r>
        <w:t>aik do Musalman wahan aa gaye thay, unhon ne kaha ke yeh kya kar rahe hain aap log? Yeh to yeh log be-hurmati karein ge, be-hurmati karein ge!</w:t>
      </w:r>
    </w:p>
    <w:p>
      <w:pPr>
        <w:jc w:val="right"/>
      </w:pPr>
      <w:r>
        <w:t>ایک دو مسلمان وہاں آ گئے تھے، انہوں نے کہا کہ یہ کیا کر رہے ہیں آپ لوگ؟ یہ تو یہ لوگ بے حرمتی کریں گے، بے حرمتی کریں گے!</w:t>
      </w:r>
    </w:p>
    <w:p>
      <w:r>
        <w:rPr>
          <w:b/>
        </w:rPr>
        <w:t xml:space="preserve">[24:03] </w:t>
      </w:r>
      <w:r>
        <w:t>yeh be-hurmati ka jo tasawwur hai, yeh sard sa, baseless hai, na Quran mein hai, na Hadees mein hai. Yeh shaitan ne aisa dala hai ke Quran ko pohnchanay walay na pohnchain.</w:t>
      </w:r>
    </w:p>
    <w:p>
      <w:pPr>
        <w:jc w:val="right"/>
      </w:pPr>
      <w:r>
        <w:t>یہ بے حرمتی کا جو تصور ہے، یہ سرد سا، بیسلیس ہے، نہ قرآن میں ہے، نہ حدیث میں ہے۔ یہ شیطان نے ایسا ڈالا ہے کہ قرآن کو پہنچانے والے نہ پہنچائیں۔</w:t>
      </w:r>
    </w:p>
    <w:p>
      <w:r>
        <w:rPr>
          <w:b/>
        </w:rPr>
        <w:t xml:space="preserve">[24:19] </w:t>
      </w:r>
      <w:r>
        <w:t>sab kuch honay ke baad bhi Quran jo hai, kitab mehjoor bana rahe hain, kitab mehjoor. Inna qad ittakhadhu hazal Quran mahjoora</w:t>
      </w:r>
    </w:p>
    <w:p>
      <w:pPr>
        <w:jc w:val="right"/>
      </w:pPr>
      <w:r>
        <w:t>سب کچھ ہونے کے بعد بھی قرآن جو ہے، کتاب محجور بنا رہے ہیں، کتاب محجور۔ ان قومی اتخذوا هذا القرآن محجورا</w:t>
      </w:r>
    </w:p>
    <w:p>
      <w:r>
        <w:rPr>
          <w:b/>
        </w:rPr>
        <w:t xml:space="preserve">[24:33] </w:t>
      </w:r>
      <w:r>
        <w:t>to khair dekhiye, aik ke baad aik ke baad aik, Allah taala yeh sab dunya mein jo ho raha hai, woh kis liye hai?</w:t>
      </w:r>
    </w:p>
    <w:p>
      <w:pPr>
        <w:jc w:val="right"/>
      </w:pPr>
      <w:r>
        <w:t>تو خیر دیکھیے، ایک کے بعد ایک کے بعد ایک، اللہ تعالیٰ یہ سب دنیا میں جو ہو رہا ہے، وہ کس لیے ہے؟</w:t>
      </w:r>
    </w:p>
    <w:p>
      <w:r>
        <w:rPr>
          <w:b/>
        </w:rPr>
        <w:t xml:space="preserve">[24:44] </w:t>
      </w:r>
      <w:r>
        <w:t>dawat ki opportunities</w:t>
      </w:r>
    </w:p>
    <w:p>
      <w:pPr>
        <w:jc w:val="right"/>
      </w:pPr>
      <w:r>
        <w:t>دعوت کی اپرچونیٹیز</w:t>
      </w:r>
    </w:p>
    <w:p>
      <w:r>
        <w:rPr>
          <w:b/>
        </w:rPr>
        <w:t xml:space="preserve">[24:46] </w:t>
      </w:r>
      <w:r>
        <w:t>ke liye. Bas aur kuch? Allah taala ko aur kis cheez se koi?</w:t>
      </w:r>
    </w:p>
    <w:p>
      <w:pPr>
        <w:jc w:val="right"/>
      </w:pPr>
      <w:r>
        <w:t>کے لیے۔ بس اور کچھ؟ اللہ تعالیٰ کو اور کس چیز سے کوئی؟</w:t>
      </w:r>
    </w:p>
    <w:p>
      <w:r>
        <w:rPr>
          <w:b/>
        </w:rPr>
        <w:t xml:space="preserve">[24:52] </w:t>
      </w:r>
      <w:r>
        <w:t>Allah taala concern jo hai, woh dawat hai, dawat, dawat! To Allah taala ne sab khol diya, har aitbar se mawaqe khol diye.</w:t>
      </w:r>
    </w:p>
    <w:p>
      <w:pPr>
        <w:jc w:val="right"/>
      </w:pPr>
      <w:r>
        <w:t>اللہ تعالیٰ کنسرن جو ہے، وہ دعوت ہے، دعوت، دعوت، دعوت! تو اللہ تعالیٰ نے سب کھول دیا، ہر اعتبار سے مواقع کھول دیے۔</w:t>
      </w:r>
    </w:p>
    <w:p>
      <w:r>
        <w:rPr>
          <w:b/>
        </w:rPr>
        <w:t xml:space="preserve">[25:06] </w:t>
      </w:r>
      <w:r>
        <w:t>ab mein aap ko apna aik tajruba arz karta hoon jo aaj subah, aaj subah guzra.</w:t>
      </w:r>
    </w:p>
    <w:p>
      <w:pPr>
        <w:jc w:val="right"/>
      </w:pPr>
      <w:r>
        <w:t>اب میں آپ کو اپنا ایک تجربہ عرض کرتا ہوں جو آج صبح، آج صبح گزرا۔</w:t>
      </w:r>
    </w:p>
    <w:p>
      <w:r>
        <w:rPr>
          <w:b/>
        </w:rPr>
        <w:t xml:space="preserve">[25:14] </w:t>
      </w:r>
      <w:r>
        <w:t>dekhiye, meri aik aadat hai bachpan se ke mein sun rise ko dekhta hoon, suraj ke nikalnay ka jo manzar hota hai.</w:t>
      </w:r>
    </w:p>
    <w:p>
      <w:pPr>
        <w:jc w:val="right"/>
      </w:pPr>
      <w:r>
        <w:t>دیکھیے، میری ایک عادت ہے بچپن سے کہ میں سن رائز کو دیکھتا ہوں، سورج کے نکلنے کا جو منظر ہوتا ہے۔</w:t>
      </w:r>
    </w:p>
    <w:p>
      <w:r>
        <w:rPr>
          <w:b/>
        </w:rPr>
        <w:t xml:space="preserve">[25:27] </w:t>
      </w:r>
      <w:r>
        <w:t>pehlay mein rehta tha UP ke aik gaon mein, gaon ke bahar aik pul tha, to mein wahan chala jata tha subah ko.</w:t>
      </w:r>
    </w:p>
    <w:p>
      <w:pPr>
        <w:jc w:val="right"/>
      </w:pPr>
      <w:r>
        <w:t>پہلے میں رہتا تھا یو پی کے ایک گاؤں میں، گاؤں کے باہر ایک پل تھا، تو میں وہاں چلا جاتا تھا صبح کو۔</w:t>
      </w:r>
    </w:p>
    <w:p>
      <w:r>
        <w:rPr>
          <w:b/>
        </w:rPr>
        <w:t xml:space="preserve">[25:36] </w:t>
      </w:r>
      <w:r>
        <w:t>wahan sannata hota tha, wahan par pul par baith kar mein dekhta tha suraj kaisay nikal raha hai.</w:t>
      </w:r>
    </w:p>
    <w:p>
      <w:pPr>
        <w:jc w:val="right"/>
      </w:pPr>
      <w:r>
        <w:t>وہاں سناٹا ہوتا تھا، وہاں پر پل پر بیٹھ کر میں دیکھتا تھا سورج کیسے نکل رہا ہے۔</w:t>
      </w:r>
    </w:p>
    <w:p>
      <w:r>
        <w:rPr>
          <w:b/>
        </w:rPr>
        <w:t xml:space="preserve">[25:44] </w:t>
      </w:r>
      <w:r>
        <w:t>woh aaj bhi mera mizaj hai. Abhi bhi mein apne ghar par ja raha hoon to subah ko khaas tareeqay se mein dekhta hoon suraj kaisay nikalta hai.</w:t>
      </w:r>
    </w:p>
    <w:p>
      <w:pPr>
        <w:jc w:val="right"/>
      </w:pPr>
      <w:r>
        <w:t>وہ آج بھی میرا مزاج ہے۔ ابھی بھی میں اپنے گھر پر جا رہا ہوں تو صبح کو خاص طریقے سے میں دیکھتا ہوں سورج کیسے نکلتا ہے۔</w:t>
      </w:r>
    </w:p>
    <w:p>
      <w:r>
        <w:rPr>
          <w:b/>
        </w:rPr>
        <w:t xml:space="preserve">[25:55] </w:t>
      </w:r>
      <w:r>
        <w:t>aaj bhi mein ne aisay hi kiya. Dekhiye, aaj suraj nikla hai 5 baj kar 25 minute par, 5:25.</w:t>
      </w:r>
    </w:p>
    <w:p>
      <w:pPr>
        <w:jc w:val="right"/>
      </w:pPr>
      <w:r>
        <w:t>آج بھی میں نے ایسے ہی کیا۔ دیکھیے، آج سورج نکلا ہے پانچ بج کر 25 منٹ پر، 5:25۔</w:t>
      </w:r>
    </w:p>
    <w:p>
      <w:r>
        <w:rPr>
          <w:b/>
        </w:rPr>
        <w:t xml:space="preserve">[26:06] </w:t>
      </w:r>
      <w:r>
        <w:t>to mein apne ghar ke barjay par khara ho kar ke dekh raha tha.</w:t>
      </w:r>
    </w:p>
    <w:p>
      <w:pPr>
        <w:jc w:val="right"/>
      </w:pPr>
      <w:r>
        <w:t>تو میں اپنے گھر کے بارجے پر کھڑا ہو کر کے دیکھ رہا تھا۔</w:t>
      </w:r>
    </w:p>
    <w:p>
      <w:r>
        <w:rPr>
          <w:b/>
        </w:rPr>
        <w:t xml:space="preserve">[26:12] </w:t>
      </w:r>
      <w:r>
        <w:t>lekin aaj pehli baar aik aik ajeeb khayal aaya jo is se pehlay mere dimagh mein nahi aaya tha. Mein ne socha ke yeh suraj billion saal se aisay hi kar raha hai, billion saal se theek waqt par nikalta hai, theek waqt par nikalta hai, theek waqt par nikalta hai.</w:t>
      </w:r>
    </w:p>
    <w:p>
      <w:pPr>
        <w:jc w:val="right"/>
      </w:pPr>
      <w:r>
        <w:t>لیکن آج پہلی بار ایک ایک عجیب خیال آیا جو اس سے پہلے میرے دماغ میں نہیں آیا تھا۔ میں نے سوچا کہ یہ سورج بلین سال سے ایسے ہی کر رہا ہے، بلین سال سے ٹھیک وقت پر نکلتا ہے، ٹھیک وقت پر نکلتا ہے، ٹھیک وقت پر نکلتا ہے۔</w:t>
      </w:r>
    </w:p>
    <w:p>
      <w:r>
        <w:rPr>
          <w:b/>
        </w:rPr>
        <w:t xml:space="preserve">[26:33] </w:t>
      </w:r>
      <w:r>
        <w:t>raat ke baad theek waqt par nikal nikalta hai taake duniya ko roshni pahunchaye.</w:t>
      </w:r>
    </w:p>
    <w:p>
      <w:pPr>
        <w:jc w:val="right"/>
      </w:pPr>
      <w:r>
        <w:t>رات کے بعد ٹھیک وقت پر نکل نکلتا ہے تاکہ دنیا کو روشنی پہنچائے۔</w:t>
      </w:r>
    </w:p>
    <w:p>
      <w:r>
        <w:rPr>
          <w:b/>
        </w:rPr>
        <w:t xml:space="preserve">[26:42] </w:t>
      </w:r>
      <w:r>
        <w:t>saath saath aik aur kaam yeh hota hai ke Allah taala ne zameen mein double rotation rakh diya hai. axis pe chalti hai zameen.</w:t>
      </w:r>
    </w:p>
    <w:p>
      <w:pPr>
        <w:jc w:val="right"/>
      </w:pPr>
      <w:r>
        <w:t>ساتھ ساتھ ایک اور کام یہ ہوتا ہے کہ اللہ تعالیٰ نے زمین میں ڈبل روٹیشن رکھ دیا ہے۔ ایکسز پہ چلتی ہے زمین۔</w:t>
      </w:r>
    </w:p>
    <w:p>
      <w:r>
        <w:rPr>
          <w:b/>
        </w:rPr>
        <w:t xml:space="preserve">[26:54] </w:t>
      </w:r>
      <w:r>
        <w:t>axis pe chalne ki wajah se yeh hota hai ke zameen ke chaaron taraf roshni pahunchti rahe. agar zameen apne axis par na chale to zameen ka aadha hissa ujala rahega, aadha hissa andhera rahega, jaisa ke chand par hota hai.</w:t>
      </w:r>
    </w:p>
    <w:p>
      <w:pPr>
        <w:jc w:val="right"/>
      </w:pPr>
      <w:r>
        <w:t>ایکسز پہ چلنے کی وجہ سے یہ ہوتا ہے کہ زمین کے چاروں طرف روشنی پہنچتی رہے۔ اگر زمین اپنے ایکسز پر نہ چلے تو زمین کا آدھا حصہ اجالا رہے گا، آدھا حصہ اندھیرا رہے گا، جیسا کہ چاند پر ہوتا ہے۔</w:t>
      </w:r>
    </w:p>
    <w:p>
      <w:r>
        <w:rPr>
          <w:b/>
        </w:rPr>
        <w:t xml:space="preserve">[27:13] </w:t>
      </w:r>
      <w:r>
        <w:t>to maine socha ke Allah taala ko aik taaza matloob hai, insaan ko roshni pahunchana ke suraj ko paband kar diya ke tum theek waqt par tum ko taloo hona hai.</w:t>
      </w:r>
    </w:p>
    <w:p>
      <w:pPr>
        <w:jc w:val="right"/>
      </w:pPr>
      <w:r>
        <w:t>تو میں نے سوچا کہ اللہ تعالیٰ کو ایک تازہ مطلوب ہے، انسان کو روشنی پہنچانا کہ سورج کو پابند کر دیا کہ تم ٹھیک وقت پر تم کو طلوع ہونا ہے۔</w:t>
      </w:r>
    </w:p>
    <w:p>
      <w:r>
        <w:rPr>
          <w:b/>
        </w:rPr>
        <w:t xml:space="preserve">[27:24] </w:t>
      </w:r>
      <w:r>
        <w:t>yaani aaj paanch 25 par time tha to usi waqt nikla hua, na aage, na peechhe. zameen ko paband kar diya ke tu apne axis par rotate karo taake koi satah suraj ki roshni se khaali na rahe.</w:t>
      </w:r>
    </w:p>
    <w:p>
      <w:pPr>
        <w:jc w:val="right"/>
      </w:pPr>
      <w:r>
        <w:t>یعنی آج پانچ 25 پر ٹائم تھا تو اسی وقت نکلا ہوا، نہ آگے، نہ پیچھے۔ زمین کو پابند کر دیا کہ تو اپنے ایکسز پر روٹیٹ کرو تاکہ کوئی سطح سورج کی روشنی سے خالی نہ رہے۔</w:t>
      </w:r>
    </w:p>
    <w:p>
      <w:r>
        <w:rPr>
          <w:b/>
        </w:rPr>
        <w:t xml:space="preserve">[27:43] </w:t>
      </w:r>
      <w:r>
        <w:t>phir maine socha ke Allah ka deen bhi to aik roshni hai, is ke liye bhi quran mein dekhiye, siraj ka lafz aaya, siraj muneer, roshan suraj, noor ka lafz aaya hai.</w:t>
      </w:r>
    </w:p>
    <w:p>
      <w:pPr>
        <w:jc w:val="right"/>
      </w:pPr>
      <w:r>
        <w:t>پھر میں نے سوچا کہ اللہ کا دین بھی تو ایک روشنی ہے، اس کے لیے بھی قرآن میں دیکھیے، سراج کا لفظ آیا، سراج منیر، روشن سورج، نور کا لفظ آیا ہے۔</w:t>
      </w:r>
    </w:p>
    <w:p>
      <w:r>
        <w:rPr>
          <w:b/>
        </w:rPr>
        <w:t xml:space="preserve">[27:58] </w:t>
      </w:r>
      <w:r>
        <w:t>to Allah ke, Allah ke jo creation hai, jo takhleeq hai, us mein aik maadi roshni hai jo hum ko suraj ke zariye milti hai.</w:t>
      </w:r>
    </w:p>
    <w:p>
      <w:pPr>
        <w:jc w:val="right"/>
      </w:pPr>
      <w:r>
        <w:t>تو اللہ کے، اللہ کے جو کریشن ہے، جو تخلیق ہے، اس میں ایک مادی روشنی ہے جو ہم کو سورج کے ذریعے ملتی ہے۔</w:t>
      </w:r>
    </w:p>
    <w:p>
      <w:r>
        <w:rPr>
          <w:b/>
        </w:rPr>
        <w:t xml:space="preserve">[28:12] </w:t>
      </w:r>
      <w:r>
        <w:t>Allah ko itna zyada matloob hai ke roshni pahunche insaan ko ke jin ilaaqon mein suraj nahi nikalta bohat dinon tak.</w:t>
      </w:r>
    </w:p>
    <w:p>
      <w:pPr>
        <w:jc w:val="right"/>
      </w:pPr>
      <w:r>
        <w:t>اللہ کو اتنا زیادہ مطلوب ہے کہ روشنی پہنچے انسان کو کہ جن علاقوں میں سورج نہیں نکلتا بہت دنوں تک۔</w:t>
      </w:r>
    </w:p>
    <w:p>
      <w:r>
        <w:rPr>
          <w:b/>
        </w:rPr>
        <w:t xml:space="preserve">[28:21] </w:t>
      </w:r>
      <w:r>
        <w:t>aap jante hain ke quds shamali aur quds janubi ke ilaaqon mein suraj bohat dinon tak nahi nikalta. to kya hai? wahan par Allah taala ne electricity paida kar di, bijli, taake jab suraj se roshni na mile to aadmi bijli se roshni haasil kar sake.</w:t>
      </w:r>
    </w:p>
    <w:p>
      <w:pPr>
        <w:jc w:val="right"/>
      </w:pPr>
      <w:r>
        <w:t>آپ جانتے ہیں کہ قدس شمالی اور قدس جنوبی کے علاقوں میں سورج بہت دنوں تک نہیں نکلتا۔ تو کیا ہے؟ وہاں پر اللہ تعالیٰ نے الیکٹریسٹی پیدا کر دی، بجلی، تاکہ جب سورج سے روشنی نہ ملے تو آدمی بجلی سے روشنی حاصل کرے۔</w:t>
      </w:r>
    </w:p>
    <w:p>
      <w:r>
        <w:rPr>
          <w:b/>
        </w:rPr>
        <w:t xml:space="preserve">[28:39] </w:t>
      </w:r>
      <w:r>
        <w:t>doosri taraf jo Allah taala ne apni hidayat bheji, quran bheja, us ko mehfooz kar diya to us ki roshni muddaton se pahunch hi nahi rahi hai.</w:t>
      </w:r>
    </w:p>
    <w:p>
      <w:pPr>
        <w:jc w:val="right"/>
      </w:pPr>
      <w:r>
        <w:t>دوسری طرف جو اللہ تعالیٰ نے اپنی ہدایت بھیجی، قرآن بھیجا، اس کو محفوظ کر دیا تو اس کی روشنی مدتوں سے پہنچ ہی نہیں رہی ہے۔</w:t>
      </w:r>
    </w:p>
    <w:p>
      <w:r>
        <w:rPr>
          <w:b/>
        </w:rPr>
        <w:t xml:space="preserve">[28:52] </w:t>
      </w:r>
      <w:r>
        <w:t>aik ajeeb o ghareeb khayal mere dimagh mein aaya ke quran mein hai ke layakoon lil aalameen nazeera</w:t>
      </w:r>
    </w:p>
    <w:p>
      <w:pPr>
        <w:jc w:val="right"/>
      </w:pPr>
      <w:r>
        <w:t>ایک عجیب و غریب خیال میرے دماغ میں آیا کہ قرآن میں ہے کہ لیکون للعالمین نذیرا</w:t>
      </w:r>
    </w:p>
    <w:p>
      <w:r>
        <w:rPr>
          <w:b/>
        </w:rPr>
        <w:t xml:space="preserve">[29:01] </w:t>
      </w:r>
      <w:r>
        <w:t>ke quran saare hi insaanon ke liye warner ban raha hai, bata dene wala ban raha hai. lekin aaj tak yeh nishana poora nahi hua.</w:t>
      </w:r>
    </w:p>
    <w:p>
      <w:pPr>
        <w:jc w:val="right"/>
      </w:pPr>
      <w:r>
        <w:t>کہ قرآن سارے ہی انسانوں کے لیے وارنر بن رہا ہے، بتا دینے والا بن رہا ہے۔ لیکن آج تک یہ نشانہ پورا نہیں ہوا۔</w:t>
      </w:r>
    </w:p>
    <w:p>
      <w:r>
        <w:rPr>
          <w:b/>
        </w:rPr>
        <w:t xml:space="preserve">[29:13] </w:t>
      </w:r>
      <w:r>
        <w:t>bohat ajeeb baat hai! kaisi ajeeb baat hai! yaani abhi tak yeh waqea pesh nahi aaya ke har insaan tak quran ka paigham pahunche.</w:t>
      </w:r>
    </w:p>
    <w:p>
      <w:pPr>
        <w:jc w:val="right"/>
      </w:pPr>
      <w:r>
        <w:t>بہت عجیب بات ہے! کیسی عجیب بات ہے! یعنی ابھی تک یہ واقعہ پیش نہیں آیا کہ ہر انسان تک قرآن کا پیغام پہنچ جائے۔</w:t>
      </w:r>
    </w:p>
    <w:p>
      <w:r>
        <w:rPr>
          <w:b/>
        </w:rPr>
        <w:t xml:space="preserve">[29:25] </w:t>
      </w:r>
      <w:r>
        <w:t>mahdood ilaaqon mein pahuncha,</w:t>
      </w:r>
    </w:p>
    <w:p>
      <w:pPr>
        <w:jc w:val="right"/>
      </w:pPr>
      <w:r>
        <w:t>محدود علاقوں میں پہنچا،</w:t>
      </w:r>
    </w:p>
    <w:p>
      <w:r>
        <w:rPr>
          <w:b/>
        </w:rPr>
        <w:t xml:space="preserve">[29:27] </w:t>
      </w:r>
      <w:r>
        <w:t>wo log mar gaye, nayi nasal aayi to phir dobara woh mehroom reh gayi.</w:t>
      </w:r>
    </w:p>
    <w:p>
      <w:pPr>
        <w:jc w:val="right"/>
      </w:pPr>
      <w:r>
        <w:t>وہ لوگ مر گئے، نئی نسل آئی تو پھر دوبارہ وہ محروم رہ گئی۔</w:t>
      </w:r>
    </w:p>
    <w:p>
      <w:r>
        <w:rPr>
          <w:b/>
        </w:rPr>
        <w:t xml:space="preserve">[29:34] </w:t>
      </w:r>
      <w:r>
        <w:t>abhi main aik conference mein gaya tha to aik europe ki conference mein, to us mein aik professor sahab ne kaha: "bhai, hamari library mein saari kitabein hain magar is mein quran hai hi nahi, is mein quran nahi hai."</w:t>
      </w:r>
    </w:p>
    <w:p>
      <w:pPr>
        <w:jc w:val="right"/>
      </w:pPr>
      <w:r>
        <w:t>ابھی میں ایک کانفرنس میں گیا تھا تو ایک یورپ کی کانفرنس میں، تو اس میں ایک پروفیسر صاحب نے کہا: "بھئی، ہماری لائبریری میں ساری کتابیں ہیں مگر اس میں قرآن ہے ہی نہیں، اس میں قرآن نہیں ہے۔"</w:t>
      </w:r>
    </w:p>
    <w:p>
      <w:r>
        <w:rPr>
          <w:b/>
        </w:rPr>
        <w:t xml:space="preserve">[29:57] </w:t>
      </w:r>
      <w:r>
        <w:t>to kyun quran nahi hai? printing press ke zamane mein kitna aasan hai ke quran har jagah pahunche, lekin musalmanon mein aik aik jhoota tasawwur aa gaya ke be-hurmati, is liye un ko shoq nahi ke phailayein is ko.</w:t>
      </w:r>
    </w:p>
    <w:p>
      <w:pPr>
        <w:jc w:val="right"/>
      </w:pPr>
      <w:r>
        <w:t>تو کیوں قرآن نہیں ہے؟ پرنٹنگ پریس کے زمانے میں کتنا آسان ہے کہ قرآن ہر جگہ پہنچے، لیکن مسلمانوں میں ایک ایک جھوٹا تصور آ گیا کہ بے حرمتی، اس لیے ان کو شوق نہیں کہ پھیلائیں اس کو۔</w:t>
      </w:r>
    </w:p>
    <w:p>
      <w:r>
        <w:rPr>
          <w:b/>
        </w:rPr>
        <w:t xml:space="preserve">[30:12] </w:t>
      </w:r>
      <w:r>
        <w:t>aur log khoob phailate hain, aur log apni mazhabi kitabon ko chhaap chhaap kar khoob phailate hain. to is ne kaha tha ke har mazhab ki kitab hamare haan maujood hai lekin quran nahi hai.</w:t>
      </w:r>
    </w:p>
    <w:p>
      <w:pPr>
        <w:jc w:val="right"/>
      </w:pPr>
      <w:r>
        <w:t>اور لوگ خوب پھیلاتے ہیں، اور لوگ اپنی مذہبی کتابوں کو چھاپ چھاپ کر خوب پھیلاتے ہیں۔ تو اس نے کہا تھا کہ ہر مذہب کی کتاب ہمارے ہاں موجود ہے لیکن قرآن نہیں ہے۔</w:t>
      </w:r>
    </w:p>
    <w:p>
      <w:r>
        <w:rPr>
          <w:b/>
        </w:rPr>
        <w:t xml:space="preserve">[30:28] </w:t>
      </w:r>
      <w:r>
        <w:t>yeh kahan se aayega? yeh be-hurmati na quran mein na hadith mein. yeh bilkul jhoota concept hai, baatil concept hai, yeh shaitani concept hai ke be-hurmati ka tasawwur paida kar ke quran ko logon tak pahunchne se rok do.</w:t>
      </w:r>
    </w:p>
    <w:p>
      <w:pPr>
        <w:jc w:val="right"/>
      </w:pPr>
      <w:r>
        <w:t>یہ کہاں سے آئے گا؟ یہ بے حرمتی نہ قرآن میں نہ حدیث میں۔ یہ بالکل جھوٹا کانسیپٹ ہے، باطل کانسیپٹ ہے، یہ شیطانی کانسیپٹ ہے کہ بے حرمتی کا تصور پیدا کر کے قرآن کو لوگوں تک پہنچنے سے روک دو۔</w:t>
      </w:r>
    </w:p>
    <w:p>
      <w:r>
        <w:rPr>
          <w:b/>
        </w:rPr>
        <w:t xml:space="preserve">[30:47] </w:t>
      </w:r>
      <w:r>
        <w:t>phir dekhiye, is maamle mein aik bohat hi zyada ghalat kaam kiya hai hamare ulama ne.</w:t>
      </w:r>
    </w:p>
    <w:p>
      <w:pPr>
        <w:jc w:val="right"/>
      </w:pPr>
      <w:r>
        <w:t>پھر دیکھیے، اس معاملے میں ایک بہت ہی زیادہ غلط کام کیا ہے ہمارے علماء نے۔</w:t>
      </w:r>
    </w:p>
    <w:p>
      <w:r>
        <w:rPr>
          <w:b/>
        </w:rPr>
        <w:t xml:space="preserve">[30:57] </w:t>
      </w:r>
      <w:r>
        <w:t>aik taraf ulama ne yeh fatwa diya ke quran ko tarjuma agar aap karte hain to matn ke baghair aap us ko chhaap nahi sakte.</w:t>
      </w:r>
    </w:p>
    <w:p>
      <w:pPr>
        <w:jc w:val="right"/>
      </w:pPr>
      <w:r>
        <w:t>ایک طرف علماء نے یہ فتویٰ دیا کہ قرآن کو ترجمہ اگر آپ کرتے ہیں تو متن کے بغیر آپ اس کو چھاپ نہیں سکتے۔</w:t>
      </w:r>
    </w:p>
    <w:p>
      <w:r>
        <w:rPr>
          <w:b/>
        </w:rPr>
        <w:t xml:space="preserve">[31:10] </w:t>
      </w:r>
      <w:r>
        <w:t>quran ka tarjuma aap karein angrezi mein, farsi mein, german mein, kisi zabaan mein to tarjume ke saath aap ko matn chhaapna padega, text.</w:t>
      </w:r>
    </w:p>
    <w:p>
      <w:pPr>
        <w:jc w:val="right"/>
      </w:pPr>
      <w:r>
        <w:t>قرآن کا ترجمہ آپ کریں انگریزی میں، فارسی میں، جرمن میں، کسی زبان میں تو ترجمے کے ساتھ آپ کو متن چھاپنا پڑے گا، ٹیکسٹ۔</w:t>
      </w:r>
    </w:p>
    <w:p>
      <w:r>
        <w:rPr>
          <w:b/>
        </w:rPr>
        <w:t xml:space="preserve">[31:22] </w:t>
      </w:r>
      <w:r>
        <w:t>without text aap nahi chhaap sakte, apna translation.</w:t>
      </w:r>
    </w:p>
    <w:p>
      <w:pPr>
        <w:jc w:val="right"/>
      </w:pPr>
      <w:r>
        <w:t>ودا آؤٹ ٹیکسٹ آپ نہیں چھاپ سکتے، اپنا ٹرانسیشن۔</w:t>
      </w:r>
    </w:p>
    <w:p>
      <w:r>
        <w:rPr>
          <w:b/>
        </w:rPr>
        <w:t xml:space="preserve">[31:27] </w:t>
      </w:r>
      <w:r>
        <w:t>achha, agar aap ne text ke saath chhaap diya tab kya hai? tab be-hurmati ka masla aa jata hai. yaani text ke baghair chhaapna najaaiz aur text ke saath dena najaaiz.</w:t>
      </w:r>
    </w:p>
    <w:p>
      <w:pPr>
        <w:jc w:val="right"/>
      </w:pPr>
      <w:r>
        <w:t>اچھا، اگر آپ نے ٹیکسٹ کے ساتھ چھاپ دیا تب کیا ہے؟ تب بے حرمتی کا مسئلہ آ جاتا ہے۔ یعنی ٹیکسٹ کے بغیر چھاپنا ناجائز اور ٹیکسٹ کے ساتھ دینا ناجائز۔</w:t>
      </w:r>
    </w:p>
    <w:p>
      <w:r>
        <w:rPr>
          <w:b/>
        </w:rPr>
        <w:t xml:space="preserve">[31:44] </w:t>
      </w:r>
      <w:r>
        <w:t>kaisi ajeeb! yeh ajeeb fatwa hai! kaisa ajeeb fatwa hai! yaani matn ke baghair agar aap chhaap dein to chhaapna najaaiz hai.</w:t>
      </w:r>
    </w:p>
    <w:p>
      <w:pPr>
        <w:jc w:val="right"/>
      </w:pPr>
      <w:r>
        <w:t>کیسی عجیب! یہ عجیب فتویٰ ہے! کیسا عجیب فتویٰ ہے! یعنی متن کے بغیر اگر آپ چھاپ دیں تو چھاپنا ناجائز ہے۔</w:t>
      </w:r>
    </w:p>
    <w:p>
      <w:r>
        <w:rPr>
          <w:b/>
        </w:rPr>
        <w:t xml:space="preserve">[31:57] </w:t>
      </w:r>
      <w:r>
        <w:t>matan ke sath agar aap chhapen to dena najayez ho jata hai kyunke be-hurmati karega woh. to amalan goya namumkin bana diya ke Quran sab tak pahunche.</w:t>
      </w:r>
    </w:p>
    <w:p>
      <w:pPr>
        <w:jc w:val="right"/>
      </w:pPr>
      <w:r>
        <w:t>متن کے ساتھ اگر آپ چھاپیں تو دینا ناجائز ہو جاتا ہے کیونکہ بے حرمتی کرے گا وہ۔ تو عملاً گویا ناممکن بنا دیا کہ قرآن سب تک پہنچے۔</w:t>
      </w:r>
    </w:p>
    <w:p>
      <w:r>
        <w:rPr>
          <w:b/>
        </w:rPr>
        <w:t xml:space="preserve">[32:08] </w:t>
      </w:r>
      <w:r>
        <w:t>hamare saathi dekhiye, hamare se jo tarjuma chhapaya Qura</w:t>
      </w:r>
    </w:p>
    <w:p>
      <w:pPr>
        <w:jc w:val="right"/>
      </w:pPr>
      <w:r>
        <w:t>ہمارے ساتھی دیکھیے، ہمارے سے جو ترجمہ چھپایا قرآ</w:t>
      </w:r>
    </w:p>
    <w:p>
      <w:r>
        <w:rPr>
          <w:b/>
        </w:rPr>
        <w:t xml:space="preserve">[32:11] </w:t>
      </w:r>
      <w:r>
        <w:t>n ka angrezi zaban mein, hamare saathi har jagah le ke pahunchte hain, bahut shauq se lete hain. log sirf Musalman is pe objection karte hain.</w:t>
      </w:r>
    </w:p>
    <w:p>
      <w:pPr>
        <w:jc w:val="right"/>
      </w:pPr>
      <w:r>
        <w:t>ن کا انگریزی زبان میں، ہمارے ساتھی ہر جگہ لے کے پہنچتے ہیں، بہت شوق سے لیتے ہیں۔ لوگ صرف مسلمان اس پہ ابجیکشن کرتے ہیں۔</w:t>
      </w:r>
    </w:p>
    <w:p>
      <w:r>
        <w:rPr>
          <w:b/>
        </w:rPr>
        <w:t xml:space="preserve">[32:22] </w:t>
      </w:r>
      <w:r>
        <w:t>yahan tak ke Dilli ka ek waqea ek sahab ne mujhe bataya, hamare ek saathi ne ke ek Hindu ki dukan par unhon ne Quran le kar ke us ko diya, us ne bare shauq se liya.</w:t>
      </w:r>
    </w:p>
    <w:p>
      <w:pPr>
        <w:jc w:val="right"/>
      </w:pPr>
      <w:r>
        <w:t>یہاں تک کہ دلی کا ایک واقعہ ایک صاحب نے مجھے بتایا، ہمارے ایک ساتھی نے کہ ایک ہندو کی دکان پر انہوں نے قرآن لے کر کے اس کو دیا، اس نے بڑے شوق سے لیا۔</w:t>
      </w:r>
    </w:p>
    <w:p>
      <w:r>
        <w:rPr>
          <w:b/>
        </w:rPr>
        <w:t xml:space="preserve">[32:34] </w:t>
      </w:r>
      <w:r>
        <w:t>to is is dukan mein ek ek Musalman mulazim tha, Musalman mulazim.</w:t>
      </w:r>
    </w:p>
    <w:p>
      <w:pPr>
        <w:jc w:val="right"/>
      </w:pPr>
      <w:r>
        <w:t>تو اس اس دکان میں ایک ایک مسلمان ملازم تھا، مسلمان ملازم۔</w:t>
      </w:r>
    </w:p>
    <w:p>
      <w:r>
        <w:rPr>
          <w:b/>
        </w:rPr>
        <w:t xml:space="preserve">[32:40] </w:t>
      </w:r>
      <w:r>
        <w:t>to ek jab malik nahin tha kisi waqt to khamoshi se Quran utha liya, use le ke utha le ga ke yeh to be-hurmati karega.</w:t>
      </w:r>
    </w:p>
    <w:p>
      <w:pPr>
        <w:jc w:val="right"/>
      </w:pPr>
      <w:r>
        <w:t>تو ایک جب مالک نہیں تھا کسی وقت تو خاموشی سے قرآن اٹھا لیا، اسے لے کے اٹھا لے گا کہ یہ تو بے حرمتی کرے گا۔</w:t>
      </w:r>
    </w:p>
    <w:p>
      <w:r>
        <w:rPr>
          <w:b/>
        </w:rPr>
        <w:t xml:space="preserve">[32:49] </w:t>
      </w:r>
      <w:r>
        <w:t>yeh</w:t>
      </w:r>
    </w:p>
    <w:p>
      <w:pPr>
        <w:jc w:val="right"/>
      </w:pPr>
      <w:r>
        <w:t>یہ</w:t>
      </w:r>
    </w:p>
    <w:p>
      <w:r>
        <w:rPr>
          <w:b/>
        </w:rPr>
        <w:t xml:space="preserve">[32:52] </w:t>
      </w:r>
      <w:r>
        <w:t>aap ghor kijiye ke jis Quran ko Allah taala ne utara tha, sare alam tak pahunche,</w:t>
      </w:r>
    </w:p>
    <w:p>
      <w:pPr>
        <w:jc w:val="right"/>
      </w:pPr>
      <w:r>
        <w:t>آپ غور کیجیے کہ جس قرآن کو اللہ تعالیٰ نے اتارا تھا، سارے عالم تک پہنچے،</w:t>
      </w:r>
    </w:p>
    <w:p>
      <w:r>
        <w:rPr>
          <w:b/>
        </w:rPr>
        <w:t xml:space="preserve">[33:01] </w:t>
      </w:r>
      <w:r>
        <w:t>us ko jhoote fatwe, jhoote masle bana bana kar ke namumkin bana diya ke logon tak pahunch paaye ho.</w:t>
      </w:r>
    </w:p>
    <w:p>
      <w:pPr>
        <w:jc w:val="right"/>
      </w:pPr>
      <w:r>
        <w:t>اس کو جھوٹے فتوے، جھوٹے مسئلے بنا بنا کر کے ناممکن بنا دیا کہ لوگوں تک پہنچ پائے ہو۔</w:t>
      </w:r>
    </w:p>
    <w:p>
      <w:r>
        <w:rPr>
          <w:b/>
        </w:rPr>
        <w:t xml:space="preserve">[33:09] </w:t>
      </w:r>
      <w:r>
        <w:t>bilashuba yeh jhoote fatwe hain, bilashuba yeh jhoote masle hain.</w:t>
      </w:r>
    </w:p>
    <w:p>
      <w:pPr>
        <w:jc w:val="right"/>
      </w:pPr>
      <w:r>
        <w:t>بلاشبہ یہ جھوٹے فتوے ہیں، بلاشبہ یہ جھوٹے مسئلے ہیں۔</w:t>
      </w:r>
    </w:p>
    <w:p>
      <w:r>
        <w:rPr>
          <w:b/>
        </w:rPr>
        <w:t xml:space="preserve">[33:17] </w:t>
      </w:r>
      <w:r>
        <w:t>ab mein aap ko ek aur baat arz karta hoon. kal mein yeh soch raha tha ke Quran mein hai ke Rasool Allah ke bare mein la Allah baakh nafsak la yakoon momineen</w:t>
      </w:r>
    </w:p>
    <w:p>
      <w:pPr>
        <w:jc w:val="right"/>
      </w:pPr>
      <w:r>
        <w:t>اب میں آپ کو ایک اور بات عرض کرتا ہوں۔ کل میں یہ سوچ رہا تھا کہ قرآن میں ہے کہ رسول اللہ کے بارے میں لا اللہ باخ نفسک لا یکون مومنین</w:t>
      </w:r>
    </w:p>
    <w:p>
      <w:r>
        <w:rPr>
          <w:b/>
        </w:rPr>
        <w:t xml:space="preserve">[33:33] </w:t>
      </w:r>
      <w:r>
        <w:t>baakh kehte hain self killing ko, apne aap ko halak kar dena ke shayad tum apne aap ko halak kar dalo ge, is liye ke log momin nahin ban rahe hain.</w:t>
      </w:r>
    </w:p>
    <w:p>
      <w:pPr>
        <w:jc w:val="right"/>
      </w:pPr>
      <w:r>
        <w:t>باخ کہتے ہیں سیلف کلنگ کو، اپنے آپ کو ہلاک کر دینا کہ شاید تم اپنے آپ کو ہلاک کر ڈالو گے، اس لیے کہ لوگ مومن نہیں بن رہے ہیں۔</w:t>
      </w:r>
    </w:p>
    <w:p>
      <w:r>
        <w:rPr>
          <w:b/>
        </w:rPr>
        <w:t xml:space="preserve">[33:52] </w:t>
      </w:r>
      <w:r>
        <w:t>doosri taraf Quran mein hai ke la yudrikum munzil koi agar hidayat par na aaye to tum ko is se nuqsan nahin pahunche ga.</w:t>
      </w:r>
    </w:p>
    <w:p>
      <w:pPr>
        <w:jc w:val="right"/>
      </w:pPr>
      <w:r>
        <w:t>دوسری طرف قرآن میں ہے کہ لایدرکم منزل کوئی اگر ہدایت پر نہ آئے تو تم کو اس سے نقصان نہیں پہنچے گا۔</w:t>
      </w:r>
    </w:p>
    <w:p>
      <w:r>
        <w:rPr>
          <w:b/>
        </w:rPr>
        <w:t xml:space="preserve">[34:02] </w:t>
      </w:r>
      <w:r>
        <w:t>phir bhi Rasool Allah kyun Allah taala baakh ban gaye? is par sochne laga mein. Rasool Allah par koi zimmedari nahin ke woh momin bane, woh kyunke momin banne ya na banne se Rasool Allah ka mustaqbil khatre mein nahin padta tha.</w:t>
      </w:r>
    </w:p>
    <w:p>
      <w:pPr>
        <w:jc w:val="right"/>
      </w:pPr>
      <w:r>
        <w:t>پھر بھی رسول اللہ کیوں اللہ تعالیٰ باخ بن گئے؟ اس پر سوچنے لگا میں۔ رسول اللہ پر کوئی ذمہ داری نہیں کہ وہ مومن بنے، وہ کیونکہ مومن بننے یا نہ بننے سے رسول اللہ کا مستقبل خطرے میں نہیں پڑتا تھا۔</w:t>
      </w:r>
    </w:p>
    <w:p>
      <w:r>
        <w:rPr>
          <w:b/>
        </w:rPr>
        <w:t xml:space="preserve">[34:20] </w:t>
      </w:r>
      <w:r>
        <w:t>to phir kyun baakh ban gaye? to phir mujhe doosri ayat yaad aayi</w:t>
      </w:r>
    </w:p>
    <w:p>
      <w:pPr>
        <w:jc w:val="right"/>
      </w:pPr>
      <w:r>
        <w:t>تو پھر کیوں باخ بن گئے؟ تو پھر مجھے دوسری آیت یاد آئی</w:t>
      </w:r>
    </w:p>
    <w:p>
      <w:r>
        <w:rPr>
          <w:b/>
        </w:rPr>
        <w:t xml:space="preserve">[34:28] </w:t>
      </w:r>
      <w:r>
        <w:t>yusallim mubashireen wa munzireen la Allah yakoon lil-nas Allah hujja ba'd ar-rusul sara masla yeh hai ke hujjat Allah par na chali jaaye.</w:t>
      </w:r>
    </w:p>
    <w:p>
      <w:pPr>
        <w:jc w:val="right"/>
      </w:pPr>
      <w:r>
        <w:t>یوسلم مبشرین و منذرین لا اللہ یکون للناس اللہ حجۃ بعد الرسل سارا مسئلہ یہ ہے کہ حجت اللہ پر نہ چلی جائے۔</w:t>
      </w:r>
    </w:p>
    <w:p>
      <w:r>
        <w:rPr>
          <w:b/>
        </w:rPr>
        <w:t xml:space="preserve">[34:41] </w:t>
      </w:r>
      <w:r>
        <w:t>mein sochne laga ke sari dunya history mein jo log paida hue hain, billion trillion, sare log qayamat aa gayi, hajj ke maidan mein log ikattha hue,</w:t>
      </w:r>
    </w:p>
    <w:p>
      <w:pPr>
        <w:jc w:val="right"/>
      </w:pPr>
      <w:r>
        <w:t>میں سوچنے لگا کہ ساری دنیا ہسٹری میں جو لوگ پیدا ہوئے ہیں، بلین ٹریلین، سارے لوگ قیامت آ گئی، حج کے میدان میں لوگ اکٹھا ہوئے،</w:t>
      </w:r>
    </w:p>
    <w:p>
      <w:r>
        <w:rPr>
          <w:b/>
        </w:rPr>
        <w:t xml:space="preserve">[34:56] </w:t>
      </w:r>
      <w:r>
        <w:t>sare log wahan un ka hisab le liya jaane laga. ab wahan kuch log chekhte hain ke aey Khuda, yeh kaisa insaaf hai?</w:t>
      </w:r>
    </w:p>
    <w:p>
      <w:pPr>
        <w:jc w:val="right"/>
      </w:pPr>
      <w:r>
        <w:t>سارے لوگ وہاں ان کا حساب لے لیا جانے لگا۔ اب وہاں کچھ لوگ چیختے ہیں کہ اے خدا، یہ کیسا انصاف ہے؟</w:t>
      </w:r>
    </w:p>
    <w:p>
      <w:r>
        <w:rPr>
          <w:b/>
        </w:rPr>
        <w:t xml:space="preserve">[35:08] </w:t>
      </w:r>
      <w:r>
        <w:t>tum ne humein paida kiya, bataya to kuch nahin. to agar hum tere batane par na chale to hamare qasoor kya hai?</w:t>
      </w:r>
    </w:p>
    <w:p>
      <w:pPr>
        <w:jc w:val="right"/>
      </w:pPr>
      <w:r>
        <w:t>تم نے ہمیں پیدا کیا، بتایا تو کچھ نہیں۔ تو اگر ہم تیرے بتانے پر نہ چلے تو ہمارے قصور کیا ہے؟</w:t>
      </w:r>
    </w:p>
    <w:p>
      <w:r>
        <w:rPr>
          <w:b/>
        </w:rPr>
        <w:t xml:space="preserve">[35:17] </w:t>
      </w:r>
      <w:r>
        <w:t>humein to pata hi nahin tha ke kya karna hai, kya nahin karna. We were unaware of the creation plan of God</w:t>
      </w:r>
    </w:p>
    <w:p>
      <w:pPr>
        <w:jc w:val="right"/>
      </w:pPr>
      <w:r>
        <w:t>ہمیں تو پتہ ہی نہیں تھا کہ کیا کرنا ہے، کیا نہیں کرنا۔ Be wear unaware of the creation plan of God</w:t>
      </w:r>
    </w:p>
    <w:p>
      <w:r>
        <w:rPr>
          <w:b/>
        </w:rPr>
        <w:t xml:space="preserve">[35:26] </w:t>
      </w:r>
      <w:r>
        <w:t>Khuda ka takhleeqi mansab ka yeh sab be-khabar the. paida ki kis liye kiya gaya hai insan ko? hum be-khabar the.</w:t>
      </w:r>
    </w:p>
    <w:p>
      <w:pPr>
        <w:jc w:val="right"/>
      </w:pPr>
      <w:r>
        <w:t>خدا کا تخلیقی منصب کا یہ سب بے خبر تھے۔ پیدا کی کس لیے کیا گیا ہے انسان کو؟ ہم بے خبر تھے۔</w:t>
      </w:r>
    </w:p>
    <w:p>
      <w:r>
        <w:rPr>
          <w:b/>
        </w:rPr>
        <w:t xml:space="preserve">[35:37] </w:t>
      </w:r>
      <w:r>
        <w:t>pre-death period kya hai, post-death period kya hai? yeh sab humein kisi ne bataya nahin tha. to hum to haiwan ki tarah paida hue, haiwan ki taraf jiye, haiwan ki taraf mar gaye.</w:t>
      </w:r>
    </w:p>
    <w:p>
      <w:pPr>
        <w:jc w:val="right"/>
      </w:pPr>
      <w:r>
        <w:t>پری ڈیتھ پیریڈ کیا ہے، پوسٹ ڈیتھ پیریڈ کیا ہے؟ یہ سب ہمیں کسی نے بتایا نہیں تھا۔ تو ہم تو حیوان کی طرح پیدا ہوئے، حیوان کی طرف جئے، حیوان کی طرف مر گئے۔</w:t>
      </w:r>
    </w:p>
    <w:p>
      <w:r>
        <w:rPr>
          <w:b/>
        </w:rPr>
        <w:t xml:space="preserve">[35:47] </w:t>
      </w:r>
      <w:r>
        <w:t>to hamara kya qasoor hai?</w:t>
      </w:r>
    </w:p>
    <w:p>
      <w:pPr>
        <w:jc w:val="right"/>
      </w:pPr>
      <w:r>
        <w:t>تو ہمارا کیا قصور ہے؟</w:t>
      </w:r>
    </w:p>
    <w:p>
      <w:r>
        <w:rPr>
          <w:b/>
        </w:rPr>
        <w:t xml:space="preserve">[35:53] </w:t>
      </w:r>
      <w:r>
        <w:t>aap ghor kijiye ke yeh mamla kahan tak jata hai. yani hujjat Allah par chali jaati hai. is liye Rasool Allah baakh ban gaye.</w:t>
      </w:r>
    </w:p>
    <w:p>
      <w:pPr>
        <w:jc w:val="right"/>
      </w:pPr>
      <w:r>
        <w:t>آپ غور کیجیے کہ یہ معاملہ کہاں تک جاتا ہے۔ یعنی حجت اللہ پر چلی جاتی ہے۔ اس لیے رسول اللہ باخ بن گئے۔</w:t>
      </w:r>
    </w:p>
    <w:p>
      <w:r>
        <w:rPr>
          <w:b/>
        </w:rPr>
        <w:t xml:space="preserve">[36:04] </w:t>
      </w:r>
      <w:r>
        <w:t>Allah ko hujjat se bacha, Allah par ilzam na aane paaye.</w:t>
      </w:r>
    </w:p>
    <w:p>
      <w:pPr>
        <w:jc w:val="right"/>
      </w:pPr>
      <w:r>
        <w:t>اللہ کو حجت سے بچا، اللہ پر الزام نہ آنے پائے۔</w:t>
      </w:r>
    </w:p>
    <w:p>
      <w:r>
        <w:rPr>
          <w:b/>
        </w:rPr>
        <w:t xml:space="preserve">[36:12] </w:t>
      </w:r>
      <w:r>
        <w:t>allah par ilzaam na aane paye. allah par hujjat thahrane ke liye aap baakh ban gae. yeh sara masla hai.</w:t>
      </w:r>
    </w:p>
    <w:p>
      <w:pPr>
        <w:jc w:val="right"/>
      </w:pPr>
      <w:r>
        <w:t>اللہ پر الزام نہ آنے پائے۔ اللہ پر حجت ٹھہرانے کے لیے آپ باخ بن گئے۔ یہ سارا مسئلہ ہے۔</w:t>
      </w:r>
    </w:p>
    <w:p>
      <w:r>
        <w:rPr>
          <w:b/>
        </w:rPr>
        <w:t xml:space="preserve">[36:27] </w:t>
      </w:r>
      <w:r>
        <w:t>yeh yeh jo ummat e muslema apne ko khair ummat samajhti hain, bilkul yeh jhoote aqeedon mein jeene wale log. asal cheez jo jo sochna hai, woh yeh hai ke allah par hujjat na chali jaye.</w:t>
      </w:r>
    </w:p>
    <w:p>
      <w:pPr>
        <w:jc w:val="right"/>
      </w:pPr>
      <w:r>
        <w:t>یہ یہ جو امت مسلمہ اپنے کو خیر امت سمجھتی ہیں، بالکل یہ جھوٹے عقیدوں میں جینے والے لوگ۔ اصل چیز جو جو سوچنا ہے، وہ یہ ہے کہ اللہ پر حجت نہ چلی جائے۔</w:t>
      </w:r>
    </w:p>
    <w:p>
      <w:r>
        <w:rPr>
          <w:b/>
        </w:rPr>
        <w:t xml:space="preserve">[36:46] </w:t>
      </w:r>
      <w:r>
        <w:t>mujhe apna ek waqia yaad aata hai ke hum hum log jo adham garh mein the, to hamari kheti jo thi, hamari khandani kheti, us ke manager the, un ka naam tha bhau ram.</w:t>
      </w:r>
    </w:p>
    <w:p>
      <w:pPr>
        <w:jc w:val="right"/>
      </w:pPr>
      <w:r>
        <w:t>مجھے اپنا ایک واقعہ یاد آتا ہے کہ ہم ہم لوگ جو آدم گڑھ میں تھے، تو ہماری کھیتی جو تھی، ہماری خاندانی کھیتی، اس کے مینیجر تھے، ان کا نام تھا بھاؤ رام۔</w:t>
      </w:r>
    </w:p>
    <w:p>
      <w:r>
        <w:rPr>
          <w:b/>
        </w:rPr>
        <w:t xml:space="preserve">[37:00] </w:t>
      </w:r>
      <w:r>
        <w:t>bhau ram to 1947 mein jab azaadi aayi to government ne zamindari ko abalash kar diya.</w:t>
      </w:r>
    </w:p>
    <w:p>
      <w:pPr>
        <w:jc w:val="right"/>
      </w:pPr>
      <w:r>
        <w:t>بھاؤ رام تو 1947 میں جب آزادی آئی تو گورنمنٹ نے زمینداری کو ابالش کر دیا۔</w:t>
      </w:r>
    </w:p>
    <w:p>
      <w:r>
        <w:rPr>
          <w:b/>
        </w:rPr>
        <w:t xml:space="preserve">[37:11] </w:t>
      </w:r>
      <w:r>
        <w:t>zamindari ko abalash kar diya, khatm kar diya.</w:t>
      </w:r>
    </w:p>
    <w:p>
      <w:pPr>
        <w:jc w:val="right"/>
      </w:pPr>
      <w:r>
        <w:t>زمینداری کو ابالش کر دیا، ختم کر دیا۔</w:t>
      </w:r>
    </w:p>
    <w:p>
      <w:r>
        <w:rPr>
          <w:b/>
        </w:rPr>
        <w:t xml:space="preserve">[37:15] </w:t>
      </w:r>
      <w:r>
        <w:t>to is ke baad kya hua ke jo jota hai, uska khet to hum logon ki zamindari mein zyada tar log khet diye rehte the, khud kam apne istemal rakhte the.</w:t>
      </w:r>
    </w:p>
    <w:p>
      <w:pPr>
        <w:jc w:val="right"/>
      </w:pPr>
      <w:r>
        <w:t>تو اس کے بعد کیا ہوا کہ جو جوتا ہے، اس کا کھیت تو ہم لوگوں کی زمینداری میں زیادہ تر لوگ کھیت دیے رہتے تھے، خود کم اپنے استعمال رکھتے تھے۔</w:t>
      </w:r>
    </w:p>
    <w:p>
      <w:r>
        <w:rPr>
          <w:b/>
        </w:rPr>
        <w:t xml:space="preserve">[37:28] </w:t>
      </w:r>
      <w:r>
        <w:t>to sare khet logon ko diye hue hain, un se marguzari li jati thi. to ab ho gaya ke jo jota hai, uska khet.</w:t>
      </w:r>
    </w:p>
    <w:p>
      <w:pPr>
        <w:jc w:val="right"/>
      </w:pPr>
      <w:r>
        <w:t>تو سارے کھیت لوگوں کو دیے ہوئے ہیں، ان سے مرگزاری لی جاتی تھی۔ تو اب ہو گیا کہ جو جوتا ہے، اس کا کھیت۔</w:t>
      </w:r>
    </w:p>
    <w:p>
      <w:r>
        <w:rPr>
          <w:b/>
        </w:rPr>
        <w:t xml:space="preserve">[37:39] </w:t>
      </w:r>
      <w:r>
        <w:t>to us zamane mein mujhe yaad hai ke hamare jo manager the, bhau ram, raat din ek kiye hue the. woh kyun?</w:t>
      </w:r>
    </w:p>
    <w:p>
      <w:pPr>
        <w:jc w:val="right"/>
      </w:pPr>
      <w:r>
        <w:t>تو اس زمانے میں مجھے یاد ہے کہ ہمارے جو مینیجر تھے، بھاؤ رام، رات دن ایک کیے ہوئے تھے۔ وہ کیوں؟</w:t>
      </w:r>
    </w:p>
    <w:p>
      <w:r>
        <w:rPr>
          <w:b/>
        </w:rPr>
        <w:t xml:space="preserve">[37:50] </w:t>
      </w:r>
      <w:r>
        <w:t>yeh tha is mein qanoon mein ke agar khet jotne wala likh de, likh de ke main is is khet se isteefa deta hoon, is zameen se isteefa deta hoon, main chhod raha hoon is ko, tab woh zamindar ko mil jayegi.</w:t>
      </w:r>
    </w:p>
    <w:p>
      <w:pPr>
        <w:jc w:val="right"/>
      </w:pPr>
      <w:r>
        <w:t>یہ تھا اس میں قانون میں کہ اگر کھیت جوتنے والا لکھ دے، لکھ دے کہ میں اس اس کھیت سے استعفیٰ دیتا ہوں، اس زمین سے استعفیٰ دیتا ہوں، میں چھوڑ رہا ہوں اس کو، تب وہ زمیندار کو مل جائے گی۔</w:t>
      </w:r>
    </w:p>
    <w:p>
      <w:r>
        <w:rPr>
          <w:b/>
        </w:rPr>
        <w:t xml:space="preserve">[38:04] </w:t>
      </w:r>
      <w:r>
        <w:t>aur koi shakal nahi thi.</w:t>
      </w:r>
    </w:p>
    <w:p>
      <w:pPr>
        <w:jc w:val="right"/>
      </w:pPr>
      <w:r>
        <w:t>اور کوئی شکل نہیں تھی۔</w:t>
      </w:r>
    </w:p>
    <w:p>
      <w:r>
        <w:rPr>
          <w:b/>
        </w:rPr>
        <w:t xml:space="preserve">[38:07] </w:t>
      </w:r>
      <w:r>
        <w:t>to bhau ram ek ek shakhs ko pahunchte the ke tum isteefa de kar ke zameen chhod do. to unhone woh kehte kya the?</w:t>
      </w:r>
    </w:p>
    <w:p>
      <w:pPr>
        <w:jc w:val="right"/>
      </w:pPr>
      <w:r>
        <w:t>تو بھاؤ رام ایک ایک شخص کو پہنچتے تھے کہ تم استعفیٰ دے کر کے زمین چھوڑ دو۔ تو انہوں نے وہ کہتے کیا تھے؟</w:t>
      </w:r>
    </w:p>
    <w:p>
      <w:r>
        <w:rPr>
          <w:b/>
        </w:rPr>
        <w:t xml:space="preserve">[38:22] </w:t>
      </w:r>
      <w:r>
        <w:t>woh hum logon ko babu kehte the. babu zimmedari mein daagh na lagne paye. babu yani raat din daud thod pacha rahe the.</w:t>
      </w:r>
    </w:p>
    <w:p>
      <w:pPr>
        <w:jc w:val="right"/>
      </w:pPr>
      <w:r>
        <w:t>وہ ہم لوگوں کو بابو کہتے تھے۔ بابو ذمہ داری میں داغ نہ لگنے پائے۔ بابو یعنی رات دن دوڑ تھوڑ پچا رہے تھے۔</w:t>
      </w:r>
    </w:p>
    <w:p>
      <w:r>
        <w:rPr>
          <w:b/>
        </w:rPr>
        <w:t xml:space="preserve">[38:33] </w:t>
      </w:r>
      <w:r>
        <w:t>woh</w:t>
      </w:r>
    </w:p>
    <w:p>
      <w:pPr>
        <w:jc w:val="right"/>
      </w:pPr>
      <w:r>
        <w:t>وہ</w:t>
      </w:r>
    </w:p>
    <w:p>
      <w:r>
        <w:rPr>
          <w:b/>
        </w:rPr>
        <w:t xml:space="preserve">[38:35] </w:t>
      </w:r>
      <w:r>
        <w:t>zimmedari mein daagh na lagne paye. yani zamindari mein thabba na lagne paye ke kuch khet nikal gae. to bas to is se billion trillion time zyada yeh hona chahiye musalmanon ke andar ke khuda ki khudai par koi thabba lagne paye ke khudaya tu ne paida kar diya aur bataya nahi hum ko ke kya karna hai.</w:t>
      </w:r>
    </w:p>
    <w:p>
      <w:pPr>
        <w:jc w:val="right"/>
      </w:pPr>
      <w:r>
        <w:t>ذمہ داری میں داغ نہ لگنے پائے۔ یعنی زمینداری میں تھبہ نہ لگنے پائے کہ کچھ کھیت نکل گئے۔ تو بس تو اس سے بلین ٹریلین ٹائم زیادہ یہ ہونا چاہیے مسلمانوں کے اندر کہ خدا کی خدائی پر کوئی تھبہ لگنے پائے کہ خدایا تو نے پیدا کر دیا اور بتایا نہیں ہم کو کہ کیا کرنا ہے۔</w:t>
      </w:r>
    </w:p>
    <w:p>
      <w:r>
        <w:rPr>
          <w:b/>
        </w:rPr>
        <w:t xml:space="preserve">[39:00] </w:t>
      </w:r>
      <w:r>
        <w:t>to hamari kya zimmedari hai?</w:t>
      </w:r>
    </w:p>
    <w:p>
      <w:pPr>
        <w:jc w:val="right"/>
      </w:pPr>
      <w:r>
        <w:t>تو ہماری کیا ذمہ داری ہے؟</w:t>
      </w:r>
    </w:p>
    <w:p>
      <w:r>
        <w:rPr>
          <w:b/>
        </w:rPr>
        <w:t xml:space="preserve">[39:03] </w:t>
      </w:r>
      <w:r>
        <w:t>khuda ke rehmatulilalameen hone par thabba na lagne paye. yeh cheez hai jo baakh bana diya tha rasool allah ko. isi baakh banne par jannat milti hai.</w:t>
      </w:r>
    </w:p>
    <w:p>
      <w:pPr>
        <w:jc w:val="right"/>
      </w:pPr>
      <w:r>
        <w:t>خدا کے رحمت اللعالمین ہونے پر تھبہ نہ لگنے پائے۔ یہ چیز ہے جو باخ بنا دیا تھا رسول اللہ کو۔ اسی باخ بننے پر جنت ملتی ہے۔</w:t>
      </w:r>
    </w:p>
    <w:p>
      <w:r>
        <w:rPr>
          <w:b/>
        </w:rPr>
        <w:t xml:space="preserve">[39:17] </w:t>
      </w:r>
      <w:r>
        <w:t>yaad rakhiye, agar aap baakh na ban saken to jannat is ka matlab hai aap jannat ke rizq le rahe hain. free mein jannat kisi ko nahi milne wali hai.</w:t>
      </w:r>
    </w:p>
    <w:p>
      <w:pPr>
        <w:jc w:val="right"/>
      </w:pPr>
      <w:r>
        <w:t>یاد رکھیے، اگر آپ باخ نہ بن سکیں تو جنت اس کا مطلب ہے آپ جنت کے رزق لے رہے ہیں۔ فری میں جنت کسی کو نہیں ملنے والی ہے۔</w:t>
      </w:r>
    </w:p>
    <w:p>
      <w:r>
        <w:rPr>
          <w:b/>
        </w:rPr>
        <w:t xml:space="preserve">[39:28] </w:t>
      </w:r>
      <w:r>
        <w:t>khud paighambar ko bhi jab bhi jab koi baakh ban gaya, baakh to doosron ko free mein kaise mil jayegi?</w:t>
      </w:r>
    </w:p>
    <w:p>
      <w:pPr>
        <w:jc w:val="right"/>
      </w:pPr>
      <w:r>
        <w:t>خود پیغمبر کو بھی جب بھی جب کوئی باخ بن گیا، باخ تو دوسروں کو فری میں کیسے مل جائے گی؟</w:t>
      </w:r>
    </w:p>
    <w:p>
      <w:r>
        <w:rPr>
          <w:b/>
        </w:rPr>
        <w:t xml:space="preserve">[39:39] </w:t>
      </w:r>
      <w:r>
        <w:t>jo allah ke</w:t>
      </w:r>
    </w:p>
    <w:p>
      <w:pPr>
        <w:jc w:val="right"/>
      </w:pPr>
      <w:r>
        <w:t>جو اللہ کے</w:t>
      </w:r>
    </w:p>
    <w:p>
      <w:r>
        <w:rPr>
          <w:b/>
        </w:rPr>
        <w:t xml:space="preserve">[39:43] </w:t>
      </w:r>
      <w:r>
        <w:t>yani allah ke mamle ko itna zyada apna concern banaye ke us ke liye baakh ban jaye,</w:t>
      </w:r>
    </w:p>
    <w:p>
      <w:pPr>
        <w:jc w:val="right"/>
      </w:pPr>
      <w:r>
        <w:t>یعنی اللہ کے معاملے کو اتنا زیادہ اپنا کنسرن بنائے کہ اس کے لیے باخ بن جائے،</w:t>
      </w:r>
    </w:p>
    <w:p>
      <w:r>
        <w:rPr>
          <w:b/>
        </w:rPr>
        <w:t xml:space="preserve">[39:51] </w:t>
      </w:r>
      <w:r>
        <w:t>wohi tadap ke khuda ki khudai mein koi thabba na lagne paye to apni jaan mein lada doonga is ke liye. tab ja ke is ke liye jannat ke darwaze khulte hain.</w:t>
      </w:r>
    </w:p>
    <w:p>
      <w:pPr>
        <w:jc w:val="right"/>
      </w:pPr>
      <w:r>
        <w:t>وہی تڑپ کے خدا کی خدائی میں کوئی تھبہ نہ لگنے پائے تو اپنی جان میں لڑا دوں گا اس کے لیے۔ تب جا کے اس کے لیے جنت کے دروازے کھلتے ہیں۔</w:t>
      </w:r>
    </w:p>
    <w:p>
      <w:r>
        <w:rPr>
          <w:b/>
        </w:rPr>
        <w:t xml:space="preserve">[40:05] </w:t>
      </w:r>
      <w:r>
        <w:t>aaj kal ke musalmanon ka kya haal hai?</w:t>
      </w:r>
    </w:p>
    <w:p>
      <w:pPr>
        <w:jc w:val="right"/>
      </w:pPr>
      <w:r>
        <w:t>آج کل کے مسلمانوں کا کیا حال ہے؟</w:t>
      </w:r>
    </w:p>
    <w:p>
      <w:r>
        <w:rPr>
          <w:b/>
        </w:rPr>
        <w:t xml:space="preserve">[40:10] </w:t>
      </w:r>
      <w:r>
        <w:t>na khud karte, na karne dete. hamare saathiye ne quran ka tarjuma kiya, us ko chhapa. ab jagah jagah is ke khilaf tarah tarah ke propaganda ho rahe hain.</w:t>
      </w:r>
    </w:p>
    <w:p>
      <w:pPr>
        <w:jc w:val="right"/>
      </w:pPr>
      <w:r>
        <w:t>نہ خود کرتے، نہ کرنے دیتے۔ ہمارے ساتھیوں نے قرآن کا ترجمہ کیا، اس کو چھاپا۔ اب جگہ جگہ اس کے خلاف طرح طرح کے پروپیگنڈے ہو رہے ہیں۔</w:t>
      </w:r>
    </w:p>
    <w:p>
      <w:r>
        <w:rPr>
          <w:b/>
        </w:rPr>
        <w:t xml:space="preserve">[40:21] </w:t>
      </w:r>
      <w:r>
        <w:t>mustaqil propaganda ho rahe hain. hamare tarjuma quran jo hamara hai, us ke khilaf chhapti baqayda mukhtalif qism ke jhoote propaganda.</w:t>
      </w:r>
    </w:p>
    <w:p>
      <w:pPr>
        <w:jc w:val="right"/>
      </w:pPr>
      <w:r>
        <w:t>مستقل پروپیگنڈے ہو رہے ہیں۔ ہمارے ترجمہ قرآن جو ہمارا ہے، اس کے خلاف چھپتا باقاعدہ مختلف قسم کے جھوٹے پروپیگنڈے۔</w:t>
      </w:r>
    </w:p>
    <w:p>
      <w:r>
        <w:rPr>
          <w:b/>
        </w:rPr>
        <w:t xml:space="preserve">[40:32] </w:t>
      </w:r>
      <w:r>
        <w:t>koi kehta hai ke sahib, is ki zaban galat hai. pucho kahan zaban galat hai to koi misaal nahi deta. koi kehta hai ke sahib, yeh to baghair tarjume ke chhapa diya hai to bilkul najayaz hai.</w:t>
      </w:r>
    </w:p>
    <w:p>
      <w:pPr>
        <w:jc w:val="right"/>
      </w:pPr>
      <w:r>
        <w:t>کوئی کہتا ہے کہ صاحب، اس کی زبان غلط ہے۔ پوچھو کہاں زبان غلط ہے تو کوئی مثال نہیں دیتا۔ کوئی کہتا ہے کہ صاحب، یہ تو بغیر ترجمے کے چھاپ دیا ہے تو بالکل ناجائز ہے۔</w:t>
      </w:r>
    </w:p>
    <w:p>
      <w:r>
        <w:rPr>
          <w:b/>
        </w:rPr>
        <w:t xml:space="preserve">[40:43] </w:t>
      </w:r>
      <w:r>
        <w:t>koi kehta hai ke aap hinduo mein bant rahe hain, woh to be-hurmati karein ge. yani bohat hi yani absurd qism ke propaganda</w:t>
      </w:r>
    </w:p>
    <w:p>
      <w:pPr>
        <w:jc w:val="right"/>
      </w:pPr>
      <w:r>
        <w:t>کوئی کہتا ہے کہ آپ ہندوؤں میں بانٹ رہے ہیں، وہ تو بے حرمتی کریں گے۔ یعنی بہت ہی یعنی ایبسرٹ قسم کے پروپیگنڈے</w:t>
      </w:r>
    </w:p>
    <w:p>
      <w:r>
        <w:rPr>
          <w:b/>
        </w:rPr>
        <w:t xml:space="preserve">[40:51] </w:t>
      </w:r>
      <w:r>
        <w:t>thoom se ho rahe hain. aur muslim mulko ka haal aur bura hai. aap ghore kijiye, kaisi ajeeb baat hai?</w:t>
      </w:r>
    </w:p>
    <w:p>
      <w:pPr>
        <w:jc w:val="right"/>
      </w:pPr>
      <w:r>
        <w:t>تھوم سے ہو رہے ہیں۔ اور مسلم ملکوں کا حال اور برا ہے۔ آپ غور کیجیے، کیسی عجیب بات ہے؟</w:t>
      </w:r>
    </w:p>
    <w:p>
      <w:r>
        <w:rPr>
          <w:b/>
        </w:rPr>
        <w:t xml:space="preserve">[41:01] </w:t>
      </w:r>
      <w:r>
        <w:t>non muslim mulko mein hamare haan ka tarjuma bohat aasani se ja raha hai. muslim countries mein pabandiyan lagi hui hain. kyun?</w:t>
      </w:r>
    </w:p>
    <w:p>
      <w:pPr>
        <w:jc w:val="right"/>
      </w:pPr>
      <w:r>
        <w:t>نان مسلم ملکوں میں ہمارے ہاں کا ترجمہ بہت آسانی سے جا رہا ہے۔ مسلم کنٹریز میں پابندیاں لگی ہوئی ہیں۔ کیوں؟</w:t>
      </w:r>
    </w:p>
    <w:p>
      <w:r>
        <w:rPr>
          <w:b/>
        </w:rPr>
        <w:t xml:space="preserve">[41:10] </w:t>
      </w:r>
      <w:r>
        <w:t>wahan par department khule hue hain, woh dekhte hain. arey bhai, is mein matn hai hi nahi, text to hai hi nahi, bas radd kar diya, reject kar diya is ko.</w:t>
      </w:r>
    </w:p>
    <w:p>
      <w:pPr>
        <w:jc w:val="right"/>
      </w:pPr>
      <w:r>
        <w:t>وہاں پر ڈیپارٹمنٹ کھلے ہوئے ہیں، وہ دیکھتے ہیں۔ ارے بھائی، اس میں متن ہے ہی نہیں، ٹیکسٹ تو ہے ہی نہیں، بس رد کر دیا، ریجیکٹ کر دیا اس کو۔</w:t>
      </w:r>
    </w:p>
    <w:p>
      <w:r>
        <w:rPr>
          <w:b/>
        </w:rPr>
        <w:t xml:space="preserve">[41:22] </w:t>
      </w:r>
      <w:r>
        <w:t>is liye yeh muslim mulk hain, yeh to non muslim se badtar hain. yeh yani islami mulk kehte hain apne ko aur quran ko dakhil nahi hone dete apne haan.</w:t>
      </w:r>
    </w:p>
    <w:p>
      <w:pPr>
        <w:jc w:val="right"/>
      </w:pPr>
      <w:r>
        <w:t>اس لیے یہ مسلم ملک ہیں، یہ تو نان مسلم سے بدتر ہیں۔ یہ یعنی اسلامی ملک کہتے ہیں اپنے کو اور قرآن کو داخل نہیں ہونے دیتے اپنے ہاں۔</w:t>
      </w:r>
    </w:p>
    <w:p>
      <w:r>
        <w:rPr>
          <w:b/>
        </w:rPr>
        <w:t xml:space="preserve">[41:35] </w:t>
      </w:r>
      <w:r>
        <w:t>agar aap matn ke sath chhapen ge to aap kya kahen ge? bhai, is ko be-hurmati ho jaye gi, is ko dena nahi hai. yeh jhoote nazariye hain jis ki wajah se yeh hua ke quran aalami taur par phailani, logo tak pahunchani sa</w:t>
      </w:r>
    </w:p>
    <w:p>
      <w:pPr>
        <w:jc w:val="right"/>
      </w:pPr>
      <w:r>
        <w:t>اگر آپ متن کے ساتھ چھاپیں گے تو آپ کیا کہیں گے؟ بھئی، اس کو بے حرمتی ہو جائے گی، اس کو دینا نہیں ہے۔ یہ جھوٹے نظریے ہیں جس کی وجہ سے یہ ہوا کہ قرآن عالمی طور پر پھیلانی، لوگوں تک پہنچانی ص</w:t>
      </w:r>
    </w:p>
    <w:p>
      <w:r>
        <w:rPr>
          <w:b/>
        </w:rPr>
        <w:t xml:space="preserve">[41:51] </w:t>
      </w:r>
      <w:r>
        <w:t>raf musalmano ke gharon mein jazdan mein band kar ke rakha rehta hai. woh kaq par oopar yani quran musalmano ki kitab ban kar reh gaya, lekin bheja gaya tha woh sare alam ke liye.</w:t>
      </w:r>
    </w:p>
    <w:p>
      <w:pPr>
        <w:jc w:val="right"/>
      </w:pPr>
      <w:r>
        <w:t>رف مسلمانوں کے گھروں میں جذدان میں بند کر کے رکھا رہتا ہے۔ وہ کاک پر اوپر یعنی قرآن مسلمانوں کی کتاب بن کر رہ گیا، لیکن بھیجا گیا تھا وہ سارے عالم کے لیے۔</w:t>
      </w:r>
    </w:p>
    <w:p>
      <w:r>
        <w:rPr>
          <w:b/>
        </w:rPr>
        <w:t xml:space="preserve">[42:12] </w:t>
      </w:r>
      <w:r>
        <w:t>to aaj jo hai,</w:t>
      </w:r>
    </w:p>
    <w:p>
      <w:pPr>
        <w:jc w:val="right"/>
      </w:pPr>
      <w:r>
        <w:t>تو آج جو ہے،</w:t>
      </w:r>
    </w:p>
    <w:p>
      <w:r>
        <w:rPr>
          <w:b/>
        </w:rPr>
        <w:t xml:space="preserve">[42:19] </w:t>
      </w:r>
      <w:r>
        <w:t>waqt aa gaya hai, aakhri. hum sab logo log is ke liye tadpe hain. hum log, hum sab log is ko apna concern banayein ke jo log paida ho kar duniya mein aaye hain, woh Allah ke kalam se be-khabar na rahein.</w:t>
      </w:r>
    </w:p>
    <w:p>
      <w:pPr>
        <w:jc w:val="right"/>
      </w:pPr>
      <w:r>
        <w:t>وقت آگیا ہے، آخری۔ ہم سب لوگوں لوگ اس کے لیے تڑپے ہیں۔ ہم لوگ، ہم سب لوگ اس کو اپنا کنسرن بنائیں کہ جو لوگ پیدا ہو کر دنیا میں آئے ہیں، وہ اللہ کے کلام سے بے خبر نہ رہیں۔</w:t>
      </w:r>
    </w:p>
    <w:p>
      <w:r>
        <w:rPr>
          <w:b/>
        </w:rPr>
        <w:t xml:space="preserve">[42:35] </w:t>
      </w:r>
      <w:r>
        <w:t>marne se pehle un tak Khuda ka kalam pahunch jaye.</w:t>
      </w:r>
    </w:p>
    <w:p>
      <w:pPr>
        <w:jc w:val="right"/>
      </w:pPr>
      <w:r>
        <w:t>مرنے سے پہلے ان تک خدا کا کلام پہنچ جائے۔</w:t>
      </w:r>
    </w:p>
    <w:p>
      <w:r>
        <w:rPr>
          <w:b/>
        </w:rPr>
        <w:t xml:space="preserve">[42:43] </w:t>
      </w:r>
      <w:r>
        <w:t>marne, marne se pehle un tak Khuda ka kalam pahunch jaye.</w:t>
      </w:r>
    </w:p>
    <w:p>
      <w:pPr>
        <w:jc w:val="right"/>
      </w:pPr>
      <w:r>
        <w:t>مرنے، مرنے سے پہلے ان تک خدا کا کلام پہنچ جائے۔</w:t>
      </w:r>
    </w:p>
    <w:p>
      <w:r>
        <w:rPr>
          <w:b/>
        </w:rPr>
        <w:t xml:space="preserve">[42:51] </w:t>
      </w:r>
      <w:r>
        <w:t>dekhiye, is ke liye hamein kya karna hai? ab aap ko apni priority ko badalna parega. You have to reset your priorities.</w:t>
      </w:r>
    </w:p>
    <w:p>
      <w:pPr>
        <w:jc w:val="right"/>
      </w:pPr>
      <w:r>
        <w:t>دیکھیے، اس کے لیے ہمیں کیا کرنا ہے؟ اب آپ کو اپنی پرائرٹی کو بدلنا پڑے گا۔ You have to reset your priorities.</w:t>
      </w:r>
    </w:p>
    <w:p>
      <w:r>
        <w:rPr>
          <w:b/>
        </w:rPr>
        <w:t xml:space="preserve">[43:01] </w:t>
      </w:r>
      <w:r>
        <w:t>apni priorities ko badalna parega. har aadmi kisi aur cheez ko apni priority bana hui hai, apni tarjeeh, apni tarjeehhat ko badalna parega.</w:t>
      </w:r>
    </w:p>
    <w:p>
      <w:pPr>
        <w:jc w:val="right"/>
      </w:pPr>
      <w:r>
        <w:t>اپنی پرائرٹیز کو بدلنا پڑے گا۔ ہر آدمی کسی اور چیز کو اپنی پرائرٹی بنا ہوئی ہے، اپنی ترجیح، اپنی ترجیحات کو بدلنا پڑے گا۔</w:t>
      </w:r>
    </w:p>
    <w:p>
      <w:r>
        <w:rPr>
          <w:b/>
        </w:rPr>
        <w:t xml:space="preserve">[43:10] </w:t>
      </w:r>
      <w:r>
        <w:t>har doosri cheez ko aap ko secondary banana parega aur primary banana parega ke quran logo tak pahunch jaye.</w:t>
      </w:r>
    </w:p>
    <w:p>
      <w:pPr>
        <w:jc w:val="right"/>
      </w:pPr>
      <w:r>
        <w:t>ہر دوسری چیز کو آپ کو سیکنڈری بنانا پڑے گا اور پرائمری بنانا پڑے گا کہ قرآن لوگوں تک پہنچ جائے۔</w:t>
      </w:r>
    </w:p>
    <w:p>
      <w:r>
        <w:rPr>
          <w:b/>
        </w:rPr>
        <w:t xml:space="preserve">[43:21] </w:t>
      </w:r>
      <w:r>
        <w:t>dekhiye, saada baat nahi hai. maine taqreeban sab mazahib ki kitabein padhi hain. yeh bohat ajeeb baat hai ke kisi bhi kitab mein creation of planet, yani creation plant of God, jo hai, woh is ka zikr hi nahi hai.</w:t>
      </w:r>
    </w:p>
    <w:p>
      <w:pPr>
        <w:jc w:val="right"/>
      </w:pPr>
      <w:r>
        <w:t>دیکھیے، سادہ بات نہیں ہے۔ میں نے تقریباً سب مذہبوں کی کتابیں پڑھی ہیں۔ یہ بہت عجیب بات ہے کہ کسی بھی کتاب میں کریشن آف پلانٹ، یعنی کریشن پلانٹ آف گاڈ، جو ہے، وہ اس کا ذکر ہی نہیں ہے۔</w:t>
      </w:r>
    </w:p>
    <w:p>
      <w:r>
        <w:rPr>
          <w:b/>
        </w:rPr>
        <w:t xml:space="preserve">[43:37] </w:t>
      </w:r>
      <w:r>
        <w:t>is mein kuch kahaniyan hain, kuch kuch wisdom ki baatein hain, kuch mythology ki baatein hain. lekin yeh baat ke insaan ko Allah ke samne pesh hona hai, marne ke baad jannat mein jahannum ka masla hai,</w:t>
      </w:r>
    </w:p>
    <w:p>
      <w:pPr>
        <w:jc w:val="right"/>
      </w:pPr>
      <w:r>
        <w:t>اس میں کچھ کہانیاں ہیں، کچھ کچھ وزڈم کی باتیں ہیں، کچھ مائتھالوجی کی باتیں ہیں۔ لیکن یہ بات کہ انسان کو اللہ کے سامنے پیش ہونا ہے، مرنے کے بعد جنت میں جہنم کا مسئلہ ہے،</w:t>
      </w:r>
    </w:p>
    <w:p>
      <w:r>
        <w:rPr>
          <w:b/>
        </w:rPr>
        <w:t xml:space="preserve">[43:54] </w:t>
      </w:r>
      <w:r>
        <w:t>maut ke baad insaan ko ek naya daur face karna parega, jo eternal, jahan eternity hai,</w:t>
      </w:r>
    </w:p>
    <w:p>
      <w:pPr>
        <w:jc w:val="right"/>
      </w:pPr>
      <w:r>
        <w:t>موت کے بعد انسان کو ایک نیا دور فیس کرنا پڑے گا، جو ایٹرنل، جہاں ایٹرنٹی ہے،</w:t>
      </w:r>
    </w:p>
    <w:p>
      <w:r>
        <w:rPr>
          <w:b/>
        </w:rPr>
        <w:t xml:space="preserve">[44:03] </w:t>
      </w:r>
      <w:r>
        <w:t>yeh sab baatein jo hain, jis ke ek lafz mein is ko main kehta hoon ke creation plan of God, yahi cheez hadaf hai. doosri kitabon mein, doosri kitabon mein yahi cheez hadaf hai.</w:t>
      </w:r>
    </w:p>
    <w:p>
      <w:pPr>
        <w:jc w:val="right"/>
      </w:pPr>
      <w:r>
        <w:t>یہ سب باتیں جو ہیں، جس کے ایک لفظ میں اس کو میں کہتا ہوں کہ کریشن پلان آف گاڈ، یہی چیز ہدف ہے۔ دوسری کتابوں میں، دوسری کتابوں میں یہی چیز ہدف ہے۔</w:t>
      </w:r>
    </w:p>
    <w:p>
      <w:r>
        <w:rPr>
          <w:b/>
        </w:rPr>
        <w:t xml:space="preserve">[44:15] </w:t>
      </w:r>
      <w:r>
        <w:t>to agar ek hi kitab hai quran, jis mein yeh bataya gaya hai ke what is the creation plan of God, yani Khuda ko insaan se kya matloob hai, insaan se kya poocha jane wala hai,</w:t>
      </w:r>
    </w:p>
    <w:p>
      <w:pPr>
        <w:jc w:val="right"/>
      </w:pPr>
      <w:r>
        <w:t>تو اگر ایک ہی کتاب ہے قرآن، جس میں یہ بتایا گیا ہے کہ واٹ از دا کریشن پلان آف گاڈ، یعنی خدا کو انسان سے کیا مطلوب ہے، انسان سے کیا پوچھا جانے والا ہے،</w:t>
      </w:r>
    </w:p>
    <w:p>
      <w:r>
        <w:rPr>
          <w:b/>
        </w:rPr>
        <w:t xml:space="preserve">[44:31] </w:t>
      </w:r>
      <w:r>
        <w:t>insaan ka jo future hai, maut ke baad us ko kamyab banane ki soorat kya hai, kisi bhi kitab mein yeh bataya hi nahi gaya.</w:t>
      </w:r>
    </w:p>
    <w:p>
      <w:pPr>
        <w:jc w:val="right"/>
      </w:pPr>
      <w:r>
        <w:t>انسان کا جو فیوچر ہے، موت کے بعد اس کو کامیاب بنانے کی صورت کیا ہے، کسی بھی کتاب میں یہ بتایا ہی نہیں گیا۔</w:t>
      </w:r>
    </w:p>
    <w:p>
      <w:r>
        <w:rPr>
          <w:b/>
        </w:rPr>
        <w:t xml:space="preserve">[44:42] </w:t>
      </w:r>
      <w:r>
        <w:t>sirf quran hai. to quran ki do sifat hui: ek yeh ke quran mehfooz kitab hai, is mein ek ayat ke barabar bhi koi kami beshi nahi hui,</w:t>
      </w:r>
    </w:p>
    <w:p>
      <w:pPr>
        <w:jc w:val="right"/>
      </w:pPr>
      <w:r>
        <w:t>صرف قرآن ہے۔ تو قرآن کی دو صفت ہوئی: ایک یہ کہ قرآن محفوظ کتاب ہے، اس میں ایک آیت کے برابر بھی کوئی کمی بیشی نہیں ہوئی،</w:t>
      </w:r>
    </w:p>
    <w:p>
      <w:r>
        <w:rPr>
          <w:b/>
        </w:rPr>
        <w:t xml:space="preserve">[44:56] </w:t>
      </w:r>
      <w:r>
        <w:t>apni apni zaban mein, apni text ke sath kuch bhi is mein badlav nahi aaya. to woh authentic book of God hai, authentic book of God.</w:t>
      </w:r>
    </w:p>
    <w:p>
      <w:pPr>
        <w:jc w:val="right"/>
      </w:pPr>
      <w:r>
        <w:t>اپنی اپنی زبان میں، اپنی ٹیکسٹ کے ساتھ کچھ بھی اس میں بدلاؤ نہیں آیا۔ تو وہ اتھینٹک بک آف گاڈ ہے، اتھینٹک بک آف گاڈ۔</w:t>
      </w:r>
    </w:p>
    <w:p>
      <w:r>
        <w:rPr>
          <w:b/>
        </w:rPr>
        <w:t xml:space="preserve">[45:12] </w:t>
      </w:r>
      <w:r>
        <w:t>aur doosri baat yeh hai ke yahi ek kitab hai jo insaan ko batati hai ke tumhari zindagi ka maqsad kya hai, tum ko apne mustaqbil ke liye kya tayari karna hai,</w:t>
      </w:r>
    </w:p>
    <w:p>
      <w:pPr>
        <w:jc w:val="right"/>
      </w:pPr>
      <w:r>
        <w:t>اور دوسری بات یہ ہے کہ یہی ایک کتاب ہے جو انسان کو بتاتی ہے کہ تمہاری زندگی کا مقصد کیا ہے، تم کو اپنے مستقبل کے لیے کیا تیاری کرنا ہے،</w:t>
      </w:r>
    </w:p>
    <w:p>
      <w:r>
        <w:rPr>
          <w:b/>
        </w:rPr>
        <w:t xml:space="preserve">[45:27] </w:t>
      </w:r>
      <w:r>
        <w:t>maut ke baad tumhein kis tarah ki soorat-e-haal ka samna pesh aaye ga, kisi doosri kitab mein aap nahi paayenge.</w:t>
      </w:r>
    </w:p>
    <w:p>
      <w:pPr>
        <w:jc w:val="right"/>
      </w:pPr>
      <w:r>
        <w:t>موت کے بعد تمہیں کس طرح کی صورتحال کا سامنا پیش آئے گا، کسی دوسری کتاب میں آپ نہیں پائیں گے۔</w:t>
      </w:r>
    </w:p>
    <w:p>
      <w:r>
        <w:rPr>
          <w:b/>
        </w:rPr>
        <w:t xml:space="preserve">[45:38] </w:t>
      </w:r>
      <w:r>
        <w:t>to kaha ek hai is ka sifat ke woh ek hi kitab hai jo authentic book of God hai, is mein shakk nahi kar sakte aap.</w:t>
      </w:r>
    </w:p>
    <w:p>
      <w:pPr>
        <w:jc w:val="right"/>
      </w:pPr>
      <w:r>
        <w:t>تو کہا ایک ہے اس کا صفت کہ وہ ایک ہی کتاب ہے جو اتھینٹک بک آف گاڈ ہے، اس میں شک نہیں کر سکتے آپ۔</w:t>
      </w:r>
    </w:p>
    <w:p>
      <w:r>
        <w:rPr>
          <w:b/>
        </w:rPr>
        <w:t xml:space="preserve">[45:49] </w:t>
      </w:r>
      <w:r>
        <w:t>dusri baat keh yahi woh kitab hai jo batati hai keh insan ka, yani Allah ke sab ke samne jo peshi hogi, us waqt kya mamla pesh aayega,</w:t>
      </w:r>
    </w:p>
    <w:p>
      <w:pPr>
        <w:jc w:val="right"/>
      </w:pPr>
      <w:r>
        <w:t>دوسری بات کہ یہی وہ کتاب ہے جو بتاتی ہے کہ انسان کا، یعنی اللہ کے سب کے سامنے جو پیشی ہوگی، اس وقت کیا معاملہ پیش آئے گا،</w:t>
      </w:r>
    </w:p>
    <w:p>
      <w:r>
        <w:rPr>
          <w:b/>
        </w:rPr>
        <w:t xml:space="preserve">[46:05] </w:t>
      </w:r>
      <w:r>
        <w:t>us waqt kamyab hone ke liye use kya karna chahiye.</w:t>
      </w:r>
    </w:p>
    <w:p>
      <w:pPr>
        <w:jc w:val="right"/>
      </w:pPr>
      <w:r>
        <w:t>اس وقت کامیاب ہونے کے لیے اسے کیا کرنا چاہیے۔</w:t>
      </w:r>
    </w:p>
    <w:p>
      <w:r>
        <w:rPr>
          <w:b/>
        </w:rPr>
        <w:t xml:space="preserve">[46:11] </w:t>
      </w:r>
      <w:r>
        <w:t>to bohat hi zyada serious baat hai, serious, bohat zyada serious baat hai.</w:t>
      </w:r>
    </w:p>
    <w:p>
      <w:pPr>
        <w:jc w:val="right"/>
      </w:pPr>
      <w:r>
        <w:t>تو بہت ہی زیادہ سیریس بات ہے، سیریس، بہت زیادہ سیریس بات ہے۔</w:t>
      </w:r>
    </w:p>
    <w:p>
      <w:r>
        <w:rPr>
          <w:b/>
        </w:rPr>
        <w:t xml:space="preserve">[46:23] </w:t>
      </w:r>
      <w:r>
        <w:t>is liye hum aap ko, yani woh jo maine kaha keh we have to reset our priorities, hamein apni tarjihaat ko phir se qaim karna parega.</w:t>
      </w:r>
    </w:p>
    <w:p>
      <w:pPr>
        <w:jc w:val="right"/>
      </w:pPr>
      <w:r>
        <w:t>اس لیے ہم آپ کو، یعنی وہ جو میں نے کہا کہ وی ہیو ٹو ریسیٹ اور پرائرٹیز، ہمیں اپنی ترجیحات کو پھر سے قائم کرنا پڑے گا۔</w:t>
      </w:r>
    </w:p>
    <w:p>
      <w:r>
        <w:rPr>
          <w:b/>
        </w:rPr>
        <w:t xml:space="preserve">[46:41] </w:t>
      </w:r>
      <w:r>
        <w:t>Khuda ke concern ko apne concern banana parega, yani yeh Khuda ka concern hai keh aisa Khuda nahi chahta keh aisa ho keh harsh ke maidan mein jab sare log ekhatta hon to koi ek banda bhi aisa khara ho ke kahe keh Khudaaya, main teri rehmat ko kaise manoon jabke tu ne mujhe bataya hi nahi keh yahan pakar thakkar hai, yahan peshi hai, hijab kitab hai.</w:t>
      </w:r>
    </w:p>
    <w:p>
      <w:pPr>
        <w:jc w:val="right"/>
      </w:pPr>
      <w:r>
        <w:t>خدا کے کنسرن کو اپنے کنسرن بنانا پڑے گا، یعنی یہ خدا کا کنسرن ہے کہ ایسا خدا نہیں چاہتا کہ ایسا ہو کہ حرش کے میدان میں جب سارے لوگ اکٹھا ہوں تو کوئی ایک بندہ بھی ایسا کھڑا ہو کے کہے کہ خدایا، میں تیری رحمت کو کیسے مانوں جبکہ تو نے مجھے بتایا ہی نہیں کہ یہاں پکڑ تھکڑ ہے، یہاں پیشی ہے، حجاب کتاب ہے۔</w:t>
      </w:r>
    </w:p>
    <w:p>
      <w:r>
        <w:rPr>
          <w:b/>
        </w:rPr>
        <w:t xml:space="preserve">[47:10] </w:t>
      </w:r>
      <w:r>
        <w:t>misal ke tor par dekhiye, Quran mein hai keh azait al qalb mutalaqiyan an al yameen wa an al shimal qaid ma yalfaẓu min qawlin illa laday raqibun atid yani har insan ke sath do farishtay lage hue hain jo us ki har baat ka record kar rahe hain.</w:t>
      </w:r>
    </w:p>
    <w:p>
      <w:pPr>
        <w:jc w:val="right"/>
      </w:pPr>
      <w:r>
        <w:t>مثال کے طور پر دیکھیے، قرآن میں ہے کہ ازیت القلب متلقیان عن الیمین وان الشمال قید مایلفظ من قول الا لدے رقیب عقید یعنی ہر انسان کے ساتھ دو فرشتے لگے ہوئے ہیں جو اس کی ہر بات کا ریکارڈ کر رہے ہیں۔</w:t>
      </w:r>
    </w:p>
    <w:p>
      <w:r>
        <w:rPr>
          <w:b/>
        </w:rPr>
        <w:t xml:space="preserve">[47:30] </w:t>
      </w:r>
      <w:r>
        <w:t>ta umar poori zindagi us ke sath do farishtay hotay hain jo us ki har baat ka record karte hain.</w:t>
      </w:r>
    </w:p>
    <w:p>
      <w:pPr>
        <w:jc w:val="right"/>
      </w:pPr>
      <w:r>
        <w:t>تا عمر پوری زندگی اس کے ساتھ دو فرشتے ہوتے ہیں جو اس کی ہر بات کا ریکارڈ کرتے ہیں۔</w:t>
      </w:r>
    </w:p>
    <w:p>
      <w:r>
        <w:rPr>
          <w:b/>
        </w:rPr>
        <w:t xml:space="preserve">[47:39] </w:t>
      </w:r>
      <w:r>
        <w:t>azait al qalb mutalaqiyan an al yameen wa an al shimal qaid to yeh sirf lafz ki baat nahi hai, poori zindagi ka record kaise hum ne socha, kaise hum bolay,</w:t>
      </w:r>
    </w:p>
    <w:p>
      <w:pPr>
        <w:jc w:val="right"/>
      </w:pPr>
      <w:r>
        <w:t>ازیت القلب متلقیان عن الیمین وان الشمال قید تو یہ صرف لفظ کی بات نہیں ہے، پوری زندگی کا ریکارڈ کیسے ہم نے سوچا، کیسے ہم بولے،</w:t>
      </w:r>
    </w:p>
    <w:p>
      <w:r>
        <w:rPr>
          <w:b/>
        </w:rPr>
        <w:t xml:space="preserve">[47:52] </w:t>
      </w:r>
      <w:r>
        <w:t>kaise hum ne behave kiya, hamare mamlaat kaise thay, hamari dealing kaisi thi. woh to ek numainda baat hai, yani qaul ya lafz jo hai, woh numainda hai hamari zindagi ka</w:t>
      </w:r>
    </w:p>
    <w:p>
      <w:pPr>
        <w:jc w:val="right"/>
      </w:pPr>
      <w:r>
        <w:t>کیسے ہم نے بیہیو کیا، ہمارے معاملات کیسے تھے، ہماری ڈیلنگ کیسی تھی۔ وہ تو ایک نمائندہ بات ہے، یعنی قول یا لفظ جو ہے، وہ نمائندہ ہے ہماری زندگی کا</w:t>
      </w:r>
    </w:p>
    <w:p>
      <w:r>
        <w:rPr>
          <w:b/>
        </w:rPr>
        <w:t xml:space="preserve">[48:06] </w:t>
      </w:r>
      <w:r>
        <w:t>. to kaha poori zindagi ko, poori zindagi ka record kar rahe hain farishtay. yeh kisi kitab mein nahi hai, dunya mein koi ek bhi kitab aisi nahi hai jahan yeh baat batayi gayi ho.</w:t>
      </w:r>
    </w:p>
    <w:p>
      <w:pPr>
        <w:jc w:val="right"/>
      </w:pPr>
      <w:r>
        <w:t>۔ تو کہا پوری زندگی کو، پوری زندگی کا ریکارڈ کر رہے ہیں فرشتے۔ یہ کسی کتاب میں نہیں ہے، دنیا میں کوئی ایک بھی کتاب ایسی نہیں ہے جہاں یہ بات بتائی گئی ہو۔</w:t>
      </w:r>
    </w:p>
    <w:p>
      <w:r>
        <w:rPr>
          <w:b/>
        </w:rPr>
        <w:t xml:space="preserve">[48:23] </w:t>
      </w:r>
      <w:r>
        <w:t>to insan kahega keh hum ko pata nahi tha keh farishtay record kar rahe hain, yeh to hum jantay nahi thay. to sirf Quran hi mein bataya gaya hai.</w:t>
      </w:r>
    </w:p>
    <w:p>
      <w:pPr>
        <w:jc w:val="right"/>
      </w:pPr>
      <w:r>
        <w:t>تو انسان کہے گا کہ ہم کو پتہ نہیں تھا کہ فرشتے ریکارڈ کر رہے ہیں، یہ تو ہم جانتے نہیں تھے۔ تو صرف قرآن ہی میں بتایا گیا ہے۔</w:t>
      </w:r>
    </w:p>
    <w:p>
      <w:r>
        <w:rPr>
          <w:b/>
        </w:rPr>
        <w:t xml:space="preserve">[48:33] </w:t>
      </w:r>
      <w:r>
        <w:t>yeh is tarah ki aur bhi doosri baat hai,</w:t>
      </w:r>
    </w:p>
    <w:p>
      <w:pPr>
        <w:jc w:val="right"/>
      </w:pPr>
      <w:r>
        <w:t>یہ اس طرح کی اور بھی دوسری بات ہے،</w:t>
      </w:r>
    </w:p>
    <w:p>
      <w:r>
        <w:rPr>
          <w:b/>
        </w:rPr>
        <w:t xml:space="preserve">[48:44] </w:t>
      </w:r>
      <w:r>
        <w:t>jaise maine ek qissa hai, woh parha tha keh ek train aa rahi thi, ek aadmi khara hua tha aur woh aage ka pul phata hua tha.</w:t>
      </w:r>
    </w:p>
    <w:p>
      <w:pPr>
        <w:jc w:val="right"/>
      </w:pPr>
      <w:r>
        <w:t>جیسے میں نے ایک قصہ ہے، وہ پڑھا تھا کہ ایک ٹرین آ رہی تھی، ایک آدمی کھڑا ہوا تھا اور وہ آگے کا پل پھٹا ہوا تھا۔</w:t>
      </w:r>
    </w:p>
    <w:p>
      <w:r>
        <w:rPr>
          <w:b/>
        </w:rPr>
        <w:t xml:space="preserve">[48:58] </w:t>
      </w:r>
      <w:r>
        <w:t>us ne socha keh agar train chalti hai, wahan pahunch gayi pul par to sari train ult jayegi aur sankron log mar jayenge. us ne socha kya karna chahiye.</w:t>
      </w:r>
    </w:p>
    <w:p>
      <w:pPr>
        <w:jc w:val="right"/>
      </w:pPr>
      <w:r>
        <w:t>اس نے سوچا کہ اگر ٹرین چلتی ہے، وہاں پہنچ گئی پل پر تو ساری ٹرین الٹ جائے گی اور سینکڑوں لوگ مر جائیں گے۔ اس نے سوچا کیا کرنا چاہیے۔</w:t>
      </w:r>
    </w:p>
    <w:p>
      <w:r>
        <w:rPr>
          <w:b/>
        </w:rPr>
        <w:t xml:space="preserve">[49:09] </w:t>
      </w:r>
      <w:r>
        <w:t>to us ne socha keh main hi hoon jo bata sakta hai keh pul toota hua hai,</w:t>
      </w:r>
    </w:p>
    <w:p>
      <w:pPr>
        <w:jc w:val="right"/>
      </w:pPr>
      <w:r>
        <w:t>تو اس نے سوچا کہ میں ہی ہوں جو بتا سکتا ہے کہ پل ٹوٹا ہوا ہے،</w:t>
      </w:r>
    </w:p>
    <w:p>
      <w:r>
        <w:rPr>
          <w:b/>
        </w:rPr>
        <w:t xml:space="preserve">[49:14] </w:t>
      </w:r>
      <w:r>
        <w:t>yahan koi doosra nahi hai. to us ne kya kiya? sochtay sochtay apni body ka khoon nikala, khoon se apne kapray ko rangeen kiya aur lal jhanda le khara ho gaya.</w:t>
      </w:r>
    </w:p>
    <w:p>
      <w:pPr>
        <w:jc w:val="right"/>
      </w:pPr>
      <w:r>
        <w:t>یہاں کوئی دوسرا نہیں ہے۔ تو اس نے کیا کیا؟ سوچتے سوچتے اپنی باڈی کا خون نکالا، خون سے اپنے کپڑے کو رنگین کیا اور لال جھنڈا لے کھڑا ہو گیا۔</w:t>
      </w:r>
    </w:p>
    <w:p>
      <w:r>
        <w:rPr>
          <w:b/>
        </w:rPr>
        <w:t xml:space="preserve">[49:29] </w:t>
      </w:r>
      <w:r>
        <w:t>apni body ka khoon nikal kar kapray ko rangeen kiya us ne aur lal jhanda le khara ho gaya.</w:t>
      </w:r>
    </w:p>
    <w:p>
      <w:pPr>
        <w:jc w:val="right"/>
      </w:pPr>
      <w:r>
        <w:t>اپنی باڈی کا خون نکال کر کپڑے کو رنگین کیا اس نے اور لال جھنڈا لے کھڑا ہو گیا۔</w:t>
      </w:r>
    </w:p>
    <w:p>
      <w:r>
        <w:rPr>
          <w:b/>
        </w:rPr>
        <w:t xml:space="preserve">[49:38] </w:t>
      </w:r>
      <w:r>
        <w:t>itna kyun kiya us ne? woh samajhta tha keh main hi to hoon jo rok sakta hai gaadi ko,</w:t>
      </w:r>
    </w:p>
    <w:p>
      <w:pPr>
        <w:jc w:val="right"/>
      </w:pPr>
      <w:r>
        <w:t>اتنا کیوں کیا اس نے؟ وہ سمجھتا تھا کہ میں ہی تو ہوں جو روک سکتا ہے گاڑی کو،</w:t>
      </w:r>
    </w:p>
    <w:p>
      <w:r>
        <w:rPr>
          <w:b/>
        </w:rPr>
        <w:t xml:space="preserve">[49:44] </w:t>
      </w:r>
      <w:r>
        <w:t>koi doosra nahi jo is baat ko janta bhi ho keh pul toota hua hai. to woh mamla yahan par hai, kisi ko pata hi nahi hai keh kya hai Allah taala ka takhleeqi mansooba, kya hone wala hai maut ke baad, kya hone wala hai harsh ke maidan mein.</w:t>
      </w:r>
    </w:p>
    <w:p>
      <w:pPr>
        <w:jc w:val="right"/>
      </w:pPr>
      <w:r>
        <w:t>کوئی دوسرا نہیں جو اس بات کو جانتا بھی ہو کہ پل ٹوٹا ہوا ہے۔ تو وہ معاملہ یہاں پر ہے، کسی کو پتہ ہی نہیں ہے کہ کیا ہے اللہ تعالی کا تخلیقی منصوبہ، کیا ہونے والا ہے موت کے بعد، کیا ہونے والا ہے حشر کے میدان میں۔</w:t>
      </w:r>
    </w:p>
    <w:p>
      <w:r>
        <w:rPr>
          <w:b/>
        </w:rPr>
        <w:t xml:space="preserve">[50:04] </w:t>
      </w:r>
      <w:r>
        <w:t>kaisi ajeeb baat hai keh Quran mein fariq fil jannah wa fariq fil sa'eer</w:t>
      </w:r>
    </w:p>
    <w:p>
      <w:pPr>
        <w:jc w:val="right"/>
      </w:pPr>
      <w:r>
        <w:t>کیسی عجیب بات ہے کہ قرآن میں فریق فی الجنہ وفریق فی السیر</w:t>
      </w:r>
    </w:p>
    <w:p>
      <w:r>
        <w:rPr>
          <w:b/>
        </w:rPr>
        <w:t xml:space="preserve">[50:12] </w:t>
      </w:r>
      <w:r>
        <w:t>fariq fil jannah wa fariq fil sa'eer yani maut ke baad jo dunya aane wali hai, us mein koi log jahannum mein apne aap ko payenge, kuch log jannat mein payenge.</w:t>
      </w:r>
    </w:p>
    <w:p>
      <w:pPr>
        <w:jc w:val="right"/>
      </w:pPr>
      <w:r>
        <w:t>فریق فی الجنہ وفریق فی السیر یعنی موت کے بعد جو دنیا آنے والی ہے، اس میں کوئی لوگ جہنم میں اپنے آپ کو پائیں گے، کچھ لوگ جنت میں پائیں گے۔</w:t>
      </w:r>
    </w:p>
    <w:p>
      <w:r>
        <w:rPr>
          <w:b/>
        </w:rPr>
        <w:t xml:space="preserve">[50:22] </w:t>
      </w:r>
      <w:r>
        <w:t>yeh kitna serious baat hai, serious aur eternally hamesha ke liye.</w:t>
      </w:r>
    </w:p>
    <w:p>
      <w:pPr>
        <w:jc w:val="right"/>
      </w:pPr>
      <w:r>
        <w:t>یہ کتنا سیریس بات ہے، سیریس اور ایٹرنلی ہمیشہ کے لیے۔</w:t>
      </w:r>
    </w:p>
    <w:p>
      <w:r>
        <w:rPr>
          <w:b/>
        </w:rPr>
        <w:t xml:space="preserve">[50:32] </w:t>
      </w:r>
      <w:r>
        <w:t>to bataiye kahan mauqa hai kisi aur kaam karne ka, koi aur kaam karne ka mauqa hai?</w:t>
      </w:r>
    </w:p>
    <w:p>
      <w:pPr>
        <w:jc w:val="right"/>
      </w:pPr>
      <w:r>
        <w:t>تو بتائیے کہاں موقع ہے کسی اور کام کرنے کا، کوئی اور کام کرنے کا موقع ہے؟</w:t>
      </w:r>
    </w:p>
    <w:p>
      <w:r>
        <w:rPr>
          <w:b/>
        </w:rPr>
        <w:t xml:space="preserve">[50:43] </w:t>
      </w:r>
      <w:r>
        <w:t>Rasool Allah ko jab nabuwat mili aur yeh hukum hua keh ya ahlal mudassir utho aur logon ko aagah kar do.</w:t>
      </w:r>
    </w:p>
    <w:p>
      <w:pPr>
        <w:jc w:val="right"/>
      </w:pPr>
      <w:r>
        <w:t>رسول اللہ کو جب نبوت ملی اور یہ حکم ہوا کہ یا اہل المدسکم اٹھو اور لوگوں کو آگاہ کر دو۔</w:t>
      </w:r>
    </w:p>
    <w:p>
      <w:r>
        <w:rPr>
          <w:b/>
        </w:rPr>
        <w:t xml:space="preserve">[50:57] </w:t>
      </w:r>
      <w:r>
        <w:t>to maine ek kitab mein parha keh Hazrat Khadija ne bistar bichhaya, mamool ke mutabiq keh aaram kar lijiye.</w:t>
      </w:r>
    </w:p>
    <w:p>
      <w:pPr>
        <w:jc w:val="right"/>
      </w:pPr>
      <w:r>
        <w:t>تو میں نے ایک کتاب میں پڑھا کہ حضرت خدیجہ نے بستر بچھایا، معمول کے مطابق کہ آرام کر لیجئے۔</w:t>
      </w:r>
    </w:p>
    <w:p>
      <w:r>
        <w:rPr>
          <w:b/>
        </w:rPr>
        <w:t xml:space="preserve">[51:07] </w:t>
      </w:r>
      <w:r>
        <w:t>aap ne farmaya ali al-rah ya khadija</w:t>
      </w:r>
    </w:p>
    <w:p>
      <w:pPr>
        <w:jc w:val="right"/>
      </w:pPr>
      <w:r>
        <w:t>آپ نے فرمایا علی الراہ یا خدیجہ</w:t>
      </w:r>
    </w:p>
    <w:p>
      <w:r>
        <w:rPr>
          <w:b/>
        </w:rPr>
        <w:t xml:space="preserve">[51:13] </w:t>
      </w:r>
      <w:r>
        <w:t>nubuwatt se pehle, aap nubuwatt se pehle hazrat khadija jo aap ki ahliya theen, woh bistar bicha deti theen, wahan par aaram kar lete thay.</w:t>
      </w:r>
    </w:p>
    <w:p>
      <w:pPr>
        <w:jc w:val="right"/>
      </w:pPr>
      <w:r>
        <w:t>نبوت سے پہلے، آپ نبوت سے پہلے حضرت خدیجہ جو آپ کی اہلیہ تھیں، وہ بستر بچھا دیتی تھیں، وہاں پر آرام کر لیتے تھے۔</w:t>
      </w:r>
    </w:p>
    <w:p>
      <w:r>
        <w:rPr>
          <w:b/>
        </w:rPr>
        <w:t xml:space="preserve">[51:21] </w:t>
      </w:r>
      <w:r>
        <w:t>aap yeh nubuwatt se pehle ki baat hai, nubuwatt ke baad bhi unhon ne bistar bicha diya aaram karne ke liye.</w:t>
      </w:r>
    </w:p>
    <w:p>
      <w:pPr>
        <w:jc w:val="right"/>
      </w:pPr>
      <w:r>
        <w:t>آپ یہ نبوت سے پہلے کی بات ہے، نبوت کے بعد بھی انہوں نے بستر بچھا دیا آرام کرنے کے لیے۔</w:t>
      </w:r>
    </w:p>
    <w:p>
      <w:r>
        <w:rPr>
          <w:b/>
        </w:rPr>
        <w:t xml:space="preserve">[51:30] </w:t>
      </w:r>
      <w:r>
        <w:t>to aap ne farmaya ke ali al-rah ya khadija aye khadija, ab aaram kahan? aye khadija, ab aaram karne ka waqt kahan?</w:t>
      </w:r>
    </w:p>
    <w:p>
      <w:pPr>
        <w:jc w:val="right"/>
      </w:pPr>
      <w:r>
        <w:t>تو آپ نے فرمایا کہ علی الراہ یا خدیجہ اے خدیجہ، اب آرام کہاں؟ اے خدیجہ، اب آرام کرنے کا وقت کہاں؟</w:t>
      </w:r>
    </w:p>
    <w:p>
      <w:r>
        <w:rPr>
          <w:b/>
        </w:rPr>
        <w:t xml:space="preserve">[51:44] </w:t>
      </w:r>
      <w:r>
        <w:t>ab to bas isi mein apne aap ko khapa dena hai ke log</w:t>
      </w:r>
    </w:p>
    <w:p>
      <w:pPr>
        <w:jc w:val="right"/>
      </w:pPr>
      <w:r>
        <w:t>اب تو بس اسی میں اپنے آپ کو کھپا دینا ہے کہ لوگ</w:t>
      </w:r>
    </w:p>
    <w:p>
      <w:r>
        <w:rPr>
          <w:b/>
        </w:rPr>
        <w:t xml:space="preserve">[51:53] </w:t>
      </w:r>
      <w:r>
        <w:t>aaj kal ke musalmanon ko dekhen to sab kahan, kis kaam mein masroof hain? sab shikayaton mein, cheekh pukaar mein. musalmanon ka akhbar parhiye, un ki kitab parhiye, un ki majlis mein baithiye.</w:t>
      </w:r>
    </w:p>
    <w:p>
      <w:pPr>
        <w:jc w:val="right"/>
      </w:pPr>
      <w:r>
        <w:t>آج کل کے مسلمانوں کو دیکھیں تو سب کہاں، کس کام میں مصروف ہیں؟ سب شکایتوں میں، چیخ پکار میں۔ مسلمانوں کا اخبار پڑھیے، ان کی کتاب پڑھیے، ان کی مجلس میں بیٹھیے۔</w:t>
      </w:r>
    </w:p>
    <w:p>
      <w:r>
        <w:rPr>
          <w:b/>
        </w:rPr>
        <w:t xml:space="preserve">[52:05] </w:t>
      </w:r>
      <w:r>
        <w:t>yahan zulm ho raha hai, wahan sazish ho rahi hai. yeh sab kahaniyan un ke paas hain. lekin rasool allah sallallahu alaihi wasallam jab makkah se, makkah walon ne sataya, makkah walon ne aap ko apne watan mein rehne se rehna mushkil kar diya to aap watan chhod kar madina chale gaye.</w:t>
      </w:r>
    </w:p>
    <w:p>
      <w:pPr>
        <w:jc w:val="right"/>
      </w:pPr>
      <w:r>
        <w:t>یہاں ظلم ہو رہا ہے، وہاں سازش ہو رہی ہے۔ یہ سب کہانیاں ان کے پاس ہیں۔ لیکن رسول اللہ صلی اللہ علیہ وسلم جب مکے سے، مکہ والوں نے ستایا، مکہ والوں نے آپ کو اپنے وطن میں رہنے سے رہنا مشکل کر دیا تو آپ وطن چھوڑ کر مدینہ چلے گئے۔</w:t>
      </w:r>
    </w:p>
    <w:p>
      <w:r>
        <w:rPr>
          <w:b/>
        </w:rPr>
        <w:t xml:space="preserve">[52:28] </w:t>
      </w:r>
      <w:r>
        <w:t>aap ghaur kijiye ke ek ek aadmi jo ke apne watan se luta hua wahan pahunch raha hai, to aaj kal ka jo halat hai logon ki, us ke paas kya hogi kahani?</w:t>
      </w:r>
    </w:p>
    <w:p>
      <w:pPr>
        <w:jc w:val="right"/>
      </w:pPr>
      <w:r>
        <w:t>آپ غور کیجئے کہ ایک ایک آدمی جو کہ اپنے وطن سے لٹا ہوا وہاں پہنچ رہا ہے، تو آج کل کا جو حالت ہے لوگوں کی، اس کے پاس کیا ہوگی کہانی؟</w:t>
      </w:r>
    </w:p>
    <w:p>
      <w:r>
        <w:rPr>
          <w:b/>
        </w:rPr>
        <w:t xml:space="preserve">[52:41] </w:t>
      </w:r>
      <w:r>
        <w:t>woh bas makkah walon ki burai kehte hain, "dekho makkah wale itne kharab hain, dekho makkah wale aise hain, makkah wale aise hain." aap kitabon mein padh lijiye, ek lafz bhi aap ki zuban se shikayat ka nahi nikla makkah ke khilaf,</w:t>
      </w:r>
    </w:p>
    <w:p>
      <w:pPr>
        <w:jc w:val="right"/>
      </w:pPr>
      <w:r>
        <w:t>وہ بس مکے والوں کی برائی کہتے ہیں، "دیکھو مکے والے اتنے خراب ہیں، دیکھو مکے والے ایسے ہیں، مکے والے ایسے ہیں۔" آپ کتابوں میں پڑھ لیجئے، ایک لفظ بھی آپ کی زبان سے شکایت کا نہیں نکلا مکہ کے خلاف،</w:t>
      </w:r>
    </w:p>
    <w:p>
      <w:r>
        <w:rPr>
          <w:b/>
        </w:rPr>
        <w:t xml:space="preserve">[52:57] </w:t>
      </w:r>
      <w:r>
        <w:t>ek lafz bhi nahi. pehli taqreer jo aap ne ki thi, wahan pe madina pahunch kar jo sehat kitabon mein is unwan ke sath aati hai ke awwal khutbah khutbah rasool allah sallallahu alaihi wasallam fi al-madinah hai,</w:t>
      </w:r>
    </w:p>
    <w:p>
      <w:pPr>
        <w:jc w:val="right"/>
      </w:pPr>
      <w:r>
        <w:t>ایک لفظ بھی نہیں۔ پہلی تقریر جو آپ نے کی تھی، وہاں پہ مدینہ پہنچ کر جو صحت کتابوں میں اس عنوان کے ساتھ آتی ہے کہ اول خطبۃ خطبہ رسول اللہ صلی اللہ علیہ وسلم فی المدینہ ہے،</w:t>
      </w:r>
    </w:p>
    <w:p>
      <w:r>
        <w:rPr>
          <w:b/>
        </w:rPr>
        <w:t xml:space="preserve">[53:15] </w:t>
      </w:r>
      <w:r>
        <w:t>us mein aap ne kya farmaya tha? us ka khulasa yeh hai ayyuha al-nas</w:t>
      </w:r>
    </w:p>
    <w:p>
      <w:pPr>
        <w:jc w:val="right"/>
      </w:pPr>
      <w:r>
        <w:t>اس میں آپ نے کیا فرمایا تھا؟ اس کا خلاصہ یہ ہے ایہا الناس</w:t>
      </w:r>
    </w:p>
    <w:p>
      <w:r>
        <w:rPr>
          <w:b/>
        </w:rPr>
        <w:t xml:space="preserve">[53:25] </w:t>
      </w:r>
      <w:r>
        <w:t>ittqu al-nara walaw bishaqqatra ayyuha al-nas itqu al-nara walaw bishaqqatra. aye logon, apne aap ko aag se bachao.</w:t>
      </w:r>
    </w:p>
    <w:p>
      <w:pPr>
        <w:jc w:val="right"/>
      </w:pPr>
      <w:r>
        <w:t>اتقوا النار ولو بشقترا ایہا الناس اتقوا النار ولو بشقترا۔ اے لوگوں، اپنے آپ کو آگ سے بچاؤ۔</w:t>
      </w:r>
    </w:p>
    <w:p>
      <w:r>
        <w:rPr>
          <w:b/>
        </w:rPr>
        <w:t xml:space="preserve">[53:37] </w:t>
      </w:r>
      <w:r>
        <w:t>save yourself from you save yourself from hell at any cost.</w:t>
      </w:r>
    </w:p>
    <w:p>
      <w:pPr>
        <w:jc w:val="right"/>
      </w:pPr>
      <w:r>
        <w:t>Save yourself from یو سیو یور سیلف فرام ہیل ایٹ اینی کاسٹ۔</w:t>
      </w:r>
    </w:p>
    <w:p>
      <w:r>
        <w:rPr>
          <w:b/>
        </w:rPr>
        <w:t xml:space="preserve">[53:48] </w:t>
      </w:r>
      <w:r>
        <w:t>ayyuha al-nas itqu al-nara walaw bishaqqatra</w:t>
      </w:r>
    </w:p>
    <w:p>
      <w:pPr>
        <w:jc w:val="right"/>
      </w:pPr>
      <w:r>
        <w:t>ایہا الناس اتقوا النار ولو بشقترا</w:t>
      </w:r>
    </w:p>
    <w:p>
      <w:r>
        <w:rPr>
          <w:b/>
        </w:rPr>
        <w:t xml:space="preserve">[53:53] </w:t>
      </w:r>
      <w:r>
        <w:t>save yourself from hell at any cost.</w:t>
      </w:r>
    </w:p>
    <w:p>
      <w:pPr>
        <w:jc w:val="right"/>
      </w:pPr>
      <w:r>
        <w:t>سیو یور سیلف فرام ہیل ایٹ اینی کاسٹ۔</w:t>
      </w:r>
    </w:p>
    <w:p>
      <w:r>
        <w:rPr>
          <w:b/>
        </w:rPr>
        <w:t xml:space="preserve">[54:00] </w:t>
      </w:r>
      <w:r>
        <w:t>to aaj kal ke musalmanon ki baaten aap suniye, un ke paas kya hai? conspiracy ki baaten hain, zulm ki baaten hain. hamare huqooq ghassab kar liye hain, hum par zulm ho raha hai.</w:t>
      </w:r>
    </w:p>
    <w:p>
      <w:pPr>
        <w:jc w:val="right"/>
      </w:pPr>
      <w:r>
        <w:t>تو آج کل کے مسلمانوں کی باتیں آپ سنیے، ان کے پاس کیا ہے؟ کانسپریسی کی باتیں ہیں، ظلم کی باتیں ہیں۔ ہمارے حقوق غصب کر لیے ہیں، ہم پر ظلم ہو رہا ہے۔</w:t>
      </w:r>
    </w:p>
    <w:p>
      <w:r>
        <w:rPr>
          <w:b/>
        </w:rPr>
        <w:t xml:space="preserve">[54:13] </w:t>
      </w:r>
      <w:r>
        <w:t>yeh sab bilkul absurd hai, absurd. allah ke scheme ke khilaf hain yeh baaten.</w:t>
      </w:r>
    </w:p>
    <w:p>
      <w:pPr>
        <w:jc w:val="right"/>
      </w:pPr>
      <w:r>
        <w:t>یہ سب بالکل ایبسرڈ ہے، ایبسرڈ۔ اللہ کے اسکیم کے خلاف ہیں یہ باتیں۔</w:t>
      </w:r>
    </w:p>
    <w:p>
      <w:r>
        <w:rPr>
          <w:b/>
        </w:rPr>
        <w:t xml:space="preserve">[54:28] </w:t>
      </w:r>
      <w:r>
        <w:t>yeh allah ki scheme nahi hai ke aap inhi cheezon mein phanse rahen aur shikayaten karen, protest karen. is ke liye suicide bombing ke tak pahunch kar karne lagay.</w:t>
      </w:r>
    </w:p>
    <w:p>
      <w:pPr>
        <w:jc w:val="right"/>
      </w:pPr>
      <w:r>
        <w:t>یہ اللہ کی اسکیم نہیں ہے کہ آپ انہی چیزوں میں پھنسے رہیں اور شکایتیں کریں، پروٹیسٹ کریں۔ اس کے لیے سوئسائیڈ بمبنگ کے تک پہنچ کر کرنے لگے۔</w:t>
      </w:r>
    </w:p>
    <w:p>
      <w:r>
        <w:rPr>
          <w:b/>
        </w:rPr>
        <w:t xml:space="preserve">[54:40] </w:t>
      </w:r>
      <w:r>
        <w:t>yeh shikayati zehn yahan tak pahuncha, itna itna pahuncha ke musalman aaj kal suicide bombing karte rehte hain, jis mein un ko shikayaten hain, apne ko maar kar us ko halak karna.</w:t>
      </w:r>
    </w:p>
    <w:p>
      <w:pPr>
        <w:jc w:val="right"/>
      </w:pPr>
      <w:r>
        <w:t>یہ شکایتی ذہن یہاں تک پہنچا، اتنا اتنا پہنچا کہ مسلمان آج کل سوئسائیڈ بمبنگ کرتے رہتے ہیں، جس میں ان کو شکایتیں ہیں، اپنے کو مار کر اس کو ہلاک کرنا۔</w:t>
      </w:r>
    </w:p>
    <w:p>
      <w:r>
        <w:rPr>
          <w:b/>
        </w:rPr>
        <w:t xml:space="preserve">[54:57] </w:t>
      </w:r>
      <w:r>
        <w:t>to dekhiye, main aap ko 25 bol deta hoon. 25 bola.</w:t>
      </w:r>
    </w:p>
    <w:p>
      <w:pPr>
        <w:jc w:val="right"/>
      </w:pPr>
      <w:r>
        <w:t>تو دیکھیے، میں آپ کو 25 بولا دیتا ہوں۔ 25 بولا۔</w:t>
      </w:r>
    </w:p>
    <w:p>
      <w:r>
        <w:rPr>
          <w:b/>
        </w:rPr>
        <w:t xml:space="preserve">[55:07] </w:t>
      </w:r>
      <w:r>
        <w:t>ek yeh hai ke hum kitna hi bakhar ban jayen, lekin sara insaan jo hai, allah ke raaste par aa jaye, yeh mumkin nahi hai.</w:t>
      </w:r>
    </w:p>
    <w:p>
      <w:pPr>
        <w:jc w:val="right"/>
      </w:pPr>
      <w:r>
        <w:t>ایک یہ ہے کہ ہم کتنا ہی باخر بن جائیں، لیکن سارا انسان جو ہے، اللہ کے راستے پر آ جائے، یہ ممکن نہیں ہے۔</w:t>
      </w:r>
    </w:p>
    <w:p>
      <w:r>
        <w:rPr>
          <w:b/>
        </w:rPr>
        <w:t xml:space="preserve">[55:18] </w:t>
      </w:r>
      <w:r>
        <w:t>na pehle hua, na aaj ho sakta hai.</w:t>
      </w:r>
    </w:p>
    <w:p>
      <w:pPr>
        <w:jc w:val="right"/>
      </w:pPr>
      <w:r>
        <w:t>نہ پہلے ہوا، نہ آج ہو سکتا ہے۔</w:t>
      </w:r>
    </w:p>
    <w:p>
      <w:r>
        <w:rPr>
          <w:b/>
        </w:rPr>
        <w:t xml:space="preserve">[55:23] </w:t>
      </w:r>
      <w:r>
        <w:t>kyun ke itne zyada shaitani taqaze hain, itne zyada nafsani taqaze hain, itne zyada logon ko behkane wali cheezen hain ke woh jo pehle history thi, wohi aaj bhi hai ke yeh mumkin nahi hai ke sare ke sare log aap ki baaten chahe keh dalen, aap sab kuch tab bhi</w:t>
      </w:r>
    </w:p>
    <w:p>
      <w:pPr>
        <w:jc w:val="right"/>
      </w:pPr>
      <w:r>
        <w:t>کیونکہ اتنے زیادہ شیطانی تقاضے ہیں، اتنے زیادہ نفسانی تقاضے ہیں، اتنے زیادہ لوگوں کو بہکانے والی چیزیں ہیں کہ وہ جو پہلے ہسٹری تھی، وہی آج بھی ہے کہ یہ ممکن نہیں ہے کہ سارے کے سارے لوگ آپ کی باتیں چاہے کہہ ڈالیں، آپ سب کچھ تب بھی</w:t>
      </w:r>
    </w:p>
    <w:p>
      <w:r>
        <w:rPr>
          <w:b/>
        </w:rPr>
        <w:t xml:space="preserve">[55:47] </w:t>
      </w:r>
      <w:r>
        <w:t>walaw harast bimuminin ke woh un woh allah ke raaste par aa jayen. lekin woh ayen ya na ayen, yeh un ka kaam hai.</w:t>
      </w:r>
    </w:p>
    <w:p>
      <w:pPr>
        <w:jc w:val="right"/>
      </w:pPr>
      <w:r>
        <w:t>ولو حرصت بمؤمنین کہ وہ ان وہ اللہ کے راستے پر آ جائیں۔ لیکن وہ آئیں یا نہ آئیں، یہ ان کا کام ہے۔</w:t>
      </w:r>
    </w:p>
    <w:p>
      <w:r>
        <w:rPr>
          <w:b/>
        </w:rPr>
        <w:t xml:space="preserve">[55:58] </w:t>
      </w:r>
      <w:r>
        <w:t>hamara kaam hai pahunchana.</w:t>
      </w:r>
    </w:p>
    <w:p>
      <w:pPr>
        <w:jc w:val="right"/>
      </w:pPr>
      <w:r>
        <w:t>ہمارا کام ہے پہنچانا۔</w:t>
      </w:r>
    </w:p>
    <w:p>
      <w:r>
        <w:rPr>
          <w:b/>
        </w:rPr>
        <w:t xml:space="preserve">[56:03] </w:t>
      </w:r>
      <w:r>
        <w:t>yeh woh aate hain ya nahi aate, woh Allah ke raste ko ikhtiyar karte hain ya nahi karte, yeh un ka kaam hai. Hamara kaam hai pahunchana.</w:t>
      </w:r>
    </w:p>
    <w:p>
      <w:pPr>
        <w:jc w:val="right"/>
      </w:pPr>
      <w:r>
        <w:t>یہ وہ آتے ہیں یا نہیں آتے، وہ اللہ کے راستے کو اختیار کرتے ہیں یا نہیں کرتے، یہ ان کا کام ہے۔ ہمارا کام ہے پہنچانا۔</w:t>
      </w:r>
    </w:p>
    <w:p>
      <w:r>
        <w:rPr>
          <w:b/>
        </w:rPr>
        <w:t xml:space="preserve">[56:15] </w:t>
      </w:r>
      <w:r>
        <w:t>to dekhiye, 25 mein pehli baat yeh hai ke dekhiye, Quran utra hai Arabi zaban mein.</w:t>
      </w:r>
    </w:p>
    <w:p>
      <w:pPr>
        <w:jc w:val="right"/>
      </w:pPr>
      <w:r>
        <w:t>تو دیکھیے، 25 میں پہلی بات یہ ہے کہ دیکھیے، قرآن اترا ہے عربی زبان میں۔</w:t>
      </w:r>
    </w:p>
    <w:p>
      <w:r>
        <w:rPr>
          <w:b/>
        </w:rPr>
        <w:t xml:space="preserve">[56:25] </w:t>
      </w:r>
      <w:r>
        <w:t>Arabi zaban mein insanon ki zabanein hamein to bohat sari hain, ek hazar zabanein hain. To Arabi parh kar to samajh nahi sakte woh.</w:t>
      </w:r>
    </w:p>
    <w:p>
      <w:pPr>
        <w:jc w:val="right"/>
      </w:pPr>
      <w:r>
        <w:t>عربی زبان میں انسانوں کی زبانیں ہمیں تو بہت ساری ہیں، ایک ہزار زبانیں ہیں۔ تو عربی پڑھ کر تو سمجھ نہیں سکتے وہ۔</w:t>
      </w:r>
    </w:p>
    <w:p>
      <w:r>
        <w:rPr>
          <w:b/>
        </w:rPr>
        <w:t xml:space="preserve">[56:39] </w:t>
      </w:r>
      <w:r>
        <w:t>to hamein un ki zaban mein tarjuma kar ke un ko pahunchana hai.</w:t>
      </w:r>
    </w:p>
    <w:p>
      <w:pPr>
        <w:jc w:val="right"/>
      </w:pPr>
      <w:r>
        <w:t>تو ہمیں ان کی زبان میں ترجمہ کر کے ان کو پہنچانا ہے۔</w:t>
      </w:r>
    </w:p>
    <w:p>
      <w:r>
        <w:rPr>
          <w:b/>
        </w:rPr>
        <w:t xml:space="preserve">[56:45] </w:t>
      </w:r>
      <w:r>
        <w:t>English language aaj kal international language ban gayi hai. To kam se kam Angrezi mein to hum sab ko pahuncha dein aur phir doosre zabano mein pahunchayein.</w:t>
      </w:r>
    </w:p>
    <w:p>
      <w:pPr>
        <w:jc w:val="right"/>
      </w:pPr>
      <w:r>
        <w:t>انگلش لینگویج آج کل انٹرنیشنل لینگویج بن گئی ہے۔ تو کم سے کم انگریزی میں تو ہم سب کو پہنچا دیں اور پھر دوسرے زبانوں میں پہنچائیں۔</w:t>
      </w:r>
    </w:p>
    <w:p>
      <w:r>
        <w:rPr>
          <w:b/>
        </w:rPr>
        <w:t xml:space="preserve">[57:00] </w:t>
      </w:r>
      <w:r>
        <w:t>to ek yeh hai ke yeh printing press jo aaya hai, yeh ab mumkin jo ho gaya hai ke chhaap kar ke logon ko diya ja sake.</w:t>
      </w:r>
    </w:p>
    <w:p>
      <w:pPr>
        <w:jc w:val="right"/>
      </w:pPr>
      <w:r>
        <w:t>تو ایک یہ ہے کہ یہ پرنٹنگ پریس جو آیا ہے، یہ اب ممکن جو ہو گیا ہے کہ چھاپ کر کے لوگوں کو دیا سکے۔</w:t>
      </w:r>
    </w:p>
    <w:p>
      <w:r>
        <w:rPr>
          <w:b/>
        </w:rPr>
        <w:t xml:space="preserve">[57:09] </w:t>
      </w:r>
      <w:r>
        <w:t>to har shakhs ka yeh ek ek sab se bari tamanna honi chahiye ke is ke haath se 200 tak Quran ka tarjuma pahunch jaye.</w:t>
      </w:r>
    </w:p>
    <w:p>
      <w:pPr>
        <w:jc w:val="right"/>
      </w:pPr>
      <w:r>
        <w:t>تو ہر شخص کا یہ ایک ایک سب سے بڑی تمنا ہونی چاہیے کہ اس کے ہاتھ سے 200 تک قرآن کا ترجمہ پہنچ جائے۔</w:t>
      </w:r>
    </w:p>
    <w:p>
      <w:r>
        <w:rPr>
          <w:b/>
        </w:rPr>
        <w:t xml:space="preserve">[57:21] </w:t>
      </w:r>
      <w:r>
        <w:t>aap kahin bhi hon, safar mein hon ya kahin bhi hon. Ab aaj kal ki zaban mein kya hai ke itna aasan ho</w:t>
      </w:r>
    </w:p>
    <w:p>
      <w:pPr>
        <w:jc w:val="right"/>
      </w:pPr>
      <w:r>
        <w:t>آپ کہیں بھی ہوں، سفر میں ہوں یا کہیں بھی ہوں۔ اب آج کل کی زبان میں کیا ہے کہ اتنا آسان ہو</w:t>
      </w:r>
    </w:p>
    <w:p>
      <w:r>
        <w:rPr>
          <w:b/>
        </w:rPr>
        <w:t xml:space="preserve">[57:31] </w:t>
      </w:r>
      <w:r>
        <w:t>gaya hai. Dekhiye, yeh conferenceon ka zamana hai, tourism ka zamana hai, business ke liye aur tarah tarah ke maqsad ke log jate hain yahan wahan.</w:t>
      </w:r>
    </w:p>
    <w:p>
      <w:pPr>
        <w:jc w:val="right"/>
      </w:pPr>
      <w:r>
        <w:t>گیا ہے۔ دیکھیے، یہ کانفرنسوں کا زمانہ ہے، ٹورزم کا زمانہ ہے، بزنس کے لیے اور طرح طرح کے مقصد کے لوگ جاتے ہیں یہاں وہاں۔</w:t>
      </w:r>
    </w:p>
    <w:p>
      <w:r>
        <w:rPr>
          <w:b/>
        </w:rPr>
        <w:t xml:space="preserve">[57:40] </w:t>
      </w:r>
      <w:r>
        <w:t>woh har jagah aap ko mil sakte hain ke hum ko printed form Quran dein. Doosri cheez yeh hai ke seekhne wale ko talash kijiye.</w:t>
      </w:r>
    </w:p>
    <w:p>
      <w:pPr>
        <w:jc w:val="right"/>
      </w:pPr>
      <w:r>
        <w:t>وہ ہر جگہ آپ کو بل مل سکتے ہیں کہ ہم کو پرنٹڈ فارم قرآن دیں۔ دوسری چیز یہ ہے کہ سیکھر کو تلاش کیجئے۔</w:t>
      </w:r>
    </w:p>
    <w:p>
      <w:r>
        <w:rPr>
          <w:b/>
        </w:rPr>
        <w:t xml:space="preserve">[57:52] </w:t>
      </w:r>
      <w:r>
        <w:t>jis ko aap seekhne wala payein, poori taqat sirf kar dijiye us ko. Us ko kitabein parhwaiye, us ke liye duayein kijiye.</w:t>
      </w:r>
    </w:p>
    <w:p>
      <w:pPr>
        <w:jc w:val="right"/>
      </w:pPr>
      <w:r>
        <w:t>جس کو آپ سیکھر پائیں، پوری طاقت صرف کر دیجئے اس کو۔ اس کو کتابیں پڑھوائیے، اس کے لیے دعائیں کیجئے۔</w:t>
      </w:r>
    </w:p>
    <w:p>
      <w:r>
        <w:rPr>
          <w:b/>
        </w:rPr>
        <w:t xml:space="preserve">[58:00] </w:t>
      </w:r>
      <w:r>
        <w:t>to individual ki satah par jo seekhne wala mil jaye aap ko, us ke liye poori taqat sirf kijiye. Aur poori humanity ki satah par yeh koshish kijiye ke Quran sab ko pahunch jaye.</w:t>
      </w:r>
    </w:p>
    <w:p>
      <w:pPr>
        <w:jc w:val="right"/>
      </w:pPr>
      <w:r>
        <w:t>تو انڈیویجول کی سطح پر جو سیکھر مل جائے آپ کو، اس کے لیے پوری طاقت صرف کیجئے۔ اور پوری ہیومینٹی کی سطح پر یہ کوشش کیجئے کہ قرآن سب کو پہنچ جائے۔</w:t>
      </w:r>
    </w:p>
    <w:p>
      <w:r>
        <w:rPr>
          <w:b/>
        </w:rPr>
        <w:t xml:space="preserve">[58:15] </w:t>
      </w:r>
      <w:r>
        <w:t>to aam taur par Quran pahunchana aur anfradi satah par seekhne wale ko talash kar ke us ko koshish karna ke woh Allah ke raste par aa jaye.</w:t>
      </w:r>
    </w:p>
    <w:p>
      <w:pPr>
        <w:jc w:val="right"/>
      </w:pPr>
      <w:r>
        <w:t>تو عمومی طور پر قرآن پہنچانا اور انفرادی سطح پر سیکھر کو تلاش کر کے اس کو کوشش کرنا کہ وہ اللہ کے راستے پر آ جائے۔</w:t>
      </w:r>
    </w:p>
    <w:p>
      <w:r>
        <w:rPr>
          <w:b/>
        </w:rPr>
        <w:t xml:space="preserve">[58:28] </w:t>
      </w:r>
      <w:r>
        <w:t>yeh do yeh 25 formula hai. To individual ki satah par bilashuba aap ko aise log milenge jo seekhne wale hon aur aur aap ki baat ko maan lein.</w:t>
      </w:r>
    </w:p>
    <w:p>
      <w:pPr>
        <w:jc w:val="right"/>
      </w:pPr>
      <w:r>
        <w:t>یہ دو یہ 25 فارمولا ہے۔ تو انڈیویجول کی سطح پر بلاشبہ آپ کو ایسے لوگ ملیں گے جو سیکھر ہوں اور اور آپ کی بات کو مان لیں۔</w:t>
      </w:r>
    </w:p>
    <w:p>
      <w:r>
        <w:rPr>
          <w:b/>
        </w:rPr>
        <w:t xml:space="preserve">[58:41] </w:t>
      </w:r>
      <w:r>
        <w:t>lekin poora jo majmooa insani jo hai, seven billion insanon ka, to uska koi imkan nahi ke sab log aap ki baat maan lein. Lekin pahuncha to sakte hain hum un ko mukhtalif tareeqon se.</w:t>
      </w:r>
    </w:p>
    <w:p>
      <w:pPr>
        <w:jc w:val="right"/>
      </w:pPr>
      <w:r>
        <w:t>لیکن پورا جو مجموعہ انسانی جو ہے، سیون بلین انسانوں کا، تو اس کا کوئی امکان نہیں کہ سب لوگ آپ کی بات مانیں۔ لیکن پہنچا تو سکتے ہیں ہم ان کو مختلف طریقے سے۔</w:t>
      </w:r>
    </w:p>
    <w:p>
      <w:r>
        <w:rPr>
          <w:b/>
        </w:rPr>
        <w:t xml:space="preserve">[58:55] </w:t>
      </w:r>
      <w:r>
        <w:t>to mass ki satah par pahunchana, individual ki satah par un ko train kar ke Allah ke raste par lana. Meri dua hai ke hum aap is raste par apne aap ko laga dein aur Allah hamari madad farmaye.</w:t>
      </w:r>
    </w:p>
    <w:p>
      <w:pPr>
        <w:jc w:val="right"/>
      </w:pPr>
      <w:r>
        <w:t>تو ماسک کی سطح پر پہنچانا، انڈیویجول کی سطح پر ان کو ٹرینڈ کر کے اللہ کے راستے پر لانا۔ میری دعا ہے کہ ہم آپ اس راستے پر اپنے آپ کو لگا دیں اور اللہ ہماری مدد فرمائے۔</w:t>
      </w:r>
    </w:p>
    <w:p>
      <w:r>
        <w:rPr>
          <w:b/>
        </w:rPr>
        <w:t xml:space="preserve">[59:12] </w:t>
      </w:r>
      <w:r>
        <w:t>أقول قولي هذا واستغفراللہ لي ولكم مني.</w:t>
      </w:r>
    </w:p>
    <w:p>
      <w:pPr>
        <w:jc w:val="right"/>
      </w:pPr>
      <w:r>
        <w:t>أقول قولي هذا واستغفراللہ لي ولكم مني.</w:t>
      </w:r>
    </w:p>
    <w:p>
      <w:r>
        <w:rPr>
          <w:b/>
        </w:rPr>
        <w:t xml:space="preserve">[59:29] </w:t>
      </w:r>
      <w:r>
        <w:t>Maulana, yeh sawal Mr Abdul Latif Sahab ka hai, Karachi, Pakistan se. Unhon ne likha hai: "Ek baap islah ke khatir apne teen naujawan beton se kehta hai ke jab tak tum gutka paan aur cigarette wagera nahi chhodoge, tab tak main ghar nahi aaunga." Aur woh sahab kai roz se apne bhai ke haan thehre hue hain.</w:t>
      </w:r>
    </w:p>
    <w:p>
      <w:pPr>
        <w:jc w:val="right"/>
      </w:pPr>
      <w:r>
        <w:t>مولانا، یہ سوال مسٹر عبداللطیف صاحب کا ہے، کراچی، پاکستان سے۔ انہوں نے لکھا ہے: "ایک باپ اصلاح کے خاطر اپنے تین نوجوان بیٹوں سے کہتا ہے کہ جب تک تم گٹکا پان اور سگریٹ وغیرہ نہیں چھوڑو گے، تب تک میں گھر نہیں آؤں گا۔" اور وہ صاحب کئی روز سے اپنے بھائی کے ہاں ٹھہرے ہوئے ہیں۔</w:t>
      </w:r>
    </w:p>
    <w:p>
      <w:r>
        <w:rPr>
          <w:b/>
        </w:rPr>
        <w:t xml:space="preserve">[59:56] </w:t>
      </w:r>
      <w:r>
        <w:t>Maulana Sahab, kya baap ka yeh amal aulad ki islah kar dega? Kabhi nahi. Is se islah nahi hoti.</w:t>
      </w:r>
    </w:p>
    <w:p>
      <w:pPr>
        <w:jc w:val="right"/>
      </w:pPr>
      <w:r>
        <w:t>مولانا صاحب، کیا باپ کا یہ عمل اولاد کی اصلاح کر دے گا؟ کبھی نہیں۔ اس سے اصلاح نہیں ہوتی۔</w:t>
      </w:r>
    </w:p>
    <w:p>
      <w:r>
        <w:rPr>
          <w:b/>
        </w:rPr>
        <w:t xml:space="preserve">[1:00:07] </w:t>
      </w:r>
      <w:r>
        <w:t>Islah ka taluq jo hai, mind ki re-engineering. Aadmi wahi karta hai jo us ke bare mein aap us ko convince kar dein, us ke dimagh mein utar dein.</w:t>
      </w:r>
    </w:p>
    <w:p>
      <w:pPr>
        <w:jc w:val="right"/>
      </w:pPr>
      <w:r>
        <w:t>اصلاح کا تعلق جو ہے، مائنڈ کی ری انجینئرنگ۔ آدمی وہی کرتا ہے جو اس کو بارے میں آپ اس کو کنونس کر دیں، اس کے دماغ میں اتار دیں۔</w:t>
      </w:r>
    </w:p>
    <w:p>
      <w:r>
        <w:rPr>
          <w:b/>
        </w:rPr>
        <w:t xml:space="preserve">[1:00:24] </w:t>
      </w:r>
      <w:r>
        <w:t>Jis baat ke liye aap convince na kar sakein, us ke liye aap yeh umeed bhi nahi kar sakte ke woh amal amal karega.</w:t>
      </w:r>
    </w:p>
    <w:p>
      <w:pPr>
        <w:jc w:val="right"/>
      </w:pPr>
      <w:r>
        <w:t>جس بات کے لیے آپ کنونس نہ کر سکیں، اس کے لیے آپ یہ امید بھی نہیں کر سکتے کہ وہ عمل عمل کرے گا۔</w:t>
      </w:r>
    </w:p>
    <w:p>
      <w:r>
        <w:rPr>
          <w:b/>
        </w:rPr>
        <w:t xml:space="preserve">[1:00:33] </w:t>
      </w:r>
      <w:r>
        <w:t>Us ke upar aise baap jo hain, khud galati kar ke bachchon ko bigadte hain. Jab bigadte hain to us ke baad yeh sab harkatein karte hain. Jinka aap keh rahe hain, woh yaqeenan hi is not an exception.</w:t>
      </w:r>
    </w:p>
    <w:p>
      <w:pPr>
        <w:jc w:val="right"/>
      </w:pPr>
      <w:r>
        <w:t>اس کے اوپر ایسے باپ جو ہیں، خود غلطی کر کے بچوں کو بگاڑتے ہیں۔ جب بگاڑتے ہیں تو اس کے بعد یہ سب حرکتیں کرتے ہیں۔ جن کا آپ کہہ رہے ہیں، وہ یقینا ہی از ناٹ این ایکسیپشن۔</w:t>
      </w:r>
    </w:p>
    <w:p>
      <w:r>
        <w:rPr>
          <w:b/>
        </w:rPr>
        <w:t xml:space="preserve">[1:00:48] </w:t>
      </w:r>
      <w:r>
        <w:t>Dekhiye, ek bigad ka aaghaz kahan se hota hai</w:t>
      </w:r>
    </w:p>
    <w:p>
      <w:pPr>
        <w:jc w:val="right"/>
      </w:pPr>
      <w:r>
        <w:t>دیکھیے، ایک بگاڑ کا آغاز کہاں سے ہوتا ہے</w:t>
      </w:r>
    </w:p>
    <w:p>
      <w:r>
        <w:rPr>
          <w:b/>
        </w:rPr>
        <w:t xml:space="preserve">[1:00:50] </w:t>
      </w:r>
      <w:r>
        <w:t>? Bigad ka hota hai pampering se, easy money se, jo jiska jo bazahir khud baap hota hai.</w:t>
      </w:r>
    </w:p>
    <w:p>
      <w:pPr>
        <w:jc w:val="right"/>
      </w:pPr>
      <w:r>
        <w:t>؟ بگاڑ کا ہوتا ہے پیمپرنگ سے، ایزی منی سے، جو جس کا جو بظاہر خود باپ ہوتا ہے۔</w:t>
      </w:r>
    </w:p>
    <w:p>
      <w:r>
        <w:rPr>
          <w:b/>
        </w:rPr>
        <w:t xml:space="preserve">[1:01:00] </w:t>
      </w:r>
      <w:r>
        <w:t>Jitne bachche bigadte hain, one to all, sab ki jad mein kya hota hai? Pampering aur easy money. To yeh to baap khud zimmedar hai, apni islah karein.</w:t>
      </w:r>
    </w:p>
    <w:p>
      <w:pPr>
        <w:jc w:val="right"/>
      </w:pPr>
      <w:r>
        <w:t>جتنے بچے بگڑتے ہیں، ون ٹو آل، سب کی جڑ میں کیا ہوتا ہے؟ پیمپرنگ اور ایزی منی۔ تو یہ تو باپ خود ذمہ دار ہے، اپنی اصلاح کریں۔</w:t>
      </w:r>
    </w:p>
    <w:p>
      <w:r>
        <w:rPr>
          <w:b/>
        </w:rPr>
        <w:t xml:space="preserve">[1:01:10] </w:t>
      </w:r>
      <w:r>
        <w:t>woh yeh ghussa jo kar rahay hain, apnay oopar ghussa karein. woh aap pata kijiye to woh baap ne zaroor yahi sab kiya hoga,</w:t>
      </w:r>
    </w:p>
    <w:p>
      <w:pPr>
        <w:jc w:val="right"/>
      </w:pPr>
      <w:r>
        <w:t>وہ یہ غصہ جو کر رہے ہیں، اپنے اوپر غصہ کریں۔ وہ آپ پتہ کیجئے تو وہ باپ نے ضرور یہی سب کیا ہوگا،</w:t>
      </w:r>
    </w:p>
    <w:p>
      <w:r>
        <w:rPr>
          <w:b/>
        </w:rPr>
        <w:t xml:space="preserve">[1:01:19] </w:t>
      </w:r>
      <w:r>
        <w:t>khoob pampering aur khoob easy money. to to bigar rahay hain, bachay bigar rahay hain, kyun nahi bigarein ge? ab ghussa dikhate hain. aisa ghussa bilkul aik stepped kaam hai, is se koi islaah nahi ho sakti.</w:t>
      </w:r>
    </w:p>
    <w:p>
      <w:pPr>
        <w:jc w:val="right"/>
      </w:pPr>
      <w:r>
        <w:t>خوب پیمپرنگ اور خوب ایزی منی۔ تو تو بگڑ رہے ہیں، بچے بگڑ رہے ہیں، کیوں نہیں بگڑیں گے؟ اب غصہ دکھاتے ہیں۔ ایسا غصہ بالکل ایک سٹیپڈ کام ہے، اس سے کوئی اصلاح نہیں ہو سکتی۔</w:t>
      </w:r>
    </w:p>
    <w:p>
      <w:r>
        <w:rPr>
          <w:b/>
        </w:rPr>
        <w:t xml:space="preserve">[1:01:32] </w:t>
      </w:r>
      <w:r>
        <w:t>is se Maulana, doosra sawal un ki wife ka hai, Karachi, Pakistan se hi.</w:t>
      </w:r>
    </w:p>
    <w:p>
      <w:pPr>
        <w:jc w:val="right"/>
      </w:pPr>
      <w:r>
        <w:t>اس سے مولانا، دوسرا سوال ان کی وائف کا ہے، کراچی، پاکستان سے ہی۔</w:t>
      </w:r>
    </w:p>
    <w:p>
      <w:r>
        <w:rPr>
          <w:b/>
        </w:rPr>
        <w:t xml:space="preserve">[1:01:40] </w:t>
      </w:r>
      <w:r>
        <w:t>unhon ne likha hai ke "jo log zaroorat aur hiras ke darmiyan farq nahi paate, wohi log sab se zyada tension aur stress mein jeetay hain." Maulana sahib, mera sawal yeh hai ke aakhir jo cheezein logon ki pareshani aur stress ka sabab hain, woh cheezein log apni zindagi se door kyun nahi kar letay?</w:t>
      </w:r>
    </w:p>
    <w:p>
      <w:pPr>
        <w:jc w:val="right"/>
      </w:pPr>
      <w:r>
        <w:t>انہوں نے لکھا ہے کہ "جو لوگ ضرورت اور حرص کے درمیان فرق نہیں پاتے، وہی لوگ سب سے زیادہ ٹینشن اور سٹریس میں جیتے ہیں۔" مولانا صاحب، میرا سوال یہ ہے کہ آخر جو چیزیں لوگوں کی پریشانی اور سٹریس کا سبب ہیں، وہ چیزیں لوگ اپنی زندگی سے دور کیوں نہیں کر لیتے؟</w:t>
      </w:r>
    </w:p>
    <w:p>
      <w:r>
        <w:rPr>
          <w:b/>
        </w:rPr>
        <w:t xml:space="preserve">[1:02:04] </w:t>
      </w:r>
      <w:r>
        <w:t>is ke baray mein batayein. logon ko maloom hi nahi hai. hamaray mission ke bahar kabhi kisi ne kuch bataya bhi nahi.</w:t>
      </w:r>
    </w:p>
    <w:p>
      <w:pPr>
        <w:jc w:val="right"/>
      </w:pPr>
      <w:r>
        <w:t>اس کے بارے میں بتائیں۔ لوگوں کو معلوم ہی نہیں ہے۔ ہمارے مشن کے باہر کبھی کسی نے کچھ بتایا بھی نہیں۔</w:t>
      </w:r>
    </w:p>
    <w:p>
      <w:r>
        <w:rPr>
          <w:b/>
        </w:rPr>
        <w:t xml:space="preserve">[1:02:10] </w:t>
      </w:r>
      <w:r>
        <w:t>mujhe batayein, kaun si kitaab mein yeh baatein likhi hui hain ya kahan hai ke taqreeban log yeh baatein kehtay hain? hamaray mission mein pehli baar yeh baat batai ja rahi hai.</w:t>
      </w:r>
    </w:p>
    <w:p>
      <w:pPr>
        <w:jc w:val="right"/>
      </w:pPr>
      <w:r>
        <w:t>مجھے بتائیں، کون سی کتاب میں یہ باتیں لکھی ہوئی ہیں یا کہاں ہے کہ تقریباً لوگ یہ باتیں کہتے ہیں؟ ہمارے مشن میں پہلی بار یہ بات بتائی جا رہی ہے۔</w:t>
      </w:r>
    </w:p>
    <w:p>
      <w:r>
        <w:rPr>
          <w:b/>
        </w:rPr>
        <w:t xml:space="preserve">[1:02:21] </w:t>
      </w:r>
      <w:r>
        <w:t>to aap hamaray mission mein jo baatein kahein, un ko aam kijiye. yeh jo lecture hota hai, is lecture ko logon ko sunwaiye kyunke is ka CD hota hai, internet pe woh maujood rehta hai.</w:t>
      </w:r>
    </w:p>
    <w:p>
      <w:pPr>
        <w:jc w:val="right"/>
      </w:pPr>
      <w:r>
        <w:t>تو آپ ہمارے مشن میں جو باتیں کہیں، ان کو عام کیجئے۔ یہ جو لیکچر ہوتا ہے، اس لیکچر کو لوگوں کو سنوائیے کیونکہ اس کا سی ڈی ہوتا ہے، انٹرنیٹ پہ وہ موجود رہتا ہے۔</w:t>
      </w:r>
    </w:p>
    <w:p>
      <w:r>
        <w:rPr>
          <w:b/>
        </w:rPr>
        <w:t xml:space="preserve">[1:02:34] </w:t>
      </w:r>
      <w:r>
        <w:t>woh kitaabein parhwaiye. haqeeqat yeh hai ke log be-khabar hain baaton se.</w:t>
      </w:r>
    </w:p>
    <w:p>
      <w:pPr>
        <w:jc w:val="right"/>
      </w:pPr>
      <w:r>
        <w:t>وہ کتابیں پڑھوائیے۔ حقیقت یہ ہے کہ لوگ بے خبر ہیں باتوں سے۔</w:t>
      </w:r>
    </w:p>
    <w:p>
      <w:r>
        <w:rPr>
          <w:b/>
        </w:rPr>
        <w:t xml:space="preserve">[1:02:41] </w:t>
      </w:r>
      <w:r>
        <w:t>kisi ko khabar nahi siwaye is ke ke kuch rasmi aamaal jantay hain. rasmi aamaal jitni bhi tehreekein aap ke samnay chal rahi hain, kisi tehreek mein art of thinking par koi zor hi nahi hai,</w:t>
      </w:r>
    </w:p>
    <w:p>
      <w:pPr>
        <w:jc w:val="right"/>
      </w:pPr>
      <w:r>
        <w:t>کسی کو خبر نہیں سوائے اس کے کہ کچھ رسمی اعمال جانتے ہیں۔ رسمی اعمال جتنی بھی تحریکیں آپ کے سامنے چل رہی ہیں، کسی تحریک میں آرٹ آف تھنکنگ پر کوئی زور ہی نہیں ہے،</w:t>
      </w:r>
    </w:p>
    <w:p>
      <w:r>
        <w:rPr>
          <w:b/>
        </w:rPr>
        <w:t xml:space="preserve">[1:02:56] </w:t>
      </w:r>
      <w:r>
        <w:t>tafakkir par koi zor hi nahi hai, soch badalnay par koi zor hi nahi hai. kuch chali chalai baatein hain, isi ki dham machatay hain log, bheerh akatha kartay hain.</w:t>
      </w:r>
    </w:p>
    <w:p>
      <w:pPr>
        <w:jc w:val="right"/>
      </w:pPr>
      <w:r>
        <w:t>تفکیر پر کوئی زور ہی نہیں ہے، سوچ بدلنے پر کوئی زور ہی نہیں ہے۔ کچھ چلی چلائی باتیں ہیں، اسی کی دھم مچاتے ہیں لوگ، بھیڑ اکٹھا کرتے ہیں۔</w:t>
      </w:r>
    </w:p>
    <w:p>
      <w:r>
        <w:rPr>
          <w:b/>
        </w:rPr>
        <w:t xml:space="preserve">[1:03:07] </w:t>
      </w:r>
      <w:r>
        <w:t>yehi hamari tehreek jamaatein hain.</w:t>
      </w:r>
    </w:p>
    <w:p>
      <w:pPr>
        <w:jc w:val="right"/>
      </w:pPr>
      <w:r>
        <w:t>یہی ہماری تحریک جماعتیں ہیں۔</w:t>
      </w:r>
    </w:p>
    <w:p>
      <w:r>
        <w:rPr>
          <w:b/>
        </w:rPr>
        <w:t xml:space="preserve">[1:03:10] </w:t>
      </w:r>
      <w:r>
        <w:t>to aap hamari kitaabein parhwaiye, hamaray kahein logon ko sunwaiye. yehi hal hai aur koi doosra hal nahi hai.</w:t>
      </w:r>
    </w:p>
    <w:p>
      <w:pPr>
        <w:jc w:val="right"/>
      </w:pPr>
      <w:r>
        <w:t>تو آپ ہمارے کتابیں پڑھوائیے، ہمارے کہیں لوگوں کو سنوائیے۔ یہی حل ہے اور کوئی دوسرا حل نہیں ہے۔</w:t>
      </w:r>
    </w:p>
    <w:p>
      <w:r>
        <w:rPr>
          <w:b/>
        </w:rPr>
        <w:t xml:space="preserve">[1:03:21] </w:t>
      </w:r>
      <w:r>
        <w:t>Maulana, agla sawal lainay se pehlay aik comment parhna chahein ge jo Mr. Khwaja Kaleemuddin ne bheja hai, abhi Pennsylvania, USA se.</w:t>
      </w:r>
    </w:p>
    <w:p>
      <w:pPr>
        <w:jc w:val="right"/>
      </w:pPr>
      <w:r>
        <w:t>مولانا، اگلا سوال لینے سے پہلے ایک کمنٹ پڑھنا چاہیں گے جو مسٹر خواجہ کلیم الدین نے بھیجا ہے، ابھی پینسلوینیا، یو ایس اے سے۔</w:t>
      </w:r>
    </w:p>
    <w:p>
      <w:r>
        <w:rPr>
          <w:b/>
        </w:rPr>
        <w:t xml:space="preserve">[1:03:31] </w:t>
      </w:r>
      <w:r>
        <w:t>unhon ne likha hai: "Maulana sahib, you are absolutely right that in non-Muslim countries, there are no problems either from Muslims or non-Muslims in distributing Quran.</w:t>
      </w:r>
    </w:p>
    <w:p>
      <w:pPr>
        <w:jc w:val="right"/>
      </w:pPr>
      <w:r>
        <w:t>انہوں نے لکھا ہے: "مولانا صاحب، یو آر ایبسولیوٹلی رائٹ دیٹ ان نان مسلم کنٹریز، دیر آر نو پرابلمز ایتھر فرام مسلمز اور نان مسلمز ان ڈسٹریبیوٹنگ قرآن۔</w:t>
      </w:r>
    </w:p>
    <w:p>
      <w:r>
        <w:rPr>
          <w:b/>
        </w:rPr>
        <w:t xml:space="preserve">[1:03:43] </w:t>
      </w:r>
      <w:r>
        <w:t>here in America, a number of Muslims and non-Muslims alike are obtaining Quran translation from us and distributing them on a grand scale.</w:t>
      </w:r>
    </w:p>
    <w:p>
      <w:pPr>
        <w:jc w:val="right"/>
      </w:pPr>
      <w:r>
        <w:t>ہیئر ان امریکہ، ا نمبر آف مسلمز اینڈ نان مسلمز الائک آر ابٹیننگ قرآن ٹرانسلیشن فرام اس اینڈ ڈسٹریبیوٹنگ دیم ان ا گرینڈ سکیل۔</w:t>
      </w:r>
    </w:p>
    <w:p>
      <w:r>
        <w:rPr>
          <w:b/>
        </w:rPr>
        <w:t xml:space="preserve">[1:03:54] </w:t>
      </w:r>
      <w:r>
        <w:t>we are falling short in fulfilling their requirements.</w:t>
      </w:r>
    </w:p>
    <w:p>
      <w:pPr>
        <w:jc w:val="right"/>
      </w:pPr>
      <w:r>
        <w:t>وی آر فالنگ شارٹ ان فلفلنگ دیر ریکوائرمنٹس۔</w:t>
      </w:r>
    </w:p>
    <w:p>
      <w:r>
        <w:rPr>
          <w:b/>
        </w:rPr>
        <w:t xml:space="preserve">[1:03:59] </w:t>
      </w:r>
      <w:r>
        <w:t>Maulana sahib, make dua for us that we may measure up to their expectations." yeh so called jo Islami mulk hain, sab se bari rukawat wohi hain.</w:t>
      </w:r>
    </w:p>
    <w:p>
      <w:pPr>
        <w:jc w:val="right"/>
      </w:pPr>
      <w:r>
        <w:t>مولانا صاحب، میک دعا فار اس دیٹ وی میژر اپ ٹو دیر ایکسپیکٹیشنز۔" یہ سو کالڈ جو اسلامی ملک ہیں، سب سے بڑی رکاوٹ وہی ہیں۔</w:t>
      </w:r>
    </w:p>
    <w:p>
      <w:r>
        <w:rPr>
          <w:b/>
        </w:rPr>
        <w:t xml:space="preserve">[1:04:11] </w:t>
      </w:r>
      <w:r>
        <w:t>so called Islami mulk har jagah dham machi hui hai, Islami nizam munafiz karo aur Islami shariat lao.</w:t>
      </w:r>
    </w:p>
    <w:p>
      <w:pPr>
        <w:jc w:val="right"/>
      </w:pPr>
      <w:r>
        <w:t>سو کالڈ اسلامی ملک ہر جگہ دھم مچی ہوئی ہے، اسلامی نظام منافذ کرو اور اسلامی شریعت لاؤ۔</w:t>
      </w:r>
    </w:p>
    <w:p>
      <w:r>
        <w:rPr>
          <w:b/>
        </w:rPr>
        <w:t xml:space="preserve">[1:04:20] </w:t>
      </w:r>
      <w:r>
        <w:t>yeh bilkul hi yani leadership hai, is ke siwa kuch bhi nahi. kyunke jahan bhi aisa hota hai, wohi rukawatein par jati hain. wohi qatal hai, wohi social bombing hai, wohi yeh sab kuch hai.</w:t>
      </w:r>
    </w:p>
    <w:p>
      <w:pPr>
        <w:jc w:val="right"/>
      </w:pPr>
      <w:r>
        <w:t>یہ بالکل ہی یعنی لیڈری ہے، اس کے سوا کچھ بھی نہیں۔ کیونکہ جہاں بھی ایسا ہوتا ہے، وہی رکاوٹیں پڑ جاتی ہیں۔ وہی قتل ہے، وہی سوشل بمبنگ ہے، وہی یہ سب کچھ ہے۔</w:t>
      </w:r>
    </w:p>
    <w:p>
      <w:r>
        <w:rPr>
          <w:b/>
        </w:rPr>
        <w:t xml:space="preserve">[1:04:35] </w:t>
      </w:r>
      <w:r>
        <w:t>yeh Islam ke naam par leadership ho rahi hai, is ka Islam se koi talluq nahi, koi talluq nahi. jo jo mulk apnay qisson mein batatay hain, sab se zyada wohi bhatkay hue hain, sab se zyada Islam ke rastay par rukawatein wohi log hain.</w:t>
      </w:r>
    </w:p>
    <w:p>
      <w:pPr>
        <w:jc w:val="right"/>
      </w:pPr>
      <w:r>
        <w:t>یہ اسلام کے نام پر لیڈری ہو رہی ہے، اس کا اسلام سے کوئی تعلق نہیں، کوئی تعلق نہیں۔ جو جو ملک اپنے قصوں میں بتاتے ہیں، سب سے زیادہ وہی بھٹکے ہوئے ہیں، سب سے زیادہ اسلام کے راستے پر رکاوٹیں وہی لوگ ہیں۔</w:t>
      </w:r>
    </w:p>
    <w:p>
      <w:r>
        <w:rPr>
          <w:b/>
        </w:rPr>
        <w:t xml:space="preserve">[1:04:55] </w:t>
      </w:r>
      <w:r>
        <w:t>Maulana, agla sawal Delhi se hai, Mr. Kundan Thak</w:t>
      </w:r>
    </w:p>
    <w:p>
      <w:pPr>
        <w:jc w:val="right"/>
      </w:pPr>
      <w:r>
        <w:t>مولانا، اگلا سوال دلی سے ہے، مسٹر کندن ٹھاک</w:t>
      </w:r>
    </w:p>
    <w:p>
      <w:r>
        <w:rPr>
          <w:b/>
        </w:rPr>
        <w:t xml:space="preserve">[1:04:59] </w:t>
      </w:r>
      <w:r>
        <w:t>ur ka. unhon ne likha hai: "I am a non-Muslim, but I believe in truth, and so I want to read Quran. But is it right to read Quran without converting to Muslim religion?</w:t>
      </w:r>
    </w:p>
    <w:p>
      <w:pPr>
        <w:jc w:val="right"/>
      </w:pPr>
      <w:r>
        <w:t>ور کا۔ انہوں نے لکھا ہے: "آئی ایم ا نان مسلم، بٹ آئی بیلیو ان ٹرتھ، اینڈ سو آئی وانٹ ٹو ریڈ قرآن۔ بٹ از اٹ رائٹ ٹو ریڈ قرآن ودا آؤٹ کنورٹنگ ٹو مسلم ریلیجن؟</w:t>
      </w:r>
    </w:p>
    <w:p>
      <w:r>
        <w:rPr>
          <w:b/>
        </w:rPr>
        <w:t xml:space="preserve">[1:05:12] </w:t>
      </w:r>
      <w:r>
        <w:t>kindly comment." nahi, conversion se koi talluq nahi. yeh to aik book hai, aap parhiye is ko. conversion aik alag cheez hai, is se koi is ka talluq nahi hai.</w:t>
      </w:r>
    </w:p>
    <w:p>
      <w:pPr>
        <w:jc w:val="right"/>
      </w:pPr>
      <w:r>
        <w:t>کائنڈلی کمنٹ۔" نہیں، کنورژن سے کوئی تعلق نہیں۔ یہ تو ایک بک ہے، آپ پڑھیے اس کو۔ کنورژن ایک الگ چیز ہے، اس سے کوئی اس کا تعلق نہیں ہے۔</w:t>
      </w:r>
    </w:p>
    <w:p>
      <w:r>
        <w:rPr>
          <w:b/>
        </w:rPr>
        <w:t xml:space="preserve">[1:05:27] </w:t>
      </w:r>
      <w:r>
        <w:t>yeh to aik seeking spirit jo hai, is ke tehat parhna chahiye. har kitaab seeking spirit. mein ne khud har kitaab parhi hai, har mazhab ki kitaab hai.</w:t>
      </w:r>
    </w:p>
    <w:p>
      <w:pPr>
        <w:jc w:val="right"/>
      </w:pPr>
      <w:r>
        <w:t>یہ تو ایک سیکھنگ سپرٹ جو ہے، اس کے تحت پڑھنا چاہیے۔ ہر کتاب سیکھنگ سپرٹ۔ میں نے خود ہر کتاب پڑھی ہے، ہر مذہب کی کتاب ہے۔</w:t>
      </w:r>
    </w:p>
    <w:p>
      <w:r>
        <w:rPr>
          <w:b/>
        </w:rPr>
        <w:t xml:space="preserve">[1:05:39] </w:t>
      </w:r>
      <w:r>
        <w:t>to yeh conversion aik alag masla hai, is se koi is ka talluq nahi hai. lekin har aadmi ko har baat ko jaanna chahiye aur soch samajh kar aik faisla karna chahiye.</w:t>
      </w:r>
    </w:p>
    <w:p>
      <w:pPr>
        <w:jc w:val="right"/>
      </w:pPr>
      <w:r>
        <w:t>تو یہ کنورژن ایک الگ مسئلہ ہے، اس سے کوئی اس کا تعلق نہیں ہے۔ لیکن ہر آدمی کو ہر بات کو جاننا چاہیے اور سوچ سمجھ کر ایک فیصلہ کرنا چاہیے۔</w:t>
      </w:r>
    </w:p>
    <w:p>
      <w:r>
        <w:rPr>
          <w:b/>
        </w:rPr>
        <w:t xml:space="preserve">[1:05:51] </w:t>
      </w:r>
      <w:r>
        <w:t>jab</w:t>
      </w:r>
    </w:p>
    <w:p>
      <w:pPr>
        <w:jc w:val="right"/>
      </w:pPr>
      <w:r>
        <w:t>جب</w:t>
      </w:r>
    </w:p>
    <w:p>
      <w:r>
        <w:rPr>
          <w:b/>
        </w:rPr>
        <w:t xml:space="preserve">[1:05:52] </w:t>
      </w:r>
      <w:r>
        <w:t>tak aap har baat ko janen ge nahin, tab tak aap ka faisla socha samjha faisla nahin hoga. to main main khud isi par qaim hoon ke main har cheez parta hoon,</w:t>
      </w:r>
    </w:p>
    <w:p>
      <w:pPr>
        <w:jc w:val="right"/>
      </w:pPr>
      <w:r>
        <w:t>تک آپ ہر بات کو جانیں گے نہیں، تب تک آپ کا فیصلہ سوچا سمجھا فیصلہ نہیں ہوگا۔ تو میں میں خود اسی پر قائم ہوں کہ میں ہر چیز پڑھتا ہوں،</w:t>
      </w:r>
    </w:p>
    <w:p>
      <w:r>
        <w:rPr>
          <w:b/>
        </w:rPr>
        <w:t xml:space="preserve">[1:06:07] </w:t>
      </w:r>
      <w:r>
        <w:t>har cheez parta hoon. aap ko mashwara doon ga ke har cheez parhiye aur phir khud faisla kijiye ke kya kya baat kaisi hai, kya baat kaisi hai.</w:t>
      </w:r>
    </w:p>
    <w:p>
      <w:pPr>
        <w:jc w:val="right"/>
      </w:pPr>
      <w:r>
        <w:t>ہر چیز پڑھتا ہوں۔ آپ کو مشورہ دوں گا کہ ہر چیز پڑھیے اور پھر خود فیصلہ کیجئے کہ کیا کیا بات کیسی ہے، کیا بات کیسی ہے۔</w:t>
      </w:r>
    </w:p>
    <w:p>
      <w:r>
        <w:rPr>
          <w:b/>
        </w:rPr>
        <w:t xml:space="preserve">[1:06:19] </w:t>
      </w:r>
      <w:r>
        <w:t>maulana, agla sawal dilli se hai, mister muhammad azeem sahib ka. unhon ne likha hai: "when i was reading the quran, where allah says: these are the words given by me, and there is no doubt in it.</w:t>
      </w:r>
    </w:p>
    <w:p>
      <w:pPr>
        <w:jc w:val="right"/>
      </w:pPr>
      <w:r>
        <w:t>مولانا، اگلا سوال دلی سے ہے، مسٹر محمد عظیم صاحب کا۔ انہوں نے لکھا ہے: "ون آئی واز ریڈنگ دی قرآن، ویئر اللہ سیز: دیز آر دا ورڈز گیون بائی می، اینڈ دیر از نو ڈاؤٹ ان اٹ۔</w:t>
      </w:r>
    </w:p>
    <w:p>
      <w:r>
        <w:rPr>
          <w:b/>
        </w:rPr>
        <w:t xml:space="preserve">[1:06:33] </w:t>
      </w:r>
      <w:r>
        <w:t>one of the christian came to me and asked: why god has to tell that there is no doubt in it? he is not willing to believe quran words." maulana sahib, how k</w:t>
      </w:r>
    </w:p>
    <w:p>
      <w:pPr>
        <w:jc w:val="right"/>
      </w:pPr>
      <w:r>
        <w:t>ون آف دا کرسچن کیم ٹو می اینڈ اسکڈ: وائی گاڈ ہیز ٹو ٹیل دیٹ دیر از نو ڈاؤٹ ان اٹ؟ ہی از ناٹ ویلنگ ٹو بیلیو قرآن ورڈز۔" مولانا صاحب، ہاؤ ک</w:t>
      </w:r>
    </w:p>
    <w:p>
      <w:r>
        <w:rPr>
          <w:b/>
        </w:rPr>
        <w:t xml:space="preserve">[1:06:45] </w:t>
      </w:r>
      <w:r>
        <w:t>en i convince him? yeh koi baat hi nahin hai, convince kya karna hai? yeh koi baat hi nahin hai, yeh koi baat hai. bataiye, yeh to yani word play hai,</w:t>
      </w:r>
    </w:p>
    <w:p>
      <w:pPr>
        <w:jc w:val="right"/>
      </w:pPr>
      <w:r>
        <w:t>ین آئی کنونس ہم؟ یہ کوئی بات ہی نہیں ہے، کنونس کیا کرنا ہے؟ یہ کوئی بات ہی نہیں ہے، یہ کوئی بات ہے۔ بتائیے، یہ تو یعنی ورڈ پلے ہے،</w:t>
      </w:r>
    </w:p>
    <w:p>
      <w:r>
        <w:rPr>
          <w:b/>
        </w:rPr>
        <w:t xml:space="preserve">[1:07:00] </w:t>
      </w:r>
      <w:r>
        <w:t>yeh koi argument nahin, koi logic nahin, koi reason nahin. yeh word play hai, yeh kuch bhi aise hi kehte rahiye.</w:t>
      </w:r>
    </w:p>
    <w:p>
      <w:pPr>
        <w:jc w:val="right"/>
      </w:pPr>
      <w:r>
        <w:t>یہ کوئی ارگیومنٹ نہیں، کوئی لاجک نہیں، کوئی ریزن نہیں۔ یہ ورڈ پلے ہے، یہ کچھ بھی ایسے ہی کہتے رہیے۔</w:t>
      </w:r>
    </w:p>
    <w:p>
      <w:r>
        <w:rPr>
          <w:b/>
        </w:rPr>
        <w:t xml:space="preserve">[1:07:08] </w:t>
      </w:r>
      <w:r>
        <w:t>aise logon ke sirf dua kijiye aur kuch nahin.</w:t>
      </w:r>
    </w:p>
    <w:p>
      <w:pPr>
        <w:jc w:val="right"/>
      </w:pPr>
      <w:r>
        <w:t>ایسے لوگوں کے صرف دعا کیجئے اور کچھ نہیں۔</w:t>
      </w:r>
    </w:p>
    <w:p>
      <w:r>
        <w:rPr>
          <w:b/>
        </w:rPr>
        <w:t xml:space="preserve">[1:07:13] </w:t>
      </w:r>
      <w:r>
        <w:t>maulana, agla sawal bangalore se aya hai, maulana farah salfi sahib ka. unhon ne aap se poocha hai ke "science is the search for truth, and religion is about obedience." is ka kya matlab hai?</w:t>
      </w:r>
    </w:p>
    <w:p>
      <w:pPr>
        <w:jc w:val="right"/>
      </w:pPr>
      <w:r>
        <w:t>مولانا، اگلا سوال بینگلور سے آیا ہے، مولانا فرح سلفی صاحب کا۔ انہوں نے آپ سے پوچھا ہے کہ "سائنس از دی سرچ فار ٹرتھ، اینڈ ریلیجن از اباؤٹ اوبیڈینس۔" اس کا کیا مطلب ہے؟</w:t>
      </w:r>
    </w:p>
    <w:p>
      <w:r>
        <w:rPr>
          <w:b/>
        </w:rPr>
        <w:t xml:space="preserve">[1:07:30] </w:t>
      </w:r>
      <w:r>
        <w:t>dekhiye, science ko sachai se matlab nahin hai. yeh galat kisi jis ne kaha hai ke science sachai ki talash ka naam hai, yeh galat hai.</w:t>
      </w:r>
    </w:p>
    <w:p>
      <w:pPr>
        <w:jc w:val="right"/>
      </w:pPr>
      <w:r>
        <w:t>دیکھیں، سائنس کو سچائی سے مطلب نہیں ہے۔ یہ غلط کسی جس نے کہا ہے کہ سائنس سچائی کی تلاش کا نام ہے، یہ غلط ہے۔</w:t>
      </w:r>
    </w:p>
    <w:p>
      <w:r>
        <w:rPr>
          <w:b/>
        </w:rPr>
        <w:t xml:space="preserve">[1:07:40] </w:t>
      </w:r>
      <w:r>
        <w:t>science ko sachai se koi matlab nahin hai. science ka matlab hai ke law of nature kya hai, is ko janna, fact kya hai, is ko janna.</w:t>
      </w:r>
    </w:p>
    <w:p>
      <w:pPr>
        <w:jc w:val="right"/>
      </w:pPr>
      <w:r>
        <w:t>سائنس کو سچائی سے کوئی مطلب نہیں ہے۔ سائنس کا مطلب ہے کہ لاء آف نیچر کیا ہے، اس کو جاننا، فیکٹ کیا ہے، اس کو جاننا۔</w:t>
      </w:r>
    </w:p>
    <w:p>
      <w:r>
        <w:rPr>
          <w:b/>
        </w:rPr>
        <w:t xml:space="preserve">[1:07:49] </w:t>
      </w:r>
      <w:r>
        <w:t>is se bas nahin ke woh sachai kya hai. sachai falsafe ka, sachai jo hai, falsafe ka, falsafi ka target hota hai, science ka nahin.</w:t>
      </w:r>
    </w:p>
    <w:p>
      <w:pPr>
        <w:jc w:val="right"/>
      </w:pPr>
      <w:r>
        <w:t>اس سے بس نہیں کہ وہ سچائی کیا ہے۔ سچائی فلسفے کا، سچائی جو ہے، فلسفے کا، فلسفی کا ٹارگٹ ہوتا ہے، سائنس کا نہیں۔</w:t>
      </w:r>
    </w:p>
    <w:p>
      <w:r>
        <w:rPr>
          <w:b/>
        </w:rPr>
        <w:t xml:space="preserve">[1:08:02] </w:t>
      </w:r>
      <w:r>
        <w:t>misalan, yeh pani hai, yeh science na janna chahiye ke yeh liquid kaise ban gaya,</w:t>
      </w:r>
    </w:p>
    <w:p>
      <w:pPr>
        <w:jc w:val="right"/>
      </w:pPr>
      <w:r>
        <w:t>مثلاً، یہ پانی ہے، یہ سائنس نہ جاننا چاہیے کہ یہ لیکوڈ کیسے بن گیا،</w:t>
      </w:r>
    </w:p>
    <w:p>
      <w:r>
        <w:rPr>
          <w:b/>
        </w:rPr>
        <w:t xml:space="preserve">[1:08:08] </w:t>
      </w:r>
      <w:r>
        <w:t>gas, gas liquid form mein kaise tabdeel ho gaya. is ka to matlab nahin sachai, yani jo hai, woh kya hai, jo hai, is ko explain karna.</w:t>
      </w:r>
    </w:p>
    <w:p>
      <w:pPr>
        <w:jc w:val="right"/>
      </w:pPr>
      <w:r>
        <w:t>گیس، گیس لیکوڈ فارم میں کیسے تبدیل ہو گیا۔ اس کا تو مطلب نہیں سچائی، یعنی جو ہے، وہ کیا ہے، جو ہے، اس کو ایکسپلین کرنا۔</w:t>
      </w:r>
    </w:p>
    <w:p>
      <w:r>
        <w:rPr>
          <w:b/>
        </w:rPr>
        <w:t xml:space="preserve">[1:08:19] </w:t>
      </w:r>
      <w:r>
        <w:t>bas sachai to falsafi ka ya mazhabi logon ka subject hota hai.</w:t>
      </w:r>
    </w:p>
    <w:p>
      <w:pPr>
        <w:jc w:val="right"/>
      </w:pPr>
      <w:r>
        <w:t>بس سچائی تو فلسفی کا یا مذہبی لوگوں کا سبجیکٹ ہوتا ہے۔</w:t>
      </w:r>
    </w:p>
    <w:p>
      <w:r>
        <w:rPr>
          <w:b/>
        </w:rPr>
        <w:t xml:space="preserve">[1:08:28] </w:t>
      </w:r>
      <w:r>
        <w:t>aise hi kisi ne ek keh diya, ek qaul: "ji,</w:t>
      </w:r>
    </w:p>
    <w:p>
      <w:pPr>
        <w:jc w:val="right"/>
      </w:pPr>
      <w:r>
        <w:t>ایسے ہی کسی نے ایک کہہ دیا، ایک قول: "جی،</w:t>
      </w:r>
    </w:p>
    <w:p>
      <w:r>
        <w:rPr>
          <w:b/>
        </w:rPr>
        <w:t xml:space="preserve">[1:08:31] </w:t>
      </w:r>
      <w:r>
        <w:t>science ka, science dan ka mutafiq yeh hota hai ke jo jis dunya mein woh reh raha hai, us ko us ko yani janna ke kya hai, kese." yani jaise misal ke tor par suraj nikalta hai, suraj doobta hai, to yeh kya hai?</w:t>
      </w:r>
    </w:p>
    <w:p>
      <w:pPr>
        <w:jc w:val="right"/>
      </w:pPr>
      <w:r>
        <w:t>سائنس کا، سائنس دان کا متفق یہ ہوتا ہے کہ جو جس دنیا میں وہ رہ رہا ہے، اس کو اس کو یعنی جاننا کہ کیا ہے، کیسے۔" یعنی جیسے مثال کے طور پر سورج نکلتا ہے، سورج ڈوبتا ہے، تو یہ کیا ہے؟</w:t>
      </w:r>
    </w:p>
    <w:p>
      <w:r>
        <w:rPr>
          <w:b/>
        </w:rPr>
        <w:t xml:space="preserve">[1:08:46] </w:t>
      </w:r>
      <w:r>
        <w:t>yeh phenomena kaisa nikalna hai, kaisa doobna hai? is phenomena ko janna, is ka naam hai science. truth, truth!</w:t>
      </w:r>
    </w:p>
    <w:p>
      <w:pPr>
        <w:jc w:val="right"/>
      </w:pPr>
      <w:r>
        <w:t>یہ فیناومینا کیسا نکلنا ہے، کیسا ڈوبنا ہے؟ اس فیناومینا کو جاننا، اس کا نام ہے سائنس۔ ٹروتھ، ٹروتھ!</w:t>
      </w:r>
    </w:p>
    <w:p>
      <w:r>
        <w:rPr>
          <w:b/>
        </w:rPr>
        <w:t xml:space="preserve">[1:08:55] </w:t>
      </w:r>
      <w:r>
        <w:t>yeh kehna galat hai ke truth science ka subject hai,</w:t>
      </w:r>
    </w:p>
    <w:p>
      <w:pPr>
        <w:jc w:val="right"/>
      </w:pPr>
      <w:r>
        <w:t>یہ کہنا غلط ہے کہ ٹروتھ سائنس کا سبجیکٹ ہے،</w:t>
      </w:r>
    </w:p>
    <w:p>
      <w:r>
        <w:rPr>
          <w:b/>
        </w:rPr>
        <w:t xml:space="preserve">[1:09:00] </w:t>
      </w:r>
      <w:r>
        <w:t>falsafa ka subject zaroor hai, mazhab ka subject zaroor hai, science ka subject truth nahin hai.</w:t>
      </w:r>
    </w:p>
    <w:p>
      <w:pPr>
        <w:jc w:val="right"/>
      </w:pPr>
      <w:r>
        <w:t>فلسفہ کا سبجیکٹ ضرور ہے، مذہب کا سبجیکٹ ضرور ہے، سائنس کا سبجیکٹ ٹروتھ نہیں ہے۔</w:t>
      </w:r>
    </w:p>
    <w:p>
      <w:r>
        <w:rPr>
          <w:b/>
        </w:rPr>
        <w:t xml:space="preserve">[1:09:09] </w:t>
      </w:r>
      <w:r>
        <w:t>maulana, agla sawal mister zafar sahib ka hai, mumbai se. unhon ne aap se poocha hai ke "should religion limit itself to traditional style or become more liberal?" what is your comment on this?</w:t>
      </w:r>
    </w:p>
    <w:p>
      <w:pPr>
        <w:jc w:val="right"/>
      </w:pPr>
      <w:r>
        <w:t>مولانا، اگلا سوال مسٹر ظفر صاحب کا ہے، ممبئی سے۔ انہوں نے آپ سے پوچھا ہے کہ "شوڈ ریلیجن لمٹ اٹ سیلف ٹو ٹریڈیشنل سٹائل اور بیکم مور لبرل؟" واٹ از یور کمنٹ ان دس؟</w:t>
      </w:r>
    </w:p>
    <w:p>
      <w:r>
        <w:rPr>
          <w:b/>
        </w:rPr>
        <w:t xml:space="preserve">[1:09:25] </w:t>
      </w:r>
      <w:r>
        <w:t>kya kya? "</w:t>
      </w:r>
    </w:p>
    <w:p>
      <w:pPr>
        <w:jc w:val="right"/>
      </w:pPr>
      <w:r>
        <w:t>کیا کیا؟ "</w:t>
      </w:r>
    </w:p>
    <w:p>
      <w:r>
        <w:rPr>
          <w:b/>
        </w:rPr>
        <w:t xml:space="preserve">[1:09:26] </w:t>
      </w:r>
      <w:r>
        <w:t>should religion limit itself to traditional style or become more liberal?" na liberal, na dono lafz galat hain.</w:t>
      </w:r>
    </w:p>
    <w:p>
      <w:pPr>
        <w:jc w:val="right"/>
      </w:pPr>
      <w:r>
        <w:t>شوڈ ریلیجن لمٹ اٹ سیلف ٹو ٹریڈیشنل سٹائل اور بیکم مور لبرل؟" نہ لبرل، نہ دونوں لفظ غلط ہیں۔</w:t>
      </w:r>
    </w:p>
    <w:p>
      <w:r>
        <w:rPr>
          <w:b/>
        </w:rPr>
        <w:t xml:space="preserve">[1:09:38] </w:t>
      </w:r>
      <w:r>
        <w:t>traditional wala bhi ek be matlab lafz hai, woh liberal bhi abhi bhi be matlab hai. pehli baat yeh hai ke aap daryaft karen ke mazhab kya hai.</w:t>
      </w:r>
    </w:p>
    <w:p>
      <w:pPr>
        <w:jc w:val="right"/>
      </w:pPr>
      <w:r>
        <w:t>ٹریڈیشنل والا بھی ایک بے مطلب لفظ ہے، وہ لبرل بھی ابھی بھی بے مطلب ہے۔ پہلی بات یہ ہے کہ آپ دریافت کریں کہ مذہب کیا ہے۔</w:t>
      </w:r>
    </w:p>
    <w:p>
      <w:r>
        <w:rPr>
          <w:b/>
        </w:rPr>
        <w:t xml:space="preserve">[1:09:52] </w:t>
      </w:r>
      <w:r>
        <w:t>meri daryaft yeh hai ke mazhab ka authentic jo book hai, woh quran hai. yeh meri daryaft hai. to agar aap yahan tak pohnche to aap quran mein kya likha hai, is ko dekhiye.</w:t>
      </w:r>
    </w:p>
    <w:p>
      <w:pPr>
        <w:jc w:val="right"/>
      </w:pPr>
      <w:r>
        <w:t>میری دریافت یہ ہے کہ مذہب کا اتھنٹک جو بک ہے، وہ قرآن ہے۔ یہ میری دریافت ہے۔ تو اگر آپ یہاں تک پہنچے تو آپ قرآن میں کیا لکھا ہے، اس کو دیکھیے۔</w:t>
      </w:r>
    </w:p>
    <w:p>
      <w:r>
        <w:rPr>
          <w:b/>
        </w:rPr>
        <w:t xml:space="preserve">[1:10:02] </w:t>
      </w:r>
      <w:r>
        <w:t>inhain liberal ko dekhna hai, na traditional ko dekhna hai. Quran mein kya likha hai, is ko janna hai. meri jo daryaft hai, kyunke maine bohat si kitabein parhin, aakhir mein yahan tak pohncha ke Quran hi wahid kitab hai jo ath</w:t>
      </w:r>
    </w:p>
    <w:p>
      <w:pPr>
        <w:jc w:val="right"/>
      </w:pPr>
      <w:r>
        <w:t>انہیں لبرل کو دیکھنا ہے، نہ ٹریڈیشنل کو دیکھنا ہے۔ قرآن میں کیا لکھا ہے، اس کو جاننا ہے۔ میری جو دریافت ہے، کیونکہ میں نے بہت سی کتابیں پڑھیں، آخر میں میں یہاں تک پہنچا کہ قرآن ہی واحد کتاب ہے جو اتھ</w:t>
      </w:r>
    </w:p>
    <w:p>
      <w:r>
        <w:rPr>
          <w:b/>
        </w:rPr>
        <w:t xml:space="preserve">[1:10:16] </w:t>
      </w:r>
      <w:r>
        <w:t>entic hai. jo authentic hai, to isi par bharosa kar sakte hain. to is mein kya likha hai, is ko janne ki koshish kijiye. yeh sab to a a a relative baatein hain ke liberal ho ke kya kya hai, woh ji is ka koi, is se to koi talluq nahin.</w:t>
      </w:r>
    </w:p>
    <w:p>
      <w:pPr>
        <w:jc w:val="right"/>
      </w:pPr>
      <w:r>
        <w:t>نٹک ہے۔ جو اتھنٹک ہے، تو اسی پر بھروسہ کر سکتے ہیں۔ تو اس میں کیا لکھا ہے، اس کو جاننے کی کوشش کیجئے۔ یہ سب تو اے اے اے ریلیٹیو باتیں ہیں کہ لبرل ہو کے کیا کیا ہے، وہ جی اس کا کوئی، اس سے تو کوئی تعلق نہیں۔</w:t>
      </w:r>
    </w:p>
    <w:p>
      <w:r>
        <w:rPr>
          <w:b/>
        </w:rPr>
        <w:t xml:space="preserve">[1:10:34] </w:t>
      </w:r>
      <w:r>
        <w:t>Maulana, agla sawal Lucknow se hai, Mr Adnan sahab ka. unhon ne aap se poocha hai ke "how should we thank God?" is ke baray mein bataein.</w:t>
      </w:r>
    </w:p>
    <w:p>
      <w:pPr>
        <w:jc w:val="right"/>
      </w:pPr>
      <w:r>
        <w:t>مولانا، اگلا سوال لکھنو سے ہے، مسٹر عدنان صاحب کا۔ انہوں نے آپ سے پوچھا ہے کہ "ہاؤ شوڈ وی تھینک گاڈ؟" اس کے بارے میں بتائیں۔</w:t>
      </w:r>
    </w:p>
    <w:p>
      <w:r>
        <w:rPr>
          <w:b/>
        </w:rPr>
        <w:t xml:space="preserve">[1:10:43] </w:t>
      </w:r>
      <w:r>
        <w:t>"how should we thank God?"</w:t>
      </w:r>
    </w:p>
    <w:p>
      <w:pPr>
        <w:jc w:val="right"/>
      </w:pPr>
      <w:r>
        <w:t>"ہاؤ شوڈ وی تھینک گاڈ؟"</w:t>
      </w:r>
    </w:p>
    <w:p>
      <w:r>
        <w:rPr>
          <w:b/>
        </w:rPr>
        <w:t xml:space="preserve">[1:10:47] </w:t>
      </w:r>
      <w:r>
        <w:t>dekhein, thank ya shukriya, shukriya, hamdi, yeh is ka matlab yeh hai acknowledge karna, eteraaf, yani Allah ka shukar karna.</w:t>
      </w:r>
    </w:p>
    <w:p>
      <w:pPr>
        <w:jc w:val="right"/>
      </w:pPr>
      <w:r>
        <w:t>دیکھیں، تھینک یا شکریہ، شکریہ، حمدی، یہ اس کا مطلب یہ ہے اکنالج کرنا، اعتراف، یعنی اللہ کا شکر کرنا۔</w:t>
      </w:r>
    </w:p>
    <w:p>
      <w:r>
        <w:rPr>
          <w:b/>
        </w:rPr>
        <w:t xml:space="preserve">[1:11:00] </w:t>
      </w:r>
      <w:r>
        <w:t>ya asal mein yeh wohi cheez hai jis ko hum kehte hain eteraaf, yani acknowledge karna. to</w:t>
      </w:r>
    </w:p>
    <w:p>
      <w:pPr>
        <w:jc w:val="right"/>
      </w:pPr>
      <w:r>
        <w:t>یا اصل میں یہ وہی چیز ہے جس کو ہم کہتے ہیں اعتراف، یعنی اکنالج کرنا۔ تو</w:t>
      </w:r>
    </w:p>
    <w:p>
      <w:r>
        <w:rPr>
          <w:b/>
        </w:rPr>
        <w:t xml:space="preserve">[1:11:11] </w:t>
      </w:r>
      <w:r>
        <w:t>hum ko sab kuch jo mila hai, woh Allah ki taraf se mila hai.</w:t>
      </w:r>
    </w:p>
    <w:p>
      <w:pPr>
        <w:jc w:val="right"/>
      </w:pPr>
      <w:r>
        <w:t>ہم کو سب کچھ جو ملا ہے، وہ اللہ کی طرف سے ملا ہے۔</w:t>
      </w:r>
    </w:p>
    <w:p>
      <w:r>
        <w:rPr>
          <w:b/>
        </w:rPr>
        <w:t xml:space="preserve">[1:11:14] </w:t>
      </w:r>
      <w:r>
        <w:t>hamara wajood, hamara dekhna, hamara bolna, zameen par chalna, phirna, life support system, jo kuch bhi hai, jo kuch bhi hai, sab kuch to woh Allah ki taraf se mila hai.</w:t>
      </w:r>
    </w:p>
    <w:p>
      <w:pPr>
        <w:jc w:val="right"/>
      </w:pPr>
      <w:r>
        <w:t>ہمارا وجود، ہمارا دیکھنا، ہمارا بولنا، زمین پر چلنا، پھرنا، لائف سپورٹ سسٹم، جو کچھ بھی ہے، جو کچھ بھی ہے، سب کچھ تو وہ اللہ کی طرف سے ملا ہے۔</w:t>
      </w:r>
    </w:p>
    <w:p>
      <w:r>
        <w:rPr>
          <w:b/>
        </w:rPr>
        <w:t xml:space="preserve">[1:11:27] </w:t>
      </w:r>
      <w:r>
        <w:t>jab is ko hum daryaft karte hain to hum dene wale ka eteraaf karna chahte hain, acknowledge karna chahte hain. is se hum hamare zuban se niklta hai ke Khudaaya tera shukar hai, Alhamdulillah Rabb al-Alameen.</w:t>
      </w:r>
    </w:p>
    <w:p>
      <w:pPr>
        <w:jc w:val="right"/>
      </w:pPr>
      <w:r>
        <w:t>جب اس کو ہم دریافت کرتے ہیں تو ہم دینے والے کا اعتراف کرنا چاہتے ہیں، اکنالج کرنا چاہتے ہیں۔ اس سے ہم ہمارے زبان سے نکلتا ہے کہ خدایا تیرا شکر ہے، الحمدللہ رب العالمین۔</w:t>
      </w:r>
    </w:p>
    <w:p>
      <w:r>
        <w:rPr>
          <w:b/>
        </w:rPr>
        <w:t xml:space="preserve">[1:11:41] </w:t>
      </w:r>
      <w:r>
        <w:t>to shukar ka matlab hai eteraaf aur kuch nahin.</w:t>
      </w:r>
    </w:p>
    <w:p>
      <w:pPr>
        <w:jc w:val="right"/>
      </w:pPr>
      <w:r>
        <w:t>تو شکر کا مطلب ہے اعتراف اور کچھ نہیں۔</w:t>
      </w:r>
    </w:p>
    <w:p>
      <w:r>
        <w:rPr>
          <w:b/>
        </w:rPr>
        <w:t xml:space="preserve">[1:11:44] </w:t>
      </w:r>
      <w:r>
        <w:t>koi yeh purasrar cheez nahin hai, koi mysterious cheez nahin hai.</w:t>
      </w:r>
    </w:p>
    <w:p>
      <w:pPr>
        <w:jc w:val="right"/>
      </w:pPr>
      <w:r>
        <w:t>کوئی یہ پراسرار چیز نہیں ہے، کوئی مسٹیریس چیز نہیں ہے۔</w:t>
      </w:r>
    </w:p>
    <w:p>
      <w:r>
        <w:rPr>
          <w:b/>
        </w:rPr>
        <w:t xml:space="preserve">[1:11:50] </w:t>
      </w:r>
      <w:r>
        <w:t>eteraaf aik fitri cheez hai jisay aap kuch mile to aap ka dil kehta hai ke mein is ka eteraaf karoon, is ko acknowledge karoon. isi ka naam hai mazhabi zuban mein shukar.</w:t>
      </w:r>
    </w:p>
    <w:p>
      <w:pPr>
        <w:jc w:val="right"/>
      </w:pPr>
      <w:r>
        <w:t>اعتراف ایک فطری چیز ہے جسے آپ کچھ ملے تو آپ کا دل کہتا ہے کہ میں اس کا اعتراف کروں، اس کو اکنالج کروں۔ اسی کا نام ہے مذہبی زبان میں شکر۔</w:t>
      </w:r>
    </w:p>
    <w:p>
      <w:r>
        <w:rPr>
          <w:b/>
        </w:rPr>
        <w:t xml:space="preserve">[1:12:03] </w:t>
      </w:r>
      <w:r>
        <w:t>Maulana, agla sawal Bangalore se hai, Mr Javed Sahib</w:t>
      </w:r>
    </w:p>
    <w:p>
      <w:pPr>
        <w:jc w:val="right"/>
      </w:pPr>
      <w:r>
        <w:t>مولانا، اگلا سوال بینگلور سے ہے، مسٹر جاوید صاح</w:t>
      </w:r>
    </w:p>
    <w:p>
      <w:r>
        <w:rPr>
          <w:b/>
        </w:rPr>
        <w:t xml:space="preserve">[1:12:07] </w:t>
      </w:r>
      <w:r>
        <w:t>ka. unhon ne likha hai ke "Maulana Sahib, you often say that one should make one's spouse an intellectual companion.</w:t>
      </w:r>
    </w:p>
    <w:p>
      <w:pPr>
        <w:jc w:val="right"/>
      </w:pPr>
      <w:r>
        <w:t>ب کا۔ انہوں نے لکھا ہے کہ "مولانا صاحب، یو افن سے دیٹ ون شوڈ میک ون سپاؤس ایز انٹلیکچول کمپینین۔</w:t>
      </w:r>
    </w:p>
    <w:p>
      <w:r>
        <w:rPr>
          <w:b/>
        </w:rPr>
        <w:t xml:space="preserve">[1:12:16] </w:t>
      </w:r>
      <w:r>
        <w:t>Can you please elaborate how to do intellectual exchange? Should there be any particular subject to discuss with one partner?"</w:t>
      </w:r>
    </w:p>
    <w:p>
      <w:pPr>
        <w:jc w:val="right"/>
      </w:pPr>
      <w:r>
        <w:t>کین یو پلیز الیبریٹ ہاؤ ٹو ڈو انٹلیکچول ایکسچینج؟ شوڈ دیر بی اینی پرٹیکولر سبجیکٹ ٹو ڈسکس ود ون پارٹنر؟"</w:t>
      </w:r>
    </w:p>
    <w:p>
      <w:r>
        <w:rPr>
          <w:b/>
        </w:rPr>
        <w:t xml:space="preserve">[1:12:29] </w:t>
      </w:r>
      <w:r>
        <w:t>yeh koi professional sense mein nahin bolta hoon</w:t>
      </w:r>
    </w:p>
    <w:p>
      <w:pPr>
        <w:jc w:val="right"/>
      </w:pPr>
      <w:r>
        <w:t>یہ کوئی پروفیشنل سینس میں نہیں بولتا ہوں</w:t>
      </w:r>
    </w:p>
    <w:p>
      <w:r>
        <w:rPr>
          <w:b/>
        </w:rPr>
        <w:t xml:space="preserve">[1:12:32] </w:t>
      </w:r>
      <w:r>
        <w:t>. mein sirf yeh, yeh sab professional, yani professionalism yeh sab hota hai ke aap koi subject pick karte hain, is pe baat karte hain.</w:t>
      </w:r>
    </w:p>
    <w:p>
      <w:pPr>
        <w:jc w:val="right"/>
      </w:pPr>
      <w:r>
        <w:t>۔ میں صرف یہ، یہ سب پروفیشنل، یعنی پروفیشنلزم یہ سب ہوتا ہے کہ آپ کوئی سبجیکٹ پکار کرتے ہیں، اس پہ بات کرتے ہیں۔</w:t>
      </w:r>
    </w:p>
    <w:p>
      <w:r>
        <w:rPr>
          <w:b/>
        </w:rPr>
        <w:t xml:space="preserve">[1:12:43] </w:t>
      </w:r>
      <w:r>
        <w:t>bas rozana subah shaam jo hum jee rahe hain, isi ko hum spiritual way mein is pe baat karein, deeni lihaz se karein, Khuda ko relate kar ke is par sochen, phir baat karein.</w:t>
      </w:r>
    </w:p>
    <w:p>
      <w:pPr>
        <w:jc w:val="right"/>
      </w:pPr>
      <w:r>
        <w:t>بس روزانہ صبح شام جو ہم جی رہے ہیں، اسی کو ہم اسپیریچول وے میں اس پہ بات کریں، دینی لحاظ سے کریں، خدا کو ریلیٹ کر کے اس پر سوچیں، پھر بات کریں۔</w:t>
      </w:r>
    </w:p>
    <w:p>
      <w:r>
        <w:rPr>
          <w:b/>
        </w:rPr>
        <w:t xml:space="preserve">[1:12:57] </w:t>
      </w:r>
      <w:r>
        <w:t>aik hai tafreeh ke liye baat karna, aik hai cheezon mein purpose dhoondna, cheezon mein meaning dhoondna, is ke lihaz se baat karna.</w:t>
      </w:r>
    </w:p>
    <w:p>
      <w:pPr>
        <w:jc w:val="right"/>
      </w:pPr>
      <w:r>
        <w:t>ایک ہے تفریح کے لیے بات کرنا، ایک ہے چیزوں میں پرپس ڈھونڈنا، چیزوں میں میننگ ڈھونڈنا، اس کے لحاظ سے بات کرنا۔</w:t>
      </w:r>
    </w:p>
    <w:p>
      <w:r>
        <w:rPr>
          <w:b/>
        </w:rPr>
        <w:t xml:space="preserve">[1:13:07] </w:t>
      </w:r>
      <w:r>
        <w:t>to yeh koi, yani koi technical tareeqa is ka nahin hai. yeh to aap ka mind, agar yani aap ka mind, agar aik trend mind hai to har cheez mein aap ko,</w:t>
      </w:r>
    </w:p>
    <w:p>
      <w:pPr>
        <w:jc w:val="right"/>
      </w:pPr>
      <w:r>
        <w:t>تو یہ کوئی، یعنی کوئی ٹیکنیکل طریقہ اس کا نہیں ہے۔ یہ تو آپ کا مائنڈ، اگر یعنی آپ کا مائنڈ، اگر ایک ٹرینڈ مائنڈ ہے تو ہر چیز میں آپ کو،</w:t>
      </w:r>
    </w:p>
    <w:p>
      <w:r>
        <w:rPr>
          <w:b/>
        </w:rPr>
        <w:t xml:space="preserve">[1:13:26] </w:t>
      </w:r>
      <w:r>
        <w:t>aap ka mind janna chahega ke is mein divine meaning kya hai, aur is ko le kar ke aap discuss karenge. yeh koi is ka laga bata tareeqa nahin hai.</w:t>
      </w:r>
    </w:p>
    <w:p>
      <w:pPr>
        <w:jc w:val="right"/>
      </w:pPr>
      <w:r>
        <w:t>آپ کا مائنڈ جاننا چاہے گا کہ اس میں ڈیوائن میننگ کیا ہے، اور اس کو لے کر کے آپ ڈسکس کریں گے۔ یہ کوئی اس کا لگا بتا طریقہ نہیں ہے۔</w:t>
      </w:r>
    </w:p>
    <w:p>
      <w:r>
        <w:rPr>
          <w:b/>
        </w:rPr>
        <w:t xml:space="preserve">[1:13:43] </w:t>
      </w:r>
      <w:r>
        <w:t>Maulana, agla sawal Ms Naghma Siddiqui ka hai, Delhi se. unhon ne likha hai: "The task of reaching Quran to all humankind is such a big task that no matter how much we do, we fall short.</w:t>
      </w:r>
    </w:p>
    <w:p>
      <w:pPr>
        <w:jc w:val="right"/>
      </w:pPr>
      <w:r>
        <w:t>مولانا، اگلا سوال مس نغمہ صدیقی کا ہے، دلی سے۔ انہوں نے لکھا ہے: "دا ٹاسک اف ریچنگ قرآن ٹو ال مین کائنڈ از سچ ا بگ ٹاسک دیٹ نو میٹر ہاؤ مچ وی ڈو، وی فال شارٹ۔</w:t>
      </w:r>
    </w:p>
    <w:p>
      <w:r>
        <w:rPr>
          <w:b/>
        </w:rPr>
        <w:t xml:space="preserve">[1:13:57] </w:t>
      </w:r>
      <w:r>
        <w:t>This makes us live in constant stress. What should we do?" nahin, stress ka lafz sahi nahin hai. sense of responsibility sahi hai.</w:t>
      </w:r>
    </w:p>
    <w:p>
      <w:pPr>
        <w:jc w:val="right"/>
      </w:pPr>
      <w:r>
        <w:t>دس میکس اس لیو ان کانسٹنٹ سٹریس۔ واٹ شوڈ وی ڈو؟" نہیں، سٹریس کا لفظ صحیح نہیں ہے۔ سینس اف ریسپانسبیلٹی صحیح ہے۔</w:t>
      </w:r>
    </w:p>
    <w:p>
      <w:r>
        <w:rPr>
          <w:b/>
        </w:rPr>
        <w:t xml:space="preserve">[1:14:10] </w:t>
      </w:r>
      <w:r>
        <w:t>stress kis liye</w:t>
      </w:r>
    </w:p>
    <w:p>
      <w:pPr>
        <w:jc w:val="right"/>
      </w:pPr>
      <w:r>
        <w:t>سٹریس کس لیے</w:t>
      </w:r>
    </w:p>
    <w:p>
      <w:r>
        <w:rPr>
          <w:b/>
        </w:rPr>
        <w:t xml:space="preserve">[1:14:12] </w:t>
      </w:r>
      <w:r>
        <w:t>? stress koi zaroorat hi nahin hai. sense of responsibility hona chahiye ke hamein yeh duty hamari hai, yeh hamein yeh duty poori karna hai.</w:t>
      </w:r>
    </w:p>
    <w:p>
      <w:pPr>
        <w:jc w:val="right"/>
      </w:pPr>
      <w:r>
        <w:t>؟ سٹریس کوئی ضرورت ہی نہیں ہے۔ سینس اف ریسپانسبیلٹی ہونا چاہیے کہ ہمیں یہ ڈیوٹی ہماری ہے، یہ ہمیں یہ ڈیوٹی پوری کرنا ہے۔</w:t>
      </w:r>
    </w:p>
    <w:p>
      <w:r>
        <w:rPr>
          <w:b/>
        </w:rPr>
        <w:t xml:space="preserve">[1:14:21] </w:t>
      </w:r>
      <w:r>
        <w:t>to sense of responsibility ka lafz sahi hai, stress ka lafz yahan pe sahi nahi hai.</w:t>
      </w:r>
    </w:p>
    <w:p>
      <w:pPr>
        <w:jc w:val="right"/>
      </w:pPr>
      <w:r>
        <w:t>تو سینس اف ریسپانسبیلٹی کا لفظ صحیح ہے، سٹریس کا لفظ یہاں پہ صحیح نہیں ہے۔</w:t>
      </w:r>
    </w:p>
    <w:p>
      <w:r>
        <w:rPr>
          <w:b/>
        </w:rPr>
        <w:t xml:space="preserve">[1:14:30] </w:t>
      </w:r>
      <w:r>
        <w:t>Maulana, agla sawal ah Dilli se hai, Maulana Zikwan Sahab ka. unhon ne aap se poocha hai ke "is silent acknowledgement infor or do we need to verbally thank people</w:t>
      </w:r>
    </w:p>
    <w:p>
      <w:pPr>
        <w:jc w:val="right"/>
      </w:pPr>
      <w:r>
        <w:t>مولانا، اگلا سوال اہ دلی سے ہے، مولانا زکوان صاحب کا۔ انہوں نے آپ سے پوچھا ہے کہ "اس سائلنٹ اکنالجمنٹ انف اور ڈو وی نیڈ ٹو وربلی تھینک پیپل</w:t>
      </w:r>
    </w:p>
    <w:p>
      <w:r>
        <w:rPr>
          <w:b/>
        </w:rPr>
        <w:t xml:space="preserve">[1:14:42] </w:t>
      </w:r>
      <w:r>
        <w:t>?" kindly comment. lis, yani khamosh acknowledgement to koi cheez nahi hai. yeh to aap ki taskeen ke liye hota hai, yeh apni taskeen ke liye hota hai.</w:t>
      </w:r>
    </w:p>
    <w:p>
      <w:pPr>
        <w:jc w:val="right"/>
      </w:pPr>
      <w:r>
        <w:t>؟" کائنڈلی کمنٹ۔ لس، یعنی خاموش اکنالجمنٹ تو کوئی چیز نہیں ہے۔ یہ تو آپ کی تسکین کے لیے ہوتا ہے، یہ اپنی تسکین کے لیے ہوتا ہے۔</w:t>
      </w:r>
    </w:p>
    <w:p>
      <w:r>
        <w:rPr>
          <w:b/>
        </w:rPr>
        <w:t xml:space="preserve">[1:14:54] </w:t>
      </w:r>
      <w:r>
        <w:t>bolna chahiye aap ki koi, yani cheekh padna chahiye ya apne dil ko. kuch log apne dil mein khush karne ke liye maan lete hain ke hum to maante hi hain,</w:t>
      </w:r>
    </w:p>
    <w:p>
      <w:pPr>
        <w:jc w:val="right"/>
      </w:pPr>
      <w:r>
        <w:t>بولنا چاہیے آپ کی کوئی، یعنی چیخ پڑنا چاہیے یا اپنے دل کو۔ کچھ لوگ اپنے دل میں خوش کرنے کے لیے مان لیتے ہیں کہ ہم تو مانتے ہی ہیں،</w:t>
      </w:r>
    </w:p>
    <w:p>
      <w:r>
        <w:rPr>
          <w:b/>
        </w:rPr>
        <w:t xml:space="preserve">[1:15:09] </w:t>
      </w:r>
      <w:r>
        <w:t>to maante to munh se kyun nahi bolte?</w:t>
      </w:r>
    </w:p>
    <w:p>
      <w:pPr>
        <w:jc w:val="right"/>
      </w:pPr>
      <w:r>
        <w:t>تو مانتے تو منہ سے کیوں نہیں بولتے؟</w:t>
      </w:r>
    </w:p>
    <w:p>
      <w:r>
        <w:rPr>
          <w:b/>
        </w:rPr>
        <w:t xml:space="preserve">[1:15:12] </w:t>
      </w:r>
      <w:r>
        <w:t>sach poochte hain, yeh bhi ek qism ka woh hai, ek qism ka kya kehte hain is ko,</w:t>
      </w:r>
    </w:p>
    <w:p>
      <w:pPr>
        <w:jc w:val="right"/>
      </w:pPr>
      <w:r>
        <w:t>سچ پوچھتے ہیں، یہ بھی ایک قسم کا وہ ہے، ایک قسم کا کیا کہتے ہیں اس کو،</w:t>
      </w:r>
    </w:p>
    <w:p>
      <w:r>
        <w:rPr>
          <w:b/>
        </w:rPr>
        <w:t xml:space="preserve">[1:15:24] </w:t>
      </w:r>
      <w:r>
        <w:t>yani yeh modernistic ke khilaf hai. kyunke jin logon ko modernistic nahi hoti, woh woh bas soch yahi, woh aisi boli bolte hain kyunke samajhte hain ke agar hum bol diya to hum kuch chote ho jayenge.</w:t>
      </w:r>
    </w:p>
    <w:p>
      <w:pPr>
        <w:jc w:val="right"/>
      </w:pPr>
      <w:r>
        <w:t>یعنی یہ ماڈرسٹک کے خلاف ہے۔ کیونکہ جن لوگوں کو ماڈرسٹک نہیں ہوتی، وہ وہ بس سوچ یہی، وہ ایسی بولی بولتے ہیں کیونکہ سمجھتے ہیں کہ اگر ہم بول دیا تو ہم کچھ چھوٹے ہو جائیں گے۔</w:t>
      </w:r>
    </w:p>
    <w:p>
      <w:r>
        <w:rPr>
          <w:b/>
        </w:rPr>
        <w:t xml:space="preserve">[1:15:40] </w:t>
      </w:r>
      <w:r>
        <w:t>bol diya to hum kuch chote ho jayenge.</w:t>
      </w:r>
    </w:p>
    <w:p>
      <w:pPr>
        <w:jc w:val="right"/>
      </w:pPr>
      <w:r>
        <w:t>بول دیا تو ہم کچھ چھوٹے ہو جائیں گے۔</w:t>
      </w:r>
    </w:p>
    <w:p>
      <w:r>
        <w:rPr>
          <w:b/>
        </w:rPr>
        <w:t xml:space="preserve">[1:15:43] </w:t>
      </w:r>
      <w:r>
        <w:t>yeh yeh ek qism ka yeh argument hai jo record banta hai. argument ek ki bohat si qismein hain, to is ke peeche jo cheez hai, woh argument hai.</w:t>
      </w:r>
    </w:p>
    <w:p>
      <w:pPr>
        <w:jc w:val="right"/>
      </w:pPr>
      <w:r>
        <w:t>یہ یہ ایک قسم کا یہ ارگونس ہے جو ریکارڈ بنتا ہے۔ ارگونس ایک کی بہت سی قسمیں ہیں، تو اس کے پیچھے جو چیز ہے، وہ ارگونس ہے۔</w:t>
      </w:r>
    </w:p>
    <w:p>
      <w:r>
        <w:rPr>
          <w:b/>
        </w:rPr>
        <w:t xml:space="preserve">[1:15:53] </w:t>
      </w:r>
      <w:r>
        <w:t>agar hum ise nahi bolte hain to ek kahin na kahin chupa hua ek argument hai ke main apne aap ko kisi se chota ko bataoon kyunke iqraar karne ka matlab woh samajh lete hain ke main chota ho gaya.</w:t>
      </w:r>
    </w:p>
    <w:p>
      <w:pPr>
        <w:jc w:val="right"/>
      </w:pPr>
      <w:r>
        <w:t>اگر ہم اسے نہیں بولتے ہیں تو ایک کہیں نہ کہیں چھپا ہوا ایک ارگونس ہے کہ میں اپنے آپ کو کسی سے چھوٹا کو بتاؤں کیونکہ اعتراف کرنے کا مطلب وہ سمجھ لیتے ہیں کہ میں چھوٹا ہو گیا۔</w:t>
      </w:r>
    </w:p>
    <w:p>
      <w:r>
        <w:rPr>
          <w:b/>
        </w:rPr>
        <w:t xml:space="preserve">[1:16:05] </w:t>
      </w:r>
      <w:r>
        <w:t>halanke iqraar ka matlab hai haqeeqat ka iqraar. to main samajhta hoon ke bolna bilkul lazim hai.</w:t>
      </w:r>
    </w:p>
    <w:p>
      <w:pPr>
        <w:jc w:val="right"/>
      </w:pPr>
      <w:r>
        <w:t>حالانکہ اعتراف کا مطلب ہے حقیقت کا اعتراف۔ تو میں سمجھتا ہوں کہ بولنا بالکل لازم ہے۔</w:t>
      </w:r>
    </w:p>
    <w:p>
      <w:r>
        <w:rPr>
          <w:b/>
        </w:rPr>
        <w:t xml:space="preserve">[1:16:13] </w:t>
      </w:r>
      <w:r>
        <w:t>jo na bolay, woh apne ko munafiq sabit kar raha hai farishton ki nazar mein. jo aadmi na bolay, mehsoos karte hue, to us ke baad farishton ki nazar mein apne ko munafiq sabit kar raha hai.</w:t>
      </w:r>
    </w:p>
    <w:p>
      <w:pPr>
        <w:jc w:val="right"/>
      </w:pPr>
      <w:r>
        <w:t>جو نہ بولے، وہ اپنے کو منافق ثابت کر رہا ہے فرشتوں کی نظر میں۔ جو آدمی نہ بولے، محسوس کرتے ہی ہوئے، تو اس کے بعد فرشتوں کی نظر میں اپنے کو منافق ثابت کر رہا ہے۔</w:t>
      </w:r>
    </w:p>
    <w:p>
      <w:r>
        <w:rPr>
          <w:b/>
        </w:rPr>
        <w:t xml:space="preserve">[1:16:27] </w:t>
      </w:r>
      <w:r>
        <w:t>is liye main ne dekha, acknowledge karne ke liye bolna zaroori hai. bohat bara risk hai ke aadmi na bolay, us waqt hamare dil mein to aayi hai.</w:t>
      </w:r>
    </w:p>
    <w:p>
      <w:pPr>
        <w:jc w:val="right"/>
      </w:pPr>
      <w:r>
        <w:t>اس لیے میں نے دیکھا، اکنالج کرنے کے لیے بولنا ضروری ہے۔ بہت بڑا رسک ہے کہ آدمی نہ بولے، اس وقت ہمارے دل میں تو آئی ہے۔</w:t>
      </w:r>
    </w:p>
    <w:p>
      <w:r>
        <w:rPr>
          <w:b/>
        </w:rPr>
        <w:t xml:space="preserve">[1:16:36] </w:t>
      </w:r>
      <w:r>
        <w:t>to aap ghor kijiye ke woh dil mein jo hai, farishton ke kitaab mein likha jaye munafiq, to kya aap us ko approve kar sakte hain? kya aap ke dil mein to aaye ke maine maan liya?</w:t>
      </w:r>
    </w:p>
    <w:p>
      <w:pPr>
        <w:jc w:val="right"/>
      </w:pPr>
      <w:r>
        <w:t>تو آپ غور کیجئے کہ وہ دل میں جو ہے، فرشتوں کے کتاب میں لکھا جائے منافق، تو کیا آپ اس کو اپورٹ کر سکتے ہیں؟ کیا آپ کے دل میں تو آئے کہ میں نے مان لیا؟</w:t>
      </w:r>
    </w:p>
    <w:p>
      <w:r>
        <w:rPr>
          <w:b/>
        </w:rPr>
        <w:t xml:space="preserve">[1:16:48] </w:t>
      </w:r>
      <w:r>
        <w:t>aur farishton ke dil ke ma'al-fazl, aap ghor kijiye, ma'al-fazl ibn qaul, yani bol ko record karte hain.</w:t>
      </w:r>
    </w:p>
    <w:p>
      <w:pPr>
        <w:jc w:val="right"/>
      </w:pPr>
      <w:r>
        <w:t>اور فرشتوں کے دل کے مای الفضل، آپ غور کیجئے، مای الفضل ابن قول، یعنی بول کو ریکارڈ کرتے ہیں۔</w:t>
      </w:r>
    </w:p>
    <w:p>
      <w:r>
        <w:rPr>
          <w:b/>
        </w:rPr>
        <w:t xml:space="preserve">[1:16:57] </w:t>
      </w:r>
      <w:r>
        <w:t>woh bol ko, bol</w:t>
      </w:r>
    </w:p>
    <w:p>
      <w:pPr>
        <w:jc w:val="right"/>
      </w:pPr>
      <w:r>
        <w:t>وہ بول کو، بول</w:t>
      </w:r>
    </w:p>
    <w:p>
      <w:r>
        <w:rPr>
          <w:b/>
        </w:rPr>
        <w:t xml:space="preserve">[1:17:00] </w:t>
      </w:r>
      <w:r>
        <w:t>ko record karte hain. aap bolay nahi to dil mein rakhe hue, rakhe hue hain. to woh to kahenge farishte ke bhai tum bolay to thay nahi, hum record kaise karte?</w:t>
      </w:r>
    </w:p>
    <w:p>
      <w:pPr>
        <w:jc w:val="right"/>
      </w:pPr>
      <w:r>
        <w:t>کو ریکارڈ کرتے ہیں۔ آپ بولے نہیں تو دل میں رکھے ہوئے، رکھے ہوئے ہیں۔ تو وہ تو کہیں گے فرشتے کہ بھئی تم بولے تو تھے نہیں، ہم ریکارڈ کیسے کرتے؟</w:t>
      </w:r>
    </w:p>
    <w:p>
      <w:r>
        <w:rPr>
          <w:b/>
        </w:rPr>
        <w:t xml:space="preserve">[1:17:10] </w:t>
      </w:r>
      <w:r>
        <w:t>yeh bohat risky baat hai ke aadmi yeh soche ke hamare dil mein to hai hi hai. bohat risky baat hai. to farishton ke record mein nahi aayega, ya farishton ke record mein nahi aayega, to aadmi ab munafiq shumar kiya jayega.</w:t>
      </w:r>
    </w:p>
    <w:p>
      <w:pPr>
        <w:jc w:val="right"/>
      </w:pPr>
      <w:r>
        <w:t>یہ بہت رسکی بات ہے کہ آدمی یہ سوچے کہ ہمارے دل میں تو ہے ہی ہے۔ بہت رسکی بات ہے۔ تو فرشتوں کے ریکارڈ میں نہیں آئے گا، یا فرشتوں کے ریکارڈ میں نہیں آئے گا، تو آدمی اب منافق شمار کیا جائے گا۔</w:t>
      </w:r>
    </w:p>
    <w:p>
      <w:r>
        <w:rPr>
          <w:b/>
        </w:rPr>
        <w:t xml:space="preserve">[1:17:26] </w:t>
      </w:r>
      <w:r>
        <w:t>Maulana, agla sawal Dilli se hai, Miss Sati Mala</w:t>
      </w:r>
    </w:p>
    <w:p>
      <w:pPr>
        <w:jc w:val="right"/>
      </w:pPr>
      <w:r>
        <w:t>مولانا، اگلا سوال دلی سے ہے، مس ستی ملہ</w:t>
      </w:r>
    </w:p>
    <w:p>
      <w:r>
        <w:rPr>
          <w:b/>
        </w:rPr>
        <w:t xml:space="preserve">[1:17:29] </w:t>
      </w:r>
      <w:r>
        <w:t>Vetra ka. unhon ne aap se poocha hai ke "how can we find our negative point?" is ke baray mein batayen.</w:t>
      </w:r>
    </w:p>
    <w:p>
      <w:pPr>
        <w:jc w:val="right"/>
      </w:pPr>
      <w:r>
        <w:t>وترا کا۔ انہوں نے آپ سے پوچھا ہے کہ "ہاؤ کین وی فائنڈ اور نیگیٹیو پوائنٹ؟" اس کے بارے میں بتائیں۔</w:t>
      </w:r>
    </w:p>
    <w:p>
      <w:r>
        <w:rPr>
          <w:b/>
        </w:rPr>
        <w:t xml:space="preserve">[1:17:42] </w:t>
      </w:r>
      <w:r>
        <w:t>dekhen, kabhi kabhi to negative point jo hai, clear hota hai, hum pakad lete hain. to kabhi us par sochna padta hai.</w:t>
      </w:r>
    </w:p>
    <w:p>
      <w:pPr>
        <w:jc w:val="right"/>
      </w:pPr>
      <w:r>
        <w:t>دیکھیں، کبھی کبھی تو نیگیٹیو پوائنٹ جو ہے، کلیئر ہوتا ہے، ہم پکڑ لیتے ہیں۔ تو کبھی اس پر سوچنا پڑتا ہے۔</w:t>
      </w:r>
    </w:p>
    <w:p>
      <w:r>
        <w:rPr>
          <w:b/>
        </w:rPr>
        <w:t xml:space="preserve">[1:17:53] </w:t>
      </w:r>
      <w:r>
        <w:t>introspection jo kehte hain, muhasiba ke jo obvious na ho, to us ka janne ka tareeqa hai, wahi muhasiba, introspection.</w:t>
      </w:r>
    </w:p>
    <w:p>
      <w:pPr>
        <w:jc w:val="right"/>
      </w:pPr>
      <w:r>
        <w:t>انٹراسپیکشن جو کہتے ہیں، محاسبہ کہ جو ابویس نہ ہو، تو اس کا جاننے کا طریقہ ہے، وہی محاسبہ، انٹراسپیکشن۔</w:t>
      </w:r>
    </w:p>
    <w:p>
      <w:r>
        <w:rPr>
          <w:b/>
        </w:rPr>
        <w:t xml:space="preserve">[1:18:06] </w:t>
      </w:r>
      <w:r>
        <w:t>to yeh agar aadmi sach much chahta ho ke mujhe pata ho jaye apni negative baaton ka, to namumkin hai ke use is ki negative baatein chupi rahen.</w:t>
      </w:r>
    </w:p>
    <w:p>
      <w:pPr>
        <w:jc w:val="right"/>
      </w:pPr>
      <w:r>
        <w:t>تو یہ اگر آدمی سچ مچ چاہتا ہو کہ مجھے پتہ ہو جائے اپنی نیگیٹیو باتوں کا، تو ناممکن ہے کہ اسے اس کی نیگیٹیو باتیں چھپی رہیں۔</w:t>
      </w:r>
    </w:p>
    <w:p>
      <w:r>
        <w:rPr>
          <w:b/>
        </w:rPr>
        <w:t xml:space="preserve">[1:18:17] </w:t>
      </w:r>
      <w:r>
        <w:t>woh zaroor jaan lega, zaroor jaan lega.</w:t>
      </w:r>
    </w:p>
    <w:p>
      <w:pPr>
        <w:jc w:val="right"/>
      </w:pPr>
      <w:r>
        <w:t>وہ ضرور جان لے گا، ضرور جان لے گا۔</w:t>
      </w:r>
    </w:p>
    <w:p>
      <w:r>
        <w:rPr>
          <w:b/>
        </w:rPr>
        <w:t xml:space="preserve">[1:18:23] </w:t>
      </w:r>
      <w:r>
        <w:t>agar obvious ho to foran jaan lega, nahi to soch kar jaan lega. woh agar sincere ho is mamle mein to.</w:t>
      </w:r>
    </w:p>
    <w:p>
      <w:pPr>
        <w:jc w:val="right"/>
      </w:pPr>
      <w:r>
        <w:t>اگر ابویس ہو تو فوراً جان لے گا، نہیں تو سوچ کر جان لے گا۔ وہ اگر سینسیئر ہو اس معاملے میں تو۔</w:t>
      </w:r>
    </w:p>
    <w:p>
      <w:r>
        <w:rPr>
          <w:b/>
        </w:rPr>
        <w:t xml:space="preserve">[1:18:34] </w:t>
      </w:r>
      <w:r>
        <w:t>maulana, agla sawal ray pur se hai, mister adri sahib ka. unhon ne aapse poocha hai ke "what will happen to those people who die before god's message reaches them?" ek aalim se poocha gaya tha yeh sawal,</w:t>
      </w:r>
    </w:p>
    <w:p>
      <w:pPr>
        <w:jc w:val="right"/>
      </w:pPr>
      <w:r>
        <w:t>مولانا، اگلا سوال رائے پور سے ہے، مسٹر ادری صاحب کا۔ انہوں نے آپ سے پوچھا ہے کہ "واٹ ول ہیپن ٹو دوز پیپل ہو ڈائی بیفور گاڈز میسج ریچز دیم؟" ایک عالم سے پوچھا گیا تھا یہ سوال،</w:t>
      </w:r>
    </w:p>
    <w:p>
      <w:r>
        <w:rPr>
          <w:b/>
        </w:rPr>
        <w:t xml:space="preserve">[1:18:50] </w:t>
      </w:r>
      <w:r>
        <w:t>to unhon ne mukhtasar jawab yeh diya tha is ka ke "jaisi tabligh, waisa muhasba." jaisi tabligh, waisa muhasba, yani jitna is ko baat pohnchi hai, usi ke lehaz se is ki pakar hogi.</w:t>
      </w:r>
    </w:p>
    <w:p>
      <w:pPr>
        <w:jc w:val="right"/>
      </w:pPr>
      <w:r>
        <w:t>تو انہوں نے مختصر جواب یہ دیا تھا اس کا کہ "جیسی تبلیغ، ویسا محاسبہ۔" جیسی تبلیغ، ویسا محاسبہ، یعنی جتنا اس کو بات پہنچی ہے، اسی کے لحاظ سے اس کی پکڑ ہوگی۔</w:t>
      </w:r>
    </w:p>
    <w:p>
      <w:r>
        <w:rPr>
          <w:b/>
        </w:rPr>
        <w:t xml:space="preserve">[1:19:09] </w:t>
      </w:r>
      <w:r>
        <w:t>jitni baat pohnchi hai, us ko usi ke hisab se is ki pakar hogi.</w:t>
      </w:r>
    </w:p>
    <w:p>
      <w:pPr>
        <w:jc w:val="right"/>
      </w:pPr>
      <w:r>
        <w:t>جتنی بات پہنچی ہے، اس کو اسی کے حساب سے اس کی پکڑ ہوگی۔</w:t>
      </w:r>
    </w:p>
    <w:p>
      <w:r>
        <w:rPr>
          <w:b/>
        </w:rPr>
        <w:t xml:space="preserve">[1:19:15] </w:t>
      </w:r>
      <w:r>
        <w:t>to aadmi agar farz kiya kisi ko kuch nahi pohncha hai, to</w:t>
      </w:r>
    </w:p>
    <w:p>
      <w:pPr>
        <w:jc w:val="right"/>
      </w:pPr>
      <w:r>
        <w:t>تو آدمی اگر فرض کیا کسی کو کچھ نہیں پہنچا ہے، تو</w:t>
      </w:r>
    </w:p>
    <w:p>
      <w:r>
        <w:rPr>
          <w:b/>
        </w:rPr>
        <w:t xml:space="preserve">[1:19:22] </w:t>
      </w:r>
      <w:r>
        <w:t>pakar se bach jaye ga, lekin taraqqi nahi hasil kar sake ga woh. kyunke dekhen, dunya ke mamle mein to har aadmi taraqqi ki rootha hai.</w:t>
      </w:r>
    </w:p>
    <w:p>
      <w:pPr>
        <w:jc w:val="right"/>
      </w:pPr>
      <w:r>
        <w:t>پکڑ سے بچ جائے گا، لیکن ترقی نہیں حاصل کر سکے گا وہ۔ کیونکہ دیکھیں، دنیا کے معاملے میں تو ہر آدمی ترقی کی روٹھتا ہے۔</w:t>
      </w:r>
    </w:p>
    <w:p>
      <w:r>
        <w:rPr>
          <w:b/>
        </w:rPr>
        <w:t xml:space="preserve">[1:19:31] </w:t>
      </w:r>
      <w:r>
        <w:t>har aadmi dor dhoop lagaye hue hai, har aadmi dor dhoop lagaye. koi aadmi mujhe ab tak nahi mila jo dunya ki taraqqi ke liye dor dhoop na kar raha ho.</w:t>
      </w:r>
    </w:p>
    <w:p>
      <w:pPr>
        <w:jc w:val="right"/>
      </w:pPr>
      <w:r>
        <w:t>ہر آدمی دوڑ دھوپ لگائے ہوئے ہے، ہر آدمی دوڑ دھوپ لگائے۔ کوئی آدمی مجھے اب تک نہیں ملا جو دنیا کی ترقی کے لیے دوڑ دھوپ نہ کر رہا ہو۔</w:t>
      </w:r>
    </w:p>
    <w:p>
      <w:r>
        <w:rPr>
          <w:b/>
        </w:rPr>
        <w:t xml:space="preserve">[1:19:40] </w:t>
      </w:r>
      <w:r>
        <w:t>yahan se wahan jana, wahan se wahan jana, yeh karna, woh karna.</w:t>
      </w:r>
    </w:p>
    <w:p>
      <w:pPr>
        <w:jc w:val="right"/>
      </w:pPr>
      <w:r>
        <w:t>یہاں سے وہاں جانا، وہاں سے وہاں جانا، یہ کرنا، وہ کرنا۔</w:t>
      </w:r>
    </w:p>
    <w:p>
      <w:r>
        <w:rPr>
          <w:b/>
        </w:rPr>
        <w:t xml:space="preserve">[1:19:44] </w:t>
      </w:r>
      <w:r>
        <w:t>to jab dunya ki taraqqi ke liye aadmi dhoom machaye hue hai, to aakhirat ke liye kyun woh, yani indifferent ho gaya? to is tarah ki baat se koi shakhs pakar se bach sakta hai, lekin is ko taraqqi mil jaye, aisa nahi hone, aisa nahi hone wala hai.</w:t>
      </w:r>
    </w:p>
    <w:p>
      <w:pPr>
        <w:jc w:val="right"/>
      </w:pPr>
      <w:r>
        <w:t>تو جب دنیا کی ترقی کے لیے آدمی دھوم مچائے ہوئے ہے، تو آخرت کے لیے کیوں وہ، یعنی انڈیفرنٹ ہو گیا؟ تو اس طرح کی بات سے کوئی شخص پکڑ سے بچ سکتا ہے، لیکن اس کو ترقی مل جائے، ایسا نہیں ہونے، ایسا نہیں ہونے والا ہے۔</w:t>
      </w:r>
    </w:p>
    <w:p>
      <w:r>
        <w:rPr>
          <w:b/>
        </w:rPr>
        <w:t xml:space="preserve">[1:20:05] </w:t>
      </w:r>
      <w:r>
        <w:t>maulana, agla sawal umra abad se hai, maulana iqbal umri sahib ka</w:t>
      </w:r>
    </w:p>
    <w:p>
      <w:pPr>
        <w:jc w:val="right"/>
      </w:pPr>
      <w:r>
        <w:t>مولانا، اگلا سوال عمرہ آباد سے ہے، مولانا اقبال عمری صاحب کا</w:t>
      </w:r>
    </w:p>
    <w:p>
      <w:r>
        <w:rPr>
          <w:b/>
        </w:rPr>
        <w:t xml:space="preserve">[1:20:09] </w:t>
      </w:r>
      <w:r>
        <w:t>. unhon ne likha hai ke "aaj kal taqreeban tamam mazhab wale yeh kehte hain ke un ka mazhab, un ki baat scientific hai.</w:t>
      </w:r>
    </w:p>
    <w:p>
      <w:pPr>
        <w:jc w:val="right"/>
      </w:pPr>
      <w:r>
        <w:t>۔ انہوں نے لکھا ہے کہ "آج کل تقریباً تمام مذہب والے یہ کہتے ہیں کہ ان کا مذہب، ان کی بات سائنٹیفک ہے۔</w:t>
      </w:r>
    </w:p>
    <w:p>
      <w:r>
        <w:rPr>
          <w:b/>
        </w:rPr>
        <w:t xml:space="preserve">[1:20:19] </w:t>
      </w:r>
      <w:r>
        <w:t>kya yeh mazhab ke muqable mein science ki victory nahi hai?" yeh to ek chala hua lafz hai, log jante bhi nahi.</w:t>
      </w:r>
    </w:p>
    <w:p>
      <w:pPr>
        <w:jc w:val="right"/>
      </w:pPr>
      <w:r>
        <w:t>کیا یہ مذہب کے مقابلے میں سائنس کی وکٹری نہیں ہے؟" یہ تو ایک چلا ہوا لفظ ہے، لوگ جانتے بھی نہیں۔</w:t>
      </w:r>
    </w:p>
    <w:p>
      <w:r>
        <w:rPr>
          <w:b/>
        </w:rPr>
        <w:t xml:space="preserve">[1:20:28] </w:t>
      </w:r>
      <w:r>
        <w:t>jo ek kehte hain, un se poochiye to main samajhta hoon ke woh jante bhi nahi ke science kya cheez hai. science jante bhi nahi ke un ka yeh jumla batata hai ke woh science nahi jante.</w:t>
      </w:r>
    </w:p>
    <w:p>
      <w:pPr>
        <w:jc w:val="right"/>
      </w:pPr>
      <w:r>
        <w:t>جو ایک کہتے ہیں، ان سے پوچھیے تو میں سمجھتا ہوں کہ وہ جانتے بھی نہیں کہ سائنس کیا چیز ہے۔ سائنس جانتے بھی نہیں کہ ان کا یہ جملہ بتاتا ہے کہ وہ سائنس نہیں جانتے۔</w:t>
      </w:r>
    </w:p>
    <w:p>
      <w:r>
        <w:rPr>
          <w:b/>
        </w:rPr>
        <w:t xml:space="preserve">[1:20:40] </w:t>
      </w:r>
      <w:r>
        <w:t>jo jo waqai scientist hoga, woh aise hi bol nahi bole ga, woh aise hi bol nahi bole ga. woh maulana, un ka ek aur sawal hai.</w:t>
      </w:r>
    </w:p>
    <w:p>
      <w:pPr>
        <w:jc w:val="right"/>
      </w:pPr>
      <w:r>
        <w:t>جو جو واقعی سائنٹسٹ ہوگا، وہ ایسے ہی بول نہیں بولے گا، وہ ایسے ہی بول نہیں بولے گا۔ وہ مولانا، ان کا ایک اور سوال ہے۔</w:t>
      </w:r>
    </w:p>
    <w:p>
      <w:r>
        <w:rPr>
          <w:b/>
        </w:rPr>
        <w:t xml:space="preserve">[1:20:51] </w:t>
      </w:r>
      <w:r>
        <w:t>unhon ne aapse poocha hai ke "merciless hammering kis ko kehte hain aur is ka tareeqa kya hai?" merciless hammering ka matlab hai be rehamana muhasba.</w:t>
      </w:r>
    </w:p>
    <w:p>
      <w:pPr>
        <w:jc w:val="right"/>
      </w:pPr>
      <w:r>
        <w:t>انہوں نے آپ سے پوچھا ہے کہ "مرسی لیس ہیمرنگ کس کو کہتے ہیں اور اس کا طریقہ کیا ہے؟" مرسی لیس ہیمرنگ کا مطلب ہے بے رحمانہ محاسبہ۔</w:t>
      </w:r>
    </w:p>
    <w:p>
      <w:r>
        <w:rPr>
          <w:b/>
        </w:rPr>
        <w:t xml:space="preserve">[1:21:05] </w:t>
      </w:r>
      <w:r>
        <w:t>be rehamana muhasba.</w:t>
      </w:r>
    </w:p>
    <w:p>
      <w:pPr>
        <w:jc w:val="right"/>
      </w:pPr>
      <w:r>
        <w:t>بے رحمانہ محاسبہ۔</w:t>
      </w:r>
    </w:p>
    <w:p>
      <w:r>
        <w:rPr>
          <w:b/>
        </w:rPr>
        <w:t xml:space="preserve">[1:21:09] </w:t>
      </w:r>
      <w:r>
        <w:t>to be rehamana muhasba ka matlab yeh hai ke aadmi aam taur par kya hota hai? apna jis ko kehte hain angrezi mein "face saving".</w:t>
      </w:r>
    </w:p>
    <w:p>
      <w:pPr>
        <w:jc w:val="right"/>
      </w:pPr>
      <w:r>
        <w:t>تو بے رحمانہ محاسبہ کا مطلب یہ ہے کہ آدمی عام طور پر کیا ہوتا ہے؟ اپنا جس کو کہتے ہیں انگریزی میں "فیس سیونگ"۔</w:t>
      </w:r>
    </w:p>
    <w:p>
      <w:r>
        <w:rPr>
          <w:b/>
        </w:rPr>
        <w:t xml:space="preserve">[1:21:20] </w:t>
      </w:r>
      <w:r>
        <w:t>face saving, face saving, is ka saya rehta hai. is ke upar apne ko bachaye rakhna, apne ko bacha kar ke, yani yeh bhi sabit ho jaye ke main haq par hoon aur ghalati maine ki hai jo woh chupi reh jaye.</w:t>
      </w:r>
    </w:p>
    <w:p>
      <w:pPr>
        <w:jc w:val="right"/>
      </w:pPr>
      <w:r>
        <w:t>فیس سیونگ، فیس سیونگ، اس کا سایہ رہتا ہے۔ اس کے اوپر اپنے کو بچائے رکھنا، اپنے کو بچا کر کے، یعنی یہ بھی ثابت ہو جائے کہ میں حق پر ہوں اور غلطی میں نے کی ہے جو وہ چھپی رہ جائے۔</w:t>
      </w:r>
    </w:p>
    <w:p>
      <w:r>
        <w:rPr>
          <w:b/>
        </w:rPr>
        <w:t xml:space="preserve">[1:21:39] </w:t>
      </w:r>
      <w:r>
        <w:t>to main samajhta hoon ke in sab cheezon jitni complex hain, is qism ke jo ehsasat hain, un se upar uth kar ke jab aadmi apna muhasba kare to woh hai be rehamana muhasba.</w:t>
      </w:r>
    </w:p>
    <w:p>
      <w:pPr>
        <w:jc w:val="right"/>
      </w:pPr>
      <w:r>
        <w:t>تو میں سمجھتا ہوں کہ ان سب چیزیں جتنی کمپلیکس ہیں، اس قسم کے جو احساسات ہیں، ان سے اوپر اٹھ کر کے جب آدمی اپنا محاسبہ کرے تو وہ ہے بے رحمانہ محاسبہ۔</w:t>
      </w:r>
    </w:p>
    <w:p>
      <w:r>
        <w:rPr>
          <w:b/>
        </w:rPr>
        <w:t xml:space="preserve">[1:21:52] </w:t>
      </w:r>
      <w:r>
        <w:t>is ka idhar dhyan na ho kahin main ghalat sabit na ho jaon, kahin main ghalat sabit na ho jaon. yeh dhyan na ho, ghalat sabit ho ya sahi sabit ho, yeh is ka concern na ho.</w:t>
      </w:r>
    </w:p>
    <w:p>
      <w:pPr>
        <w:jc w:val="right"/>
      </w:pPr>
      <w:r>
        <w:t>اس کا ادھر دھیان نہ ہو کہیں میں غلط ثابت نہ ہو جاؤں، کہیں میں غلط ثابت نہ ہو جاؤں۔ یہ دھیان نہ ہو، غلط ثابت ہو یا صحیح ثابت ہو، یہ اس کا کنسرن نہ ہو۔</w:t>
      </w:r>
    </w:p>
    <w:p>
      <w:r>
        <w:rPr>
          <w:b/>
        </w:rPr>
        <w:t xml:space="preserve">[1:22:04] </w:t>
      </w:r>
      <w:r>
        <w:t>jo baat hai, woh maloom ho jayega.</w:t>
      </w:r>
    </w:p>
    <w:p>
      <w:pPr>
        <w:jc w:val="right"/>
      </w:pPr>
      <w:r>
        <w:t>جو بات ہے، وہ معلوم ہو جائے گا۔</w:t>
      </w:r>
    </w:p>
    <w:p>
      <w:r>
        <w:rPr>
          <w:b/>
        </w:rPr>
        <w:t xml:space="preserve">[1:22:09] </w:t>
      </w:r>
      <w:r>
        <w:t>to woh hai be rehamana muhasba. maulana, agla sawal dilli se hai, mister naseeb ansari sahib ka. unhon ne aapse poocha hai ke "when surrounded by problems, how can we remain positive?" bhai, is par to hum bohat kar chuke hain, likh chuke hain ke "problems are part of life." de de escape from problem.</w:t>
      </w:r>
    </w:p>
    <w:p>
      <w:pPr>
        <w:jc w:val="right"/>
      </w:pPr>
      <w:r>
        <w:t>تو وہ ہے بے رحمانہ محاسبہ۔ مولانا، اگلا سوال دلی سے ہے، مسٹر نصیب انصاری صاحب کا۔ انہوں نے آپ سے پوچھا ہے کہ "وین سراؤنڈڈ بائے پرابلمز، ہاؤ کین وی ریمین پوزیٹیو؟" بھئی، اس پر تو ہم بہت کر چکے ہیں، لکھ چکے ہیں کہ "پرابلمز ار پارٹ اف لائف۔" دے دیں اسکیپ فرام پرابلم۔</w:t>
      </w:r>
    </w:p>
    <w:p>
      <w:r>
        <w:rPr>
          <w:b/>
        </w:rPr>
        <w:t xml:space="preserve">[1:22:34] </w:t>
      </w:r>
      <w:r>
        <w:t>to kisi ek ka masla nahi ke woh hi is surrounded by problem. woh to sab hi hain, peghambar bhi the. yeh sawal hi, yani ke aap kisi ko single out nahi kar sakte.</w:t>
      </w:r>
    </w:p>
    <w:p>
      <w:pPr>
        <w:jc w:val="right"/>
      </w:pPr>
      <w:r>
        <w:t>تو کسی ایک کا مسئلہ نہیں کہ وہ ہی از سراؤنڈڈ بائے پرابلم۔ وہ تو سب ہی ہیں، پیغمبر بھی تھے۔ یہ سوال ہی، یعنی کہ آپ کسی کو سنگل آؤٹ نہیں کر سکتے۔</w:t>
      </w:r>
    </w:p>
    <w:p>
      <w:r>
        <w:rPr>
          <w:b/>
        </w:rPr>
        <w:t xml:space="preserve">[1:22:47] </w:t>
      </w:r>
      <w:r>
        <w:t>har aadmi problem hi mein jeeta. laqad khalaqal insana fi kabad. insan ko paida kiya gaya hai problem mein. to you have to learn the art of living with problem.</w:t>
      </w:r>
    </w:p>
    <w:p>
      <w:pPr>
        <w:jc w:val="right"/>
      </w:pPr>
      <w:r>
        <w:t>ہر آدمی پرابلم ہی میں جیتا۔ لقد خلق الانسان فی کبت۔ انسان کو پیدا کیا گیا ہے پرابلم میں۔ تو یو ہیو ٹو لرن دا آرٹ اف لیونگ ود پرابلم۔</w:t>
      </w:r>
    </w:p>
    <w:p>
      <w:r>
        <w:rPr>
          <w:b/>
        </w:rPr>
        <w:t xml:space="preserve">[1:23:02] </w:t>
      </w:r>
      <w:r>
        <w:t>yeh baat bohat likh chuke hain. hamari kitab hai, is par bohat si aap padh lijiye. is ko</w:t>
      </w:r>
    </w:p>
    <w:p>
      <w:pPr>
        <w:jc w:val="right"/>
      </w:pPr>
      <w:r>
        <w:t>یہ بات بہت لکھ چکے ہیں۔ ہماری کتاب ہے، اس پر بہت سی آپ پڑھ لیجئے۔ اس کو</w:t>
      </w:r>
    </w:p>
    <w:p>
      <w:r>
        <w:rPr>
          <w:b/>
        </w:rPr>
        <w:t xml:space="preserve">[1:23:11] </w:t>
      </w:r>
      <w:r>
        <w:t>maulana, agla sawal mister navdeep kapoor ka hai, dilli se. unhon ne aapse poocha hai ke "how should parents train their children?" is ke bare mein batayen.</w:t>
      </w:r>
    </w:p>
    <w:p>
      <w:pPr>
        <w:jc w:val="right"/>
      </w:pPr>
      <w:r>
        <w:t>مولانا، اگلا سوال مسٹر نودیپ کپور کا ہے، دلی سے۔ انہوں نے آپ سے پوچھا ہے کہ "ہاؤ شوڈ پیرنٹس ٹرین دیر چلڈرن؟" اس کے بارے میں بتائیں۔</w:t>
      </w:r>
    </w:p>
    <w:p>
      <w:r>
        <w:rPr>
          <w:b/>
        </w:rPr>
        <w:t xml:space="preserve">[1:23:21] </w:t>
      </w:r>
      <w:r>
        <w:t>mein to samajhta hoon ke starting point hai ke pampering ko haram samajh lein.</w:t>
      </w:r>
    </w:p>
    <w:p>
      <w:pPr>
        <w:jc w:val="right"/>
      </w:pPr>
      <w:r>
        <w:t>میں تو سمجھتا ہوں کہ سٹارٹنگ پوائنٹ ہے کہ پیمپرنگ کو حرام سمجھ لیں۔</w:t>
      </w:r>
    </w:p>
    <w:p>
      <w:r>
        <w:rPr>
          <w:b/>
        </w:rPr>
        <w:t xml:space="preserve">[1:23:27] </w:t>
      </w:r>
      <w:r>
        <w:t>easy money se akhirat tak bachayein. kyunke pampering ke sath aur easy money ke sath aap kabhi bachchon ko kuch nahi kar sakte.</w:t>
      </w:r>
    </w:p>
    <w:p>
      <w:pPr>
        <w:jc w:val="right"/>
      </w:pPr>
      <w:r>
        <w:t>ایزی منی سے آخرت تک بچائیں۔ کیونکہ پیمپرنگ کے ساتھ اور ایزی منی کے ساتھ آپ کبھی بچوں کو کچھ نہیں کر سکتے۔</w:t>
      </w:r>
    </w:p>
    <w:p>
      <w:r>
        <w:rPr>
          <w:b/>
        </w:rPr>
        <w:t xml:space="preserve">[1:23:36] </w:t>
      </w:r>
      <w:r>
        <w:t>woh to bigad kar rahenge, woh bigad hi kar rahenge. woh</w:t>
      </w:r>
    </w:p>
    <w:p>
      <w:pPr>
        <w:jc w:val="right"/>
      </w:pPr>
      <w:r>
        <w:t>وہ تو بگڑ کر رہیں گے، وہ بگڑ ہی کر رہیں گے۔ وہ</w:t>
      </w:r>
    </w:p>
    <w:p>
      <w:r>
        <w:rPr>
          <w:b/>
        </w:rPr>
        <w:t xml:space="preserve">[1:23:43] </w:t>
      </w:r>
      <w:r>
        <w:t>lekin is ka matlab nahi ke aap danda danda marein, ghussa karein. nahi, is ka matlab un ki, un ki, un ki, un ke mind ko address kijiye, un ko convince kijiye.</w:t>
      </w:r>
    </w:p>
    <w:p>
      <w:pPr>
        <w:jc w:val="right"/>
      </w:pPr>
      <w:r>
        <w:t>لیکن اس کا مطلب نہیں کہ آپ ڈاٹ ڈاٹیں ماریں، غصہ کریں۔ نہیں، اس کا مطلب ان کی، ان کی، ان کی، ان کے مائنڈ کو ایڈریس کیجئے، ان کو کنونس کیجئے۔</w:t>
      </w:r>
    </w:p>
    <w:p>
      <w:r>
        <w:rPr>
          <w:b/>
        </w:rPr>
        <w:t xml:space="preserve">[1:23:59] </w:t>
      </w:r>
      <w:r>
        <w:t>to ek taraf to pampering se bachna hai, easy money se bachna hai aur ghusse se hi bachna hai, danda danda marne se bachna hai. lekin jo kaam karna hai, woh yahi ke aap un ke mind ko address karein, yani reasoned way mein baat ko samjhein.</w:t>
      </w:r>
    </w:p>
    <w:p>
      <w:pPr>
        <w:jc w:val="right"/>
      </w:pPr>
      <w:r>
        <w:t>تو ایک طرف تو پیمپرنگ سے بچنا ہے، ایزی منی سے بچنا ہے اور غصے سے ہی بچنا ہے، ڈاٹ ڈاٹیں مارنے سے بچنا ہے۔ لیکن جو کام کرنا ہے، وہ یہی کہ آپ ان کے مائنڈ کو ایڈریس کریں، یعنی ریزنڈ وے میں بات کو سمجھائیں۔</w:t>
      </w:r>
    </w:p>
    <w:p>
      <w:r>
        <w:rPr>
          <w:b/>
        </w:rPr>
        <w:t xml:space="preserve">[1:24:14] </w:t>
      </w:r>
      <w:r>
        <w:t>unhein mera tajurba yeh hai ke har aadmi, chahe bachcha ho ya bada, har cheez ko idhar udhar reason out karne ki koshish karta hai.</w:t>
      </w:r>
    </w:p>
    <w:p>
      <w:pPr>
        <w:jc w:val="right"/>
      </w:pPr>
      <w:r>
        <w:t>انہیں میرا تجربہ یہ ہے کہ ہر آدمی، چاہے بچہ ہو یا بڑا، ہر چیز کو ادھر ادھر ریزن آؤٹ کرنے کی کوشش کرتا ہے۔</w:t>
      </w:r>
    </w:p>
    <w:p>
      <w:r>
        <w:rPr>
          <w:b/>
        </w:rPr>
        <w:t xml:space="preserve">[1:24:24] </w:t>
      </w:r>
      <w:r>
        <w:t>aadmi by nature aisa hai ke woh chahta hai reason out karna.</w:t>
      </w:r>
    </w:p>
    <w:p>
      <w:pPr>
        <w:jc w:val="right"/>
      </w:pPr>
      <w:r>
        <w:t>آدمی بائی نیچر ایسا ہے کہ وہ چاہتا ہے ریزن آؤٹ کرنا۔</w:t>
      </w:r>
    </w:p>
    <w:p>
      <w:r>
        <w:rPr>
          <w:b/>
        </w:rPr>
        <w:t xml:space="preserve">[1:24:29] </w:t>
      </w:r>
      <w:r>
        <w:t>to reasoned way mein agar baat kahi jayegi to wohi baat asar kar sakti hai. mera tajurba yahi hai.</w:t>
      </w:r>
    </w:p>
    <w:p>
      <w:pPr>
        <w:jc w:val="right"/>
      </w:pPr>
      <w:r>
        <w:t>تو ریزنڈ وے میں اگر بات کہی جائے گی تو وہی بات اثر کر سکتی ہے۔ میرا تجربہ یہی ہے۔</w:t>
      </w:r>
    </w:p>
    <w:p>
      <w:r>
        <w:rPr>
          <w:b/>
        </w:rPr>
        <w:t xml:space="preserve">[1:24:40] </w:t>
      </w:r>
      <w:r>
        <w:t>maulana, agla sawal Mr. Sajid Anwar sahib ka hai, Rurki se. unhone aap se poocha hai ke "what is the secret of success?" is ke bare mein batayein.</w:t>
      </w:r>
    </w:p>
    <w:p>
      <w:pPr>
        <w:jc w:val="right"/>
      </w:pPr>
      <w:r>
        <w:t>مولانا، اگلا سوال مسٹر ساجد انور صاحب کا ہے، رڑکی سے۔ انہوں نے آپ سے پوچھا ہے کہ "واٹ از دا سیکرٹ اف سکسیس؟" اس کے بارے میں بتائیں۔</w:t>
      </w:r>
    </w:p>
    <w:p>
      <w:r>
        <w:rPr>
          <w:b/>
        </w:rPr>
        <w:t xml:space="preserve">[1:24:50] </w:t>
      </w:r>
      <w:r>
        <w:t>bhai, mein to kahunga ke failure ko aap success ke roop mein dekh sakein. yahi hai success.</w:t>
      </w:r>
    </w:p>
    <w:p>
      <w:pPr>
        <w:jc w:val="right"/>
      </w:pPr>
      <w:r>
        <w:t>بھائی، میں تو کہوں گا کہ فیلیر کو آپ سکسیس کے روپ میں دیکھ سکیں۔ یہی ہے سکسیس۔</w:t>
      </w:r>
    </w:p>
    <w:p>
      <w:r>
        <w:rPr>
          <w:b/>
        </w:rPr>
        <w:t xml:space="preserve">[1:24:59] </w:t>
      </w:r>
      <w:r>
        <w:t>yeh duniya mein failure hi muqaddar hai. har aadmi ko fail hi hota hai. yeh duniya mein koi bhi kamyab nahi hota. lekin jo pesh aaya hai, us ko aap failure na kahein, us ko success samjhein.</w:t>
      </w:r>
    </w:p>
    <w:p>
      <w:pPr>
        <w:jc w:val="right"/>
      </w:pPr>
      <w:r>
        <w:t>یہ دنیا میں فیلیر ہی مقدر ہے۔ ہر آدمی کو فیل ہی ہوتا ہے۔ یہ دنیا میں کوئی بھی کامیاب نہیں ہوتا۔ لیکن جو پیش آیا ہے، اس کو آپ فیلیر نہ کہیں، اس کو سکسیس سمجھیں۔</w:t>
      </w:r>
    </w:p>
    <w:p>
      <w:r>
        <w:rPr>
          <w:b/>
        </w:rPr>
        <w:t xml:space="preserve">[1:25:15] </w:t>
      </w:r>
      <w:r>
        <w:t>yeh hai kamyabi ka raaz.</w:t>
      </w:r>
    </w:p>
    <w:p>
      <w:pPr>
        <w:jc w:val="right"/>
      </w:pPr>
      <w:r>
        <w:t>یہ ہے کامیابی کا راز۔</w:t>
      </w:r>
    </w:p>
    <w:p>
      <w:r>
        <w:rPr>
          <w:b/>
        </w:rPr>
        <w:t xml:space="preserve">[1:25:22] </w:t>
      </w:r>
      <w:r>
        <w:t>failure se to bachna mumkin hi nahi hai. sirf yeh hai ke failure ko aap positive mind se dekhein. bas yeh wohi ka naam success hai.</w:t>
      </w:r>
    </w:p>
    <w:p>
      <w:pPr>
        <w:jc w:val="right"/>
      </w:pPr>
      <w:r>
        <w:t>فیلیر سے تو بچنا ممکن ہی نہیں ہے۔ صرف یہ ہے کہ فیلیر کو آپ پازیٹیو مائنڈ سے دیکھیں۔ بس یہ وہ اسی کا نام سکسیس ہے۔</w:t>
      </w:r>
    </w:p>
    <w:p>
      <w:r>
        <w:rPr>
          <w:b/>
        </w:rPr>
        <w:t xml:space="preserve">[1:25:34] </w:t>
      </w:r>
      <w:r>
        <w:t>bade bade log jo hain, un ki success, jis ko jis ko kehte hain successful ya super achievers, woh kuch bhi nahi the.</w:t>
      </w:r>
    </w:p>
    <w:p>
      <w:pPr>
        <w:jc w:val="right"/>
      </w:pPr>
      <w:r>
        <w:t>بڑے بڑے لوگ جو ہیں، ان کی سکسیس، جس کو جس کو کہتے ہیں سکسیس فل یا سپر اچیورز، وہ کچھ بھی نہیں تھے۔</w:t>
      </w:r>
    </w:p>
    <w:p>
      <w:r>
        <w:rPr>
          <w:b/>
        </w:rPr>
        <w:t xml:space="preserve">[1:25:43] </w:t>
      </w:r>
      <w:r>
        <w:t>woh yeh to yeh to kahani ki baatein hain. koi super achiever, super achiever nahi hai.</w:t>
      </w:r>
    </w:p>
    <w:p>
      <w:pPr>
        <w:jc w:val="right"/>
      </w:pPr>
      <w:r>
        <w:t>وہ یہ تو یہ تو کہانی کی باتیں ہیں۔ کوئی سپر اچیور، سپر اچیور نہیں ہے۔</w:t>
      </w:r>
    </w:p>
    <w:p>
      <w:r>
        <w:rPr>
          <w:b/>
        </w:rPr>
        <w:t xml:space="preserve">[1:25:50] </w:t>
      </w:r>
      <w:r>
        <w:t>sab super failure the. case tha sab ka. yaad rakhiye, har cheez ka state aur mind se taluq hai. mind ke level par aap kaise hain, usi se pata chalta hai ke aap apne ko fail samajhte hain, kamyab samajhte hain.</w:t>
      </w:r>
    </w:p>
    <w:p>
      <w:pPr>
        <w:jc w:val="right"/>
      </w:pPr>
      <w:r>
        <w:t>سب سپر فیلیر تھے۔ کیس تھا سب کا۔ یاد رکھیے، ہر چیز کا اسٹیٹ اور مائنڈ سے تعلق ہے۔ مائنڈ کے لیول پر آپ کیسے ہیں، اسی سے پتہ چلتا ہے کہ آپ اپنے کو فیل سمجھتے ہیں، کامیاب سمجھتے ہیں۔</w:t>
      </w:r>
    </w:p>
    <w:p>
      <w:r>
        <w:rPr>
          <w:b/>
        </w:rPr>
        <w:t xml:space="preserve">[1:26:06] </w:t>
      </w:r>
      <w:r>
        <w:t>to mind ke level par apne ko bachaiye. baqi amli zindagi mein to yeh sab utaar charhaav hota hi rahega.</w:t>
      </w:r>
    </w:p>
    <w:p>
      <w:pPr>
        <w:jc w:val="right"/>
      </w:pPr>
      <w:r>
        <w:t>تو مائنڈ کے لیول پر اپنے کو بچائیے۔ باقی عملی زندگی میں تو یہ سب اتار چڑھاؤ ہوتا ہی رہے گا۔</w:t>
      </w:r>
    </w:p>
    <w:p>
      <w:r>
        <w:rPr>
          <w:b/>
        </w:rPr>
        <w:t xml:space="preserve">[1:26:15] </w:t>
      </w:r>
      <w:r>
        <w:t>aap amli zindagi mein kabhi bhi smooth life aap ko nahi mil sakti hai. lekin mind ke level par to mil sakti hai. yahi hai matlab realistic approach.</w:t>
      </w:r>
    </w:p>
    <w:p>
      <w:pPr>
        <w:jc w:val="right"/>
      </w:pPr>
      <w:r>
        <w:t>آپ عملی زندگی میں کبھی بھی سموتھ لائف آپ کو نہیں مل سکتی ہے۔ لیکن مائنڈ کے لیول پر تو مل سکتی ہے۔ یہی ہے مطلب ریلسٹک اپروچ۔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