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Putting End to Complaints April 22, 2020 Maulana Wahiduddin Khan</w:t>
      </w:r>
    </w:p>
    <w:p>
      <w:r>
        <w:t>https://www.youtube.com/watch?v=jwchAfcFrkM</w:t>
      </w:r>
    </w:p>
    <w:p>
      <w:r>
        <w:rPr>
          <w:b/>
        </w:rPr>
        <w:t xml:space="preserve">[00:14] </w:t>
      </w:r>
      <w:r>
        <w:t>bismillah rahman rahim.</w:t>
      </w:r>
    </w:p>
    <w:p>
      <w:pPr>
        <w:jc w:val="right"/>
      </w:pPr>
      <w:r>
        <w:t>بسم اللہ الرحمن الرحیم۔</w:t>
      </w:r>
    </w:p>
    <w:p>
      <w:r>
        <w:rPr>
          <w:b/>
        </w:rPr>
        <w:t xml:space="preserve">[00:22] </w:t>
      </w:r>
      <w:r>
        <w:t>aaj ka topic hai</w:t>
      </w:r>
    </w:p>
    <w:p>
      <w:pPr>
        <w:jc w:val="right"/>
      </w:pPr>
      <w:r>
        <w:t>آج کا ٹاپک ہے</w:t>
      </w:r>
    </w:p>
    <w:p>
      <w:r>
        <w:rPr>
          <w:b/>
        </w:rPr>
        <w:t xml:space="preserve">[00:26] </w:t>
      </w:r>
      <w:r>
        <w:t>introspection, yaani</w:t>
      </w:r>
    </w:p>
    <w:p>
      <w:pPr>
        <w:jc w:val="right"/>
      </w:pPr>
      <w:r>
        <w:t>انٹراسپیکشن، یعنی</w:t>
      </w:r>
    </w:p>
    <w:p>
      <w:r>
        <w:rPr>
          <w:b/>
        </w:rPr>
        <w:t xml:space="preserve">[00:36] </w:t>
      </w:r>
      <w:r>
        <w:t>apni kamiyon ko daryaft karna aur</w:t>
      </w:r>
    </w:p>
    <w:p>
      <w:pPr>
        <w:jc w:val="right"/>
      </w:pPr>
      <w:r>
        <w:t>اپنی کمیوں کو دریافت کرنا اور</w:t>
      </w:r>
    </w:p>
    <w:p>
      <w:r>
        <w:rPr>
          <w:b/>
        </w:rPr>
        <w:t xml:space="preserve">[00:47] </w:t>
      </w:r>
      <w:r>
        <w:t>is ki islaah karna.</w:t>
      </w:r>
    </w:p>
    <w:p>
      <w:pPr>
        <w:jc w:val="right"/>
      </w:pPr>
      <w:r>
        <w:t>اس کی اصلاح کرنا۔</w:t>
      </w:r>
    </w:p>
    <w:p>
      <w:r>
        <w:rPr>
          <w:b/>
        </w:rPr>
        <w:t xml:space="preserve">[00:58] </w:t>
      </w:r>
      <w:r>
        <w:t>to main samajhta hoon ke aaj kal ke logon mein sab se zyada jo kami hai woh introspection ki hui hai.</w:t>
      </w:r>
    </w:p>
    <w:p>
      <w:pPr>
        <w:jc w:val="right"/>
      </w:pPr>
      <w:r>
        <w:t>تو میں سمجھتا ہوں کہ آج کل کے لوگوں میں سب سے زیادہ جو کمی ہے وہ انٹراسپیکشن کی ہوئی ہے۔</w:t>
      </w:r>
    </w:p>
    <w:p>
      <w:r>
        <w:rPr>
          <w:b/>
        </w:rPr>
        <w:t xml:space="preserve">[01:16] </w:t>
      </w:r>
      <w:r>
        <w:t>log,</w:t>
      </w:r>
    </w:p>
    <w:p>
      <w:pPr>
        <w:jc w:val="right"/>
      </w:pPr>
      <w:r>
        <w:t>لوگ،</w:t>
      </w:r>
    </w:p>
    <w:p>
      <w:r>
        <w:rPr>
          <w:b/>
        </w:rPr>
        <w:t xml:space="preserve">[01:19] </w:t>
      </w:r>
      <w:r>
        <w:t>woh main aap ko deen ki, deen ke naam par activities to woh dikhai degi lekin spirit ke aitbaar se ghayab.</w:t>
      </w:r>
    </w:p>
    <w:p>
      <w:pPr>
        <w:jc w:val="right"/>
      </w:pPr>
      <w:r>
        <w:t>وہ میں آپ کو دین کی، دین کے نام پر ایکٹیویٹیز تو وہ دکھائی دے گی لیکن اسپرٹ کے اعتبار سے غائب۔</w:t>
      </w:r>
    </w:p>
    <w:p>
      <w:r>
        <w:rPr>
          <w:b/>
        </w:rPr>
        <w:t xml:space="preserve">[01:37] </w:t>
      </w:r>
      <w:r>
        <w:t>deen ki, ka form, deen ka form to bohat hai lekin</w:t>
      </w:r>
    </w:p>
    <w:p>
      <w:pPr>
        <w:jc w:val="right"/>
      </w:pPr>
      <w:r>
        <w:t>دین کی، کا فارم، دین کا فارم تو بہت ہے لیکن</w:t>
      </w:r>
    </w:p>
    <w:p>
      <w:r>
        <w:rPr>
          <w:b/>
        </w:rPr>
        <w:t xml:space="preserve">[01:44] </w:t>
      </w:r>
      <w:r>
        <w:t>spirit ke aitbaar se deen bohat kam dikhai deta hai.</w:t>
      </w:r>
    </w:p>
    <w:p>
      <w:pPr>
        <w:jc w:val="right"/>
      </w:pPr>
      <w:r>
        <w:t>اسپرٹ کے اعتبار سے دین بہت کم دکھائی دیتا ہے۔</w:t>
      </w:r>
    </w:p>
    <w:p>
      <w:r>
        <w:rPr>
          <w:b/>
        </w:rPr>
        <w:t xml:space="preserve">[01:58] </w:t>
      </w:r>
      <w:r>
        <w:t>to main samajhta hoon ke yeh jo hum, hum logon ki zindagi, hum logon ki zindagi mein jo ek, ek shak laga hai, is ka taqaza yeh hai ke hum</w:t>
      </w:r>
    </w:p>
    <w:p>
      <w:pPr>
        <w:jc w:val="right"/>
      </w:pPr>
      <w:r>
        <w:t>تو میں سمجھتا ہوں کہ یہ جو ہم، ہم لوگوں کی زندگی، ہم لوگوں کی زندگی میں جو ایک، ایک شک لگا ہے، اس کا تقاضا یہ ہے کہ ہم</w:t>
      </w:r>
    </w:p>
    <w:p>
      <w:r>
        <w:rPr>
          <w:b/>
        </w:rPr>
        <w:t xml:space="preserve">[02:16] </w:t>
      </w:r>
      <w:r>
        <w:t>introspection karein, apni kamiyon ko daryaft karein, daryaft karein.</w:t>
      </w:r>
    </w:p>
    <w:p>
      <w:pPr>
        <w:jc w:val="right"/>
      </w:pPr>
      <w:r>
        <w:t>انٹراسپیکشن کریں، اپنی کمیوں کو دریافت کریں، دریافت کریں۔</w:t>
      </w:r>
    </w:p>
    <w:p>
      <w:r>
        <w:rPr>
          <w:b/>
        </w:rPr>
        <w:t xml:space="preserve">[02:32] </w:t>
      </w:r>
      <w:r>
        <w:t>to hadith mein aaya hai ke "abda' biman taawul", apne aap se shuru karo.</w:t>
      </w:r>
    </w:p>
    <w:p>
      <w:pPr>
        <w:jc w:val="right"/>
      </w:pPr>
      <w:r>
        <w:t>تو حدیث میں آیا ہے کہ "ابدأ بمن طاؤل"، اپنے آپ سے شروع کرو۔</w:t>
      </w:r>
    </w:p>
    <w:p>
      <w:r>
        <w:rPr>
          <w:b/>
        </w:rPr>
        <w:t xml:space="preserve">[02:45] </w:t>
      </w:r>
      <w:r>
        <w:t>to main ne apne aap se shuru, shuru kiya.</w:t>
      </w:r>
    </w:p>
    <w:p>
      <w:pPr>
        <w:jc w:val="right"/>
      </w:pPr>
      <w:r>
        <w:t>تو میں نے اپنے آپ سے شروع، شروع کیا۔</w:t>
      </w:r>
    </w:p>
    <w:p>
      <w:r>
        <w:rPr>
          <w:b/>
        </w:rPr>
        <w:t xml:space="preserve">[02:53] </w:t>
      </w:r>
      <w:r>
        <w:t>to ek sahib hain jo Dilli mein nahi hain, Dilli ke bahar hain,</w:t>
      </w:r>
    </w:p>
    <w:p>
      <w:pPr>
        <w:jc w:val="right"/>
      </w:pPr>
      <w:r>
        <w:t>تو ایک صاحب ہیں جو دلی میں نہیں ہیں، دلی کے باہر ہیں،</w:t>
      </w:r>
    </w:p>
    <w:p>
      <w:r>
        <w:rPr>
          <w:b/>
        </w:rPr>
        <w:t xml:space="preserve">[03:02] </w:t>
      </w:r>
      <w:r>
        <w:t>un se mujhe ek shikayat thi, bohat dinon se thi.</w:t>
      </w:r>
    </w:p>
    <w:p>
      <w:pPr>
        <w:jc w:val="right"/>
      </w:pPr>
      <w:r>
        <w:t>ان سے مجھے ایک شکایت تھی، بہت دنوں سے تھی۔</w:t>
      </w:r>
    </w:p>
    <w:p>
      <w:r>
        <w:rPr>
          <w:b/>
        </w:rPr>
        <w:t xml:space="preserve">[03:14] </w:t>
      </w:r>
      <w:r>
        <w:t>woh shikayat len den ki shikayat thi.</w:t>
      </w:r>
    </w:p>
    <w:p>
      <w:pPr>
        <w:jc w:val="right"/>
      </w:pPr>
      <w:r>
        <w:t>وہ شکایت لین دین کی شکایت تھی۔</w:t>
      </w:r>
    </w:p>
    <w:p>
      <w:r>
        <w:rPr>
          <w:b/>
        </w:rPr>
        <w:t xml:space="preserve">[03:25] </w:t>
      </w:r>
      <w:r>
        <w:t>to shikayat ka maamla aisa hai ke agar aap shikayat ko</w:t>
      </w:r>
    </w:p>
    <w:p>
      <w:pPr>
        <w:jc w:val="right"/>
      </w:pPr>
      <w:r>
        <w:t>تو شکایت کا معاملہ ایسا ہے کہ اگر آپ شکایت کو</w:t>
      </w:r>
    </w:p>
    <w:p>
      <w:r>
        <w:rPr>
          <w:b/>
        </w:rPr>
        <w:t xml:space="preserve">[03:33] </w:t>
      </w:r>
      <w:r>
        <w:t>behas ka topic banayein to kabhi khatm nahi hoti. Kuch aap kahein, kuch doosra kahega, kuch aap kahein, kuch doosra kahega, to shikayat chalti rahegi.</w:t>
      </w:r>
    </w:p>
    <w:p>
      <w:pPr>
        <w:jc w:val="right"/>
      </w:pPr>
      <w:r>
        <w:t>بحث کا ٹاپک بنائیں تو کبھی ختم نہیں ہوتی۔ کچھ آپ کہیں، کچھ دوسرا کہے گا، کچھ آپ کہیں، کچھ دوسرا کہے گا، تو شکایت چلتی رہے گی۔</w:t>
      </w:r>
    </w:p>
    <w:p>
      <w:r>
        <w:rPr>
          <w:b/>
        </w:rPr>
        <w:t xml:space="preserve">[03:48] </w:t>
      </w:r>
      <w:r>
        <w:t>yaad rakhiye, ek usool</w:t>
      </w:r>
    </w:p>
    <w:p>
      <w:pPr>
        <w:jc w:val="right"/>
      </w:pPr>
      <w:r>
        <w:t>یاد رکھیے، ایک اصول</w:t>
      </w:r>
    </w:p>
    <w:p>
      <w:r>
        <w:rPr>
          <w:b/>
        </w:rPr>
        <w:t xml:space="preserve">[03:51] </w:t>
      </w:r>
      <w:r>
        <w:t>main ne paya apni zindagi mein ke shikayat hamesha yak tarfa buniyad par khatm hoti hai, yak tarfa matlab hai related buniyad par.</w:t>
      </w:r>
    </w:p>
    <w:p>
      <w:pPr>
        <w:jc w:val="right"/>
      </w:pPr>
      <w:r>
        <w:t>میں نے پایا اپنی زندگی میں کہ شکایت ہمیشہ یکطرفہ بنیاد پر ختم ہوتی ہے، یکطرفہ مطلب ہے ریلیٹڈ بنیاد پر۔</w:t>
      </w:r>
    </w:p>
    <w:p>
      <w:r>
        <w:rPr>
          <w:b/>
        </w:rPr>
        <w:t xml:space="preserve">[04:07] </w:t>
      </w:r>
      <w:r>
        <w:t>to mujhe</w:t>
      </w:r>
    </w:p>
    <w:p>
      <w:pPr>
        <w:jc w:val="right"/>
      </w:pPr>
      <w:r>
        <w:t>تو مجھے</w:t>
      </w:r>
    </w:p>
    <w:p>
      <w:r>
        <w:rPr>
          <w:b/>
        </w:rPr>
        <w:t xml:space="preserve">[04:09] </w:t>
      </w:r>
      <w:r>
        <w:t>bohat saaf shikayat thi aik sahib se, lekin maine yeh tay kiya ke main shikayat ko yak tarfa buniyad par khatm karta hoon.</w:t>
      </w:r>
    </w:p>
    <w:p>
      <w:pPr>
        <w:jc w:val="right"/>
      </w:pPr>
      <w:r>
        <w:t>بہت صاف شکایت تھی ایک صاحب سے، لیکن میں نے یہ طے کیا کہ میں شکایت کو یکطرفہ بنیاد پر ختم کرتا ہوں۔</w:t>
      </w:r>
    </w:p>
    <w:p>
      <w:r>
        <w:rPr>
          <w:b/>
        </w:rPr>
        <w:t xml:space="preserve">[04:28] </w:t>
      </w:r>
      <w:r>
        <w:t>ghalti kisi ki bhi ho, chahe kisi ki bhi ho, lekin meri taraf se woh khatm.</w:t>
      </w:r>
    </w:p>
    <w:p>
      <w:pPr>
        <w:jc w:val="right"/>
      </w:pPr>
      <w:r>
        <w:t>غلطی کسی کی بھی ہو، چاہے کسی کی بھی ہو، لیکن میری طرف سے وہ ختم۔</w:t>
      </w:r>
    </w:p>
    <w:p>
      <w:r>
        <w:rPr>
          <w:b/>
        </w:rPr>
        <w:t xml:space="preserve">[04:43] </w:t>
      </w:r>
      <w:r>
        <w:t>yeh aap sab ko karna hai.</w:t>
      </w:r>
    </w:p>
    <w:p>
      <w:pPr>
        <w:jc w:val="right"/>
      </w:pPr>
      <w:r>
        <w:t>یہ آپ سب کو کرنا ہے۔</w:t>
      </w:r>
    </w:p>
    <w:p>
      <w:r>
        <w:rPr>
          <w:b/>
        </w:rPr>
        <w:t xml:space="preserve">[04:51] </w:t>
      </w:r>
      <w:r>
        <w:t>mera jo masla tha, janne wale jante hain ke meri koi ghalti nahi thi is mein.</w:t>
      </w:r>
    </w:p>
    <w:p>
      <w:pPr>
        <w:jc w:val="right"/>
      </w:pPr>
      <w:r>
        <w:t>میرا جو مسئلہ تھا، جاننے والے جانتے ہیں کہ میری کوئی غلطی نہیں تھی اس میں۔</w:t>
      </w:r>
    </w:p>
    <w:p>
      <w:r>
        <w:rPr>
          <w:b/>
        </w:rPr>
        <w:t xml:space="preserve">[05:00] </w:t>
      </w:r>
      <w:r>
        <w:t>bazaahir ghalti doosre ki thi, lekin woh 40 saal se woh khatm nahi ho rahi thi.</w:t>
      </w:r>
    </w:p>
    <w:p>
      <w:pPr>
        <w:jc w:val="right"/>
      </w:pPr>
      <w:r>
        <w:t>بظاہر غلطی دوسرے کی تھی، لیکن وہ 40 سال سے وہ ختم نہیں ہو رہی تھی۔</w:t>
      </w:r>
    </w:p>
    <w:p>
      <w:r>
        <w:rPr>
          <w:b/>
        </w:rPr>
        <w:t xml:space="preserve">[05:15] </w:t>
      </w:r>
      <w:r>
        <w:t>kyunke woh yaad, yaad rakhiye, shikayat to hamesha yak tarfa buniyad par khatm hoti hai, do tarfa buniyad par nahi.</w:t>
      </w:r>
    </w:p>
    <w:p>
      <w:pPr>
        <w:jc w:val="right"/>
      </w:pPr>
      <w:r>
        <w:t>کیونکہ وہ یاد، یاد رکھیے، شکایت تو ہمیشہ یکطرفہ بنیاد پر ختم ہوتی ہے، دوطرفہ بنیاد پر نہیں۔</w:t>
      </w:r>
    </w:p>
    <w:p>
      <w:r>
        <w:rPr>
          <w:b/>
        </w:rPr>
        <w:t xml:space="preserve">[05:31] </w:t>
      </w:r>
      <w:r>
        <w:t>maine is usool ko lete hue yak tarfa buniyad par is shikayat ko khatm karna aur un sab ke liye khoob khoob duaein keen ke khudaaya,</w:t>
      </w:r>
    </w:p>
    <w:p>
      <w:pPr>
        <w:jc w:val="right"/>
      </w:pPr>
      <w:r>
        <w:t>میں نے اس اصول کو لیتے ہوئے یکطرفہ بنیاد پر اس شکایت کو ختم کرنا اور ان سب کے لیے خوب خوب دعائیں کیں کہ خدایا،</w:t>
      </w:r>
    </w:p>
    <w:p>
      <w:r>
        <w:rPr>
          <w:b/>
        </w:rPr>
        <w:t xml:space="preserve">[05:47] </w:t>
      </w:r>
      <w:r>
        <w:t>agar ghalti meri ho</w:t>
      </w:r>
    </w:p>
    <w:p>
      <w:pPr>
        <w:jc w:val="right"/>
      </w:pPr>
      <w:r>
        <w:t>اگر غلطی میری ہو</w:t>
      </w:r>
    </w:p>
    <w:p>
      <w:r>
        <w:rPr>
          <w:b/>
        </w:rPr>
        <w:t xml:space="preserve">[05:49] </w:t>
      </w:r>
      <w:r>
        <w:t>to mujhe maaf kar diya,</w:t>
      </w:r>
    </w:p>
    <w:p>
      <w:pPr>
        <w:jc w:val="right"/>
      </w:pPr>
      <w:r>
        <w:t>تو مجھے معاف کر دیا،</w:t>
      </w:r>
    </w:p>
    <w:p>
      <w:r>
        <w:rPr>
          <w:b/>
        </w:rPr>
        <w:t xml:space="preserve">[05:54] </w:t>
      </w:r>
      <w:r>
        <w:t>aur ghalti agar doosre ki ho to doosre ko tofeeq di ke woh bhi yahi kare. To ab mere liye maafi aur doosre ke liye dua,</w:t>
      </w:r>
    </w:p>
    <w:p>
      <w:pPr>
        <w:jc w:val="right"/>
      </w:pPr>
      <w:r>
        <w:t>اور غلطی اگر دوسرے کی ہو تو دوسرے کو توفیق دی کہ وہ بھی یہی کرے۔ تو اب میرے لیے معافی اور دوسرے کے لیے دعا،</w:t>
      </w:r>
    </w:p>
    <w:p>
      <w:r>
        <w:rPr>
          <w:b/>
        </w:rPr>
        <w:t xml:space="preserve">[06:13] </w:t>
      </w:r>
      <w:r>
        <w:t>yahi hum sab ko karna hai. Hum sab ko yahi karna hai.</w:t>
      </w:r>
    </w:p>
    <w:p>
      <w:pPr>
        <w:jc w:val="right"/>
      </w:pPr>
      <w:r>
        <w:t>یہی ہم سب کو کرنا ہے۔ ہم سب کو یہی کرنا ہے۔</w:t>
      </w:r>
    </w:p>
    <w:p>
      <w:r>
        <w:rPr>
          <w:b/>
        </w:rPr>
        <w:t xml:space="preserve">[06:25] </w:t>
      </w:r>
      <w:r>
        <w:t>shikayat ke muamle mein yaad rakhiye, aik hi formula hai:</w:t>
      </w:r>
    </w:p>
    <w:p>
      <w:pPr>
        <w:jc w:val="right"/>
      </w:pPr>
      <w:r>
        <w:t>شکایت کے معاملے میں یاد رکھیے، ایک ہی فارمولا ہے:</w:t>
      </w:r>
    </w:p>
    <w:p>
      <w:r>
        <w:rPr>
          <w:b/>
        </w:rPr>
        <w:t xml:space="preserve">[06:33] </w:t>
      </w:r>
      <w:r>
        <w:t>mere liye, ab mere liye maafi,</w:t>
      </w:r>
    </w:p>
    <w:p>
      <w:pPr>
        <w:jc w:val="right"/>
      </w:pPr>
      <w:r>
        <w:t>میرے لیے، اب میرے لیے معافی،</w:t>
      </w:r>
    </w:p>
    <w:p>
      <w:r>
        <w:rPr>
          <w:b/>
        </w:rPr>
        <w:t xml:space="preserve">[06:48] </w:t>
      </w:r>
      <w:r>
        <w:t>aur doosre ke liye</w:t>
      </w:r>
    </w:p>
    <w:p>
      <w:pPr>
        <w:jc w:val="right"/>
      </w:pPr>
      <w:r>
        <w:t>اور دوسرے کے لیے</w:t>
      </w:r>
    </w:p>
    <w:p>
      <w:r>
        <w:rPr>
          <w:b/>
        </w:rPr>
        <w:t xml:space="preserve">[06:55] </w:t>
      </w:r>
      <w:r>
        <w:t>bhool jana. To maine yeh kiya,</w:t>
      </w:r>
    </w:p>
    <w:p>
      <w:pPr>
        <w:jc w:val="right"/>
      </w:pPr>
      <w:r>
        <w:t>بھول جانا۔ تو میں نے یہ کیا،</w:t>
      </w:r>
    </w:p>
    <w:p>
      <w:r>
        <w:rPr>
          <w:b/>
        </w:rPr>
        <w:t xml:space="preserve">[07:07] </w:t>
      </w:r>
      <w:r>
        <w:t>maine yeh kiya ke maine duaein keen, ke duaein keen ke khudaaya, agar ghalti meri ho to main yak tarfa taur par</w:t>
      </w:r>
    </w:p>
    <w:p>
      <w:pPr>
        <w:jc w:val="right"/>
      </w:pPr>
      <w:r>
        <w:t>میں نے یہ کیا کہ میں نے دعائیں کیں، کہ دعائیں کیں کہ خدایا، اگر غلطی میری ہو تو میں یکطرفہ طور پر</w:t>
      </w:r>
    </w:p>
    <w:p>
      <w:r>
        <w:rPr>
          <w:b/>
        </w:rPr>
        <w:t xml:space="preserve">[07:27] </w:t>
      </w:r>
      <w:r>
        <w:t>is ko, ise bhula deta hoon, aur ghalti doosre ki hai to main un ke liye dua karta hoon ke Allah taala unhein tofeeq de.</w:t>
      </w:r>
    </w:p>
    <w:p>
      <w:pPr>
        <w:jc w:val="right"/>
      </w:pPr>
      <w:r>
        <w:t>اس کو، اسے بھلا دیتا ہوں، اور غلطی دوسرے کی ہے تو میں ان کے لیے دعا کرتا ہوں کہ اللہ تعالیٰ انہیں توفیق دے۔</w:t>
      </w:r>
    </w:p>
    <w:p>
      <w:r>
        <w:rPr>
          <w:b/>
        </w:rPr>
        <w:t xml:space="preserve">[07:45] </w:t>
      </w:r>
      <w:r>
        <w:t>to main samajhta hoon ke yeh jo qissa pesh aaya hai, hum log zindagi, zindagi, zindagi mein</w:t>
      </w:r>
    </w:p>
    <w:p>
      <w:pPr>
        <w:jc w:val="right"/>
      </w:pPr>
      <w:r>
        <w:t>تو میں سمجھتا ہوں کہ یہ جو قصہ پیش آیا ہے، ہم لوگ زندگی، زندگی، زندگی میں</w:t>
      </w:r>
    </w:p>
    <w:p>
      <w:r>
        <w:rPr>
          <w:b/>
        </w:rPr>
        <w:t xml:space="preserve">[07:57] </w:t>
      </w:r>
      <w:r>
        <w:t>to hamein introspection karna chahiye,</w:t>
      </w:r>
    </w:p>
    <w:p>
      <w:pPr>
        <w:jc w:val="right"/>
      </w:pPr>
      <w:r>
        <w:t>تو ہمیں انٹراسپیکشن کرنا چاہیے،</w:t>
      </w:r>
    </w:p>
    <w:p>
      <w:r>
        <w:rPr>
          <w:b/>
        </w:rPr>
        <w:t xml:space="preserve">[08:02] </w:t>
      </w:r>
      <w:r>
        <w:t>apni ghaltiyon ko dhoondna chahiye, apni ghaltiyon ko dhoondna chahiye, apni ghaltiyon ko dhoondna chahiye.</w:t>
      </w:r>
    </w:p>
    <w:p>
      <w:pPr>
        <w:jc w:val="right"/>
      </w:pPr>
      <w:r>
        <w:t>اپنی غلطیوں کو ڈھونڈنا چاہیے، اپنی غلطیوں کو ڈھونڈنا چاہیے، اپنی غلطیوں کو ڈھونڈا چاہیے۔</w:t>
      </w:r>
    </w:p>
    <w:p>
      <w:r>
        <w:rPr>
          <w:b/>
        </w:rPr>
        <w:t xml:space="preserve">[08:16] </w:t>
      </w:r>
      <w:r>
        <w:t>sahaba ka tareeqa yahi tha ke woh apni ghalti ko dhoondte thay.</w:t>
      </w:r>
    </w:p>
    <w:p>
      <w:pPr>
        <w:jc w:val="right"/>
      </w:pPr>
      <w:r>
        <w:t>صحابہ کا طریقہ یہی تھا کہ وہ اپنی غلطی کو ڈھونڈتے تھے۔</w:t>
      </w:r>
    </w:p>
    <w:p>
      <w:r>
        <w:rPr>
          <w:b/>
        </w:rPr>
        <w:t xml:space="preserve">[08:27] </w:t>
      </w:r>
      <w:r>
        <w:t>sahaba ka tareeqa yeh nahi tha ke doosron ki ghalti ko nishandahi kar ke us ko bura bura karna, nahi.</w:t>
      </w:r>
    </w:p>
    <w:p>
      <w:pPr>
        <w:jc w:val="right"/>
      </w:pPr>
      <w:r>
        <w:t>صحابہ کا طریقہ یہ نہیں تھا کہ دوسروں کی غلطی کو نشاندہی کر کے اس کو برا برا کرنا، نہیں۔</w:t>
      </w:r>
    </w:p>
    <w:p>
      <w:r>
        <w:rPr>
          <w:b/>
        </w:rPr>
        <w:t xml:space="preserve">[08:39] </w:t>
      </w:r>
      <w:r>
        <w:t>apni ghalti ko dhoond kar maafi mangna.</w:t>
      </w:r>
    </w:p>
    <w:p>
      <w:pPr>
        <w:jc w:val="right"/>
      </w:pPr>
      <w:r>
        <w:t>اپنی غلطی کو ڈھونڈ کر معافی مانگنا۔</w:t>
      </w:r>
    </w:p>
    <w:p>
      <w:r>
        <w:rPr>
          <w:b/>
        </w:rPr>
        <w:t xml:space="preserve">[08:49] </w:t>
      </w:r>
      <w:r>
        <w:t>to yeh jo waqt aaya hai, is waqt ko aap istemal kijiye etiraf mein, ghalti ke etiraf mein, Allah se dua karne mein.</w:t>
      </w:r>
    </w:p>
    <w:p>
      <w:pPr>
        <w:jc w:val="right"/>
      </w:pPr>
      <w:r>
        <w:t>تو یہ جو وقت آیا ہے، اس وقت کو آپ استعمال کیجیے اعتراف میں، غلطی کے اعتراف میں، اللہ سے دعا کرنے میں۔</w:t>
      </w:r>
    </w:p>
    <w:p>
      <w:r>
        <w:rPr>
          <w:b/>
        </w:rPr>
        <w:t xml:space="preserve">[09:07] </w:t>
      </w:r>
      <w:r>
        <w:t>bad dua nahi, yaad rakhiye, bad dua islam mein jaiz nahi hai.</w:t>
      </w:r>
    </w:p>
    <w:p>
      <w:pPr>
        <w:jc w:val="right"/>
      </w:pPr>
      <w:r>
        <w:t>بد دعا نہیں، یاد رکھیے، بد دعا اسلام میں جائز نہیں ہے۔</w:t>
      </w:r>
    </w:p>
    <w:p>
      <w:r>
        <w:rPr>
          <w:b/>
        </w:rPr>
        <w:t xml:space="preserve">[09:16] </w:t>
      </w:r>
      <w:r>
        <w:t>hum sab logon ko yeh karna hai ke agar hum bad dua karte thay to is ko chhod dein, hamesha ke liye.</w:t>
      </w:r>
    </w:p>
    <w:p>
      <w:pPr>
        <w:jc w:val="right"/>
      </w:pPr>
      <w:r>
        <w:t>ہم سب لوگوں کو یہ کرنا ہے کہ اگر ہم بد دعا کرتے تھے تو اس کو چھوڑ دیں، ہمیشہ کے لیے۔</w:t>
      </w:r>
    </w:p>
    <w:p>
      <w:r>
        <w:rPr>
          <w:b/>
        </w:rPr>
        <w:t xml:space="preserve">[09:31] </w:t>
      </w:r>
      <w:r>
        <w:t>agar hum samajhte thay ke ghalati doosre ki hai to is ko maaf kar dein,</w:t>
      </w:r>
    </w:p>
    <w:p>
      <w:pPr>
        <w:jc w:val="right"/>
      </w:pPr>
      <w:r>
        <w:t>اگر ہم سمجھتے تھے کہ غلطی دوسرے کی ہے تو اس کو معاف کر دیں،</w:t>
      </w:r>
    </w:p>
    <w:p>
      <w:r>
        <w:rPr>
          <w:b/>
        </w:rPr>
        <w:t xml:space="preserve">[09:39] </w:t>
      </w:r>
      <w:r>
        <w:t>yeh karna hai.</w:t>
      </w:r>
    </w:p>
    <w:p>
      <w:pPr>
        <w:jc w:val="right"/>
      </w:pPr>
      <w:r>
        <w:t>یہ کرنا ہے۔</w:t>
      </w:r>
    </w:p>
    <w:p>
      <w:r>
        <w:rPr>
          <w:b/>
        </w:rPr>
        <w:t xml:space="preserve">[09:44] </w:t>
      </w:r>
      <w:r>
        <w:t>yani agar hum apne dil mein liye bethe thay ke ghalati doosre ki hai</w:t>
      </w:r>
    </w:p>
    <w:p>
      <w:pPr>
        <w:jc w:val="right"/>
      </w:pPr>
      <w:r>
        <w:t>یعنی اگر ہم اپنے دل میں لیے بیٹھے تھے کہ غلطی دوسرے کی ہے</w:t>
      </w:r>
    </w:p>
    <w:p>
      <w:r>
        <w:rPr>
          <w:b/>
        </w:rPr>
        <w:t xml:space="preserve">[09:53] </w:t>
      </w:r>
      <w:r>
        <w:t>to is ko hum bhula dein, chhod dein.</w:t>
      </w:r>
    </w:p>
    <w:p>
      <w:pPr>
        <w:jc w:val="right"/>
      </w:pPr>
      <w:r>
        <w:t>تو اس کو ہم بھلا دیں، چھوڑ دیں۔</w:t>
      </w:r>
    </w:p>
    <w:p>
      <w:r>
        <w:rPr>
          <w:b/>
        </w:rPr>
        <w:t xml:space="preserve">[10:03] </w:t>
      </w:r>
      <w:r>
        <w:t>apni ghalati ko maan lein aur</w:t>
      </w:r>
    </w:p>
    <w:p>
      <w:pPr>
        <w:jc w:val="right"/>
      </w:pPr>
      <w:r>
        <w:t>اپنی غلطی کو مان لیں اور</w:t>
      </w:r>
    </w:p>
    <w:p>
      <w:r>
        <w:rPr>
          <w:b/>
        </w:rPr>
        <w:t xml:space="preserve">[10:11] </w:t>
      </w:r>
      <w:r>
        <w:t>doosre ki ghalati ho bil farz to is ko maaf kar dein.</w:t>
      </w:r>
    </w:p>
    <w:p>
      <w:pPr>
        <w:jc w:val="right"/>
      </w:pPr>
      <w:r>
        <w:t>دوسرے کی غلطی ہو بالفرض تو اس کو معاف کر دیں۔</w:t>
      </w:r>
    </w:p>
    <w:p>
      <w:r>
        <w:rPr>
          <w:b/>
        </w:rPr>
        <w:t xml:space="preserve">[10:22] </w:t>
      </w:r>
      <w:r>
        <w:t>to mein samajhta hoon ke agar hum sab log is par amal karein to zaroor yaqeenan Allah ki tofeeq se halaat badlen ge,</w:t>
      </w:r>
    </w:p>
    <w:p>
      <w:pPr>
        <w:jc w:val="right"/>
      </w:pPr>
      <w:r>
        <w:t>تو میں سمجھتا ہوں کہ اگر ہم سب لوگ اس پر عمل کریں تو ضرور یقینا اللہ کی توفیق سے حالات بدلیں گے،</w:t>
      </w:r>
    </w:p>
    <w:p>
      <w:r>
        <w:rPr>
          <w:b/>
        </w:rPr>
        <w:t xml:space="preserve">[10:37] </w:t>
      </w:r>
      <w:r>
        <w:t>halaat badlen ge.</w:t>
      </w:r>
    </w:p>
    <w:p>
      <w:pPr>
        <w:jc w:val="right"/>
      </w:pPr>
      <w:r>
        <w:t>حالات بدلیں گے۔</w:t>
      </w:r>
    </w:p>
    <w:p>
      <w:r>
        <w:rPr>
          <w:b/>
        </w:rPr>
        <w:t xml:space="preserve">[10:47] </w:t>
      </w:r>
      <w:r>
        <w:t>jo cheez hamare bas mein nahi thi woh Allah ki tofeeq se mumkin ho jaye gi.</w:t>
      </w:r>
    </w:p>
    <w:p>
      <w:pPr>
        <w:jc w:val="right"/>
      </w:pPr>
      <w:r>
        <w:t>جو چیز ہمارے بس میں نہیں تھی وہ اللہ کی توفیق سے ممکن ہو جائے گی۔</w:t>
      </w:r>
    </w:p>
    <w:p>
      <w:r>
        <w:rPr>
          <w:b/>
        </w:rPr>
        <w:t xml:space="preserve">[11:01] </w:t>
      </w:r>
      <w:r>
        <w:t>to is waqt mein yahi aap logon se</w:t>
      </w:r>
    </w:p>
    <w:p>
      <w:pPr>
        <w:jc w:val="right"/>
      </w:pPr>
      <w:r>
        <w:t>تو اس وقت میں یہی آپ لوگوں سے</w:t>
      </w:r>
    </w:p>
    <w:p>
      <w:r>
        <w:rPr>
          <w:b/>
        </w:rPr>
        <w:t xml:space="preserve">[11:09] </w:t>
      </w:r>
      <w:r>
        <w:t>darkhwast karta hoon aur is ke liye dua karta hoon ke hum ko Allah taala tofeeq de ke hum apni shikayaton ko bhula dein.</w:t>
      </w:r>
    </w:p>
    <w:p>
      <w:pPr>
        <w:jc w:val="right"/>
      </w:pPr>
      <w:r>
        <w:t>درخواست کرتا ہوں اور اس کے لیے دعا کرتا ہوں کہ ہم کو اللہ تعالیٰ توفیق دے کہ ہم اپنی شکایتوں کو بھلا دیں۔</w:t>
      </w:r>
    </w:p>
    <w:p>
      <w:r>
        <w:rPr>
          <w:b/>
        </w:rPr>
        <w:t xml:space="preserve">[11:26] </w:t>
      </w:r>
      <w:r>
        <w:t>logon se hum ko jo shikayat hai is ke liye, un ke liye duaen karein,</w:t>
      </w:r>
    </w:p>
    <w:p>
      <w:pPr>
        <w:jc w:val="right"/>
      </w:pPr>
      <w:r>
        <w:t>لوگوں سے ہم کو جو شکایت ہے اس کے لیے، ان کے لیے دعائیں کریں،</w:t>
      </w:r>
    </w:p>
    <w:p>
      <w:r>
        <w:rPr>
          <w:b/>
        </w:rPr>
        <w:t xml:space="preserve">[11:35] </w:t>
      </w:r>
      <w:r>
        <w:t>duaen karein. mein ne Allah ke fazl se khud yahi kiya hai.</w:t>
      </w:r>
    </w:p>
    <w:p>
      <w:pPr>
        <w:jc w:val="right"/>
      </w:pPr>
      <w:r>
        <w:t>دعائیں کریں۔ میں نے اللہ کے فضل سے خود یہی کیا ہے۔</w:t>
      </w:r>
    </w:p>
    <w:p>
      <w:r>
        <w:rPr>
          <w:b/>
        </w:rPr>
        <w:t xml:space="preserve">[11:46] </w:t>
      </w:r>
      <w:r>
        <w:t>aap chahein to mein naam bhi bata sakta hoon, jagah bata sakta hoon, mamla bata sakta hoon ke kis tarah mein ne</w:t>
      </w:r>
    </w:p>
    <w:p>
      <w:pPr>
        <w:jc w:val="right"/>
      </w:pPr>
      <w:r>
        <w:t>آپ چاہیں تو میں نام بھی بتا سکتا ہوں، جگہ بتا سکتا ہوں، معاملہ بتا سکتا ہوں کہ کس طرح میں نے</w:t>
      </w:r>
    </w:p>
    <w:p>
      <w:r>
        <w:rPr>
          <w:b/>
        </w:rPr>
        <w:t xml:space="preserve">[11:57] </w:t>
      </w:r>
      <w:r>
        <w:t>apni taraf ki baat ko bhula diya aur doosre ki taraf ki baat jo thi yeh duaen karein ke Allah taala un ke dil mein bhi</w:t>
      </w:r>
    </w:p>
    <w:p>
      <w:pPr>
        <w:jc w:val="right"/>
      </w:pPr>
      <w:r>
        <w:t>اپنی طرف کی بات کو بھلا دیا اور دوسرے کی طرف کی بات جو تھی یہ دعائیں کیں کہ اللہ تعالیٰ ان کے دل میں بھی</w:t>
      </w:r>
    </w:p>
    <w:p>
      <w:r>
        <w:rPr>
          <w:b/>
        </w:rPr>
        <w:t xml:space="preserve">[12:10] </w:t>
      </w:r>
      <w:r>
        <w:t>yeh tofeeq de.</w:t>
      </w:r>
    </w:p>
    <w:p>
      <w:pPr>
        <w:jc w:val="right"/>
      </w:pPr>
      <w:r>
        <w:t>یہ توفیق دے۔</w:t>
      </w:r>
    </w:p>
    <w:p>
      <w:r>
        <w:rPr>
          <w:b/>
        </w:rPr>
        <w:t xml:space="preserve">[12:18] </w:t>
      </w:r>
      <w:r>
        <w:t>to mujhe yaqeen hai ke agar hum log,</w:t>
      </w:r>
    </w:p>
    <w:p>
      <w:pPr>
        <w:jc w:val="right"/>
      </w:pPr>
      <w:r>
        <w:t>تو مجھے یقین ہے کہ اگر ہم لوگ،</w:t>
      </w:r>
    </w:p>
    <w:p>
      <w:r>
        <w:rPr>
          <w:b/>
        </w:rPr>
        <w:t xml:space="preserve">[12:25] </w:t>
      </w:r>
      <w:r>
        <w:t>mujhe yaqeen hai ke hum log agar is maslak par chalein</w:t>
      </w:r>
    </w:p>
    <w:p>
      <w:pPr>
        <w:jc w:val="right"/>
      </w:pPr>
      <w:r>
        <w:t>مجھے یقین ہے کہ ہم لوگ اگر اس مسلک پر چلیں</w:t>
      </w:r>
    </w:p>
    <w:p>
      <w:r>
        <w:rPr>
          <w:b/>
        </w:rPr>
        <w:t xml:space="preserve">[12:33] </w:t>
      </w:r>
      <w:r>
        <w:t>to zaroor Allah ke fazail ki woh wasail khatm ho jayen ge, inshallah, inshallah, inshallah.</w:t>
      </w:r>
    </w:p>
    <w:p>
      <w:pPr>
        <w:jc w:val="right"/>
      </w:pPr>
      <w:r>
        <w:t>تو ضرور اللہ کی فضائل کی وہ وسائل ختم ہو جائیں گے، انشاءاللہ، انشاءاللہ، انشاءاللہ۔</w:t>
      </w:r>
    </w:p>
    <w:p>
      <w:r>
        <w:rPr>
          <w:b/>
        </w:rPr>
        <w:t xml:space="preserve">[12:45] </w:t>
      </w:r>
      <w:r>
        <w:t>assalam o alaikum wa rehmatullah.</w:t>
      </w:r>
    </w:p>
    <w:p>
      <w:pPr>
        <w:jc w:val="right"/>
      </w:pPr>
      <w:r>
        <w:t>السلام علیکم ورحمۃ اللہ۔</w:t>
      </w:r>
    </w:p>
    <w:p>
      <w:r>
        <w:rPr>
          <w:b/>
        </w:rPr>
        <w:t xml:space="preserve">[13:00] </w:t>
      </w:r>
      <w:r>
        <w:t>mehan sahib, mera ek sawal hai ke log aisa kyun nahi kar paate? kyunke yeh to masail sab ke sath hote hain, shikayatein sabhi ke sath hoti hain, lekin woh zindagi bhar bhi maaf nahi kar paate to un ke andar kya kami kya hoti hai?</w:t>
      </w:r>
    </w:p>
    <w:p>
      <w:pPr>
        <w:jc w:val="right"/>
      </w:pPr>
      <w:r>
        <w:t>مہان صاحب، میرا ایک سوال ہے کہ لوگ ایسا کیوں نہیں کر پاتے؟ کیونکہ یہ تو مسائل سب کے ساتھ ہوتے ہیں، شکایتیں سبھی کے ساتھ ہوتی ہیں، لیکن وہ زندگی بھر بھی معاف نہیں کر پاتے تو ان کے اندر کیا کمی کیا ہوتی ہے؟</w:t>
      </w:r>
    </w:p>
    <w:p>
      <w:r>
        <w:rPr>
          <w:b/>
        </w:rPr>
        <w:t xml:space="preserve">[13:19] </w:t>
      </w:r>
      <w:r>
        <w:t>dekhiye, ek aam aadat hai logon ki, aam ke log sochte hain ke haq kainat ka hai, haq kainat ka hai, sab log.</w:t>
      </w:r>
    </w:p>
    <w:p>
      <w:pPr>
        <w:jc w:val="right"/>
      </w:pPr>
      <w:r>
        <w:t>دیکھیے، ایک عام عادت ہے لوگوں کی، عام کہ لوگ سوچتے ہیں کہ حق کائنات کا ہے، حق کائنات کا ہے، سب لوگ۔</w:t>
      </w:r>
    </w:p>
    <w:p>
      <w:r>
        <w:rPr>
          <w:b/>
        </w:rPr>
        <w:t xml:space="preserve">[13:34] </w:t>
      </w:r>
      <w:r>
        <w:t>to mein ne yeh daryaft kiya</w:t>
      </w:r>
    </w:p>
    <w:p>
      <w:pPr>
        <w:jc w:val="right"/>
      </w:pPr>
      <w:r>
        <w:t>تو میں نے یہ دریافت کیا</w:t>
      </w:r>
    </w:p>
    <w:p>
      <w:r>
        <w:rPr>
          <w:b/>
        </w:rPr>
        <w:t xml:space="preserve">[13:36] </w:t>
      </w:r>
      <w:r>
        <w:t>keh haq na-haq dekhne se kabhi masla khatm nahi hota, kabhi nahi khatm hota.</w:t>
      </w:r>
    </w:p>
    <w:p>
      <w:pPr>
        <w:jc w:val="right"/>
      </w:pPr>
      <w:r>
        <w:t>کہ حق ناحق دیکھنے سے کبھی مسئلہ ختم نہیں ہوتا، کبھی نہیں ختم ہوتا۔</w:t>
      </w:r>
    </w:p>
    <w:p>
      <w:r>
        <w:rPr>
          <w:b/>
        </w:rPr>
        <w:t xml:space="preserve">[13:44] </w:t>
      </w:r>
      <w:r>
        <w:t>haq na-haq agar dekhenge aap to masla kabhi khatm nahi hoga.</w:t>
      </w:r>
    </w:p>
    <w:p>
      <w:pPr>
        <w:jc w:val="right"/>
      </w:pPr>
      <w:r>
        <w:t>حق ناحق اگر دیکھیں گے آپ تو مسئلہ کبھی ختم نہیں ہوگا۔</w:t>
      </w:r>
    </w:p>
    <w:p>
      <w:r>
        <w:rPr>
          <w:b/>
        </w:rPr>
        <w:t xml:space="preserve">[13:55] </w:t>
      </w:r>
      <w:r>
        <w:t>haq na-haq kya hai? is se oopar uth kar ke</w:t>
      </w:r>
    </w:p>
    <w:p>
      <w:pPr>
        <w:jc w:val="right"/>
      </w:pPr>
      <w:r>
        <w:t>حق ناحق کیا ہے؟ اس سے اوپر اٹھ کر کے</w:t>
      </w:r>
    </w:p>
    <w:p>
      <w:r>
        <w:rPr>
          <w:b/>
        </w:rPr>
        <w:t xml:space="preserve">[14:01] </w:t>
      </w:r>
      <w:r>
        <w:t>aap mamle ko is nazar se dekhen keh masla khatm kaise hota hai.</w:t>
      </w:r>
    </w:p>
    <w:p>
      <w:pPr>
        <w:jc w:val="right"/>
      </w:pPr>
      <w:r>
        <w:t>آپ معاملے کو اس نظر سے دیکھیں کہ مسئلہ ختم کیسے ہوتا ہے۔</w:t>
      </w:r>
    </w:p>
    <w:p>
      <w:r>
        <w:rPr>
          <w:b/>
        </w:rPr>
        <w:t xml:space="preserve">[14:13] </w:t>
      </w:r>
      <w:r>
        <w:t>yeh ek hai, yeh dekhna keh haq ka hai, na-haq ka hai, ghalati kis ki hai, yeh dekhna.</w:t>
      </w:r>
    </w:p>
    <w:p>
      <w:pPr>
        <w:jc w:val="right"/>
      </w:pPr>
      <w:r>
        <w:t>یہ ایک ہے، یہ دیکھنا کہ حق کا ہے، ناحق کا ہے، غلطی کس کی ہے، یہ دیکھنا۔</w:t>
      </w:r>
    </w:p>
    <w:p>
      <w:r>
        <w:rPr>
          <w:b/>
        </w:rPr>
        <w:t xml:space="preserve">[14:23] </w:t>
      </w:r>
      <w:r>
        <w:t>is se khatm nahi hota.</w:t>
      </w:r>
    </w:p>
    <w:p>
      <w:pPr>
        <w:jc w:val="right"/>
      </w:pPr>
      <w:r>
        <w:t>اس سے ختم نہیں ہوتا۔</w:t>
      </w:r>
    </w:p>
    <w:p>
      <w:r>
        <w:rPr>
          <w:b/>
        </w:rPr>
        <w:t xml:space="preserve">[14:28] </w:t>
      </w:r>
      <w:r>
        <w:t>saheeh tareeqa yeh hai keh aap ek naya zehn banayen, nayi</w:t>
      </w:r>
    </w:p>
    <w:p>
      <w:pPr>
        <w:jc w:val="right"/>
      </w:pPr>
      <w:r>
        <w:t>صحیح طریقہ یہ ہے کہ آپ ایک نیا ذہن بنائیں، نئی</w:t>
      </w:r>
    </w:p>
    <w:p>
      <w:r>
        <w:rPr>
          <w:b/>
        </w:rPr>
        <w:t xml:space="preserve">[14:38] </w:t>
      </w:r>
      <w:r>
        <w:t>soch banayen, woh yeh keh masla khatm kaise hota hai,</w:t>
      </w:r>
    </w:p>
    <w:p>
      <w:pPr>
        <w:jc w:val="right"/>
      </w:pPr>
      <w:r>
        <w:t>سوچ بنائیں، وہ یہ کہ مسئلہ ختم کیسے ہوتا ہے،</w:t>
      </w:r>
    </w:p>
    <w:p>
      <w:r>
        <w:rPr>
          <w:b/>
        </w:rPr>
        <w:t xml:space="preserve">[14:44] </w:t>
      </w:r>
      <w:r>
        <w:t>masla khatm kaise hota hai.</w:t>
      </w:r>
    </w:p>
    <w:p>
      <w:pPr>
        <w:jc w:val="right"/>
      </w:pPr>
      <w:r>
        <w:t>مسئلہ ختم کیسے ہوتا ہے۔</w:t>
      </w:r>
    </w:p>
    <w:p>
      <w:r>
        <w:rPr>
          <w:b/>
        </w:rPr>
        <w:t xml:space="preserve">[14:53] </w:t>
      </w:r>
      <w:r>
        <w:t>aur yeh chahe secular mamla ho ya deen ka mamla ho, dono jagah yahi chalta hai.</w:t>
      </w:r>
    </w:p>
    <w:p>
      <w:pPr>
        <w:jc w:val="right"/>
      </w:pPr>
      <w:r>
        <w:t>اور یہ چاہے سیکولر معاملہ ہو یا دین کا معاملہ ہو، دونوں جگہ یہی چلتا ہے۔</w:t>
      </w:r>
    </w:p>
    <w:p>
      <w:r>
        <w:rPr>
          <w:b/>
        </w:rPr>
        <w:t xml:space="preserve">[15:04] </w:t>
      </w:r>
      <w:r>
        <w:t>second world war mein jo kuch hua is mein wazeh taur par, wazeh taur par ghalati Japan ke mamle mein</w:t>
      </w:r>
    </w:p>
    <w:p>
      <w:pPr>
        <w:jc w:val="right"/>
      </w:pPr>
      <w:r>
        <w:t>سیکنڈ ورلڈ وار میں جو کچھ ہوا اس میں واضح طور پر، واضح طور پر غلطی جاپان کے معاملے میں</w:t>
      </w:r>
    </w:p>
    <w:p>
      <w:r>
        <w:rPr>
          <w:b/>
        </w:rPr>
        <w:t xml:space="preserve">[15:20] </w:t>
      </w:r>
      <w:r>
        <w:t>America ki thi,</w:t>
      </w:r>
    </w:p>
    <w:p>
      <w:pPr>
        <w:jc w:val="right"/>
      </w:pPr>
      <w:r>
        <w:t>امریکہ کی تھی،</w:t>
      </w:r>
    </w:p>
    <w:p>
      <w:r>
        <w:rPr>
          <w:b/>
        </w:rPr>
        <w:t xml:space="preserve">[15:26] </w:t>
      </w:r>
      <w:r>
        <w:t>America ki thi. lekin Japaniyon ne ek tarfa taur par bhula diya.</w:t>
      </w:r>
    </w:p>
    <w:p>
      <w:pPr>
        <w:jc w:val="right"/>
      </w:pPr>
      <w:r>
        <w:t>امریکہ کی تھی۔ لیکن جاپانیوں نے ایک طرفہ طور پر بھلا دیا۔</w:t>
      </w:r>
    </w:p>
    <w:p>
      <w:r>
        <w:rPr>
          <w:b/>
        </w:rPr>
        <w:t xml:space="preserve">[15:37] </w:t>
      </w:r>
      <w:r>
        <w:t>main ne is par bohat si kitaben padhi hain, khud bhi likha hai keh Japaniyon ne socha, asal mein aap ko shayad maloom hai ya nahi keh is waqt jab yeh waqea hua,</w:t>
      </w:r>
    </w:p>
    <w:p>
      <w:pPr>
        <w:jc w:val="right"/>
      </w:pPr>
      <w:r>
        <w:t>میں نے اس پر بہت سی کتابیں پڑھی ہیں، خود بھی لکھا ہے کہ جاپانیوں نے سوچا، اصل میں آپ کو شاید معلوم ہے یا نہیں کہ اس وقت جب یہ واقعہ ہوا،</w:t>
      </w:r>
    </w:p>
    <w:p>
      <w:r>
        <w:rPr>
          <w:b/>
        </w:rPr>
        <w:t xml:space="preserve">[15:53] </w:t>
      </w:r>
      <w:r>
        <w:t>ek jab mapi reh gaya</w:t>
      </w:r>
    </w:p>
    <w:p>
      <w:pPr>
        <w:jc w:val="right"/>
      </w:pPr>
      <w:r>
        <w:t>ایک جب مپی رہ گیا</w:t>
      </w:r>
    </w:p>
    <w:p>
      <w:r>
        <w:rPr>
          <w:b/>
        </w:rPr>
        <w:t xml:space="preserve">[15:56] </w:t>
      </w:r>
      <w:r>
        <w:t>to japan mein badshah ki hukumat thi, hiro hiro.</w:t>
      </w:r>
    </w:p>
    <w:p>
      <w:pPr>
        <w:jc w:val="right"/>
      </w:pPr>
      <w:r>
        <w:t>تو جاپان میں بادشاہ کی حکومت تھی، ہیرو ہیرو۔</w:t>
      </w:r>
    </w:p>
    <w:p>
      <w:r>
        <w:rPr>
          <w:b/>
        </w:rPr>
        <w:t xml:space="preserve">[21:15] </w:t>
      </w:r>
      <w:r>
        <w:t>Maulana Farhad Ahmed Sahib ne ek sawal poocha hai aap se, "What is the meaning of tawakkul?" Many people, "What is the meaning of tawakkul?" Tawakkul,</w:t>
      </w:r>
    </w:p>
    <w:p>
      <w:pPr>
        <w:jc w:val="right"/>
      </w:pPr>
      <w:r>
        <w:t>مولانا فرہاد احمد صاحب نے ایک سوال پوچھا ہے آپ سے، "واٹ از دا میننگ اف توکل؟" مینی پیپل، "واٹ از دا میننگ اف توکل؟" توکل،</w:t>
      </w:r>
    </w:p>
    <w:p>
      <w:r>
        <w:rPr>
          <w:b/>
        </w:rPr>
        <w:t xml:space="preserve">[21:28] </w:t>
      </w:r>
      <w:r>
        <w:t>ابھی اور تھوڑا سوال، "Many people believe that not going to mosque due to Corona pandemic is against</w:t>
      </w:r>
    </w:p>
    <w:p>
      <w:pPr>
        <w:jc w:val="right"/>
      </w:pPr>
      <w:r>
        <w:t>ابھی اور تھوڑا سوال، "مینی پیپل بیلیو دیٹ ناٹ گوئنگ ٹو ماسک ڈیو ٹو کرونا پینڈیمک از اگینسٹ</w:t>
      </w:r>
    </w:p>
    <w:p>
      <w:r>
        <w:rPr>
          <w:b/>
        </w:rPr>
        <w:t xml:space="preserve">[21:38] </w:t>
      </w:r>
      <w:r>
        <w:t>toakkul. Kindly clarify.</w:t>
      </w:r>
    </w:p>
    <w:p>
      <w:pPr>
        <w:jc w:val="right"/>
      </w:pPr>
      <w:r>
        <w:t>توکل۔" کائنڈلی کلیریفائی۔</w:t>
      </w:r>
    </w:p>
    <w:p>
      <w:r>
        <w:rPr>
          <w:b/>
        </w:rPr>
        <w:t xml:space="preserve">[22:19] </w:t>
      </w:r>
      <w:r>
        <w:t>woh doosra part jo hai un ke sawaal ka, woh yeh keh rahe hain ke masjid mein na</w:t>
      </w:r>
    </w:p>
    <w:p>
      <w:pPr>
        <w:jc w:val="right"/>
      </w:pPr>
      <w:r>
        <w:t>وہ دوسرا پارٹ جو ہے ان کے سوال کا، وہ یہ کہہ رہے ہیں کہ مسجد میں نہ</w:t>
      </w:r>
    </w:p>
    <w:p>
      <w:r>
        <w:rPr>
          <w:b/>
        </w:rPr>
        <w:t xml:space="preserve">[22:24] </w:t>
      </w:r>
      <w:r>
        <w:t>jaana yeh corona ki wajah se yeh toakkul ke khilaaf hai.</w:t>
      </w:r>
    </w:p>
    <w:p>
      <w:pPr>
        <w:jc w:val="right"/>
      </w:pPr>
      <w:r>
        <w:t>جانا یہ کرونا کی وجہ سے یہ توکل کے خلاف ہے۔</w:t>
      </w:r>
    </w:p>
    <w:p>
      <w:r>
        <w:rPr>
          <w:b/>
        </w:rPr>
        <w:t xml:space="preserve">[25:38] </w:t>
      </w:r>
      <w:r>
        <w:t>maulana sahib, ek sawal hai mariya akram ka Pakistan se. woh keh rahi hain, "aap ne apne session mein kaha tha keh scientific temper ke through insan khud ko discover kare aur jaane keh woh kahan ghalat hai."</w:t>
      </w:r>
    </w:p>
    <w:p>
      <w:pPr>
        <w:jc w:val="right"/>
      </w:pPr>
      <w:r>
        <w:t>مولانا صاحب، ایک سوال ہے ماریہ اکرم کا پاکستان سے۔ وہ کہہ رہی ہیں، "آپ نے اپنے سیشن میں کہا تھا کہ سائنٹیفک ٹیمپر کو کے تھرو انسان خود کو ڈسکور کرے اور جانے کہ وہ کہاں غلط ہے۔"</w:t>
      </w:r>
    </w:p>
    <w:p>
      <w:r>
        <w:rPr>
          <w:b/>
        </w:rPr>
        <w:t xml:space="preserve">[25:55] </w:t>
      </w:r>
      <w:r>
        <w:t>to kya auron se apna apne behavior ke bare mein feedback lena bhi scientific temper mein shamil hai?</w:t>
      </w:r>
    </w:p>
    <w:p>
      <w:pPr>
        <w:jc w:val="right"/>
      </w:pPr>
      <w:r>
        <w:t>تو کیا اوروں سے اپنا اپنے بیہیویئر کے بارے میں فیڈ بیک لینا بھی سائنٹیفک ٹیمپر میں شامل ہے؟</w:t>
      </w:r>
    </w:p>
    <w:p>
      <w:r>
        <w:rPr>
          <w:b/>
        </w:rPr>
        <w:t xml:space="preserve">[26:05] </w:t>
      </w:r>
      <w:r>
        <w:t>bilkul sahib, bilkul, bilkul, bilkul. main ne to 101 bar yeh kiya hai,</w:t>
      </w:r>
    </w:p>
    <w:p>
      <w:pPr>
        <w:jc w:val="right"/>
      </w:pPr>
      <w:r>
        <w:t>بالکل صاحب، بالکل، بالکل، بالکل۔ میں نے تو 101 بار یہ کیا ہے،</w:t>
      </w:r>
    </w:p>
    <w:p>
      <w:r>
        <w:rPr>
          <w:b/>
        </w:rPr>
        <w:t xml:space="preserve">[26:15] </w:t>
      </w:r>
      <w:r>
        <w:t>masha Allah.</w:t>
      </w:r>
    </w:p>
    <w:p>
      <w:pPr>
        <w:jc w:val="right"/>
      </w:pPr>
      <w:r>
        <w:t>ماشاءاللہ۔</w:t>
      </w:r>
    </w:p>
    <w:p>
      <w:r>
        <w:rPr>
          <w:b/>
        </w:rPr>
        <w:t xml:space="preserve">[26:24] </w:t>
      </w:r>
      <w:r>
        <w:t>astudy malgotra ka ek comment hai ya sawal bhi hai, "maulana, is it right that one who forgives first will get maximum reward?</w:t>
      </w:r>
    </w:p>
    <w:p>
      <w:pPr>
        <w:jc w:val="right"/>
      </w:pPr>
      <w:r>
        <w:t>استودی مالگوترا کا ایک کمنٹ ہے یا سوال بھی ہے، "مولانا، از اٹ رائٹ دیٹ ون ہو فارگیوز فرسٹ ول گیٹ میکسیمم ریوارڈ؟</w:t>
      </w:r>
    </w:p>
    <w:p>
      <w:r>
        <w:rPr>
          <w:b/>
        </w:rPr>
        <w:t xml:space="preserve">[26:38] </w:t>
      </w:r>
      <w:r>
        <w:t>" saheeh hai, main manta hoon is ko, main manta hoon. ek hadith hai, "man tawada'a rafa' Allah." dekhen, is ka matlab yeh hai keh jab do party ho,</w:t>
      </w:r>
    </w:p>
    <w:p>
      <w:pPr>
        <w:jc w:val="right"/>
      </w:pPr>
      <w:r>
        <w:t>" صحیح ہے، میں مانتا ہوں اس کو، میں مانتا ہوں۔ ایک حدیث ہے، "من تواضع رفع اللہ۔" دیکھیں، اس کا مطلب یہ ہے کہ جب دو پارٹی ہو،</w:t>
      </w:r>
    </w:p>
    <w:p>
      <w:r>
        <w:rPr>
          <w:b/>
        </w:rPr>
        <w:t xml:space="preserve">[26:55] </w:t>
      </w:r>
      <w:r>
        <w:t>ek party yeh kare, doosri party woh kare, to jo party pehle jhuke gi, Allah usay kamil ata farmaye ga.</w:t>
      </w:r>
    </w:p>
    <w:p>
      <w:pPr>
        <w:jc w:val="right"/>
      </w:pPr>
      <w:r>
        <w:t>ایک پارٹی یہ کرے، دوسری پارٹی وہ کرے، تو جو پارٹی پہلے جھکے گی، اللہ اسے کامل عطا فرمائے گا۔</w:t>
      </w:r>
    </w:p>
    <w:p>
      <w:r>
        <w:rPr>
          <w:b/>
        </w:rPr>
        <w:t xml:space="preserve">[27:14] </w:t>
      </w:r>
      <w:r>
        <w:t>Maulana sahib, Arm Gul ka ek sawal hai, "Maulana, I am from Pakistan. What happens if one does bad dua to others for their wrong doings?"</w:t>
      </w:r>
    </w:p>
    <w:p>
      <w:pPr>
        <w:jc w:val="right"/>
      </w:pPr>
      <w:r>
        <w:t>مولانا صاحب، ارم گل کا ایک سوال ہے، "مولانا، ائی ایم فرام پاکستان۔ واٹ ہیپنز اف ون ڈز بد دعا ٹو ادرز فار دیر رونگ ڈوئنگز؟"</w:t>
      </w:r>
    </w:p>
    <w:p>
      <w:r>
        <w:rPr>
          <w:b/>
        </w:rPr>
        <w:t xml:space="preserve">[27:29] </w:t>
      </w:r>
      <w:r>
        <w:t>bhai, dekhen, main ne jis din ko parha hai, bud dua islam mein jaiz hi nahi hai.</w:t>
      </w:r>
    </w:p>
    <w:p>
      <w:pPr>
        <w:jc w:val="right"/>
      </w:pPr>
      <w:r>
        <w:t>بھئی، دیکھیں، میں نے جس دن کو پڑھا ہے، بد دعا اسلام میں جائز ہی نہیں ہے۔</w:t>
      </w:r>
    </w:p>
    <w:p>
      <w:r>
        <w:rPr>
          <w:b/>
        </w:rPr>
        <w:t xml:space="preserve">[27:38] </w:t>
      </w:r>
      <w:r>
        <w:t>bud dua islam mein jaiz nahi, islam mein sirf ek option hai, ya to chup ho jao ya dua karo. bud dua hargiz nahi.</w:t>
      </w:r>
    </w:p>
    <w:p>
      <w:pPr>
        <w:jc w:val="right"/>
      </w:pPr>
      <w:r>
        <w:t>بد دعا اسلام میں جائز نہیں، اسلام میں صرف ایک آپشن ہے، یا تو چپ ہو جاؤ یا دعا کرو۔ بد دعا ہرگز نہیں۔</w:t>
      </w:r>
    </w:p>
    <w:p>
      <w:r>
        <w:rPr>
          <w:b/>
        </w:rPr>
        <w:t xml:space="preserve">[27:58] </w:t>
      </w:r>
      <w:r>
        <w:t>maulana sahib, koi sawal, koi example prophet ki life se bata dijiye, kis tarah se har mauqe par woh dua karte the?</w:t>
      </w:r>
    </w:p>
    <w:p>
      <w:pPr>
        <w:jc w:val="right"/>
      </w:pPr>
      <w:r>
        <w:t>مولانا صاحب، کوئی سوال، کوئی ایگزامپل پرافٹ کی لائف سے بتا دیجئے، کس طریقے سے ہر موقع پر وہ دعا کرتے تھے؟</w:t>
      </w:r>
    </w:p>
    <w:p>
      <w:r>
        <w:rPr>
          <w:b/>
        </w:rPr>
        <w:t xml:space="preserve">[28:09] </w:t>
      </w:r>
      <w:r>
        <w:t>hamesha koi ek misaal dijiye, hamesha rasool allah dua hi karte the.</w:t>
      </w:r>
    </w:p>
    <w:p>
      <w:pPr>
        <w:jc w:val="right"/>
      </w:pPr>
      <w:r>
        <w:t>ہمیشہ کوئی ایک مثال دیجئے، ہمیشہ رسول اللہ دعا ہی کرتے تھے۔</w:t>
      </w:r>
    </w:p>
    <w:p>
      <w:r>
        <w:rPr>
          <w:b/>
        </w:rPr>
        <w:t xml:space="preserve">[28:17] </w:t>
      </w:r>
      <w:r>
        <w:t>misalan, hudaybiyah mein aap jhuk jhuk gaye, yani unhon ne kaha ke rasool allah se bithao, to aap ne bitha bitha diya aur dua karne lage.</w:t>
      </w:r>
    </w:p>
    <w:p>
      <w:pPr>
        <w:jc w:val="right"/>
      </w:pPr>
      <w:r>
        <w:t>مثلاً، حدیبیہ میں آپ جھک جھک گئے، یعنی انہوں نے کہا کہ رسول اللہ سے بٹھاؤ، تو آپ نے بٹھا بٹھا دیا اور دعا کرنے لگے۔</w:t>
      </w:r>
    </w:p>
    <w:p>
      <w:r>
        <w:rPr>
          <w:b/>
        </w:rPr>
        <w:t xml:space="preserve">[28:30] </w:t>
      </w:r>
      <w:r>
        <w:t>bajaye ke bithane par zor den, is ko to bitha diya aur dua karne lage.</w:t>
      </w:r>
    </w:p>
    <w:p>
      <w:pPr>
        <w:jc w:val="right"/>
      </w:pPr>
      <w:r>
        <w:t>بجائے کہ بٹھانے پر زور دیں، اس کو تو بٹھا دیا اور دعا کرنے لگے۔</w:t>
      </w:r>
    </w:p>
    <w:p>
      <w:r>
        <w:rPr>
          <w:b/>
        </w:rPr>
        <w:t xml:space="preserve">[28:46] </w:t>
      </w:r>
      <w:r>
        <w:t>abdul salam siddiqui ne aap ke liye dua bheji hai, muhtaram maulana sahib, allah taala se dua hai ke allah taala aap ki achhi sehat barqarar rakhe aur aap ka saya ummat-e-muslima par ta-deer qaim rakhay.</w:t>
      </w:r>
    </w:p>
    <w:p>
      <w:pPr>
        <w:jc w:val="right"/>
      </w:pPr>
      <w:r>
        <w:t>عبدالسلام صدیقی نے آپ کے لیے دعا بھیجی ہے، محترم مولانا صاحب، اللہ تعالی سے دعا ہے کہ اللہ تعالی آپ کی اچھی صحت برقرار رکھے اور آپ کا سایہ امت مسلمہ پر تادیر قائم رکھے۔</w:t>
      </w:r>
    </w:p>
    <w:p>
      <w:r>
        <w:rPr>
          <w:b/>
        </w:rPr>
        <w:t xml:space="preserve">[29:04] </w:t>
      </w:r>
      <w:r>
        <w:t>masha allah, allah taala aap ko jald khair ata farmaye.</w:t>
      </w:r>
    </w:p>
    <w:p>
      <w:pPr>
        <w:jc w:val="right"/>
      </w:pPr>
      <w:r>
        <w:t>ماشاءاللہ، اللہ تعالی آپ کو جلد خیر عطا فرمائے۔</w:t>
      </w:r>
    </w:p>
    <w:p>
      <w:r>
        <w:rPr>
          <w:b/>
        </w:rPr>
        <w:t xml:space="preserve">[29:19] </w:t>
      </w:r>
      <w:r>
        <w:t>ali raza aap se poochhte hain, "maulana, sirat-e-mustaqeem aaj ke daur mein kya hai?" quran hai, sara quran sirat-e-mustaqeem hai.</w:t>
      </w:r>
    </w:p>
    <w:p>
      <w:pPr>
        <w:jc w:val="right"/>
      </w:pPr>
      <w:r>
        <w:t>علی رضا آپ سے پوچھتے ہیں، "مولانا، صراط مستقیم آج کے دور میں کیا ہے؟" قرآن ہے، سارا قرآن صراط مستقیم ہے۔</w:t>
      </w:r>
    </w:p>
    <w:p>
      <w:r>
        <w:rPr>
          <w:b/>
        </w:rPr>
        <w:t xml:space="preserve">[29:37] </w:t>
      </w:r>
      <w:r>
        <w:t>aap jis masle se dochar hon, us ko dhoondhiye quran mein, main aap ko mil jayega.</w:t>
      </w:r>
    </w:p>
    <w:p>
      <w:pPr>
        <w:jc w:val="right"/>
      </w:pPr>
      <w:r>
        <w:t>آپ جس مسئلے سے دوچار ہوں، اس کو ڈھونڈیے قرآن میں، میں آپ کو مل جائے گا۔</w:t>
      </w:r>
    </w:p>
    <w:p>
      <w:r>
        <w:rPr>
          <w:b/>
        </w:rPr>
        <w:t xml:space="preserve">[29:45] </w:t>
      </w:r>
      <w:r>
        <w:t>aisha muaz poochhte hain, "sunni ladki ka shia ladke se shadi karna jaiz hai ya nahi?" dekhen, yeh sab fiqhi masla hai,</w:t>
      </w:r>
    </w:p>
    <w:p>
      <w:pPr>
        <w:jc w:val="right"/>
      </w:pPr>
      <w:r>
        <w:t>عیشہ معاذ پوچھتے ہیں، "سنی لڑکی کا شیعہ لڑکے سے شادی کرنا جائز ہے یا نہیں؟" دیکھیں، یہ سب فقہی مسئلہ ہے،</w:t>
      </w:r>
    </w:p>
    <w:p>
      <w:r>
        <w:rPr>
          <w:b/>
        </w:rPr>
        <w:t xml:space="preserve">[29:58] </w:t>
      </w:r>
      <w:r>
        <w:t>main is mein koi rai nahi de sakta, yeh fiqhi masla hai. yeh kahunga ke kuch ulma is ko jaiz samajhte hain, kuch ulma is ko is ke bar aks rai dete hain, baqi main khud koi faisla nahi doonga kyunke yeh fiqhi masla hai.</w:t>
      </w:r>
    </w:p>
    <w:p>
      <w:pPr>
        <w:jc w:val="right"/>
      </w:pPr>
      <w:r>
        <w:t>میں اس میں کوئی رائے نہیں دے سکتا، یہ فقہی مسئلہ ہے۔ یہ کہوں گا کہ کچھ علماء اس کو جائز سمجھتے ہیں، کچھ علماء اس کو اس کے برعکس رائے دیتے ہیں، باقی میں خود کوئی فیصلہ نہیں دوں گا کیونکہ یہ فقہی مسئلہ ہے۔</w:t>
      </w:r>
    </w:p>
    <w:p>
      <w:r>
        <w:rPr>
          <w:b/>
        </w:rPr>
        <w:t xml:space="preserve">[30:21] </w:t>
      </w:r>
      <w:r>
        <w:t>un ke father nahi hain, is liye woh aap se poochh rahe hain. hain</w:t>
      </w:r>
    </w:p>
    <w:p>
      <w:pPr>
        <w:jc w:val="right"/>
      </w:pPr>
      <w:r>
        <w:t>ان کے فادر نہیں ہیں، اس لیے وہ آپ سے پوچھ رہے ہیں۔ ہیں</w:t>
      </w:r>
    </w:p>
    <w:p>
      <w:r>
        <w:rPr>
          <w:b/>
        </w:rPr>
        <w:t xml:space="preserve">[30:25] </w:t>
      </w:r>
      <w:r>
        <w:t>? un ke father nahi hain, is liye woh aap se poochh rahe hain. to koi to aap ka father ki jagah par hoga, usay poochhiye, mujh se kyun poochhte hain?</w:t>
      </w:r>
    </w:p>
    <w:p>
      <w:pPr>
        <w:jc w:val="right"/>
      </w:pPr>
      <w:r>
        <w:t>؟ ان کے فادر نہیں ہیں، اس لیے وہ آپ سے پوچھ رہے ہیں۔ تو کوئی تو آپ کا فادر کی جگہ پر ہوگا، اسے پوچھیے، مجھ سے کیوں پوچھتے ہیں؟</w:t>
      </w:r>
    </w:p>
    <w:p>
      <w:r>
        <w:rPr>
          <w:b/>
        </w:rPr>
        <w:t xml:space="preserve">[30:39] </w:t>
      </w:r>
      <w:r>
        <w:t>jo aap ke liye father ki jagah par ho, usay poochhiye, jo wali ho aap ka, usay poochhiye.</w:t>
      </w:r>
    </w:p>
    <w:p>
      <w:pPr>
        <w:jc w:val="right"/>
      </w:pPr>
      <w:r>
        <w:t>جو آپ کے لیے فادر کی جگہ پر ہو، اسے پوچھیے، جو ولی ہو آپ کا، اسے پوچھیے۔</w:t>
      </w:r>
    </w:p>
    <w:p>
      <w:r>
        <w:rPr>
          <w:b/>
        </w:rPr>
        <w:t xml:space="preserve">[30:51] </w:t>
      </w:r>
      <w:r>
        <w:t>shahan iqbal likhte hain, "assalam o alaikum maulana, i don't agree with all your thought, but i respect you and i endorse you." kaun hai?</w:t>
      </w:r>
    </w:p>
    <w:p>
      <w:pPr>
        <w:jc w:val="right"/>
      </w:pPr>
      <w:r>
        <w:t>شاہان اقبال لکھتے ہیں، "السلام علیکم مولانا، ائی ڈونٹ ایگری ود ال یور تھاٹ، بٹ ائی ریسپیکٹ یو اینڈ ائی انڈورس یو۔" کون ہے؟</w:t>
      </w:r>
    </w:p>
    <w:p>
      <w:r>
        <w:rPr>
          <w:b/>
        </w:rPr>
        <w:t xml:space="preserve">[31:06] </w:t>
      </w:r>
      <w:r>
        <w:t>kaun kaun kar rahe hain? shahan, kahan se hain? kahan se hain? location to bataya nahi hai. kya naam hai? shahan iqbal.</w:t>
      </w:r>
    </w:p>
    <w:p>
      <w:pPr>
        <w:jc w:val="right"/>
      </w:pPr>
      <w:r>
        <w:t>کون کون کر رہے ہیں؟ شاہان، کہاں سے ہیں؟ کہاں سے ہیں؟ لوکیشن تو بتایا نہیں ہے۔ کیا نام ہے؟ شاہان اقبال۔</w:t>
      </w:r>
    </w:p>
    <w:p>
      <w:r>
        <w:rPr>
          <w:b/>
        </w:rPr>
        <w:t xml:space="preserve">[31:17] </w:t>
      </w:r>
      <w:r>
        <w:t>dekhen, aap yeh koi rai nahi hai jo aap ne farmaya, specific hona chahiye, jo aap ki rai ho, us ko bataiye ke yeh rai hai, us ko specify kijiye,</w:t>
      </w:r>
    </w:p>
    <w:p>
      <w:pPr>
        <w:jc w:val="right"/>
      </w:pPr>
      <w:r>
        <w:t>دیکھیں، آپ یہ کوئی رائے نہیں ہے جو آپ نے فرمایا، سپیسیفک ہونا چاہیے، جو آپ کی رائے ہو، اس کو بتائیے کہ یہ رائے ہے، اس کو اسپیسیفائی کیجئے،</w:t>
      </w:r>
    </w:p>
    <w:p>
      <w:r>
        <w:rPr>
          <w:b/>
        </w:rPr>
        <w:t xml:space="preserve">[31:32] </w:t>
      </w:r>
      <w:r>
        <w:t>woh nahi, kuch nahi, yeh nothing hai, maida shakal mein aap ka farman, farman nothing hai, usay specify kijiye.</w:t>
      </w:r>
    </w:p>
    <w:p>
      <w:pPr>
        <w:jc w:val="right"/>
      </w:pPr>
      <w:r>
        <w:t>وہ نہیں، کچھ نہیں، یہ نتھنگ ہے، معدہ شکل میں آپ کا فرمان، فرمان نتھنگ ہے، اسے اسپیسیفائی کیجئے۔</w:t>
      </w:r>
    </w:p>
    <w:p>
      <w:r>
        <w:rPr>
          <w:b/>
        </w:rPr>
        <w:t xml:space="preserve">[31:45] </w:t>
      </w:r>
      <w:r>
        <w:t>matlab kis point par woh agree nahi karte hain, woh un ko batana chahiye. haan, bilkul, bilkul.</w:t>
      </w:r>
    </w:p>
    <w:p>
      <w:pPr>
        <w:jc w:val="right"/>
      </w:pPr>
      <w:r>
        <w:t>مطلب کس پوائنٹ پر وہ ایگری نہیں کرتے ہیں، وہ ان کو بتانا چاہیے۔ ہاں، بالکل، بالکل۔</w:t>
      </w:r>
    </w:p>
    <w:p>
      <w:r>
        <w:rPr>
          <w:b/>
        </w:rPr>
        <w:t xml:space="preserve">[31:56] </w:t>
      </w:r>
      <w:r>
        <w:t>sajid anwar ne bombay se comment bheja hai, "maulana, it's a great learning and take away for me today to forgive and forget my grievances.</w:t>
      </w:r>
    </w:p>
    <w:p>
      <w:pPr>
        <w:jc w:val="right"/>
      </w:pPr>
      <w:r>
        <w:t>ساجد انور نے بمبئی سے کمنٹ بھیجا ہے، "مولانا، اٹس ا گریٹ لرننگ اینڈ ٹیک اوے فار می ٹوڈے ٹو فارگیو اینڈ فارگیٹ مائی گریونسز۔</w:t>
      </w:r>
    </w:p>
    <w:p>
      <w:r>
        <w:rPr>
          <w:b/>
        </w:rPr>
        <w:t xml:space="preserve">[32:11] </w:t>
      </w:r>
      <w:r>
        <w:t>i also take a pledge that i will follow this principle for the rest of my life. jazak allah maulana for such a great guidance." masha allah.</w:t>
      </w:r>
    </w:p>
    <w:p>
      <w:pPr>
        <w:jc w:val="right"/>
      </w:pPr>
      <w:r>
        <w:t>ائی السو ٹیک ا پلیج دیٹ ائی ول فالو دس پرنسپل فار دی ریسٹ اف مائی لائف۔ جزاک اللہ مولانا فار سچ ا گریٹ گائیڈنس۔" ماشاءاللہ۔</w:t>
      </w:r>
    </w:p>
    <w:p>
      <w:r>
        <w:rPr>
          <w:b/>
        </w:rPr>
        <w:t xml:space="preserve">[32:24] </w:t>
      </w:r>
      <w:r>
        <w:t>ghaffoor baloch likhte hain,</w:t>
      </w:r>
    </w:p>
    <w:p>
      <w:pPr>
        <w:jc w:val="right"/>
      </w:pPr>
      <w:r>
        <w:t>غفور بلوچ لکھتے ہیں،</w:t>
      </w:r>
    </w:p>
    <w:p>
      <w:r>
        <w:rPr>
          <w:b/>
        </w:rPr>
        <w:t xml:space="preserve">[32:30] </w:t>
      </w:r>
      <w:r>
        <w:t>"yeh pakistan se hain. maulana sahib, allah taala koi bhi kaam useless tor par nahi karte, woh jo bhi kaam karte hain, woh us ki kuch hikmat hoti hai.</w:t>
      </w:r>
    </w:p>
    <w:p>
      <w:pPr>
        <w:jc w:val="right"/>
      </w:pPr>
      <w:r>
        <w:t>"یہ پاکستان سے ہیں۔ مولانا صاحب، اللہ تعالی کوئی بھی کام یوزلیس طور پر نہیں کرتے، وہ جو بھی کام کرتے ہیں، وہ اس کی کچھ حکمت ہوتی ہے۔</w:t>
      </w:r>
    </w:p>
    <w:p>
      <w:r>
        <w:rPr>
          <w:b/>
        </w:rPr>
        <w:t xml:space="preserve">[32:43] </w:t>
      </w:r>
      <w:r>
        <w:t>kya maujooda corona virus se Allah taala koi changing la rahe hain world mein</w:t>
      </w:r>
    </w:p>
    <w:p>
      <w:pPr>
        <w:jc w:val="right"/>
      </w:pPr>
      <w:r>
        <w:t>کیا موجودہ کرونا وائرس سے اللہ تعالی کوئی چینجنگ لا رہے ہیں ورلڈ میں</w:t>
      </w:r>
    </w:p>
    <w:p>
      <w:r>
        <w:rPr>
          <w:b/>
        </w:rPr>
        <w:t xml:space="preserve">[32:55] </w:t>
      </w:r>
      <w:r>
        <w:t>?" nahi, individual mein changing la raha hai, matlab hai individual mein, woh yeh ke logon ke andar introspection aaye,</w:t>
      </w:r>
    </w:p>
    <w:p>
      <w:pPr>
        <w:jc w:val="right"/>
      </w:pPr>
      <w:r>
        <w:t>؟" نہیں، انڈیویجول میں چینجنگ لا رہا ہے، مطلب ہے انڈیویجول میں، وہ یہ کہ لوگوں کے اندر انٹراسپیکشن آئے،</w:t>
      </w:r>
    </w:p>
    <w:p>
      <w:r>
        <w:rPr>
          <w:b/>
        </w:rPr>
        <w:t xml:space="preserve">[33:09] </w:t>
      </w:r>
      <w:r>
        <w:t>introspection.</w:t>
      </w:r>
    </w:p>
    <w:p>
      <w:pPr>
        <w:jc w:val="right"/>
      </w:pPr>
      <w:r>
        <w:t>انٹراسپیکشن۔</w:t>
      </w:r>
    </w:p>
    <w:p>
      <w:r>
        <w:rPr>
          <w:b/>
        </w:rPr>
        <w:t xml:space="preserve">[33:20] </w:t>
      </w:r>
      <w:r>
        <w:t>maulana sahib, pollution level bhi bohat kam ho gaya hai.</w:t>
      </w:r>
    </w:p>
    <w:p>
      <w:pPr>
        <w:jc w:val="right"/>
      </w:pPr>
      <w:r>
        <w:t>مولانا صاحب، پولیوشن لیول بھی بہت کم ہو گیا ہے۔</w:t>
      </w:r>
    </w:p>
    <w:p>
      <w:r>
        <w:rPr>
          <w:b/>
        </w:rPr>
        <w:t xml:space="preserve">[33:27] </w:t>
      </w:r>
      <w:r>
        <w:t>toh yeh yeh bhi ek faida hai, yeh bhi ek faida hai.</w:t>
      </w:r>
    </w:p>
    <w:p>
      <w:pPr>
        <w:jc w:val="right"/>
      </w:pPr>
      <w:r>
        <w:t>تو یہ یہ بھی ایک فائدہ ہے، یہ بھی ایک فائدہ ہے۔</w:t>
      </w:r>
    </w:p>
    <w:p>
      <w:r>
        <w:rPr>
          <w:b/>
        </w:rPr>
        <w:t xml:space="preserve">[33:43] </w:t>
      </w:r>
      <w:r>
        <w:t>rashid ansari ka ek comment hai, "jazak Allah maulana, jitni lagan aur mehnat ke sath aap aaj bhi deen ki dawat aur logon ki islaah mein lage hue hain,</w:t>
      </w:r>
    </w:p>
    <w:p>
      <w:pPr>
        <w:jc w:val="right"/>
      </w:pPr>
      <w:r>
        <w:t>راشد انصاری کا ایک کمنٹ ہے، "جزاک اللہ مولانا، جتنی لگن اور محنت کے ساتھ آپ آج بھی دین کی دعوت اور لوگوں کی اصلاح میں لگے ہوئے ہیں،</w:t>
      </w:r>
    </w:p>
    <w:p>
      <w:r>
        <w:rPr>
          <w:b/>
        </w:rPr>
        <w:t xml:space="preserve">[33:57] </w:t>
      </w:r>
      <w:r>
        <w:t>yeh Allah taala ka bara inaam hai." masha Allah.</w:t>
      </w:r>
    </w:p>
    <w:p>
      <w:pPr>
        <w:jc w:val="right"/>
      </w:pPr>
      <w:r>
        <w:t>یہ اللہ تعالی کا بڑا انعام ہے۔" ماشاءاللہ۔</w:t>
      </w:r>
    </w:p>
    <w:p>
      <w:r>
        <w:rPr>
          <w:b/>
        </w:rPr>
        <w:t xml:space="preserve">[34:08] </w:t>
      </w:r>
      <w:r>
        <w:t>shajiha fiyaz ka ek sawal hai, "quran mein ya toh hamesha ki jannat hai ya hamesha ki jahannum.</w:t>
      </w:r>
    </w:p>
    <w:p>
      <w:pPr>
        <w:jc w:val="right"/>
      </w:pPr>
      <w:r>
        <w:t>شجیحہ فیاض کا ایک سوال ہے، "قرآن میں یا تو ہمیشہ کی جنت ہے یا ہمیشہ کی جہنم۔</w:t>
      </w:r>
    </w:p>
    <w:p>
      <w:r>
        <w:rPr>
          <w:b/>
        </w:rPr>
        <w:t xml:space="preserve">[34:19] </w:t>
      </w:r>
      <w:r>
        <w:t>kya jahannum mein apni saza kaat kar jannat ke bare mein bhi kuch aaya hai?</w:t>
      </w:r>
    </w:p>
    <w:p>
      <w:pPr>
        <w:jc w:val="right"/>
      </w:pPr>
      <w:r>
        <w:t>کیا جہنم میں اپنی سزا کاٹ کر جنت کے بارے میں بھی کچھ آیا ہے؟</w:t>
      </w:r>
    </w:p>
    <w:p>
      <w:r>
        <w:rPr>
          <w:b/>
        </w:rPr>
        <w:t xml:space="preserve">[34:28] </w:t>
      </w:r>
      <w:r>
        <w:t>" dekhen, yeh masla hadithon mein kafi tafseel se aaya hai, isko aap padhiye, main is mein zaati rai koi nahi dunga.</w:t>
      </w:r>
    </w:p>
    <w:p>
      <w:pPr>
        <w:jc w:val="right"/>
      </w:pPr>
      <w:r>
        <w:t>" دیکھیں، یہ مسئلہ حدیثوں میں کافی تفصیل سے آیا ہے، اس کو آپ پڑھیے، میں اس میں ذاتی رائے کوئی نہیں دوں گا۔</w:t>
      </w:r>
    </w:p>
    <w:p>
      <w:r>
        <w:rPr>
          <w:b/>
        </w:rPr>
        <w:t xml:space="preserve">[34:44] </w:t>
      </w:r>
      <w:r>
        <w:t>idrees qamar likhte hain, "assalam o alaikum maulana, jab insan ke dil ko kisi doosre insan ki taraf se thes pahunchti hai toh insan is insan ko maaf nahi kar pata,</w:t>
      </w:r>
    </w:p>
    <w:p>
      <w:pPr>
        <w:jc w:val="right"/>
      </w:pPr>
      <w:r>
        <w:t>ادریس قمر لکھتے ہیں، "السلام علیکم مولانا، جب انسان کے دل کو کسی دوسرے انسان کی طرف سے ٹھیس پہنچتی ہے تو انسان اس انسان کو معاف نہیں کر پاتا،</w:t>
      </w:r>
    </w:p>
    <w:p>
      <w:r>
        <w:rPr>
          <w:b/>
        </w:rPr>
        <w:t xml:space="preserve">[35:03] </w:t>
      </w:r>
      <w:r>
        <w:t>aisa kyun hota hai?"</w:t>
      </w:r>
    </w:p>
    <w:p>
      <w:pPr>
        <w:jc w:val="right"/>
      </w:pPr>
      <w:r>
        <w:t>ایسا کیوں ہوتا ہے؟"</w:t>
      </w:r>
    </w:p>
    <w:p>
      <w:r>
        <w:rPr>
          <w:b/>
        </w:rPr>
        <w:t xml:space="preserve">[35:05] </w:t>
      </w:r>
      <w:r>
        <w:t>main toh dil se maaf kar deta hoon, aap chahen toh main naam bana bata sakta hoon, naam bana, yeh toh bohat bara sawab hai, is mein toh aap sawab kyun nahi lete?</w:t>
      </w:r>
    </w:p>
    <w:p>
      <w:pPr>
        <w:jc w:val="right"/>
      </w:pPr>
      <w:r>
        <w:t>میں تو دل سے معاف کر دیتا ہوں، آپ چاہیں تو میں نام بنا بتا سکتا ہوں، نام بنا، یہ تو بہت بڑا ثواب ہے، اس میں تو آپ ثواب کیوں نہیں لیتے؟</w:t>
      </w:r>
    </w:p>
    <w:p>
      <w:r>
        <w:rPr>
          <w:b/>
        </w:rPr>
        <w:t xml:space="preserve">[35:20] </w:t>
      </w:r>
      <w:r>
        <w:t>woh keh rahe hain, "aisi habit kaise develop karein apne andar?" hain? aisi habit maaf karne ki apne andar kaise develop karein?</w:t>
      </w:r>
    </w:p>
    <w:p>
      <w:pPr>
        <w:jc w:val="right"/>
      </w:pPr>
      <w:r>
        <w:t>وہ کہہ رہے ہیں، "ایسی ہیبٹ کیسے ڈیولپ کریں اپنے اندر؟" ہیں؟ ایسی ہیبٹ معاف کرنے کی اپنے اندر کیسے ڈیولپ کریں؟</w:t>
      </w:r>
    </w:p>
    <w:p>
      <w:r>
        <w:rPr>
          <w:b/>
        </w:rPr>
        <w:t xml:space="preserve">[35:28] </w:t>
      </w:r>
      <w:r>
        <w:t>sawab lene ke liye halaat mein chahta hai sawab, yahi toh sawab hai.</w:t>
      </w:r>
    </w:p>
    <w:p>
      <w:pPr>
        <w:jc w:val="right"/>
      </w:pPr>
      <w:r>
        <w:t>ثواب لینے کے لیے حالات میں چاہتا ہے ثواب، یہی تو ثواب ہے۔</w:t>
      </w:r>
    </w:p>
    <w:p>
      <w:r>
        <w:rPr>
          <w:b/>
        </w:rPr>
        <w:t xml:space="preserve">[35:45] </w:t>
      </w:r>
      <w:r>
        <w:t>kisi ka shair hai ke "yeh sawab Allah o Akbar lootne ki jaay hai, kehta hua sabit hai, looto, looto, looto." toh agar aap jaanein ke is mein bohat bara sawabt hai toh daudein is ke liye aap.</w:t>
      </w:r>
    </w:p>
    <w:p>
      <w:pPr>
        <w:jc w:val="right"/>
      </w:pPr>
      <w:r>
        <w:t>کسی کا شعر ہے کہ "یہ ثواب اللہ اکبر لوٹنے کی جائے ہے، کہتا ہوا ثابت ہے، لوٹو، لوٹو، لوٹو۔" تو اگر آپ جانیں کہ اس میں بہت بڑا ثوابت ہے تو دوڑیں اس کے لیے آپ۔</w:t>
      </w:r>
    </w:p>
    <w:p>
      <w:r>
        <w:rPr>
          <w:b/>
        </w:rPr>
        <w:t xml:space="preserve">[36:10] </w:t>
      </w:r>
      <w:r>
        <w:t>doctor rajat malhotra likhte hain, "you greatly emphasize on developing a strong personality.</w:t>
      </w:r>
    </w:p>
    <w:p>
      <w:pPr>
        <w:jc w:val="right"/>
      </w:pPr>
      <w:r>
        <w:t>ڈاکٹر رجت ملحوترہ لکھتے ہیں، "یو گریٹلی ایمفسائز ان ڈیولپنگ ا سٹرانگ پرسنیلٹی۔</w:t>
      </w:r>
    </w:p>
    <w:p>
      <w:r>
        <w:rPr>
          <w:b/>
        </w:rPr>
        <w:t xml:space="preserve">[36:19] </w:t>
      </w:r>
      <w:r>
        <w:t>maulana sahib, what is the prerequisite to make one self a strong personality? what should be the starting point?" humm, aap starting point kya hai strong personality ko develop karne ka?</w:t>
      </w:r>
    </w:p>
    <w:p>
      <w:pPr>
        <w:jc w:val="right"/>
      </w:pPr>
      <w:r>
        <w:t>مولانا صاحب، واٹ از دا پری ریکوزٹ ٹو میک ون سیلف ا سٹرانگ پرسنیلٹی؟ واٹ شوڈ بی دا سٹارٹنگ پوائنٹ؟" ہمم، آپ سٹارٹنگ پوائنٹ کیا ہے اسٹرانگ پرسنیلٹی کو ڈیولپ کرنے کا؟</w:t>
      </w:r>
    </w:p>
    <w:p>
      <w:r>
        <w:rPr>
          <w:b/>
        </w:rPr>
        <w:t xml:space="preserve">[36:45] </w:t>
      </w:r>
      <w:r>
        <w:t>apni ghalti ko manna, apni ghalti ko fond manna,</w:t>
      </w:r>
    </w:p>
    <w:p>
      <w:pPr>
        <w:jc w:val="right"/>
      </w:pPr>
      <w:r>
        <w:t>اپنی غلطی کو ماننا، اپنی غلطی کو فونڈ ماننا،</w:t>
      </w:r>
    </w:p>
    <w:p>
      <w:r>
        <w:rPr>
          <w:b/>
        </w:rPr>
        <w:t xml:space="preserve">[36:55] </w:t>
      </w:r>
      <w:r>
        <w:t>yeh starting point hai.</w:t>
      </w:r>
    </w:p>
    <w:p>
      <w:pPr>
        <w:jc w:val="right"/>
      </w:pPr>
      <w:r>
        <w:t>یہ سٹارٹنگ پوائنٹ ہے۔</w:t>
      </w:r>
    </w:p>
    <w:p>
      <w:r>
        <w:rPr>
          <w:b/>
        </w:rPr>
        <w:t xml:space="preserve">[37:01] </w:t>
      </w:r>
      <w:r>
        <w:t>maulana sahib, doctor safeena tabassum ne ek comment bheja hai aap ke liye. maulana sahib, aap ne bohat clearly bata diya ke sahi ghalt ke debate mein nahi mashgool hona hai.</w:t>
      </w:r>
    </w:p>
    <w:p>
      <w:pPr>
        <w:jc w:val="right"/>
      </w:pPr>
      <w:r>
        <w:t>مولانا صاحب، ڈاکٹر سفینہ تبسم نے ایک کمنٹ بھیجا ہے آپ کے لیے۔ مولانا صاحب، آپ نے بہت کلیئرلی بتا دیا کہ صحیح غلط کے ڈیبیٹ میں نہیں مشغول ہونا ہے۔</w:t>
      </w:r>
    </w:p>
    <w:p>
      <w:r>
        <w:rPr>
          <w:b/>
        </w:rPr>
        <w:t xml:space="preserve">[37:17] </w:t>
      </w:r>
      <w:r>
        <w:t>agar apni positivity bacha kar rakhna hai toh unilateral tor par forgive and forget ka formula apnana hai, yeh mamla save yourself ka mamla hai.</w:t>
      </w:r>
    </w:p>
    <w:p>
      <w:pPr>
        <w:jc w:val="right"/>
      </w:pPr>
      <w:r>
        <w:t>اگر اپنی پازیٹیوٹی بچا کر رکھنا ہے تو یونی لیٹرل طور پر فارگیو اینڈ فارگیٹ کا فارمولا اپنانا ہے، یہ معاملہ سیو یور سیلف کا معاملہ ہے۔</w:t>
      </w:r>
    </w:p>
    <w:p>
      <w:r>
        <w:rPr>
          <w:b/>
        </w:rPr>
        <w:t xml:space="preserve">[37:32] </w:t>
      </w:r>
      <w:r>
        <w:t>jazak Allah mol</w:t>
      </w:r>
    </w:p>
    <w:p>
      <w:pPr>
        <w:jc w:val="right"/>
      </w:pPr>
      <w:r>
        <w:t>جزاک اللہ مول</w:t>
      </w:r>
    </w:p>
    <w:p>
      <w:r>
        <w:rPr>
          <w:b/>
        </w:rPr>
        <w:t xml:space="preserve">[37:33] </w:t>
      </w:r>
      <w:r>
        <w:t>ana. masha Allah, masha Allah. mahak mushtaq likhti hain Pakistan se, "maulana sahib, bohat shukriya, main abhi bohat sad thi lekin aap ki baat samajh aa gayi hai.</w:t>
      </w:r>
    </w:p>
    <w:p>
      <w:pPr>
        <w:jc w:val="right"/>
      </w:pPr>
      <w:r>
        <w:t>انا۔ ماشاءاللہ، ماشاءاللہ۔ ماہک مشتاق لکھتی ہیں پاکستان سے، "مولانا صاحب، بہت شکریہ، میں ابھی بہت سیڈ تھی لیکن آپ کی بات سمجھ آگئی ہے۔</w:t>
      </w:r>
    </w:p>
    <w:p>
      <w:r>
        <w:rPr>
          <w:b/>
        </w:rPr>
        <w:t xml:space="preserve">[37:52] </w:t>
      </w:r>
      <w:r>
        <w:t>Allah taala tofeeq de ke main shikayat chhod kar ek nai beginning karoon."</w:t>
      </w:r>
    </w:p>
    <w:p>
      <w:pPr>
        <w:jc w:val="right"/>
      </w:pPr>
      <w:r>
        <w:t>اللہ تعالی توفیق دے کہ میں شکایت چھوڑ کر ایک نئی بگننگ کروں۔"</w:t>
      </w:r>
    </w:p>
    <w:p>
      <w:r>
        <w:rPr>
          <w:b/>
        </w:rPr>
        <w:t xml:space="preserve">[38:01] </w:t>
      </w:r>
      <w:r>
        <w:t>allah tofeeq de, allah tofeeq de, allah tofeeq de.</w:t>
      </w:r>
    </w:p>
    <w:p>
      <w:pPr>
        <w:jc w:val="right"/>
      </w:pPr>
      <w:r>
        <w:t>اللہ توفیق دے، اللہ توفیق دے، اللہ توفیق دے۔</w:t>
      </w:r>
    </w:p>
    <w:p>
      <w:r>
        <w:rPr>
          <w:b/>
        </w:rPr>
        <w:t xml:space="preserve">[38:19] </w:t>
      </w:r>
      <w:r>
        <w:t>aaftab khan likhte hain, "maulana, kya jadeed benkari banking se munafa sood hai ya nahi?" kaha kya?</w:t>
      </w:r>
    </w:p>
    <w:p>
      <w:pPr>
        <w:jc w:val="right"/>
      </w:pPr>
      <w:r>
        <w:t>آفتاب خان لکھتے ہیں، "مولانا، کیا جدید بینکاری بینکنگ سے منافع سود ہے یا نہیں؟" کہا کیا؟</w:t>
      </w:r>
    </w:p>
    <w:p>
      <w:r>
        <w:rPr>
          <w:b/>
        </w:rPr>
        <w:t xml:space="preserve">[38:31] </w:t>
      </w:r>
      <w:r>
        <w:t>jadeed banking se munafa sood hai ya nahi? dekhen, yeh sab fiqhi masail hain, fiqhi masail mein koi rai nahi deta hoon, aap dalri ifta se fatwa mangen,</w:t>
      </w:r>
    </w:p>
    <w:p>
      <w:pPr>
        <w:jc w:val="right"/>
      </w:pPr>
      <w:r>
        <w:t>جدید بینکنگ سے منافع سود ہے یا نہیں؟ دیکھیں، یہ سب فقہی مسئلے ہیں، فقہی مسئلے میں کوئی رائے نہیں دیتا ہوں، آپ ڈالری افتا سے فتوی مانگیں،</w:t>
      </w:r>
    </w:p>
    <w:p>
      <w:r>
        <w:rPr>
          <w:b/>
        </w:rPr>
        <w:t xml:space="preserve">[38:47] </w:t>
      </w:r>
      <w:r>
        <w:t>mujh se nahi. riyaz bhatt likhte hain, "maulana sahib, kya bhool jana aik nemat hai?" hain?</w:t>
      </w:r>
    </w:p>
    <w:p>
      <w:pPr>
        <w:jc w:val="right"/>
      </w:pPr>
      <w:r>
        <w:t>مجھ سے نہیں۔ ریاض بھٹ لکھتے ہیں، "مولانا صاحب، کیا بھول جانا ایک نعمت ہے؟" ہیں؟</w:t>
      </w:r>
    </w:p>
    <w:p>
      <w:r>
        <w:rPr>
          <w:b/>
        </w:rPr>
        <w:t xml:space="preserve">[38:57] </w:t>
      </w:r>
      <w:r>
        <w:t>kya bhool jana aik nemat hai?</w:t>
      </w:r>
    </w:p>
    <w:p>
      <w:pPr>
        <w:jc w:val="right"/>
      </w:pPr>
      <w:r>
        <w:t>کیا بھول جانا ایک نعمت ہے؟</w:t>
      </w:r>
    </w:p>
    <w:p>
      <w:r>
        <w:rPr>
          <w:b/>
        </w:rPr>
        <w:t xml:space="preserve">[39:00] </w:t>
      </w:r>
      <w:r>
        <w:t>bilashuba nemat toh wohi hai.</w:t>
      </w:r>
    </w:p>
    <w:p>
      <w:pPr>
        <w:jc w:val="right"/>
      </w:pPr>
      <w:r>
        <w:t>بلاشبہ نعمت تو وہی ہے۔</w:t>
      </w:r>
    </w:p>
    <w:p>
      <w:r>
        <w:rPr>
          <w:b/>
        </w:rPr>
        <w:t xml:space="preserve">[39:06] </w:t>
      </w:r>
      <w:r>
        <w:t>kyunke is sifat se hum kisi se shikayat bhi bhool sakte hain. haan, bohat bari nemat hai yeh, bohat bari nemat hai.</w:t>
      </w:r>
    </w:p>
    <w:p>
      <w:pPr>
        <w:jc w:val="right"/>
      </w:pPr>
      <w:r>
        <w:t>کیونکہ اس صفت سے ہم کسی سے شکایت بھی بھول سکتے ہیں۔ ہاں، بہت بڑی نعمت ہے یہ، بہت بڑی نعمت ہے۔</w:t>
      </w:r>
    </w:p>
    <w:p>
      <w:r>
        <w:rPr>
          <w:b/>
        </w:rPr>
        <w:t xml:space="preserve">[39:19] </w:t>
      </w:r>
      <w:r>
        <w:t>taiba saleem likhti hain, "maulana sahib, hum kyun apna banaya hua plan par amal nahi kar paate?"</w:t>
      </w:r>
    </w:p>
    <w:p>
      <w:pPr>
        <w:jc w:val="right"/>
      </w:pPr>
      <w:r>
        <w:t>طیبہ سلیم لکھتی ہیں، "مولانا صاحب، ہم کیوں اپنا بنایا ہوا پلان پر عمل نہیں کر پاتے؟"</w:t>
      </w:r>
    </w:p>
    <w:p>
      <w:r>
        <w:rPr>
          <w:b/>
        </w:rPr>
        <w:t xml:space="preserve">[39:35] </w:t>
      </w:r>
      <w:r>
        <w:t>iski wajah yeh hai ke aap planning sahi nahi hoti,</w:t>
      </w:r>
    </w:p>
    <w:p>
      <w:pPr>
        <w:jc w:val="right"/>
      </w:pPr>
      <w:r>
        <w:t>اس کی وجہ یہ ہے کہ آپ پلاننگ صحیح نہیں ہوتی،</w:t>
      </w:r>
    </w:p>
    <w:p>
      <w:r>
        <w:rPr>
          <w:b/>
        </w:rPr>
        <w:t xml:space="preserve">[39:45] </w:t>
      </w:r>
      <w:r>
        <w:t>right planning hamesha qabil amal hoti hai,</w:t>
      </w:r>
    </w:p>
    <w:p>
      <w:pPr>
        <w:jc w:val="right"/>
      </w:pPr>
      <w:r>
        <w:t>رائٹ پلاننگ ہمیشہ قابل عمل ہوتی ہے،</w:t>
      </w:r>
    </w:p>
    <w:p>
      <w:r>
        <w:rPr>
          <w:b/>
        </w:rPr>
        <w:t xml:space="preserve">[39:52] </w:t>
      </w:r>
      <w:r>
        <w:t>right planning hamesha qabil amal hoti hai.</w:t>
      </w:r>
    </w:p>
    <w:p>
      <w:pPr>
        <w:jc w:val="right"/>
      </w:pPr>
      <w:r>
        <w:t>رائٹ پلاننگ ہمیشہ قابل عمل ہوتی ہے۔</w:t>
      </w:r>
    </w:p>
    <w:p>
      <w:r>
        <w:rPr>
          <w:b/>
        </w:rPr>
        <w:t xml:space="preserve">[39:59] </w:t>
      </w:r>
      <w:r>
        <w:t>iftikhar ahsan jeddah se likhte hain ke "maulana sahib, mein aap se apni family ke liye dua ki darkhwast karta hoon."</w:t>
      </w:r>
    </w:p>
    <w:p>
      <w:pPr>
        <w:jc w:val="right"/>
      </w:pPr>
      <w:r>
        <w:t>افتخار احسن جدہ سے لکھتے ہیں کہ "مولانا صاحب، میں آپ سے اپنی فیملی کے لیے دعا کی درخواست کرتا ہوں۔"</w:t>
      </w:r>
    </w:p>
    <w:p>
      <w:r>
        <w:rPr>
          <w:b/>
        </w:rPr>
        <w:t xml:space="preserve">[40:11] </w:t>
      </w:r>
      <w:r>
        <w:t>dekhen, mein family ke bare mein janta hoon kya hota hai, dua ke baghair yeh sab masla hal ho sakta hai, woh hai yak tarfa family ke mamle mein jitne bhi jagah niza' hote hain,</w:t>
      </w:r>
    </w:p>
    <w:p>
      <w:pPr>
        <w:jc w:val="right"/>
      </w:pPr>
      <w:r>
        <w:t>دیکھیں، میں فیملی کے بارے میں جانتا ہوں کیا ہوتا ہے، دعا کے بغیر یہ سب مسئلہ حل ہو سکتا ہے، وہ ہے یکطرفہ فیملی کے معاملے میں جتنے بھی جگہ نزاع ہوتے ہیں،</w:t>
      </w:r>
    </w:p>
    <w:p>
      <w:r>
        <w:rPr>
          <w:b/>
        </w:rPr>
        <w:t xml:space="preserve">[40:31] </w:t>
      </w:r>
      <w:r>
        <w:t>yeh ke aik fareeq karta hai, yeh aik doosre fareeq karta hai, woh kuch nahi. aap agar aik fareeq hon toh bas keh dijiye ke "meri koi rai nahi hai, jo aap chahen kijiye,</w:t>
      </w:r>
    </w:p>
    <w:p>
      <w:pPr>
        <w:jc w:val="right"/>
      </w:pPr>
      <w:r>
        <w:t>یہ کہ ایک فریق کرتا ہے، یہ ایک دوسرے فریق کرتا ہے، وہ کچھ نہیں۔ آپ اگر ایک فریق ہوں تو بس کہہ دیجئے کہ "میری کوئی رائے نہیں ہے، جو آپ چاہیں کیجئے،</w:t>
      </w:r>
    </w:p>
    <w:p>
      <w:r>
        <w:rPr>
          <w:b/>
        </w:rPr>
        <w:t xml:space="preserve">[40:47] </w:t>
      </w:r>
      <w:r>
        <w:t>mujhe qabool hogi, jo faisla aap log keh dein, mujhe qabool hai, bas masla khatam."</w:t>
      </w:r>
    </w:p>
    <w:p>
      <w:pPr>
        <w:jc w:val="right"/>
      </w:pPr>
      <w:r>
        <w:t>مجھے قبول ہوگی، جو فیصلہ آپ لوگ کہہ دیں، مجھے قبول ہے، بس مسئلہ ختم۔"</w:t>
      </w:r>
    </w:p>
    <w:p>
      <w:r>
        <w:rPr>
          <w:b/>
        </w:rPr>
        <w:t xml:space="preserve">[40:56] </w:t>
      </w:r>
      <w:r>
        <w:t>maulana sahib, jo aap kehte hain ke "you are right, i am wrong." muzaffar nagar mein aik family hai, abhi bhi woh family hai muzaffar nagar mein, toh unke chaar bhai bhai thay, mein gaya hoon unke ghar toh wahan par kya hua</w:t>
      </w:r>
    </w:p>
    <w:p>
      <w:pPr>
        <w:jc w:val="right"/>
      </w:pPr>
      <w:r>
        <w:t>مولانا صاحب، جو آپ کہتے ہیں کہ "یو آر رائٹ، ائی ایم رونگ۔" مظفر نگر میں ایک فیملی ہے، ابھی بھی وہ فیملی ہے مظفر نگر میں، تو ان کے چار بھائی بھائی تھے، میں گیا ہوں ان کے گھر تو وہاں پر کیا ہوا</w:t>
      </w:r>
    </w:p>
    <w:p>
      <w:r>
        <w:rPr>
          <w:b/>
        </w:rPr>
        <w:t xml:space="preserve">[41:17] </w:t>
      </w:r>
      <w:r>
        <w:t>ke</w:t>
      </w:r>
    </w:p>
    <w:p>
      <w:pPr>
        <w:jc w:val="right"/>
      </w:pPr>
      <w:r>
        <w:t>کہ</w:t>
      </w:r>
    </w:p>
    <w:p>
      <w:r>
        <w:rPr>
          <w:b/>
        </w:rPr>
        <w:t xml:space="preserve">[41:21] </w:t>
      </w:r>
      <w:r>
        <w:t>niza' hui, yeh mera woh, woh unka, woh unka jo bara bhai jo tha, bara bhai us ne kaha "dekho bhai, mera koi haq haq nahi hai, jo do le lo, woh tumhara, jo reh jaye woh mera,</w:t>
      </w:r>
    </w:p>
    <w:p>
      <w:pPr>
        <w:jc w:val="right"/>
      </w:pPr>
      <w:r>
        <w:t>نزاع ہوئی، یہ میرا وہ، وہ ان کا، وہ ان کا جو بڑا بھائی جو تھا، بڑا بھائی اس نے کہا "دیکھو بھئی، میرا کوئی حق حق نہیں ہے، جو دو لو لے لو، وہ تمہارا، جو رہ جائے وہ میرا،</w:t>
      </w:r>
    </w:p>
    <w:p>
      <w:r>
        <w:rPr>
          <w:b/>
        </w:rPr>
        <w:t xml:space="preserve">[41:37] </w:t>
      </w:r>
      <w:r>
        <w:t>mein unke ghar ja ke aik raat raha hoon,</w:t>
      </w:r>
    </w:p>
    <w:p>
      <w:pPr>
        <w:jc w:val="right"/>
      </w:pPr>
      <w:r>
        <w:t>میں ان کے گھر جا کے ایک رات رہا ہوں،</w:t>
      </w:r>
    </w:p>
    <w:p>
      <w:r>
        <w:rPr>
          <w:b/>
        </w:rPr>
        <w:t xml:space="preserve">[41:40] </w:t>
      </w:r>
      <w:r>
        <w:t>mein janta hoon, bara bhai bohat hi samajhdar tha, mere paas aaye hain aik martaba, unhon ne kaha ja ke dekho bhai, mera koi haq nahi hai, jo tum lo le lo, woh tumhara, jo chhod do woh mera,</w:t>
      </w:r>
    </w:p>
    <w:p>
      <w:pPr>
        <w:jc w:val="right"/>
      </w:pPr>
      <w:r>
        <w:t>میں جانتا ہوں، بڑا بھائی بہت ہی سمجھدار تھا، میرے پاس آئے ہیں ایک مرتبہ، انہوں نے کہا جا کے دیکھو بھئی، میرا کوئی حق نہیں ہے، جو تم لو لے لو، وہ تمہارا، جو چھوڑ دو وہ میرا،</w:t>
      </w:r>
    </w:p>
    <w:p>
      <w:r>
        <w:rPr>
          <w:b/>
        </w:rPr>
        <w:t xml:space="preserve">[41:57] </w:t>
      </w:r>
      <w:r>
        <w:t>aaj tak woh log bohat hi achhe tareeqe se reh rahe hain aur taraqqi kar rahe hain, taraqqi hain, mein gaya hoon aik raat raha hoon muzaffar nagar mein, yeh yahi aik hi hal hai."</w:t>
      </w:r>
    </w:p>
    <w:p>
      <w:pPr>
        <w:jc w:val="right"/>
      </w:pPr>
      <w:r>
        <w:t>آج تک وہ لوگ بہت ہی اچھے طریقے سے رہ رہے ہیں اور ترقی کر رہے ہیں، ترقی ہیں، میں گیا ہوں ایک رات رہا ہوں مظفر نگر میں، یہ یہی ایک ہی حل ہے۔"</w:t>
      </w:r>
    </w:p>
    <w:p>
      <w:r>
        <w:rPr>
          <w:b/>
        </w:rPr>
        <w:t xml:space="preserve">[42:21] </w:t>
      </w:r>
      <w:r>
        <w:t>aram gul</w:t>
      </w:r>
    </w:p>
    <w:p>
      <w:pPr>
        <w:jc w:val="right"/>
      </w:pPr>
      <w:r>
        <w:t>ارم گل</w:t>
      </w:r>
    </w:p>
    <w:p>
      <w:r>
        <w:rPr>
          <w:b/>
        </w:rPr>
        <w:t xml:space="preserve">[42:25] </w:t>
      </w:r>
      <w:r>
        <w:t>ne aik sawal kiya hai, "maulana, what will happen to me for all the bad dua i have done to people all my life?" kya matlab</w:t>
      </w:r>
    </w:p>
    <w:p>
      <w:pPr>
        <w:jc w:val="right"/>
      </w:pPr>
      <w:r>
        <w:t>نے ایک سوال کیا ہے، "مولانا، واٹ ول ہیپن ٹو می فار ال دا بد دعا ائی ہیو ڈن ٹو پیپل ال مائی لائف؟" کیا مطلب</w:t>
      </w:r>
    </w:p>
    <w:p>
      <w:r>
        <w:rPr>
          <w:b/>
        </w:rPr>
        <w:t xml:space="preserve">[42:39] </w:t>
      </w:r>
      <w:r>
        <w:t>? keh rahe hain jo bad dua mein ne sari zindagi logon ke liye kiya, hain? jo</w:t>
      </w:r>
    </w:p>
    <w:p>
      <w:pPr>
        <w:jc w:val="right"/>
      </w:pPr>
      <w:r>
        <w:t>؟ کہہ رہے ہیں جو بد دعا میں نے ساری زندگی لوگوں کے لیے کیا، ہیں؟ جو</w:t>
      </w:r>
    </w:p>
    <w:p>
      <w:r>
        <w:rPr>
          <w:b/>
        </w:rPr>
        <w:t xml:space="preserve">[42:47] </w:t>
      </w:r>
      <w:r>
        <w:t>woh keh rahe hain jo bad dua mein ne sari zindagi logon ke liye kiya, ab kya hoga?</w:t>
      </w:r>
    </w:p>
    <w:p>
      <w:pPr>
        <w:jc w:val="right"/>
      </w:pPr>
      <w:r>
        <w:t>وہ کہہ رہے ہیں جو بد دعا میں نے ساری زندگی لوگوں کے لیے کیا، اب کیا ہوگا؟</w:t>
      </w:r>
    </w:p>
    <w:p>
      <w:r>
        <w:rPr>
          <w:b/>
        </w:rPr>
        <w:t xml:space="preserve">[42:56] </w:t>
      </w:r>
      <w:r>
        <w:t>woh sab aap ne gunah ka kaam kiya, ab yeh hai ke aap agar aap ko naam yaad ho, aik aik shakhs ko naam le le kar un ke liye dua kijiye, naam le kar dua kijiye sab ke liye aur dil mein sab ke liye achi rai banaiye,</w:t>
      </w:r>
    </w:p>
    <w:p>
      <w:pPr>
        <w:jc w:val="right"/>
      </w:pPr>
      <w:r>
        <w:t>وہ سب آپ نے گناہ کا کام کیا، اب یہ ہے کہ آپ اگر آپ کو نام یاد ہو، ایک ایک شخص کو نام لے لے کر ان کے لیے دعا کیجئے، نام لے کر دعا کیجئے سب کے لیے اور دل میں سب کے لیے اچھی رائے بنائیے،</w:t>
      </w:r>
    </w:p>
    <w:p>
      <w:r>
        <w:rPr>
          <w:b/>
        </w:rPr>
        <w:t xml:space="preserve">[43:14] </w:t>
      </w:r>
      <w:r>
        <w:t>dil se nikal diye shikayat, yahi aik yahi karna hai aap ko</w:t>
      </w:r>
    </w:p>
    <w:p>
      <w:pPr>
        <w:jc w:val="right"/>
      </w:pPr>
      <w:r>
        <w:t>دل سے نکال دیے شکایت، یہی ایک یہی کرنا ہے آپ کو</w:t>
      </w:r>
    </w:p>
    <w:p>
      <w:r>
        <w:rPr>
          <w:b/>
        </w:rPr>
        <w:t xml:space="preserve">[43:22] </w:t>
      </w:r>
      <w:r>
        <w:t>toh sab khatam ho jaye ga aur Allah ka aap ko double de ga, is saal double.</w:t>
      </w:r>
    </w:p>
    <w:p>
      <w:pPr>
        <w:jc w:val="right"/>
      </w:pPr>
      <w:r>
        <w:t>تو سب ختم ہو جائے گا اور اللہ کا آپ کو ڈبل دے گا، اس سال ڈبل۔</w:t>
      </w:r>
    </w:p>
    <w:p>
      <w:r>
        <w:rPr>
          <w:b/>
        </w:rPr>
        <w:t xml:space="preserve">[43:29] </w:t>
      </w:r>
      <w:r>
        <w:t>asad kahan ka location hai, nahi maloom? likhte hain, "assalam o alaikum, i read your books, you are such a great soul in this world, may Allah bless you a peaceful long life,</w:t>
      </w:r>
    </w:p>
    <w:p>
      <w:pPr>
        <w:jc w:val="right"/>
      </w:pPr>
      <w:r>
        <w:t>اسد کہاں کا لوکیشن ہے، نہیں معلوم؟ لکھتے ہیں، "السلام علیکم، ائی ریڈ یور بکس، یو آر سچ ا گریٹ سول ان دس ورلڈ، می اللہ بلیس یو ا پیس فل لانگ لائف،</w:t>
      </w:r>
    </w:p>
    <w:p>
      <w:r>
        <w:rPr>
          <w:b/>
        </w:rPr>
        <w:t xml:space="preserve">[43:48] </w:t>
      </w:r>
      <w:r>
        <w:t>kindly suggest me an authentic book about islamic history." kya</w:t>
      </w:r>
    </w:p>
    <w:p>
      <w:pPr>
        <w:jc w:val="right"/>
      </w:pPr>
      <w:r>
        <w:t>کائنڈلی سجیسٹ می این اتھینٹک بک اباؤٹ اسلامک ہسٹری۔" کیا</w:t>
      </w:r>
    </w:p>
    <w:p>
      <w:r>
        <w:rPr>
          <w:b/>
        </w:rPr>
        <w:t xml:space="preserve">[43:55] </w:t>
      </w:r>
      <w:r>
        <w:t>suggest? keh rahe hain islamic history par koi authentic book bataiye, unhon ne aap ki kitabein sab padhi hain. toh sab se pehle toh aap meri baqi kitabein padh daliye,</w:t>
      </w:r>
    </w:p>
    <w:p>
      <w:pPr>
        <w:jc w:val="right"/>
      </w:pPr>
      <w:r>
        <w:t>سجیسٹ؟ کہہ رہے ہیں اسلامک ہسٹری پر کوئی اتھینٹک بک بتائیے، انہوں نے آپ کی کتابیں سب پڑھی ہیں۔ تو سب سے پہلے تو آپ میری باقی کتابیں پڑھ ڈالیے،</w:t>
      </w:r>
    </w:p>
    <w:p>
      <w:r>
        <w:rPr>
          <w:b/>
        </w:rPr>
        <w:t xml:space="preserve">[44:10] </w:t>
      </w:r>
      <w:r>
        <w:t>jo baqi reh gayi hain toh isi mein aap ko naam bhi mil jayenge, jo padhenge aap toh isi mein aap ko naam bhi mil jayenge.</w:t>
      </w:r>
    </w:p>
    <w:p>
      <w:pPr>
        <w:jc w:val="right"/>
      </w:pPr>
      <w:r>
        <w:t>جو باقی رہ گئی ہیں تو اسی میں آپ کو نام بھی مل جائیں گے، جو پڑھیں گے آپ تو اسی میں آپ کو نام بھی مل جائیں گے۔</w:t>
      </w:r>
    </w:p>
    <w:p>
      <w:r>
        <w:rPr>
          <w:b/>
        </w:rPr>
        <w:t xml:space="preserve">[44:26] </w:t>
      </w:r>
      <w:r>
        <w:t>ali raza pooch rahe hain, "maulana sahab, ghar mein juma hoga ya nahi?" hain? ghar mein juma hoga ya nahi? ghar mein?</w:t>
      </w:r>
    </w:p>
    <w:p>
      <w:pPr>
        <w:jc w:val="right"/>
      </w:pPr>
      <w:r>
        <w:t>علی رضا پوچھ رہے ہیں، "مولانا صاحب، گھر میں جمعہ ہوگا یا نہیں؟" ہیں؟ گھر میں جمعہ ہوگا یا نہیں؟ گھر میں؟</w:t>
      </w:r>
    </w:p>
    <w:p>
      <w:r>
        <w:rPr>
          <w:b/>
        </w:rPr>
        <w:t xml:space="preserve">[44:36] </w:t>
      </w:r>
      <w:r>
        <w:t>juma hoga ya nahi? kya matlab? juma ki namaz, juma, kyunke masjid. nahi, ghar mein juma nahi hota, lekin</w:t>
      </w:r>
    </w:p>
    <w:p>
      <w:pPr>
        <w:jc w:val="right"/>
      </w:pPr>
      <w:r>
        <w:t>جمعہ ہوگا یا نہیں؟ کیا مطلب؟ جمعہ کی نماز، جمعہ، کیونکہ مسجد۔ نہیں، گھر میں جمعہ نہیں ہوتا، لیکن</w:t>
      </w:r>
    </w:p>
    <w:p>
      <w:r>
        <w:rPr>
          <w:b/>
        </w:rPr>
        <w:t xml:space="preserve">[44:49] </w:t>
      </w:r>
      <w:r>
        <w:t>jab jhagda paida ho raha ho toh aap ghar mein namaz padh lijiye, woh jaiz hoga.</w:t>
      </w:r>
    </w:p>
    <w:p>
      <w:pPr>
        <w:jc w:val="right"/>
      </w:pPr>
      <w:r>
        <w:t>جب جھگڑا پیدا ہو رہا ہو تو آپ گھر میں نماز پڑھ لیجئے، وہ جائز ہوگا۔</w:t>
      </w:r>
    </w:p>
    <w:p>
      <w:r>
        <w:rPr>
          <w:b/>
        </w:rPr>
        <w:t xml:space="preserve">[44:57] </w:t>
      </w:r>
      <w:r>
        <w:t>matlab yeh. agar agar agar bagol masla toh namaz jamaat ke sath hoti hai, masla, lekin</w:t>
      </w:r>
    </w:p>
    <w:p>
      <w:pPr>
        <w:jc w:val="right"/>
      </w:pPr>
      <w:r>
        <w:t>مطلب یہ۔ اگر اگر اگر بقول مسئلہ تو نماز جماعت کے ساتھ ہوتی ہے، مسئلہ، لیکن</w:t>
      </w:r>
    </w:p>
    <w:p>
      <w:r>
        <w:rPr>
          <w:b/>
        </w:rPr>
        <w:t xml:space="preserve">[45:09] </w:t>
      </w:r>
      <w:r>
        <w:t>niza niza jahan paida ho jaye, niza toh yahi behtar hai ke aap ghar mein namaz padh lein.</w:t>
      </w:r>
    </w:p>
    <w:p>
      <w:pPr>
        <w:jc w:val="right"/>
      </w:pPr>
      <w:r>
        <w:t>نزاع نزاع جہاں پیدا ہو جائے، نزاع تو یہی بہتر ہے کہ آپ گھر میں نماز پڑھ لیں۔</w:t>
      </w:r>
    </w:p>
    <w:p>
      <w:r>
        <w:rPr>
          <w:b/>
        </w:rPr>
        <w:t xml:space="preserve">[45:29] </w:t>
      </w:r>
      <w:r>
        <w:t>woh is liye pooch rahe hain, "corona virus ke zamane mein masjid mein jana jo hai woh mana kiya ja raha hai?" arey bhai, aik baat dekhiye, yeh koi.</w:t>
      </w:r>
    </w:p>
    <w:p>
      <w:pPr>
        <w:jc w:val="right"/>
      </w:pPr>
      <w:r>
        <w:t>وہ اس لیے پوچھ رہے ہیں، "کورونا وائرس کے زمانے میں مسجد میں جانا جو ہے وہ منع کیا جا رہا ہے؟" ارے بھئی، ایک بات دیکھیے، یہ کوئی۔</w:t>
      </w:r>
    </w:p>
    <w:p>
      <w:r>
        <w:rPr>
          <w:b/>
        </w:rPr>
        <w:t xml:space="preserve">[45:41] </w:t>
      </w:r>
      <w:r>
        <w:t>toh woh toh government order, aap ne abhi bataya ke government order ko follow karna hai. haan, government order ko follow kijiye, government order ko follow kijiye.</w:t>
      </w:r>
    </w:p>
    <w:p>
      <w:pPr>
        <w:jc w:val="right"/>
      </w:pPr>
      <w:r>
        <w:t>تو وہ تو گورنمنٹ آرڈر، آپ نے ابھی بتایا کہ گورنمنٹ آرڈر کو فالو کرنا ہے۔ ہاں، گورنمنٹ آرڈر کو فالو کیجئے، گورنمنٹ آرڈر کو فالو کیجئے۔</w:t>
      </w:r>
    </w:p>
    <w:p>
      <w:r>
        <w:rPr>
          <w:b/>
        </w:rPr>
        <w:t xml:space="preserve">[45:53] </w:t>
      </w:r>
      <w:r>
        <w:t>muzaffar iqbal aap se poochte hain ke "kya aisa mumkin hai ke main apna poori ki poori</w:t>
      </w:r>
    </w:p>
    <w:p>
      <w:pPr>
        <w:jc w:val="right"/>
      </w:pPr>
      <w:r>
        <w:t>مظفر اقبال آپ سے پوچھتے ہیں کہ "کیا ایسا ممکن ہے کہ میں اپنا پوری کی پوری</w:t>
      </w:r>
    </w:p>
    <w:p>
      <w:r>
        <w:rPr>
          <w:b/>
        </w:rPr>
        <w:t xml:space="preserve">[46:05] </w:t>
      </w:r>
      <w:r>
        <w:t>apni poori daulat charity mein de doon aur apne bachon ke future ka khayal na karoon?" yeh aap mujh se mat poochiye, apne maa baap se poochiye.</w:t>
      </w:r>
    </w:p>
    <w:p>
      <w:pPr>
        <w:jc w:val="right"/>
      </w:pPr>
      <w:r>
        <w:t>اپنی پوری دولت چیریٹی میں دے دوں اور اپنے بچوں کے فیوچر کا خیال نہ کروں؟" یہ آپ مجھ سے مت پوچھیے، اپنے ماں باپ سے پوچھیے۔</w:t>
      </w:r>
    </w:p>
    <w:p>
      <w:r>
        <w:rPr>
          <w:b/>
        </w:rPr>
        <w:t xml:space="preserve">[46:18] </w:t>
      </w:r>
      <w:r>
        <w:t>maulana sahib, shabina ali ka ek sawaal hai calcutta se, "maulana, i am reading this book, indian muslims,</w:t>
      </w:r>
    </w:p>
    <w:p>
      <w:pPr>
        <w:jc w:val="right"/>
      </w:pPr>
      <w:r>
        <w:t>مولانا صاحب، شبینہ علی کا ایک سوال ہے کیلکٹہ سے، "مولانا، ائی ایم ریڈنگ دس بک، انڈین مسلمز،</w:t>
      </w:r>
    </w:p>
    <w:p>
      <w:r>
        <w:rPr>
          <w:b/>
        </w:rPr>
        <w:t xml:space="preserve">[46:28] </w:t>
      </w:r>
      <w:r>
        <w:t>you have very clearly and finally stated in the book of the mindset of the present muslims</w:t>
      </w:r>
    </w:p>
    <w:p>
      <w:pPr>
        <w:jc w:val="right"/>
      </w:pPr>
      <w:r>
        <w:t>یو ہیو ویری کلیئرلی اینڈ فائنلی سٹیٹڈ ان دا بک اف دی مائنڈ سیٹ اف دا پریزنٹ مسلمز</w:t>
      </w:r>
    </w:p>
    <w:p>
      <w:r>
        <w:rPr>
          <w:b/>
        </w:rPr>
        <w:t xml:space="preserve">[46:36] </w:t>
      </w:r>
      <w:r>
        <w:t>and how through their own introspection</w:t>
      </w:r>
    </w:p>
    <w:p>
      <w:pPr>
        <w:jc w:val="right"/>
      </w:pPr>
      <w:r>
        <w:t>اینڈ ہاؤ تھرو دیر اون انٹروسپیکشن</w:t>
      </w:r>
    </w:p>
    <w:p>
      <w:r>
        <w:rPr>
          <w:b/>
        </w:rPr>
        <w:t xml:space="preserve">[46:40] </w:t>
      </w:r>
      <w:r>
        <w:t>they can reform themself unilaterally."</w:t>
      </w:r>
    </w:p>
    <w:p>
      <w:pPr>
        <w:jc w:val="right"/>
      </w:pPr>
      <w:r>
        <w:t>دے کین ریفارم دیم سیلف یونی لیٹرلی۔"</w:t>
      </w:r>
    </w:p>
    <w:p>
      <w:r>
        <w:rPr>
          <w:b/>
        </w:rPr>
        <w:t xml:space="preserve">[46:49] </w:t>
      </w:r>
      <w:r>
        <w:t>theek hai, aap ko is mein ittefaq hai toh is ko follow kijiye.</w:t>
      </w:r>
    </w:p>
    <w:p>
      <w:pPr>
        <w:jc w:val="right"/>
      </w:pPr>
      <w:r>
        <w:t>ٹھیک ہے، آپ کو اس میں اتفاق ہے تو اس کو فالو کیجئے۔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