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Patience and Creative Thinking April 20, 2020 Maulana Wahiduddin Khan</w:t>
      </w:r>
    </w:p>
    <w:p>
      <w:r>
        <w:t>https://www.youtube.com/watch?v=zhpSQwyj_6Q</w:t>
      </w:r>
    </w:p>
    <w:p>
      <w:r>
        <w:rPr>
          <w:b/>
        </w:rPr>
        <w:t xml:space="preserve">[00:17] </w:t>
      </w:r>
      <w:r>
        <w:t>bikam min fi'atin qalilatin ghalabat fi'atan kathiratan bi'idhni Allahi, wallahu ma'a al-sabirin.</w:t>
      </w:r>
    </w:p>
    <w:p>
      <w:pPr>
        <w:jc w:val="right"/>
      </w:pPr>
      <w:r>
        <w:t>بِكَم من فئة قليلة غلبت فئة كثيرة بإذن الله، والله مع الصابرين.</w:t>
      </w:r>
    </w:p>
    <w:p>
      <w:r>
        <w:rPr>
          <w:b/>
        </w:rPr>
        <w:t xml:space="preserve">[00:30] </w:t>
      </w:r>
      <w:r>
        <w:t>is ka tarjuma yeh hai</w:t>
      </w:r>
    </w:p>
    <w:p>
      <w:pPr>
        <w:jc w:val="right"/>
      </w:pPr>
      <w:r>
        <w:t>اس کا ترجمہ یہ ہے</w:t>
      </w:r>
    </w:p>
    <w:p>
      <w:r>
        <w:rPr>
          <w:b/>
        </w:rPr>
        <w:t xml:space="preserve">[00:35] </w:t>
      </w:r>
      <w:r>
        <w:t>ke</w:t>
      </w:r>
    </w:p>
    <w:p>
      <w:pPr>
        <w:jc w:val="right"/>
      </w:pPr>
      <w:r>
        <w:t>کہ</w:t>
      </w:r>
    </w:p>
    <w:p>
      <w:r>
        <w:rPr>
          <w:b/>
        </w:rPr>
        <w:t xml:space="preserve">[00:44] </w:t>
      </w:r>
      <w:r>
        <w:t>choti</w:t>
      </w:r>
    </w:p>
    <w:p>
      <w:pPr>
        <w:jc w:val="right"/>
      </w:pPr>
      <w:r>
        <w:t>چھوٹی</w:t>
      </w:r>
    </w:p>
    <w:p>
      <w:r>
        <w:rPr>
          <w:b/>
        </w:rPr>
        <w:t xml:space="preserve">[00:48] </w:t>
      </w:r>
      <w:r>
        <w:t>community</w:t>
      </w:r>
    </w:p>
    <w:p>
      <w:pPr>
        <w:jc w:val="right"/>
      </w:pPr>
      <w:r>
        <w:t>کمیونٹی</w:t>
      </w:r>
    </w:p>
    <w:p>
      <w:r>
        <w:rPr>
          <w:b/>
        </w:rPr>
        <w:t xml:space="preserve">[00:52] </w:t>
      </w:r>
      <w:r>
        <w:t>badi community par ghalib aa jati hai,</w:t>
      </w:r>
    </w:p>
    <w:p>
      <w:pPr>
        <w:jc w:val="right"/>
      </w:pPr>
      <w:r>
        <w:t>بڑی کمیونٹی پر غالب آ جاتی ہے،</w:t>
      </w:r>
    </w:p>
    <w:p>
      <w:r>
        <w:rPr>
          <w:b/>
        </w:rPr>
        <w:t xml:space="preserve">[00:58] </w:t>
      </w:r>
      <w:r>
        <w:t>Allah ke izn se.</w:t>
      </w:r>
    </w:p>
    <w:p>
      <w:pPr>
        <w:jc w:val="right"/>
      </w:pPr>
      <w:r>
        <w:t>اللہ کے اذن سے۔</w:t>
      </w:r>
    </w:p>
    <w:p>
      <w:r>
        <w:rPr>
          <w:b/>
        </w:rPr>
        <w:t xml:space="preserve">[01:03] </w:t>
      </w:r>
      <w:r>
        <w:t>izn ka matlab hai Allah ke qanoon se, fitrat ke qanoon se.</w:t>
      </w:r>
    </w:p>
    <w:p>
      <w:pPr>
        <w:jc w:val="right"/>
      </w:pPr>
      <w:r>
        <w:t>اذن کا مطلب ہے اللہ کے قانون سے، فطرت کے قانون سے۔</w:t>
      </w:r>
    </w:p>
    <w:p>
      <w:r>
        <w:rPr>
          <w:b/>
        </w:rPr>
        <w:t xml:space="preserve">[01:12] </w:t>
      </w:r>
      <w:r>
        <w:t>woh kya hai? woh hai sabr, patience, wallahu ma'a al-sabireen. yani Allah ke is qanoon ka faida is ko milta hai jo sabr ka saboot de, patience ka saboot de.</w:t>
      </w:r>
    </w:p>
    <w:p>
      <w:pPr>
        <w:jc w:val="right"/>
      </w:pPr>
      <w:r>
        <w:t>وہ کیا ہے؟ وہ ہے صبر، پیشنس، واللہ مع الصابرین۔ یعنی اللہ کے اس قانون کا فائدہ اس کو ملتا ہے جو صبر کا ثبوت دے، پیشنس کا ثبوت دے۔</w:t>
      </w:r>
    </w:p>
    <w:p>
      <w:r>
        <w:rPr>
          <w:b/>
        </w:rPr>
        <w:t xml:space="preserve">[01:41] </w:t>
      </w:r>
      <w:r>
        <w:t>is ayat ko</w:t>
      </w:r>
    </w:p>
    <w:p>
      <w:pPr>
        <w:jc w:val="right"/>
      </w:pPr>
      <w:r>
        <w:t>اس آیت کو</w:t>
      </w:r>
    </w:p>
    <w:p>
      <w:r>
        <w:rPr>
          <w:b/>
        </w:rPr>
        <w:t xml:space="preserve">[01:46] </w:t>
      </w:r>
      <w:r>
        <w:t>bohat din tak woh sochta raha, phir mujhe aik research mili. aik research hui hai, ghaliban America mein.</w:t>
      </w:r>
    </w:p>
    <w:p>
      <w:pPr>
        <w:jc w:val="right"/>
      </w:pPr>
      <w:r>
        <w:t>بہت دن تک وہ سوچتا رہا، پھر مجھے ایک ریسرچ ملی۔ ایک ریسرچ ہوئی ہے، غالباً امریکہ میں۔</w:t>
      </w:r>
    </w:p>
    <w:p>
      <w:r>
        <w:rPr>
          <w:b/>
        </w:rPr>
        <w:t xml:space="preserve">[02:00] </w:t>
      </w:r>
      <w:r>
        <w:t>woh bohat hi ajeeb o ghareeb research hai,</w:t>
      </w:r>
    </w:p>
    <w:p>
      <w:pPr>
        <w:jc w:val="right"/>
      </w:pPr>
      <w:r>
        <w:t>وہ بہت ہی عجیب و غریب ریسرچ ہے،</w:t>
      </w:r>
    </w:p>
    <w:p>
      <w:r>
        <w:rPr>
          <w:b/>
        </w:rPr>
        <w:t xml:space="preserve">[02:04] </w:t>
      </w:r>
      <w:r>
        <w:t>jo</w:t>
      </w:r>
    </w:p>
    <w:p>
      <w:pPr>
        <w:jc w:val="right"/>
      </w:pPr>
      <w:r>
        <w:t>جو</w:t>
      </w:r>
    </w:p>
    <w:p>
      <w:r>
        <w:rPr>
          <w:b/>
        </w:rPr>
        <w:t xml:space="preserve">[02:08] </w:t>
      </w:r>
      <w:r>
        <w:t>qanoon mein di hui is law ko confirm karti hai.</w:t>
      </w:r>
    </w:p>
    <w:p>
      <w:pPr>
        <w:jc w:val="right"/>
      </w:pPr>
      <w:r>
        <w:t>قانون میں دی ہوئی اس لا کو کنفرم کرتی ہے۔</w:t>
      </w:r>
    </w:p>
    <w:p>
      <w:r>
        <w:rPr>
          <w:b/>
        </w:rPr>
        <w:t xml:space="preserve">[02:21] </w:t>
      </w:r>
      <w:r>
        <w:t>woh yeh hai ke do communities,</w:t>
      </w:r>
    </w:p>
    <w:p>
      <w:pPr>
        <w:jc w:val="right"/>
      </w:pPr>
      <w:r>
        <w:t>وہ یہ ہے کہ دو کمیونٹیز،</w:t>
      </w:r>
    </w:p>
    <w:p>
      <w:r>
        <w:rPr>
          <w:b/>
        </w:rPr>
        <w:t xml:space="preserve">[02:30] </w:t>
      </w:r>
      <w:r>
        <w:t>aik</w:t>
      </w:r>
    </w:p>
    <w:p>
      <w:pPr>
        <w:jc w:val="right"/>
      </w:pPr>
      <w:r>
        <w:t>ایک</w:t>
      </w:r>
    </w:p>
    <w:p>
      <w:r>
        <w:rPr>
          <w:b/>
        </w:rPr>
        <w:t xml:space="preserve">[02:33] </w:t>
      </w:r>
      <w:r>
        <w:t>strong community, aik kamzor community, jab dono mein takrao hota hai</w:t>
      </w:r>
    </w:p>
    <w:p>
      <w:pPr>
        <w:jc w:val="right"/>
      </w:pPr>
      <w:r>
        <w:t>اسٹرانگ کمیونٹی، ایک کمزور کمیونٹی، جب دونوں میں ٹکراؤ ہوتا ہے</w:t>
      </w:r>
    </w:p>
    <w:p>
      <w:r>
        <w:rPr>
          <w:b/>
        </w:rPr>
        <w:t xml:space="preserve">[02:46] </w:t>
      </w:r>
      <w:r>
        <w:t>to agar kamzor community</w:t>
      </w:r>
    </w:p>
    <w:p>
      <w:pPr>
        <w:jc w:val="right"/>
      </w:pPr>
      <w:r>
        <w:t>تو اگر کمزور کمیونٹی</w:t>
      </w:r>
    </w:p>
    <w:p>
      <w:r>
        <w:rPr>
          <w:b/>
        </w:rPr>
        <w:t xml:space="preserve">[02:53] </w:t>
      </w:r>
      <w:r>
        <w:t>sabr se kaam le, sabr, patience, patience, to woh patience ki taqat se</w:t>
      </w:r>
    </w:p>
    <w:p>
      <w:pPr>
        <w:jc w:val="right"/>
      </w:pPr>
      <w:r>
        <w:t>صبر سے کام لے، صبر، پیشنس، پیشنس، تو وہ پیشنس کی طاقت سے</w:t>
      </w:r>
    </w:p>
    <w:p>
      <w:r>
        <w:rPr>
          <w:b/>
        </w:rPr>
        <w:t xml:space="preserve">[03:06] </w:t>
      </w:r>
      <w:r>
        <w:t>ghaalib aa jati hai.</w:t>
      </w:r>
    </w:p>
    <w:p>
      <w:pPr>
        <w:jc w:val="right"/>
      </w:pPr>
      <w:r>
        <w:t>غالب آ جاتی ہے۔</w:t>
      </w:r>
    </w:p>
    <w:p>
      <w:r>
        <w:rPr>
          <w:b/>
        </w:rPr>
        <w:t xml:space="preserve">[03:11] </w:t>
      </w:r>
      <w:r>
        <w:t>to is par jo research hui hai,</w:t>
      </w:r>
    </w:p>
    <w:p>
      <w:pPr>
        <w:jc w:val="right"/>
      </w:pPr>
      <w:r>
        <w:t>تو اس پر جو ریسرچ ہوئی ہے،</w:t>
      </w:r>
    </w:p>
    <w:p>
      <w:r>
        <w:rPr>
          <w:b/>
        </w:rPr>
        <w:t xml:space="preserve">[03:16] </w:t>
      </w:r>
      <w:r>
        <w:t>is mein bataya gaya hai</w:t>
      </w:r>
    </w:p>
    <w:p>
      <w:pPr>
        <w:jc w:val="right"/>
      </w:pPr>
      <w:r>
        <w:t>اس میں بتایا گیا ہے</w:t>
      </w:r>
    </w:p>
    <w:p>
      <w:r>
        <w:rPr>
          <w:b/>
        </w:rPr>
        <w:t xml:space="preserve">[03:22] </w:t>
      </w:r>
      <w:r>
        <w:t>ke patience,</w:t>
      </w:r>
    </w:p>
    <w:p>
      <w:pPr>
        <w:jc w:val="right"/>
      </w:pPr>
      <w:r>
        <w:t>کہ پیشنس،</w:t>
      </w:r>
    </w:p>
    <w:p>
      <w:r>
        <w:rPr>
          <w:b/>
        </w:rPr>
        <w:t xml:space="preserve">[03:28] </w:t>
      </w:r>
      <w:r>
        <w:t>jo community patience par qaim rehti hai,</w:t>
      </w:r>
    </w:p>
    <w:p>
      <w:pPr>
        <w:jc w:val="right"/>
      </w:pPr>
      <w:r>
        <w:t>جو کمیونٹی پیشنس پر قائم رہتی ہے،</w:t>
      </w:r>
    </w:p>
    <w:p>
      <w:r>
        <w:rPr>
          <w:b/>
        </w:rPr>
        <w:t xml:space="preserve">[03:38] </w:t>
      </w:r>
      <w:r>
        <w:t>to is ke andar</w:t>
      </w:r>
    </w:p>
    <w:p>
      <w:pPr>
        <w:jc w:val="right"/>
      </w:pPr>
      <w:r>
        <w:t>تو اس کے اندر</w:t>
      </w:r>
    </w:p>
    <w:p>
      <w:r>
        <w:rPr>
          <w:b/>
        </w:rPr>
        <w:t xml:space="preserve">[03:42] </w:t>
      </w:r>
      <w:r>
        <w:t>creativity barhti hai.</w:t>
      </w:r>
    </w:p>
    <w:p>
      <w:pPr>
        <w:jc w:val="right"/>
      </w:pPr>
      <w:r>
        <w:t>کریٹیوٹی بڑھتی ہے۔</w:t>
      </w:r>
    </w:p>
    <w:p>
      <w:r>
        <w:rPr>
          <w:b/>
        </w:rPr>
        <w:t xml:space="preserve">[03:46] </w:t>
      </w:r>
      <w:r>
        <w:t>yani taqatwar community, taqatwar ka matlab adad ziyada ho, ziyada adad wali community</w:t>
      </w:r>
    </w:p>
    <w:p>
      <w:pPr>
        <w:jc w:val="right"/>
      </w:pPr>
      <w:r>
        <w:t>یعنی طاقتور کمیونٹی، طاقتور کا معنی عدد زیادہ ہو، زیادہ عدد والی کمیونٹی</w:t>
      </w:r>
    </w:p>
    <w:p>
      <w:r>
        <w:rPr>
          <w:b/>
        </w:rPr>
        <w:t xml:space="preserve">[04:01] </w:t>
      </w:r>
      <w:r>
        <w:t>par kam adad wali community patience se kaam leti hai. patience ka matlab yeh hai ke woh bajaye takrao karne ke,</w:t>
      </w:r>
    </w:p>
    <w:p>
      <w:pPr>
        <w:jc w:val="right"/>
      </w:pPr>
      <w:r>
        <w:t>پر کم عدد والی کمیونٹی پیشنس سے کام لیتی ہے۔ پیشنس کا مطلب یہ ہے کہ وہ بجائے ٹکراؤ کرنے کے،</w:t>
      </w:r>
    </w:p>
    <w:p>
      <w:r>
        <w:rPr>
          <w:b/>
        </w:rPr>
        <w:t xml:space="preserve">[04:18] </w:t>
      </w:r>
      <w:r>
        <w:t>negative</w:t>
      </w:r>
    </w:p>
    <w:p>
      <w:pPr>
        <w:jc w:val="right"/>
      </w:pPr>
      <w:r>
        <w:t>نیگیٹیو</w:t>
      </w:r>
    </w:p>
    <w:p>
      <w:r>
        <w:rPr>
          <w:b/>
        </w:rPr>
        <w:t xml:space="preserve">[04:22] </w:t>
      </w:r>
      <w:r>
        <w:t>reaction dikhane ke bajaye,</w:t>
      </w:r>
    </w:p>
    <w:p>
      <w:pPr>
        <w:jc w:val="right"/>
      </w:pPr>
      <w:r>
        <w:t>ری ایکشن دکھانے کے بجائے،</w:t>
      </w:r>
    </w:p>
    <w:p>
      <w:r>
        <w:rPr>
          <w:b/>
        </w:rPr>
        <w:t xml:space="preserve">[04:29] </w:t>
      </w:r>
      <w:r>
        <w:t>woh</w:t>
      </w:r>
    </w:p>
    <w:p>
      <w:pPr>
        <w:jc w:val="right"/>
      </w:pPr>
      <w:r>
        <w:t>وہ</w:t>
      </w:r>
    </w:p>
    <w:p>
      <w:r>
        <w:rPr>
          <w:b/>
        </w:rPr>
        <w:t xml:space="preserve">[04:33] </w:t>
      </w:r>
      <w:r>
        <w:t>khamosh planning karti hai. khamosh planning.</w:t>
      </w:r>
    </w:p>
    <w:p>
      <w:pPr>
        <w:jc w:val="right"/>
      </w:pPr>
      <w:r>
        <w:t>خاموش پلاننگ کرتی ہے۔ خاموش پلاننگ۔</w:t>
      </w:r>
    </w:p>
    <w:p>
      <w:r>
        <w:rPr>
          <w:b/>
        </w:rPr>
        <w:t xml:space="preserve">[04:40] </w:t>
      </w:r>
      <w:r>
        <w:t>to khamosh planning karne wali jo community hai,</w:t>
      </w:r>
    </w:p>
    <w:p>
      <w:pPr>
        <w:jc w:val="right"/>
      </w:pPr>
      <w:r>
        <w:t>تو خاموش پلاننگ کرنے والی جو کمیونٹی ہے،</w:t>
      </w:r>
    </w:p>
    <w:p>
      <w:r>
        <w:rPr>
          <w:b/>
        </w:rPr>
        <w:t xml:space="preserve">[04:47] </w:t>
      </w:r>
      <w:r>
        <w:t>us ke andar</w:t>
      </w:r>
    </w:p>
    <w:p>
      <w:pPr>
        <w:jc w:val="right"/>
      </w:pPr>
      <w:r>
        <w:t>اس کے اندر</w:t>
      </w:r>
    </w:p>
    <w:p>
      <w:r>
        <w:rPr>
          <w:b/>
        </w:rPr>
        <w:t xml:space="preserve">[04:53] </w:t>
      </w:r>
      <w:r>
        <w:t>creativity barh jati hai.</w:t>
      </w:r>
    </w:p>
    <w:p>
      <w:pPr>
        <w:jc w:val="right"/>
      </w:pPr>
      <w:r>
        <w:t>کریٹیوٹی بڑھ جاتی ہے۔</w:t>
      </w:r>
    </w:p>
    <w:p>
      <w:r>
        <w:rPr>
          <w:b/>
        </w:rPr>
        <w:t xml:space="preserve">[04:58] </w:t>
      </w:r>
      <w:r>
        <w:t>aur doosri taraf, doosri community</w:t>
      </w:r>
    </w:p>
    <w:p>
      <w:pPr>
        <w:jc w:val="right"/>
      </w:pPr>
      <w:r>
        <w:t>اور دوسری طرف، دوسری کمیونٹی</w:t>
      </w:r>
    </w:p>
    <w:p>
      <w:r>
        <w:rPr>
          <w:b/>
        </w:rPr>
        <w:t xml:space="preserve">[05:07] </w:t>
      </w:r>
      <w:r>
        <w:t>creativity karne lagti hai.</w:t>
      </w:r>
    </w:p>
    <w:p>
      <w:pPr>
        <w:jc w:val="right"/>
      </w:pPr>
      <w:r>
        <w:t>کریٹیوٹی کرنے لگتی ہے۔</w:t>
      </w:r>
    </w:p>
    <w:p>
      <w:r>
        <w:rPr>
          <w:b/>
        </w:rPr>
        <w:t xml:space="preserve">[05:15] </w:t>
      </w:r>
      <w:r>
        <w:t>is qanoon mein, yeh qanoon jo surah fiqh mein bataya gaya hai,</w:t>
      </w:r>
    </w:p>
    <w:p>
      <w:pPr>
        <w:jc w:val="right"/>
      </w:pPr>
      <w:r>
        <w:t>اس قانون میں، یہ قانون جو سورہ فقہ میں بتایا گیا ہے،</w:t>
      </w:r>
    </w:p>
    <w:p>
      <w:r>
        <w:rPr>
          <w:b/>
        </w:rPr>
        <w:t xml:space="preserve">[05:24] </w:t>
      </w:r>
      <w:r>
        <w:t>ek bohat ahem baat batayi gayi hai, bohat ahem baat, ke is duniya mein patience asal taqat hai.</w:t>
      </w:r>
    </w:p>
    <w:p>
      <w:pPr>
        <w:jc w:val="right"/>
      </w:pPr>
      <w:r>
        <w:t>ایک بہت اہم بات بتائی گئی ہے، بہت اہم بات، کہ اس دنیا میں پیشنس اصل طاقت ہے۔</w:t>
      </w:r>
    </w:p>
    <w:p>
      <w:r>
        <w:rPr>
          <w:b/>
        </w:rPr>
        <w:t xml:space="preserve">[05:38] </w:t>
      </w:r>
      <w:r>
        <w:t>is duniya mein patience asal taqat hai.</w:t>
      </w:r>
    </w:p>
    <w:p>
      <w:pPr>
        <w:jc w:val="right"/>
      </w:pPr>
      <w:r>
        <w:t>اس دنیا میں پیشنس اصل طاقت ہے۔</w:t>
      </w:r>
    </w:p>
    <w:p>
      <w:r>
        <w:rPr>
          <w:b/>
        </w:rPr>
        <w:t xml:space="preserve">[05:48] </w:t>
      </w:r>
      <w:r>
        <w:t>kyunke patience ka nateeja yeh hota hai ke aadmi sochta hai, planning karta hai,</w:t>
      </w:r>
    </w:p>
    <w:p>
      <w:pPr>
        <w:jc w:val="right"/>
      </w:pPr>
      <w:r>
        <w:t>کیونکہ پیشنس کا نتیجہ یہ ہوتا ہے کہ آدمی سوچتا ہے، پلاننگ کرتا ہے،</w:t>
      </w:r>
    </w:p>
    <w:p>
      <w:r>
        <w:rPr>
          <w:b/>
        </w:rPr>
        <w:t xml:space="preserve">[06:02] </w:t>
      </w:r>
      <w:r>
        <w:t>to is tareeqe se is ki creativity barhti hai.</w:t>
      </w:r>
    </w:p>
    <w:p>
      <w:pPr>
        <w:jc w:val="right"/>
      </w:pPr>
      <w:r>
        <w:t>تو اس طریقے سے اس کی کریٹیوٹی بڑھتی ہے۔</w:t>
      </w:r>
    </w:p>
    <w:p>
      <w:r>
        <w:rPr>
          <w:b/>
        </w:rPr>
        <w:t xml:space="preserve">[06:09] </w:t>
      </w:r>
      <w:r>
        <w:t>aur creativity barhte barhte yeh halat hota hai ke ek waqt aata hai</w:t>
      </w:r>
    </w:p>
    <w:p>
      <w:pPr>
        <w:jc w:val="right"/>
      </w:pPr>
      <w:r>
        <w:t>اور کریٹیوٹی بڑھتے بڑھتے یہ حالت ہوتا ہے کہ ایک وقت آتا ہے</w:t>
      </w:r>
    </w:p>
    <w:p>
      <w:r>
        <w:rPr>
          <w:b/>
        </w:rPr>
        <w:t xml:space="preserve">[06:18] </w:t>
      </w:r>
      <w:r>
        <w:t>ke ek community un creative ban jati hai aur doosri community creative ban jati hai.</w:t>
      </w:r>
    </w:p>
    <w:p>
      <w:pPr>
        <w:jc w:val="right"/>
      </w:pPr>
      <w:r>
        <w:t>کہ ایک کمیونٹی ان کریٹیوٹی بن جاتی ہے اور دوسری کمیونٹی کریٹیو بن جاتی ہے۔</w:t>
      </w:r>
    </w:p>
    <w:p>
      <w:r>
        <w:rPr>
          <w:b/>
        </w:rPr>
        <w:t xml:space="preserve">[06:32] </w:t>
      </w:r>
      <w:r>
        <w:t>ek un creative aur doosri creative.</w:t>
      </w:r>
    </w:p>
    <w:p>
      <w:pPr>
        <w:jc w:val="right"/>
      </w:pPr>
      <w:r>
        <w:t>ایک ان کریٹیو اور دوسری کریٹیو۔</w:t>
      </w:r>
    </w:p>
    <w:p>
      <w:r>
        <w:rPr>
          <w:b/>
        </w:rPr>
        <w:t xml:space="preserve">[06:40] </w:t>
      </w:r>
      <w:r>
        <w:t>to is tareeqe se ghalbat ka matlab yeh nahi ke hukoomat, yeh hukoomat ke maani mein nahi hai,</w:t>
      </w:r>
    </w:p>
    <w:p>
      <w:pPr>
        <w:jc w:val="right"/>
      </w:pPr>
      <w:r>
        <w:t>تو اس طریقے سے غلبت کا مطلب یہ نہیں کہ حکومت، یہ حکومت کے معنی میں نہیں ہے،</w:t>
      </w:r>
    </w:p>
    <w:p>
      <w:r>
        <w:rPr>
          <w:b/>
        </w:rPr>
        <w:t xml:space="preserve">[06:52] </w:t>
      </w:r>
      <w:r>
        <w:t>aam maani mein hai.</w:t>
      </w:r>
    </w:p>
    <w:p>
      <w:pPr>
        <w:jc w:val="right"/>
      </w:pPr>
      <w:r>
        <w:t>عام معنی میں ہے۔</w:t>
      </w:r>
    </w:p>
    <w:p>
      <w:r>
        <w:rPr>
          <w:b/>
        </w:rPr>
        <w:t xml:space="preserve">[06:59] </w:t>
      </w:r>
      <w:r>
        <w:t>yeh ek basharat hai, is zamane mein ayat uthayi gayi thi, Makkah mein.</w:t>
      </w:r>
    </w:p>
    <w:p>
      <w:pPr>
        <w:jc w:val="right"/>
      </w:pPr>
      <w:r>
        <w:t>یہ ایک بشارت ہے، اس زمانے میں آیت اٹھائی گئی تھی، مکہ میں۔</w:t>
      </w:r>
    </w:p>
    <w:p>
      <w:r>
        <w:rPr>
          <w:b/>
        </w:rPr>
        <w:t xml:space="preserve">[07:12] </w:t>
      </w:r>
      <w:r>
        <w:t>yeh aaj tak qaim hui hai ke jo community</w:t>
      </w:r>
    </w:p>
    <w:p>
      <w:pPr>
        <w:jc w:val="right"/>
      </w:pPr>
      <w:r>
        <w:t>یہ آج تک قائم ہوئی ہے کہ جو کمیونٹی</w:t>
      </w:r>
    </w:p>
    <w:p>
      <w:r>
        <w:rPr>
          <w:b/>
        </w:rPr>
        <w:t xml:space="preserve">[07:21] </w:t>
      </w:r>
      <w:r>
        <w:t>react na kare</w:t>
      </w:r>
    </w:p>
    <w:p>
      <w:pPr>
        <w:jc w:val="right"/>
      </w:pPr>
      <w:r>
        <w:t>ری ایکٹ نہ کرے</w:t>
      </w:r>
    </w:p>
    <w:p>
      <w:r>
        <w:rPr>
          <w:b/>
        </w:rPr>
        <w:t xml:space="preserve">[07:25] </w:t>
      </w:r>
      <w:r>
        <w:t>balke sabr se, patience se kaam le,</w:t>
      </w:r>
    </w:p>
    <w:p>
      <w:pPr>
        <w:jc w:val="right"/>
      </w:pPr>
      <w:r>
        <w:t>بلکہ صبر سے، پیشنس سے کام لے،</w:t>
      </w:r>
    </w:p>
    <w:p>
      <w:r>
        <w:rPr>
          <w:b/>
        </w:rPr>
        <w:t xml:space="preserve">[07:33] </w:t>
      </w:r>
      <w:r>
        <w:t>to dheere dheere is ki creativity barhti hai.</w:t>
      </w:r>
    </w:p>
    <w:p>
      <w:pPr>
        <w:jc w:val="right"/>
      </w:pPr>
      <w:r>
        <w:t>تو دھیرے دھیرے اس کی کریٹیوٹی بڑھتی ہے۔</w:t>
      </w:r>
    </w:p>
    <w:p>
      <w:r>
        <w:rPr>
          <w:b/>
        </w:rPr>
        <w:t xml:space="preserve">[07:41] </w:t>
      </w:r>
      <w:r>
        <w:t>aur jo community react karti hai, negative line of action ikhtiyar karti hai, to is ke andar, is ke log jo hain, un creative ho jate hain.</w:t>
      </w:r>
    </w:p>
    <w:p>
      <w:pPr>
        <w:jc w:val="right"/>
      </w:pPr>
      <w:r>
        <w:t>اور جو کمیونٹی ری ایکٹ کرتی ہے، نیگیٹیو لائن آف ایکشن اختیار کرتی ہے، تو اس کے اندر، اس کے لوگ جو ہیں، ان کریٹیو ہو جاتے ہیں۔</w:t>
      </w:r>
    </w:p>
    <w:p>
      <w:r>
        <w:rPr>
          <w:b/>
        </w:rPr>
        <w:t xml:space="preserve">[08:05] </w:t>
      </w:r>
      <w:r>
        <w:t>un creativity.</w:t>
      </w:r>
    </w:p>
    <w:p>
      <w:pPr>
        <w:jc w:val="right"/>
      </w:pPr>
      <w:r>
        <w:t>ان کریٹیوٹی۔</w:t>
      </w:r>
    </w:p>
    <w:p>
      <w:r>
        <w:rPr>
          <w:b/>
        </w:rPr>
        <w:t xml:space="preserve">[08:11] </w:t>
      </w:r>
      <w:r>
        <w:t>mein samajhta hoon ke yeh bohat hi bari basharat hai un logon ke liye</w:t>
      </w:r>
    </w:p>
    <w:p>
      <w:pPr>
        <w:jc w:val="right"/>
      </w:pPr>
      <w:r>
        <w:t>میں سمجھتا ہوں کہ یہ بہت ہی بڑی بشارت ہے ان لوگوں کے لیے</w:t>
      </w:r>
    </w:p>
    <w:p>
      <w:r>
        <w:rPr>
          <w:b/>
        </w:rPr>
        <w:t xml:space="preserve">[08:22] </w:t>
      </w:r>
      <w:r>
        <w:t>jo halaat-e-rizq mein</w:t>
      </w:r>
    </w:p>
    <w:p>
      <w:pPr>
        <w:jc w:val="right"/>
      </w:pPr>
      <w:r>
        <w:t>جو حالاتِ رزق میں</w:t>
      </w:r>
    </w:p>
    <w:p>
      <w:r>
        <w:rPr>
          <w:b/>
        </w:rPr>
        <w:t xml:space="preserve">[08:26] </w:t>
      </w:r>
      <w:r>
        <w:t>minority ban jayen.</w:t>
      </w:r>
    </w:p>
    <w:p>
      <w:pPr>
        <w:jc w:val="right"/>
      </w:pPr>
      <w:r>
        <w:t>مائنورٹی بن جائیں۔</w:t>
      </w:r>
    </w:p>
    <w:p>
      <w:r>
        <w:rPr>
          <w:b/>
        </w:rPr>
        <w:t xml:space="preserve">[08:36] </w:t>
      </w:r>
      <w:r>
        <w:t>ya minority aap ki kamzori nahi hai,</w:t>
      </w:r>
    </w:p>
    <w:p>
      <w:pPr>
        <w:jc w:val="right"/>
      </w:pPr>
      <w:r>
        <w:t>یا مائنورٹی آپ کی کمزوری نہیں ہے،</w:t>
      </w:r>
    </w:p>
    <w:p>
      <w:r>
        <w:rPr>
          <w:b/>
        </w:rPr>
        <w:t xml:space="preserve">[08:44] </w:t>
      </w:r>
      <w:r>
        <w:t>minority aap ki taqat hai.</w:t>
      </w:r>
    </w:p>
    <w:p>
      <w:pPr>
        <w:jc w:val="right"/>
      </w:pPr>
      <w:r>
        <w:t>مائنورٹی آپ کی طاقت ہے۔</w:t>
      </w:r>
    </w:p>
    <w:p>
      <w:r>
        <w:rPr>
          <w:b/>
        </w:rPr>
        <w:t xml:space="preserve">[08:48] </w:t>
      </w:r>
      <w:r>
        <w:t>sirf</w:t>
      </w:r>
    </w:p>
    <w:p>
      <w:pPr>
        <w:jc w:val="right"/>
      </w:pPr>
      <w:r>
        <w:t>صرف</w:t>
      </w:r>
    </w:p>
    <w:p>
      <w:r>
        <w:rPr>
          <w:b/>
        </w:rPr>
        <w:t xml:space="preserve">[08:52] </w:t>
      </w:r>
      <w:r>
        <w:t>itna karna hai aap ko ke aap patience se kaam lein, bas patience, patience.</w:t>
      </w:r>
    </w:p>
    <w:p>
      <w:pPr>
        <w:jc w:val="right"/>
      </w:pPr>
      <w:r>
        <w:t>اتنا کرنا ہے آپ کو کہ آپ پیشنس سے کام لیں، بس پیشنس، پیشنس۔</w:t>
      </w:r>
    </w:p>
    <w:p>
      <w:r>
        <w:rPr>
          <w:b/>
        </w:rPr>
        <w:t xml:space="preserve">[09:02] </w:t>
      </w:r>
      <w:r>
        <w:t>sabr. sabr ulta hai reaction ka. jab koi soorat-e-haal paish aati hai, koi crisis aata hai, crisis,</w:t>
      </w:r>
    </w:p>
    <w:p>
      <w:pPr>
        <w:jc w:val="right"/>
      </w:pPr>
      <w:r>
        <w:t>صبر۔ صبر الٹا ہے ری ایکشن کا۔ جب کوئی صورتحال پیش آتی ہے، کوئی کرائسز آتا ہے، کرائسز،</w:t>
      </w:r>
    </w:p>
    <w:p>
      <w:r>
        <w:rPr>
          <w:b/>
        </w:rPr>
        <w:t xml:space="preserve">[09:18] </w:t>
      </w:r>
      <w:r>
        <w:t>to ek community woh hai</w:t>
      </w:r>
    </w:p>
    <w:p>
      <w:pPr>
        <w:jc w:val="right"/>
      </w:pPr>
      <w:r>
        <w:t>تو ایک کمیونٹی وہ ہے</w:t>
      </w:r>
    </w:p>
    <w:p>
      <w:r>
        <w:rPr>
          <w:b/>
        </w:rPr>
        <w:t xml:space="preserve">[09:20] </w:t>
      </w:r>
      <w:r>
        <w:t>jo ghussa karti hai, negative thought aa jaate hain is ke andar,</w:t>
      </w:r>
    </w:p>
    <w:p>
      <w:pPr>
        <w:jc w:val="right"/>
      </w:pPr>
      <w:r>
        <w:t>جو غصہ کرتی ہے، نیگیٹیو تھاٹ آ جاتے ہیں اس کے اندر،</w:t>
      </w:r>
    </w:p>
    <w:p>
      <w:r>
        <w:rPr>
          <w:b/>
        </w:rPr>
        <w:t xml:space="preserve">[09:31] </w:t>
      </w:r>
      <w:r>
        <w:t>reaction ka tareeqa ikhtiyar karti hai.</w:t>
      </w:r>
    </w:p>
    <w:p>
      <w:pPr>
        <w:jc w:val="right"/>
      </w:pPr>
      <w:r>
        <w:t>ری ایکشن کا طریقہ اختیار کرتی ہے۔</w:t>
      </w:r>
    </w:p>
    <w:p>
      <w:r>
        <w:rPr>
          <w:b/>
        </w:rPr>
        <w:t xml:space="preserve">[09:38] </w:t>
      </w:r>
      <w:r>
        <w:t>to is ke andar</w:t>
      </w:r>
    </w:p>
    <w:p>
      <w:pPr>
        <w:jc w:val="right"/>
      </w:pPr>
      <w:r>
        <w:t>تو اس کے اندر</w:t>
      </w:r>
    </w:p>
    <w:p>
      <w:r>
        <w:rPr>
          <w:b/>
        </w:rPr>
        <w:t xml:space="preserve">[09:44] </w:t>
      </w:r>
      <w:r>
        <w:t>creativity ghatti hai.</w:t>
      </w:r>
    </w:p>
    <w:p>
      <w:pPr>
        <w:jc w:val="right"/>
      </w:pPr>
      <w:r>
        <w:t>کریٹیوٹی گھٹتی ہے۔</w:t>
      </w:r>
    </w:p>
    <w:p>
      <w:r>
        <w:rPr>
          <w:b/>
        </w:rPr>
        <w:t xml:space="preserve">[09:48] </w:t>
      </w:r>
      <w:r>
        <w:t>aur doosri taraf, jo community</w:t>
      </w:r>
    </w:p>
    <w:p>
      <w:pPr>
        <w:jc w:val="right"/>
      </w:pPr>
      <w:r>
        <w:t>اور دوسری طرف، جو کمیونٹی</w:t>
      </w:r>
    </w:p>
    <w:p>
      <w:r>
        <w:rPr>
          <w:b/>
        </w:rPr>
        <w:t xml:space="preserve">[09:57] </w:t>
      </w:r>
      <w:r>
        <w:t>positive thinking ka saboot de, positive thinking, to is ki creativity barhti hai.</w:t>
      </w:r>
    </w:p>
    <w:p>
      <w:pPr>
        <w:jc w:val="right"/>
      </w:pPr>
      <w:r>
        <w:t>پازیٹیو تھنکنگ کا ثبوت دے، پازیٹیو تھنکنگ، تو اس کی کریٹیوٹی بڑھتی ہے۔</w:t>
      </w:r>
    </w:p>
    <w:p>
      <w:r>
        <w:rPr>
          <w:b/>
        </w:rPr>
        <w:t xml:space="preserve">[10:13] </w:t>
      </w:r>
      <w:r>
        <w:t>yeh bohat bara qanoon hai, fitrat ke, fitrat ke par qaim hai.</w:t>
      </w:r>
    </w:p>
    <w:p>
      <w:pPr>
        <w:jc w:val="right"/>
      </w:pPr>
      <w:r>
        <w:t>یہ بہت بڑا قانون ہے، فطرت کے، فطرت کے پر قائم ہے۔</w:t>
      </w:r>
    </w:p>
    <w:p>
      <w:r>
        <w:rPr>
          <w:b/>
        </w:rPr>
        <w:t xml:space="preserve">[10:29] </w:t>
      </w:r>
      <w:r>
        <w:t>is qanoon mein in logon ke liye basharat hai, in logon ke liye basharat hai jo halaat-e-rizq mein</w:t>
      </w:r>
    </w:p>
    <w:p>
      <w:pPr>
        <w:jc w:val="right"/>
      </w:pPr>
      <w:r>
        <w:t>اس قانون میں ان لوگوں کے لیے بشارت ہے، ان لوگوں کے لیے بشارت ہے جو حالاتِ رزق میں</w:t>
      </w:r>
    </w:p>
    <w:p>
      <w:r>
        <w:rPr>
          <w:b/>
        </w:rPr>
        <w:t xml:space="preserve">[10:41] </w:t>
      </w:r>
      <w:r>
        <w:t>bazaahir kamzor ban jaein, ba zaahir. kyunke in ke liye raasta yahi hai ke woh sabr ka tareeqa ikhtiyar karein.</w:t>
      </w:r>
    </w:p>
    <w:p>
      <w:pPr>
        <w:jc w:val="right"/>
      </w:pPr>
      <w:r>
        <w:t>بظاہر کمزور بن جائیں، بظاہر۔ کیونکہ ان کے لیے راستہ یہی ہے کہ وہ صبر کا طریقہ اختیار کریں۔</w:t>
      </w:r>
    </w:p>
    <w:p>
      <w:r>
        <w:rPr>
          <w:b/>
        </w:rPr>
        <w:t xml:space="preserve">[10:55] </w:t>
      </w:r>
      <w:r>
        <w:t>sabr ke maani, sabr kya cheez hai? sabr naam hai khamosh</w:t>
      </w:r>
    </w:p>
    <w:p>
      <w:pPr>
        <w:jc w:val="right"/>
      </w:pPr>
      <w:r>
        <w:t>صبر کے معنی، صبر کیا چیز ہے؟ صبر نام ہے خاموش</w:t>
      </w:r>
    </w:p>
    <w:p>
      <w:r>
        <w:rPr>
          <w:b/>
        </w:rPr>
        <w:t xml:space="preserve">[11:02] </w:t>
      </w:r>
      <w:r>
        <w:t>planning. sabr naam hai khamosh planning ka.</w:t>
      </w:r>
    </w:p>
    <w:p>
      <w:pPr>
        <w:jc w:val="right"/>
      </w:pPr>
      <w:r>
        <w:t>پلاننگ۔ صبر نام ہے خاموش پلاننگ کا۔</w:t>
      </w:r>
    </w:p>
    <w:p>
      <w:r>
        <w:rPr>
          <w:b/>
        </w:rPr>
        <w:t xml:space="preserve">[11:14] </w:t>
      </w:r>
      <w:r>
        <w:t>sabr koi buzdi nahi hai, sabr koi buzdi ki baat nahi hai.</w:t>
      </w:r>
    </w:p>
    <w:p>
      <w:pPr>
        <w:jc w:val="right"/>
      </w:pPr>
      <w:r>
        <w:t>صبر کوئی بزدلی نہیں ہے، صبر کوئی بزدلی کی بات نہیں ہے۔</w:t>
      </w:r>
    </w:p>
    <w:p>
      <w:r>
        <w:rPr>
          <w:b/>
        </w:rPr>
        <w:t xml:space="preserve">[11:29] </w:t>
      </w:r>
      <w:r>
        <w:t>sabr naam hai khamosh planning ka, yaani reaction na karne ka.</w:t>
      </w:r>
    </w:p>
    <w:p>
      <w:pPr>
        <w:jc w:val="right"/>
      </w:pPr>
      <w:r>
        <w:t>صبر نام ہے خاموش پلاننگ کا، یعنی ری ایکشن نہ کرنے کا۔</w:t>
      </w:r>
    </w:p>
    <w:p>
      <w:r>
        <w:rPr>
          <w:b/>
        </w:rPr>
        <w:t xml:space="preserve">[11:43] </w:t>
      </w:r>
      <w:r>
        <w:t>main ne apne zaati satah par is ka barha tajruba kiya hai.</w:t>
      </w:r>
    </w:p>
    <w:p>
      <w:pPr>
        <w:jc w:val="right"/>
      </w:pPr>
      <w:r>
        <w:t>میں نے اپنے ذاتی سطح پر اس کا بار بار تجربہ کیا ہے۔</w:t>
      </w:r>
    </w:p>
    <w:p>
      <w:r>
        <w:rPr>
          <w:b/>
        </w:rPr>
        <w:t xml:space="preserve">[11:51] </w:t>
      </w:r>
      <w:r>
        <w:t>mere saath kai baar aisa hua ke kuch logon ne</w:t>
      </w:r>
    </w:p>
    <w:p>
      <w:pPr>
        <w:jc w:val="right"/>
      </w:pPr>
      <w:r>
        <w:t>میرے ساتھ کئی بار ایسا ہوا کہ کچھ لوگوں نے</w:t>
      </w:r>
    </w:p>
    <w:p>
      <w:r>
        <w:rPr>
          <w:b/>
        </w:rPr>
        <w:t xml:space="preserve">[12:03] </w:t>
      </w:r>
      <w:r>
        <w:t>ghalat saboot, ghalt saboot kiya, to main ne reaction nahi kiya</w:t>
      </w:r>
    </w:p>
    <w:p>
      <w:pPr>
        <w:jc w:val="right"/>
      </w:pPr>
      <w:r>
        <w:t>غلط ثبوت، غلط ثبوت کیا، تو میں نے ری ایکشن نہیں کیا</w:t>
      </w:r>
    </w:p>
    <w:p>
      <w:r>
        <w:rPr>
          <w:b/>
        </w:rPr>
        <w:t xml:space="preserve">[12:15] </w:t>
      </w:r>
      <w:r>
        <w:t>balkeh khamosh planning ka raasta ikhtiyar kiya.</w:t>
      </w:r>
    </w:p>
    <w:p>
      <w:pPr>
        <w:jc w:val="right"/>
      </w:pPr>
      <w:r>
        <w:t>بلکہ خاموش پلاننگ کا راستہ اختیار کیا۔</w:t>
      </w:r>
    </w:p>
    <w:p>
      <w:r>
        <w:rPr>
          <w:b/>
        </w:rPr>
        <w:t xml:space="preserve">[12:23] </w:t>
      </w:r>
      <w:r>
        <w:t>to Allah ke fazl se mujhe kamyabi hasil hui.</w:t>
      </w:r>
    </w:p>
    <w:p>
      <w:pPr>
        <w:jc w:val="right"/>
      </w:pPr>
      <w:r>
        <w:t>تو اللہ کے فضل سے مجھے کامیابی حاصل ہوئی۔</w:t>
      </w:r>
    </w:p>
    <w:p>
      <w:r>
        <w:rPr>
          <w:b/>
        </w:rPr>
        <w:t xml:space="preserve">[12:33] </w:t>
      </w:r>
      <w:r>
        <w:t>hum qaumi satah par to yeh kaam nahi kar sakte ke qaum ki baag dor hamare haath mein nahi, nahi hai.</w:t>
      </w:r>
    </w:p>
    <w:p>
      <w:pPr>
        <w:jc w:val="right"/>
      </w:pPr>
      <w:r>
        <w:t>ہم قومی سطح پر تو یہ کام نہیں کر سکتے کہ قوم کی باگ ڈور ہمارے ہاتھ میں نہیں، نہیں ہے۔</w:t>
      </w:r>
    </w:p>
    <w:p>
      <w:r>
        <w:rPr>
          <w:b/>
        </w:rPr>
        <w:t xml:space="preserve">[12:43] </w:t>
      </w:r>
      <w:r>
        <w:t>qaum ki baag dor hamare haath mein nahin hai, lekin anfaradi satah par hum kar sakte hain aisa.</w:t>
      </w:r>
    </w:p>
    <w:p>
      <w:pPr>
        <w:jc w:val="right"/>
      </w:pPr>
      <w:r>
        <w:t>قوم کی باگ ڈور ہمارے ہاتھ میں نہیں ہے، لیکن انفرادی سطح پر ہم کر سکتے ہیں ایسا۔</w:t>
      </w:r>
    </w:p>
    <w:p>
      <w:r>
        <w:rPr>
          <w:b/>
        </w:rPr>
        <w:t xml:space="preserve">[13:02] </w:t>
      </w:r>
      <w:r>
        <w:t>mein aap logon ko dawat deta hoon ke agarchay qaumi satah par baag dor aap ke haath mein nahin hai, lekin khandANI satah par, anfaradi satah par,</w:t>
      </w:r>
    </w:p>
    <w:p>
      <w:pPr>
        <w:jc w:val="right"/>
      </w:pPr>
      <w:r>
        <w:t>میں آپ لوگوں کو دعوت دیتا ہوں کہ اگرچہ قومی سطح پر باگ ڈور آپ کے ہاتھ میں نہیں ہے، لیکن خاندانی سطح پر، انفرادی سطح پر،</w:t>
      </w:r>
    </w:p>
    <w:p>
      <w:r>
        <w:rPr>
          <w:b/>
        </w:rPr>
        <w:t xml:space="preserve">[13:19] </w:t>
      </w:r>
      <w:r>
        <w:t>yaqeenan aap</w:t>
      </w:r>
    </w:p>
    <w:p>
      <w:pPr>
        <w:jc w:val="right"/>
      </w:pPr>
      <w:r>
        <w:t>یقیناً آپ</w:t>
      </w:r>
    </w:p>
    <w:p>
      <w:r>
        <w:rPr>
          <w:b/>
        </w:rPr>
        <w:t xml:space="preserve">[13:24] </w:t>
      </w:r>
      <w:r>
        <w:t>apni taqdeer khud bana sakte hain.</w:t>
      </w:r>
    </w:p>
    <w:p>
      <w:pPr>
        <w:jc w:val="right"/>
      </w:pPr>
      <w:r>
        <w:t>اپنی تقدیر خود بنا سکتے ہیں۔</w:t>
      </w:r>
    </w:p>
    <w:p>
      <w:r>
        <w:rPr>
          <w:b/>
        </w:rPr>
        <w:t xml:space="preserve">[13:35] </w:t>
      </w:r>
      <w:r>
        <w:t>to is aayat ko aap tazkir ul Quran mein parhiye ga, tazkir ul Quran mein.</w:t>
      </w:r>
    </w:p>
    <w:p>
      <w:pPr>
        <w:jc w:val="right"/>
      </w:pPr>
      <w:r>
        <w:t>تو اس آیت کو آپ تذکر القرآن میں پڑھیے گا، تذکر القرآن میں۔</w:t>
      </w:r>
    </w:p>
    <w:p>
      <w:r>
        <w:rPr>
          <w:b/>
        </w:rPr>
        <w:t xml:space="preserve">[13:43] </w:t>
      </w:r>
      <w:r>
        <w:t>kam min fat qaleela ghlabat fat kaseera fid deen illah wallahu ma' as sabireen</w:t>
      </w:r>
    </w:p>
    <w:p>
      <w:pPr>
        <w:jc w:val="right"/>
      </w:pPr>
      <w:r>
        <w:t>کم من فات قلیلۃ غلبت فات کثیرۃ فی الدین اللہ واللہ مع الصابرین</w:t>
      </w:r>
    </w:p>
    <w:p>
      <w:r>
        <w:rPr>
          <w:b/>
        </w:rPr>
        <w:t xml:space="preserve">[13:54] </w:t>
      </w:r>
      <w:r>
        <w:t>Allah patience walon ke saath hai. Saath aap ko maine kaha hai fitrat qanoon ka helper aa jata hai, yaani fitrat qanoon un ke helper aa jata hai jo</w:t>
      </w:r>
    </w:p>
    <w:p>
      <w:pPr>
        <w:jc w:val="right"/>
      </w:pPr>
      <w:r>
        <w:t>اللہ پیشنس والوں کے ساتھ ہے۔ ساتھ آپ کو میں نے کہا ہے فطرت قانون کا ہیلپر آ جاتا ہے، یعنی فطرت قانون ان کے ہیلپر آ جاتا ہے جو</w:t>
      </w:r>
    </w:p>
    <w:p>
      <w:r>
        <w:rPr>
          <w:b/>
        </w:rPr>
        <w:t xml:space="preserve">[14:14] </w:t>
      </w:r>
      <w:r>
        <w:t>patience ka saboot dete hain.</w:t>
      </w:r>
    </w:p>
    <w:p>
      <w:pPr>
        <w:jc w:val="right"/>
      </w:pPr>
      <w:r>
        <w:t>پیشنس کا ثبوت دیتے ہیں۔</w:t>
      </w:r>
    </w:p>
    <w:p>
      <w:r>
        <w:rPr>
          <w:b/>
        </w:rPr>
        <w:t xml:space="preserve">[14:24] </w:t>
      </w:r>
      <w:r>
        <w:t>yeh usool zaati maamle mein aur qaumi maamle mein, dono maamle mein applicable hai.</w:t>
      </w:r>
    </w:p>
    <w:p>
      <w:pPr>
        <w:jc w:val="right"/>
      </w:pPr>
      <w:r>
        <w:t>یہ اصول ذاتی معاملے میں اور قومی معاملے میں، دونوں معاملے میں ایپلیکیبل ہے۔</w:t>
      </w:r>
    </w:p>
    <w:p>
      <w:r>
        <w:rPr>
          <w:b/>
        </w:rPr>
        <w:t xml:space="preserve">[14:43] </w:t>
      </w:r>
      <w:r>
        <w:t>yeh Surah Al Baqarah ki aayat hai, kya number hai is ka? 249. 249. 249. Surah Al Baqarah 249.</w:t>
      </w:r>
    </w:p>
    <w:p>
      <w:pPr>
        <w:jc w:val="right"/>
      </w:pPr>
      <w:r>
        <w:t>یہ سورہ البقرہ کی آیت ہے، کیا نمبر ہے اس کا؟ 249۔ 249۔ 249۔ سورہ البقرہ 249۔</w:t>
      </w:r>
    </w:p>
    <w:p>
      <w:r>
        <w:rPr>
          <w:b/>
        </w:rPr>
        <w:t xml:space="preserve">[15:00] </w:t>
      </w:r>
      <w:r>
        <w:t>aap log</w:t>
      </w:r>
    </w:p>
    <w:p>
      <w:pPr>
        <w:jc w:val="right"/>
      </w:pPr>
      <w:r>
        <w:t>آپ لوگ</w:t>
      </w:r>
    </w:p>
    <w:p>
      <w:r>
        <w:rPr>
          <w:b/>
        </w:rPr>
        <w:t xml:space="preserve">[15:04] </w:t>
      </w:r>
      <w:r>
        <w:t>is aayat par ghor kijiye aur is ke jo darja hayat bataya gaya hai, is ke andar jo</w:t>
      </w:r>
    </w:p>
    <w:p>
      <w:pPr>
        <w:jc w:val="right"/>
      </w:pPr>
      <w:r>
        <w:t>اس آیت پر غور کیجیے اور اس کے جو درجہ حیات بتایا گیا ہے، اس کے اندر جو</w:t>
      </w:r>
    </w:p>
    <w:p>
      <w:r>
        <w:rPr>
          <w:b/>
        </w:rPr>
        <w:t xml:space="preserve">[15:17] </w:t>
      </w:r>
      <w:r>
        <w:t>secret of life batayi gayi hai, us ko samajhne ki koshish kijiye. Aap us ko tareekh par apply kijiye aur apne aap</w:t>
      </w:r>
    </w:p>
    <w:p>
      <w:pPr>
        <w:jc w:val="right"/>
      </w:pPr>
      <w:r>
        <w:t>سیکرٹ آف لائف بتائی گئی ہے، اس کو سمجھنے کی کوشش کیجیے۔ آپ اس کو تاریخ پر اپلائی کیجیے اور اپنے آپ</w:t>
      </w:r>
    </w:p>
    <w:p>
      <w:r>
        <w:rPr>
          <w:b/>
        </w:rPr>
        <w:t xml:space="preserve">[15:26] </w:t>
      </w:r>
      <w:r>
        <w:t>par apply kijiye ga to aap paayen ge ke yeh bohat bara qanoon hai. Yeh</w:t>
      </w:r>
    </w:p>
    <w:p>
      <w:pPr>
        <w:jc w:val="right"/>
      </w:pPr>
      <w:r>
        <w:t>پر اپلائی کیجیے گا تو آپ پائیں گے کہ یہ بہت بڑا قانون ہے۔ یہ</w:t>
      </w:r>
    </w:p>
    <w:p>
      <w:r>
        <w:rPr>
          <w:b/>
        </w:rPr>
        <w:t xml:space="preserve">[15:36] </w:t>
      </w:r>
      <w:r>
        <w:t>is ko keh sakte hain law of patience.</w:t>
      </w:r>
    </w:p>
    <w:p>
      <w:pPr>
        <w:jc w:val="right"/>
      </w:pPr>
      <w:r>
        <w:t>اس کو کہہ سکتے ہیں لا آف پیشنس۔</w:t>
      </w:r>
    </w:p>
    <w:p>
      <w:r>
        <w:rPr>
          <w:b/>
        </w:rPr>
        <w:t xml:space="preserve">[15:45] </w:t>
      </w:r>
      <w:r>
        <w:t>law of patience.</w:t>
      </w:r>
    </w:p>
    <w:p>
      <w:pPr>
        <w:jc w:val="right"/>
      </w:pPr>
      <w:r>
        <w:t>لا آف پیشنس۔</w:t>
      </w:r>
    </w:p>
    <w:p>
      <w:r>
        <w:rPr>
          <w:b/>
        </w:rPr>
        <w:t xml:space="preserve">[15:54] </w:t>
      </w:r>
      <w:r>
        <w:t>law of patience.</w:t>
      </w:r>
    </w:p>
    <w:p>
      <w:pPr>
        <w:jc w:val="right"/>
      </w:pPr>
      <w:r>
        <w:t>لا آف پیشنس۔</w:t>
      </w:r>
    </w:p>
    <w:p>
      <w:r>
        <w:rPr>
          <w:b/>
        </w:rPr>
        <w:t xml:space="preserve">[16:00] </w:t>
      </w:r>
      <w:r>
        <w:t>to ek taraf woh log hain jo patience ke usool ko ikhtiyar karte hue apni planning karen, yaani planning</w:t>
      </w:r>
    </w:p>
    <w:p>
      <w:pPr>
        <w:jc w:val="right"/>
      </w:pPr>
      <w:r>
        <w:t>تو ایک طرف وہ لوگ ہیں جو پیشنس کے اصول کو اختیار کرتے ہوئے اپنی پلاننگ کریں، یعنی پلاننگ</w:t>
      </w:r>
    </w:p>
    <w:p>
      <w:r>
        <w:rPr>
          <w:b/>
        </w:rPr>
        <w:t xml:space="preserve">[16:14] </w:t>
      </w:r>
      <w:r>
        <w:t>patience ke usool par, ek hai planning reaction ke usool par. To is dunya mein yaad rakhiye, do qism ki planning hoti hai.</w:t>
      </w:r>
    </w:p>
    <w:p>
      <w:pPr>
        <w:jc w:val="right"/>
      </w:pPr>
      <w:r>
        <w:t>پیشنس کے اصول پر، ایک ہے پلاننگ ری ایکشن کے اصول پر۔ تو اس دنیا میں یاد رکھیے، دو قسم کی پلاننگ ہوتی ہے۔</w:t>
      </w:r>
    </w:p>
    <w:p>
      <w:r>
        <w:rPr>
          <w:b/>
        </w:rPr>
        <w:t xml:space="preserve">[16:29] </w:t>
      </w:r>
      <w:r>
        <w:t>ek planning yeh hai</w:t>
      </w:r>
    </w:p>
    <w:p>
      <w:pPr>
        <w:jc w:val="right"/>
      </w:pPr>
      <w:r>
        <w:t>ایک پلاننگ یہ ہے</w:t>
      </w:r>
    </w:p>
    <w:p>
      <w:r>
        <w:rPr>
          <w:b/>
        </w:rPr>
        <w:t xml:space="preserve">[16:31] </w:t>
      </w:r>
      <w:r>
        <w:t>jo</w:t>
      </w:r>
    </w:p>
    <w:p>
      <w:pPr>
        <w:jc w:val="right"/>
      </w:pPr>
      <w:r>
        <w:t>جو</w:t>
      </w:r>
    </w:p>
    <w:p>
      <w:r>
        <w:rPr>
          <w:b/>
        </w:rPr>
        <w:t xml:space="preserve">[16:34] </w:t>
      </w:r>
      <w:r>
        <w:t>mabni par reaction ho, aap bhark uthe, ghussa ho gaye, negative thought aap ko dara gaya, aur us ki buniyad par aap ne kuch planning kar dali.</w:t>
      </w:r>
    </w:p>
    <w:p>
      <w:pPr>
        <w:jc w:val="right"/>
      </w:pPr>
      <w:r>
        <w:t>مبنی پر ری ایکشن ہو، آپ بھڑک اٹھے، غصہ ہو گئے، نیگیٹیو تھاٹ آپ کو درا گیا، اور اس کی بنیاد پر آپ نے کچھ پلاننگ کر ڈالی۔</w:t>
      </w:r>
    </w:p>
    <w:p>
      <w:r>
        <w:rPr>
          <w:b/>
        </w:rPr>
        <w:t xml:space="preserve">[16:47] </w:t>
      </w:r>
      <w:r>
        <w:t>aur ek hai ke aap apni bharke rahen,</w:t>
      </w:r>
    </w:p>
    <w:p>
      <w:pPr>
        <w:jc w:val="right"/>
      </w:pPr>
      <w:r>
        <w:t>اور ایک ہے کہ آپ اپنی بھڑکے رہیں،</w:t>
      </w:r>
    </w:p>
    <w:p>
      <w:r>
        <w:rPr>
          <w:b/>
        </w:rPr>
        <w:t xml:space="preserve">[16:52] </w:t>
      </w:r>
      <w:r>
        <w:t>aap ne koi reaction nahin dikhaya, socha, socha, socha, sochte sochte aap ne khamosh planning ki.</w:t>
      </w:r>
    </w:p>
    <w:p>
      <w:pPr>
        <w:jc w:val="right"/>
      </w:pPr>
      <w:r>
        <w:t>آپ نے کوئی ری ایکشن نہیں دکھایا، سوچا، سوچا، سوچا، سوچتے سوچتے آپ نے خاموش پلاننگ کی۔</w:t>
      </w:r>
    </w:p>
    <w:p>
      <w:r>
        <w:rPr>
          <w:b/>
        </w:rPr>
        <w:t xml:space="preserve">[17:02] </w:t>
      </w:r>
      <w:r>
        <w:t>aise hi log kaamyaab hote hain.</w:t>
      </w:r>
    </w:p>
    <w:p>
      <w:pPr>
        <w:jc w:val="right"/>
      </w:pPr>
      <w:r>
        <w:t>ایسے ہی لوگ کامیاب ہوتے ہیں۔</w:t>
      </w:r>
    </w:p>
    <w:p>
      <w:r>
        <w:rPr>
          <w:b/>
        </w:rPr>
        <w:t xml:space="preserve">[17:14] </w:t>
      </w:r>
      <w:r>
        <w:t>isi ki misaal mein deta hoon,</w:t>
      </w:r>
    </w:p>
    <w:p>
      <w:pPr>
        <w:jc w:val="right"/>
      </w:pPr>
      <w:r>
        <w:t>اسی کی مثال میں دیتا ہوں،</w:t>
      </w:r>
    </w:p>
    <w:p>
      <w:r>
        <w:rPr>
          <w:b/>
        </w:rPr>
        <w:t xml:space="preserve">[17:21] </w:t>
      </w:r>
      <w:r>
        <w:t>japan par jab</w:t>
      </w:r>
    </w:p>
    <w:p>
      <w:pPr>
        <w:jc w:val="right"/>
      </w:pPr>
      <w:r>
        <w:t>جاپان پر جب</w:t>
      </w:r>
    </w:p>
    <w:p>
      <w:r>
        <w:rPr>
          <w:b/>
        </w:rPr>
        <w:t xml:space="preserve">[17:30] </w:t>
      </w:r>
      <w:r>
        <w:t>america ne atom gira diya, do atom,</w:t>
      </w:r>
    </w:p>
    <w:p>
      <w:pPr>
        <w:jc w:val="right"/>
      </w:pPr>
      <w:r>
        <w:t>امریکہ نے ایٹم گرا دیا، دو ایٹم،</w:t>
      </w:r>
    </w:p>
    <w:p>
      <w:r>
        <w:rPr>
          <w:b/>
        </w:rPr>
        <w:t xml:space="preserve">[17:38] </w:t>
      </w:r>
      <w:r>
        <w:t>to saare japan mein ghussa chha gaya, ghussa.</w:t>
      </w:r>
    </w:p>
    <w:p>
      <w:pPr>
        <w:jc w:val="right"/>
      </w:pPr>
      <w:r>
        <w:t>تو سارے جاپان میں غصہ چھا گیا، غصہ۔</w:t>
      </w:r>
    </w:p>
    <w:p>
      <w:r>
        <w:rPr>
          <w:b/>
        </w:rPr>
        <w:t xml:space="preserve">[17:49] </w:t>
      </w:r>
      <w:r>
        <w:t>to japaniyon ka zehan o sakhti yeh tha</w:t>
      </w:r>
    </w:p>
    <w:p>
      <w:pPr>
        <w:jc w:val="right"/>
      </w:pPr>
      <w:r>
        <w:t>تو جاپانیوں کا ذہن و سختی یہ تھا</w:t>
      </w:r>
    </w:p>
    <w:p>
      <w:r>
        <w:rPr>
          <w:b/>
        </w:rPr>
        <w:t xml:space="preserve">[17:57] </w:t>
      </w:r>
      <w:r>
        <w:t>ke hum badla lenge, badla lenge. to us waqt un ki logic yeh thi ke hum ne, hamari air force</w:t>
      </w:r>
    </w:p>
    <w:p>
      <w:pPr>
        <w:jc w:val="right"/>
      </w:pPr>
      <w:r>
        <w:t>کہ ہم بدلہ لیں گے، بدلہ لیں گے۔ تو اس وقت ان کی لاجک یہ تھی کہ ہم نے، ہماری ایئر فورس</w:t>
      </w:r>
    </w:p>
    <w:p>
      <w:r>
        <w:rPr>
          <w:b/>
        </w:rPr>
        <w:t xml:space="preserve">[18:21] </w:t>
      </w:r>
      <w:r>
        <w:t>abhi bhi</w:t>
      </w:r>
    </w:p>
    <w:p>
      <w:pPr>
        <w:jc w:val="right"/>
      </w:pPr>
      <w:r>
        <w:t>ابھی بھی</w:t>
      </w:r>
    </w:p>
    <w:p>
      <w:r>
        <w:rPr>
          <w:b/>
        </w:rPr>
        <w:t xml:space="preserve">[18:26] </w:t>
      </w:r>
      <w:r>
        <w:t>hamare paas hai,</w:t>
      </w:r>
    </w:p>
    <w:p>
      <w:pPr>
        <w:jc w:val="right"/>
      </w:pPr>
      <w:r>
        <w:t>ہمارے پاس ہے،</w:t>
      </w:r>
    </w:p>
    <w:p>
      <w:r>
        <w:rPr>
          <w:b/>
        </w:rPr>
        <w:t xml:space="preserve">[18:31] </w:t>
      </w:r>
      <w:r>
        <w:t>hamari bhaari taaqat ab bhi hamare paas hai.</w:t>
      </w:r>
    </w:p>
    <w:p>
      <w:pPr>
        <w:jc w:val="right"/>
      </w:pPr>
      <w:r>
        <w:t>ہماری بھاری طاقت اب بھی ہمارے پاس ہے۔</w:t>
      </w:r>
    </w:p>
    <w:p>
      <w:r>
        <w:rPr>
          <w:b/>
        </w:rPr>
        <w:t xml:space="preserve">[18:37] </w:t>
      </w:r>
      <w:r>
        <w:t>to hum apni taaqat ko istemaal kar ke</w:t>
      </w:r>
    </w:p>
    <w:p>
      <w:pPr>
        <w:jc w:val="right"/>
      </w:pPr>
      <w:r>
        <w:t>تو ہم اپنی طاقت کو استعمال کر کے</w:t>
      </w:r>
    </w:p>
    <w:p>
      <w:r>
        <w:rPr>
          <w:b/>
        </w:rPr>
        <w:t xml:space="preserve">[18:46] </w:t>
      </w:r>
      <w:r>
        <w:t>america ko tabaah kar sakte hain,</w:t>
      </w:r>
    </w:p>
    <w:p>
      <w:pPr>
        <w:jc w:val="right"/>
      </w:pPr>
      <w:r>
        <w:t>امریکہ کو تباہ کر سکتے ہیں،</w:t>
      </w:r>
    </w:p>
    <w:p>
      <w:r>
        <w:rPr>
          <w:b/>
        </w:rPr>
        <w:t xml:space="preserve">[18:53] </w:t>
      </w:r>
      <w:r>
        <w:t>lekin japan mein kuch bohat hi zyada samajhdaar log the, unhone kaha ke</w:t>
      </w:r>
    </w:p>
    <w:p>
      <w:pPr>
        <w:jc w:val="right"/>
      </w:pPr>
      <w:r>
        <w:t>لیکن جاپان میں کچھ بہت ہی زیادہ سمجھدار لوگ تھے، انہوں نے کہا کہ</w:t>
      </w:r>
    </w:p>
    <w:p>
      <w:r>
        <w:rPr>
          <w:b/>
        </w:rPr>
        <w:t xml:space="preserve">[19:07] </w:t>
      </w:r>
      <w:r>
        <w:t>america chup hi rahega, tum kuch karoge to woh bhi kuch karenge.</w:t>
      </w:r>
    </w:p>
    <w:p>
      <w:pPr>
        <w:jc w:val="right"/>
      </w:pPr>
      <w:r>
        <w:t>امریکہ چپ ہی رہے گا، تم کچھ کرو گے تو وہ بھی کچھ کریں گے۔</w:t>
      </w:r>
    </w:p>
    <w:p>
      <w:r>
        <w:rPr>
          <w:b/>
        </w:rPr>
        <w:t xml:space="preserve">[19:16] </w:t>
      </w:r>
      <w:r>
        <w:t>to ab jo hai karna yeh hai ke hum apni taaqat ko bachayein,</w:t>
      </w:r>
    </w:p>
    <w:p>
      <w:pPr>
        <w:jc w:val="right"/>
      </w:pPr>
      <w:r>
        <w:t>تو اب جو ہے کرنا یہ ہے کہ ہم اپنی طاقت کو بچائیں،</w:t>
      </w:r>
    </w:p>
    <w:p>
      <w:r>
        <w:rPr>
          <w:b/>
        </w:rPr>
        <w:t xml:space="preserve">[19:23] </w:t>
      </w:r>
      <w:r>
        <w:t>reaction na karein,</w:t>
      </w:r>
    </w:p>
    <w:p>
      <w:pPr>
        <w:jc w:val="right"/>
      </w:pPr>
      <w:r>
        <w:t>ری ایکشن نہ کریں،</w:t>
      </w:r>
    </w:p>
    <w:p>
      <w:r>
        <w:rPr>
          <w:b/>
        </w:rPr>
        <w:t xml:space="preserve">[19:28] </w:t>
      </w:r>
      <w:r>
        <w:t>khamosh planning karein.</w:t>
      </w:r>
    </w:p>
    <w:p>
      <w:pPr>
        <w:jc w:val="right"/>
      </w:pPr>
      <w:r>
        <w:t>خاموش پلاننگ کریں۔</w:t>
      </w:r>
    </w:p>
    <w:p>
      <w:r>
        <w:rPr>
          <w:b/>
        </w:rPr>
        <w:t xml:space="preserve">[19:35] </w:t>
      </w:r>
      <w:r>
        <w:t>beh-haal, japaniyon ne yahi kiya. jami'a paai woh gaya tha america, maine likha apne risale mein,</w:t>
      </w:r>
    </w:p>
    <w:p>
      <w:pPr>
        <w:jc w:val="right"/>
      </w:pPr>
      <w:r>
        <w:t>بہرحال، جاپانیوں نے یہی کیا۔ جامعہ پائیوہ گیا تھا امریکہ، میں نے لکھا اپنے رسالے میں،</w:t>
      </w:r>
    </w:p>
    <w:p>
      <w:r>
        <w:rPr>
          <w:b/>
        </w:rPr>
        <w:t xml:space="preserve">[19:51] </w:t>
      </w:r>
      <w:r>
        <w:t>to wahan maine dekha ke sadkon par</w:t>
      </w:r>
    </w:p>
    <w:p>
      <w:pPr>
        <w:jc w:val="right"/>
      </w:pPr>
      <w:r>
        <w:t>تو وہاں میں نے دیکھا کہ سڑکوں پر</w:t>
      </w:r>
    </w:p>
    <w:p>
      <w:r>
        <w:rPr>
          <w:b/>
        </w:rPr>
        <w:t xml:space="preserve">[19:58] </w:t>
      </w:r>
      <w:r>
        <w:t>zyadatar japani companiyon ke advertisement the, kyunke japani companiyan khaas taur par motor line mein chha gayi thin america par.</w:t>
      </w:r>
    </w:p>
    <w:p>
      <w:pPr>
        <w:jc w:val="right"/>
      </w:pPr>
      <w:r>
        <w:t>زیادہ تر جاپانی کمپنیوں کے ایڈورٹائزمنٹ تھے، کیونکہ جاپانی کمپنیاں خاص طور پر موٹر لائن میں چھا گئی تھیں امریکہ پر۔</w:t>
      </w:r>
    </w:p>
    <w:p>
      <w:r>
        <w:rPr>
          <w:b/>
        </w:rPr>
        <w:t xml:space="preserve">[20:21] </w:t>
      </w:r>
      <w:r>
        <w:t>aap mera</w:t>
      </w:r>
    </w:p>
    <w:p>
      <w:pPr>
        <w:jc w:val="right"/>
      </w:pPr>
      <w:r>
        <w:t>آپ میرا</w:t>
      </w:r>
    </w:p>
    <w:p>
      <w:r>
        <w:rPr>
          <w:b/>
        </w:rPr>
        <w:t xml:space="preserve">[20:24] </w:t>
      </w:r>
      <w:r>
        <w:t>jo safarnama hai, woh padh sakte hain.</w:t>
      </w:r>
    </w:p>
    <w:p>
      <w:pPr>
        <w:jc w:val="right"/>
      </w:pPr>
      <w:r>
        <w:t>جو سفرنامہ ہے، وہ پڑھ سکتے ہیں۔</w:t>
      </w:r>
    </w:p>
    <w:p>
      <w:r>
        <w:rPr>
          <w:b/>
        </w:rPr>
        <w:t xml:space="preserve">[20:34] </w:t>
      </w:r>
      <w:r>
        <w:t>to beh-haal,</w:t>
      </w:r>
    </w:p>
    <w:p>
      <w:pPr>
        <w:jc w:val="right"/>
      </w:pPr>
      <w:r>
        <w:t>تو بہرحال،</w:t>
      </w:r>
    </w:p>
    <w:p>
      <w:r>
        <w:rPr>
          <w:b/>
        </w:rPr>
        <w:t xml:space="preserve">[20:39] </w:t>
      </w:r>
      <w:r>
        <w:t>khamosh planning hamesha kaamyaab hoti hai aur reaction hamesha nateeja, hamesha out of nikalta hai.</w:t>
      </w:r>
    </w:p>
    <w:p>
      <w:pPr>
        <w:jc w:val="right"/>
      </w:pPr>
      <w:r>
        <w:t>خاموش پلاننگ ہمیشہ کامیاب ہوتی ہے اور ری ایکشن ہمیشہ نتیجہ، ہمیشہ اؤٹ آف نکلتا ہے۔</w:t>
      </w:r>
    </w:p>
    <w:p>
      <w:r>
        <w:rPr>
          <w:b/>
        </w:rPr>
        <w:t xml:space="preserve">[20:56] </w:t>
      </w:r>
      <w:r>
        <w:t>yeh main aap ko dawat deta hoon ke aap is par ise sochein, chahe aap ka zaati maamla ho, family ka maamla ho,</w:t>
      </w:r>
    </w:p>
    <w:p>
      <w:pPr>
        <w:jc w:val="right"/>
      </w:pPr>
      <w:r>
        <w:t>یہ میں آپ کو دعوت دیتا ہوں کہ آپ اس پر اسے سوچیں، چاہے آپ کا ذاتی معاملہ ہو، فیملی کا معاملہ ہو،</w:t>
      </w:r>
    </w:p>
    <w:p>
      <w:r>
        <w:rPr>
          <w:b/>
        </w:rPr>
        <w:t xml:space="preserve">[21:15] </w:t>
      </w:r>
      <w:r>
        <w:t>qaum ka maamla. main nahi kahunga ke qaum ke maamle ki baag dor aap ke haath mein nahi hai,</w:t>
      </w:r>
    </w:p>
    <w:p>
      <w:pPr>
        <w:jc w:val="right"/>
      </w:pPr>
      <w:r>
        <w:t>قوم کا معاملہ۔ میں نہیں کہوں گا کہ قوم کے معاملے کی باگ ڈور آپ کے ہاتھ میں نہیں ہے،</w:t>
      </w:r>
    </w:p>
    <w:p>
      <w:r>
        <w:rPr>
          <w:b/>
        </w:rPr>
        <w:t xml:space="preserve">[21:24] </w:t>
      </w:r>
      <w:r>
        <w:t>to yaqeenan aap positive result nikaal sakte hain. Assalam o alaikum wa rehmatullahi</w:t>
      </w:r>
    </w:p>
    <w:p>
      <w:pPr>
        <w:jc w:val="right"/>
      </w:pPr>
      <w:r>
        <w:t>تو یقیناً آپ پازیٹیو رزلٹ نکال سکتے ہیں۔ السلام علیکم ورحمۃ اللہ</w:t>
      </w:r>
    </w:p>
    <w:p>
      <w:r>
        <w:rPr>
          <w:b/>
        </w:rPr>
        <w:t xml:space="preserve">[21:47] </w:t>
      </w:r>
      <w:r>
        <w:t>Maulana sahib, Aamir Mory ne aap se ek sawal poocha hai. Maulana sahib you often advise us to become creative; kindly help us to understand what do you mean by creativity</w:t>
      </w:r>
    </w:p>
    <w:p>
      <w:pPr>
        <w:jc w:val="right"/>
      </w:pPr>
      <w:r>
        <w:t>مولانا صاحب، عامر موری نے آپ سے ایک سوال پوچھا ہے۔ مولانا صاحب you often advise us to become creative; kindly help us to understand what do you mean by creativity</w:t>
      </w:r>
    </w:p>
    <w:p>
      <w:r>
        <w:rPr>
          <w:b/>
        </w:rPr>
        <w:t xml:space="preserve">[22:10] </w:t>
      </w:r>
      <w:r>
        <w:t>hamara poora mission yahi hai ek ek thoda reaction. And how Muslims can develop creativity har Muslim, har Muslim koi nahin.</w:t>
      </w:r>
    </w:p>
    <w:p>
      <w:pPr>
        <w:jc w:val="right"/>
      </w:pPr>
      <w:r>
        <w:t>ہمارا پورا مشن یہی ہے ایک ایک تھوڑا ری ایکشن۔ and how Muslims can develop creativity ہر مسلم، ہر مسلم کوئی نہیں۔</w:t>
      </w:r>
    </w:p>
    <w:p>
      <w:r>
        <w:rPr>
          <w:b/>
        </w:rPr>
        <w:t xml:space="preserve">[22:25] </w:t>
      </w:r>
      <w:r>
        <w:t>main khud is ka jad-o-jehad hua, aap meri live parhiye,</w:t>
      </w:r>
    </w:p>
    <w:p>
      <w:pPr>
        <w:jc w:val="right"/>
      </w:pPr>
      <w:r>
        <w:t>میں خود اس کا جدوجہد ہوا، آپ میری لائیو پڑھیے،</w:t>
      </w:r>
    </w:p>
    <w:p>
      <w:r>
        <w:rPr>
          <w:b/>
        </w:rPr>
        <w:t xml:space="preserve">[22:30] </w:t>
      </w:r>
      <w:r>
        <w:t>main ne hamesha apni creativity ko barhai. is ka tareeqa yeh tha ke main ne reaction kabhi nahin kiya,</w:t>
      </w:r>
    </w:p>
    <w:p>
      <w:pPr>
        <w:jc w:val="right"/>
      </w:pPr>
      <w:r>
        <w:t>میں نے ہمیشہ اپنی کریٹیوٹی کو بڑھائی۔ اس کا طریقہ یہ تھا کہ میں نے ری ایکشن کبھی نہیں کیا،</w:t>
      </w:r>
    </w:p>
    <w:p>
      <w:r>
        <w:rPr>
          <w:b/>
        </w:rPr>
        <w:t xml:space="preserve">[22:40] </w:t>
      </w:r>
      <w:r>
        <w:t>hamesha reaction kabhi nahin kiya.</w:t>
      </w:r>
    </w:p>
    <w:p>
      <w:pPr>
        <w:jc w:val="right"/>
      </w:pPr>
      <w:r>
        <w:t>ہمیشہ ری ایکشن کبھی نہیں کیا۔</w:t>
      </w:r>
    </w:p>
    <w:p>
      <w:r>
        <w:rPr>
          <w:b/>
        </w:rPr>
        <w:t xml:space="preserve">[22:49] </w:t>
      </w:r>
      <w:r>
        <w:t>meri poori live is baat ka saboot hai ke main ne kabhi reaction nahin kiya, to ab is kaam mein</w:t>
      </w:r>
    </w:p>
    <w:p>
      <w:pPr>
        <w:jc w:val="right"/>
      </w:pPr>
      <w:r>
        <w:t>میری پوری لائیو اس بات کا ثبوت ہے کہ میں نے کبھی ری ایکشن نہیں کیا، تو اب اس کام میں</w:t>
      </w:r>
    </w:p>
    <w:p>
      <w:r>
        <w:rPr>
          <w:b/>
        </w:rPr>
        <w:t xml:space="preserve">[23:02] </w:t>
      </w:r>
      <w:r>
        <w:t>to meri creativity barhti gayi.</w:t>
      </w:r>
    </w:p>
    <w:p>
      <w:pPr>
        <w:jc w:val="right"/>
      </w:pPr>
      <w:r>
        <w:t>تو میری کریٹیوٹی بڑھتی گئی۔</w:t>
      </w:r>
    </w:p>
    <w:p>
      <w:r>
        <w:rPr>
          <w:b/>
        </w:rPr>
        <w:t xml:space="preserve">[23:15] </w:t>
      </w:r>
      <w:r>
        <w:t>Maulana sahib, Abdulsalam Siddiqui ne likha hai: Maulana sahib, immediate question before Indian Muslims is to participate in government programs like NRC etc.</w:t>
      </w:r>
    </w:p>
    <w:p>
      <w:pPr>
        <w:jc w:val="right"/>
      </w:pPr>
      <w:r>
        <w:t>مولانا صاحب، عبدالسلام صدیقی نے لکھا ہے: مولانا صاحب، امیدیٹ کوئسچن بیفور انڈین مسلمز از ٹو پارٹیسپیٹ ان گورنمنٹ پروگرامز لائک این آر پی ایٹسرا۔</w:t>
      </w:r>
    </w:p>
    <w:p>
      <w:r>
        <w:rPr>
          <w:b/>
        </w:rPr>
        <w:t xml:space="preserve">[23:31] </w:t>
      </w:r>
      <w:r>
        <w:t>please advise us.</w:t>
      </w:r>
    </w:p>
    <w:p>
      <w:pPr>
        <w:jc w:val="right"/>
      </w:pPr>
      <w:r>
        <w:t>پلیز ایڈوائس اس۔</w:t>
      </w:r>
    </w:p>
    <w:p>
      <w:r>
        <w:rPr>
          <w:b/>
        </w:rPr>
        <w:t xml:space="preserve">[23:34] </w:t>
      </w:r>
      <w:r>
        <w:t>bohat hi zaroori hai. is waqt hum ek national masle se dochar hain, poori nation balkay worldwide ek masla hai.</w:t>
      </w:r>
    </w:p>
    <w:p>
      <w:pPr>
        <w:jc w:val="right"/>
      </w:pPr>
      <w:r>
        <w:t>بہت ہی ضروری ہے۔ اس وقت ہم ایک نیشنل مسئلے سے دوچار ہیں، پوری نیشن بلکہ ورلڈ وائیڈ ایک مسئلہ ہے۔</w:t>
      </w:r>
    </w:p>
    <w:p>
      <w:r>
        <w:rPr>
          <w:b/>
        </w:rPr>
        <w:t xml:space="preserve">[23:48] </w:t>
      </w:r>
      <w:r>
        <w:t>to is ki planning kis government hi kar sakti hai?</w:t>
      </w:r>
    </w:p>
    <w:p>
      <w:pPr>
        <w:jc w:val="right"/>
      </w:pPr>
      <w:r>
        <w:t>تو اس کی پلاننگ کس گورنمنٹ ہی کر سکتی ہے؟</w:t>
      </w:r>
    </w:p>
    <w:p>
      <w:r>
        <w:rPr>
          <w:b/>
        </w:rPr>
        <w:t xml:space="preserve">[23:54] </w:t>
      </w:r>
      <w:r>
        <w:t>is waqt government jo kar planning kare, is mein Musalmanon ko saath dena chahiye.</w:t>
      </w:r>
    </w:p>
    <w:p>
      <w:pPr>
        <w:jc w:val="right"/>
      </w:pPr>
      <w:r>
        <w:t>اس وقت گورنمنٹ جو کر پلاننگ کرے، اس میں مسلمانوں کو ساتھ دینا چاہیے۔</w:t>
      </w:r>
    </w:p>
    <w:p>
      <w:r>
        <w:rPr>
          <w:b/>
        </w:rPr>
        <w:t xml:space="preserve">[24:03] </w:t>
      </w:r>
      <w:r>
        <w:t>yeh woh hai jo citizenship bill ke baray mein Musalmanon ka Musalman participate nahin karna chah rahe thay.</w:t>
      </w:r>
    </w:p>
    <w:p>
      <w:pPr>
        <w:jc w:val="right"/>
      </w:pPr>
      <w:r>
        <w:t>یہ وہ ہے جو سٹیزن شپ بل کے بارے میں مسلمانوں کا مسلمان پارٹیسپیٹ نہیں کرنا چاہ رہے تھے۔</w:t>
      </w:r>
    </w:p>
    <w:p>
      <w:r>
        <w:rPr>
          <w:b/>
        </w:rPr>
        <w:t xml:space="preserve">[24:15] </w:t>
      </w:r>
      <w:r>
        <w:t>dekhiye, is waqt jo living problem hai, zinda problem</w:t>
      </w:r>
    </w:p>
    <w:p>
      <w:pPr>
        <w:jc w:val="right"/>
      </w:pPr>
      <w:r>
        <w:t>دیکھیے، اس وقت جو لیونگ پرابلم ہے، زندہ پرابلم</w:t>
      </w:r>
    </w:p>
    <w:p>
      <w:r>
        <w:rPr>
          <w:b/>
        </w:rPr>
        <w:t xml:space="preserve">[24:22] </w:t>
      </w:r>
      <w:r>
        <w:t>citizenship ki hiring. ab to doosra hai, to ab jo zinda problem hai, us ko le kar soch rahe hain.</w:t>
      </w:r>
    </w:p>
    <w:p>
      <w:pPr>
        <w:jc w:val="right"/>
      </w:pPr>
      <w:r>
        <w:t>سٹیزن شپ کی ہائرنگ۔ اب تو دوسرا ہے، تو اب جو زندہ پرابلم ہے، اس کو لے کر سوچ رہے ہیں۔</w:t>
      </w:r>
    </w:p>
    <w:p>
      <w:r>
        <w:rPr>
          <w:b/>
        </w:rPr>
        <w:t xml:space="preserve">[24:36] </w:t>
      </w:r>
      <w:r>
        <w:t>aur woh jo problem hai, abhi to background mein se chala gaya hai. woh</w:t>
      </w:r>
    </w:p>
    <w:p>
      <w:pPr>
        <w:jc w:val="right"/>
      </w:pPr>
      <w:r>
        <w:t>اور وہ جو پرابلم ہے، ابھی تو بیک گراؤنڈ میں سے چلا گیا ہے۔ وہ</w:t>
      </w:r>
    </w:p>
    <w:p>
      <w:r>
        <w:rPr>
          <w:b/>
        </w:rPr>
        <w:t xml:space="preserve">[24:44] </w:t>
      </w:r>
      <w:r>
        <w:t>saheeh farmaya Maulana sahib, aap ne. main bhi yahi sochti hoon ke Allah taala ki madad aaye gi aur ke hamein sirf dua, is waqt sirf dua karni chahiye.</w:t>
      </w:r>
    </w:p>
    <w:p>
      <w:pPr>
        <w:jc w:val="right"/>
      </w:pPr>
      <w:r>
        <w:t>صحیح فرمایا مولانا صاحب، آپ نے۔ میں بھی یہی سوچتی ہوں کہ اللہ تعالی کی مدد آئے گی اور کہ ہمیں صرف دعا، اس وقت صرف دعا کرنی چاہیے۔</w:t>
      </w:r>
    </w:p>
    <w:p>
      <w:r>
        <w:rPr>
          <w:b/>
        </w:rPr>
        <w:t xml:space="preserve">[24:56] </w:t>
      </w:r>
      <w:r>
        <w:t>saheeh soch hai ji, hamein dua karni chahiye, Allah ki madad aaye gi zaroor.</w:t>
      </w:r>
    </w:p>
    <w:p>
      <w:pPr>
        <w:jc w:val="right"/>
      </w:pPr>
      <w:r>
        <w:t>صحیح سوچ ہے جی، ہمیں دعا کرنی چاہیے، اللہ کی مدد آئے گی ضرور۔</w:t>
      </w:r>
    </w:p>
    <w:p>
      <w:r>
        <w:rPr>
          <w:b/>
        </w:rPr>
        <w:t xml:space="preserve">[25:02] </w:t>
      </w:r>
      <w:r>
        <w:t>dekhiye, dua karna to karni karni hi chahiye, lekin kabhi bhi aisa nahin hota. Rasool Allah ke liye bhi nahin hua ke is tarah ki madad aaye gi.</w:t>
      </w:r>
    </w:p>
    <w:p>
      <w:pPr>
        <w:jc w:val="right"/>
      </w:pPr>
      <w:r>
        <w:t>دیکھیے، دعا کرنا تو کرنی کرنی ہی چاہیے، لیکن کبھی بھی ایسا نہیں ہوتا۔ رسول اللہ کے لیے بھی نہیں ہوا کہ اس طرح کی مدد آئے گی۔</w:t>
      </w:r>
    </w:p>
    <w:p>
      <w:r>
        <w:rPr>
          <w:b/>
        </w:rPr>
        <w:t xml:space="preserve">[25:16] </w:t>
      </w:r>
      <w:r>
        <w:t>Rasool Allah ko agar madad aati to</w:t>
      </w:r>
    </w:p>
    <w:p>
      <w:pPr>
        <w:jc w:val="right"/>
      </w:pPr>
      <w:r>
        <w:t>رسول اللہ کو اگر مدد آتی تو</w:t>
      </w:r>
    </w:p>
    <w:p>
      <w:r>
        <w:rPr>
          <w:b/>
        </w:rPr>
        <w:t xml:space="preserve">[25:20] </w:t>
      </w:r>
      <w:r>
        <w:t>Uhud mein itnay saaray log shaheed ho gaye hotay, aisa na hota.</w:t>
      </w:r>
    </w:p>
    <w:p>
      <w:pPr>
        <w:jc w:val="right"/>
      </w:pPr>
      <w:r>
        <w:t>احد میں اتنے سارے لوگ شہید ہو گئے ہوتے، ایسا نہ ہوتا۔</w:t>
      </w:r>
    </w:p>
    <w:p>
      <w:r>
        <w:rPr>
          <w:b/>
        </w:rPr>
        <w:t xml:space="preserve">[25:28] </w:t>
      </w:r>
      <w:r>
        <w:t>planning karni parti hai. Rasool Allah ne dekhiye, planning ki</w:t>
      </w:r>
    </w:p>
    <w:p>
      <w:pPr>
        <w:jc w:val="right"/>
      </w:pPr>
      <w:r>
        <w:t>پلاننگ کرنی پڑتی ہے۔ رسول اللہ نے دیکھیے، پلاننگ کی</w:t>
      </w:r>
    </w:p>
    <w:p>
      <w:r>
        <w:rPr>
          <w:b/>
        </w:rPr>
        <w:t xml:space="preserve">[25:36] </w:t>
      </w:r>
      <w:r>
        <w:t>Uhud ke mauqay par bohat se Musalman maare gaye thay.</w:t>
      </w:r>
    </w:p>
    <w:p>
      <w:pPr>
        <w:jc w:val="right"/>
      </w:pPr>
      <w:r>
        <w:t>احد کے موقع پر بہت سے مسلمان مارے گئے تھے۔</w:t>
      </w:r>
    </w:p>
    <w:p>
      <w:r>
        <w:rPr>
          <w:b/>
        </w:rPr>
        <w:t xml:space="preserve">[25:47] </w:t>
      </w:r>
      <w:r>
        <w:t>to doosri baar jo</w:t>
      </w:r>
    </w:p>
    <w:p>
      <w:pPr>
        <w:jc w:val="right"/>
      </w:pPr>
      <w:r>
        <w:t>تو دوسری بار جو</w:t>
      </w:r>
    </w:p>
    <w:p>
      <w:r>
        <w:rPr>
          <w:b/>
        </w:rPr>
        <w:t xml:space="preserve">[25:54] </w:t>
      </w:r>
      <w:r>
        <w:t>takrao paish aya to</w:t>
      </w:r>
    </w:p>
    <w:p>
      <w:pPr>
        <w:jc w:val="right"/>
      </w:pPr>
      <w:r>
        <w:t>ٹکراؤ پیش آیا تو</w:t>
      </w:r>
    </w:p>
    <w:p>
      <w:r>
        <w:rPr>
          <w:b/>
        </w:rPr>
        <w:t xml:space="preserve">[26:00] </w:t>
      </w:r>
      <w:r>
        <w:t>rasool Allah ne iqdam nahi kiya,</w:t>
      </w:r>
    </w:p>
    <w:p>
      <w:pPr>
        <w:jc w:val="right"/>
      </w:pPr>
      <w:r>
        <w:t>رسول اللہ نے اقدام نہیں کیا،</w:t>
      </w:r>
    </w:p>
    <w:p>
      <w:r>
        <w:rPr>
          <w:b/>
        </w:rPr>
        <w:t xml:space="preserve">[26:07] </w:t>
      </w:r>
      <w:r>
        <w:t>bal ke planning ki.</w:t>
      </w:r>
    </w:p>
    <w:p>
      <w:pPr>
        <w:jc w:val="right"/>
      </w:pPr>
      <w:r>
        <w:t>بلکہ پلاننگ کی۔</w:t>
      </w:r>
    </w:p>
    <w:p>
      <w:r>
        <w:rPr>
          <w:b/>
        </w:rPr>
        <w:t xml:space="preserve">[26:12] </w:t>
      </w:r>
      <w:r>
        <w:t>is ko hum kehte hain Surah Hudaybiyah. Surah Hudaybiyah par maine bohat ziyada likha hai, is ko aap parhiye.</w:t>
      </w:r>
    </w:p>
    <w:p>
      <w:pPr>
        <w:jc w:val="right"/>
      </w:pPr>
      <w:r>
        <w:t>اس کو ہم کہتے ہیں سورہ حدیبیہ۔ سورہ حدیبیہ پر میں نے بہت زیادہ لکھا ہے، اس کو آپ پڑھیے۔</w:t>
      </w:r>
    </w:p>
    <w:p>
      <w:r>
        <w:rPr>
          <w:b/>
        </w:rPr>
        <w:t xml:space="preserve">[26:23] </w:t>
      </w:r>
      <w:r>
        <w:t>Uhad ke mauqe par iqdam kiya gaya tha, lekin Uhad</w:t>
      </w:r>
    </w:p>
    <w:p>
      <w:pPr>
        <w:jc w:val="right"/>
      </w:pPr>
      <w:r>
        <w:t>احد کے موقع پر اقدام کیا گیا تھا، لیکن احد</w:t>
      </w:r>
    </w:p>
    <w:p>
      <w:r>
        <w:rPr>
          <w:b/>
        </w:rPr>
        <w:t xml:space="preserve">[26:30] </w:t>
      </w:r>
      <w:r>
        <w:t>Hudaybiyah ke mauqe par iqdam nahi kiya gaya, balkeh peechay hatt kar kar planning ki gayi.</w:t>
      </w:r>
    </w:p>
    <w:p>
      <w:pPr>
        <w:jc w:val="right"/>
      </w:pPr>
      <w:r>
        <w:t>حدیبیہ کے موقع پر اقدام نہیں کیا گیا، بلکہ پیچھے ہٹ کر کر پلاننگ کی گئی۔</w:t>
      </w:r>
    </w:p>
    <w:p>
      <w:r>
        <w:rPr>
          <w:b/>
        </w:rPr>
        <w:t xml:space="preserve">[26:42] </w:t>
      </w:r>
      <w:r>
        <w:t>is par maine bohat likha hai, is ko aap parhiye.</w:t>
      </w:r>
    </w:p>
    <w:p>
      <w:pPr>
        <w:jc w:val="right"/>
      </w:pPr>
      <w:r>
        <w:t>اس پر میں نے بہت لکھا ہے، اس کو آپ پڑھیے۔</w:t>
      </w:r>
    </w:p>
    <w:p>
      <w:r>
        <w:rPr>
          <w:b/>
        </w:rPr>
        <w:t xml:space="preserve">[26:48] </w:t>
      </w:r>
      <w:r>
        <w:t>Maulana sahib, Rashid Ansari Meerut se likhte hain: Jazak Allah Maulana, aap ne bohat bari baat batai hai.</w:t>
      </w:r>
    </w:p>
    <w:p>
      <w:pPr>
        <w:jc w:val="right"/>
      </w:pPr>
      <w:r>
        <w:t>مولانا صاحب، راشد انصاری میرٹھ سے لکھتے ہیں: جزاک اللہ مولانا، آپ نے بہت بڑی بات بتائی ہے۔</w:t>
      </w:r>
    </w:p>
    <w:p>
      <w:r>
        <w:rPr>
          <w:b/>
        </w:rPr>
        <w:t xml:space="preserve">[26:58] </w:t>
      </w:r>
      <w:r>
        <w:t>Masha Allah, Masha Allah.</w:t>
      </w:r>
    </w:p>
    <w:p>
      <w:pPr>
        <w:jc w:val="right"/>
      </w:pPr>
      <w:r>
        <w:t>ماشاءاللہ، ماشاءاللہ۔</w:t>
      </w:r>
    </w:p>
    <w:p>
      <w:r>
        <w:rPr>
          <w:b/>
        </w:rPr>
        <w:t xml:space="preserve">[27:04] </w:t>
      </w:r>
      <w:r>
        <w:t>Maulana Farhad Ahmed kehte hain: Aap se ek sawal poocha hai unhon ne. Maulana you always emphasize to be a creative person</w:t>
      </w:r>
    </w:p>
    <w:p>
      <w:pPr>
        <w:jc w:val="right"/>
      </w:pPr>
      <w:r>
        <w:t>مولانا فرہاد احمد کہتے ہیں: آپ سے ایک سوال پوچھا ہے انہوں نے۔ مولانا you always emphasize to be a creative person</w:t>
      </w:r>
    </w:p>
    <w:p>
      <w:r>
        <w:rPr>
          <w:b/>
        </w:rPr>
        <w:t xml:space="preserve">[27:16] </w:t>
      </w:r>
      <w:r>
        <w:t>; it is a modern term. My question to you is that whether creativity has its root in the Quran and Sunnah</w:t>
      </w:r>
    </w:p>
    <w:p>
      <w:pPr>
        <w:jc w:val="right"/>
      </w:pPr>
      <w:r>
        <w:t>; it is a modern term. My question to you is that whether creativity has its root in the Quran and Sunnah</w:t>
      </w:r>
    </w:p>
    <w:p>
      <w:r>
        <w:rPr>
          <w:b/>
        </w:rPr>
        <w:t xml:space="preserve">[27:27] </w:t>
      </w:r>
      <w:r>
        <w:t>? ab jo abhi maine jo misaal di aap ko ke patience, patience se</w:t>
      </w:r>
    </w:p>
    <w:p>
      <w:pPr>
        <w:jc w:val="right"/>
      </w:pPr>
      <w:r>
        <w:t>? اب جو ابھی میں نے جو مثال دی آپ کو کہ پیشنس، پیشنس سے</w:t>
      </w:r>
    </w:p>
    <w:p>
      <w:r>
        <w:rPr>
          <w:b/>
        </w:rPr>
        <w:t xml:space="preserve">[27:39] </w:t>
      </w:r>
      <w:r>
        <w:t>taqat barhti hai, yahi to hai ke patience se creativity barhti hai.</w:t>
      </w:r>
    </w:p>
    <w:p>
      <w:pPr>
        <w:jc w:val="right"/>
      </w:pPr>
      <w:r>
        <w:t>طاقت بڑھتی ہے، یہی تو ہے کہ پیشنس سے کریٹیوٹی بڑھتی ہے۔</w:t>
      </w:r>
    </w:p>
    <w:p>
      <w:r>
        <w:rPr>
          <w:b/>
        </w:rPr>
        <w:t xml:space="preserve">[27:53] </w:t>
      </w:r>
      <w:r>
        <w:t>patience se</w:t>
      </w:r>
    </w:p>
    <w:p>
      <w:pPr>
        <w:jc w:val="right"/>
      </w:pPr>
      <w:r>
        <w:t>پیشنس سے</w:t>
      </w:r>
    </w:p>
    <w:p>
      <w:r>
        <w:rPr>
          <w:b/>
        </w:rPr>
        <w:t xml:space="preserve">[27:58] </w:t>
      </w:r>
      <w:r>
        <w:t>creativity barhti hai. Aadmi is qabil hota hai ke woh ziyada effective planning kar sake.</w:t>
      </w:r>
    </w:p>
    <w:p>
      <w:pPr>
        <w:jc w:val="right"/>
      </w:pPr>
      <w:r>
        <w:t>کریٹیوٹی بڑھتی ہے۔ آدمی اس قابل ہوتا ہے کہ وہ زیادہ ایفیکٹیو پلاننگ کر سکے۔</w:t>
      </w:r>
    </w:p>
    <w:p>
      <w:r>
        <w:rPr>
          <w:b/>
        </w:rPr>
        <w:t xml:space="preserve">[28:09] </w:t>
      </w:r>
      <w:r>
        <w:t>Maulana sahib, Rasool Allah Sal Allahu Alaihi Wasallam mustaqil re-planning karte the, to yeh bhi to part of creativity hai. Yakeenan, yakeenan, yakeenan.</w:t>
      </w:r>
    </w:p>
    <w:p>
      <w:pPr>
        <w:jc w:val="right"/>
      </w:pPr>
      <w:r>
        <w:t>مولانا صاحب، رسول اللہ صلی اللہ علیہ وسلم مستقل ری پلاننگ کرتے تھے، تو یہ بھی تو پارٹ آف کریٹیوٹی ہے۔ یقینا، یقینا، یقینا۔</w:t>
      </w:r>
    </w:p>
    <w:p>
      <w:r>
        <w:rPr>
          <w:b/>
        </w:rPr>
        <w:t xml:space="preserve">[28:20] </w:t>
      </w:r>
      <w:r>
        <w:t>Filza Naseer ka ek sawal hai ke jab Allah be-niyaz hai</w:t>
      </w:r>
    </w:p>
    <w:p>
      <w:pPr>
        <w:jc w:val="right"/>
      </w:pPr>
      <w:r>
        <w:t>فلزا نصیر کا ایک سوال ہے کہ جب اللہ بے نیاز ہے</w:t>
      </w:r>
    </w:p>
    <w:p>
      <w:r>
        <w:rPr>
          <w:b/>
        </w:rPr>
        <w:t xml:space="preserve">[28:27] </w:t>
      </w:r>
      <w:r>
        <w:t>to phir jab hum yeh kehte hain ke Allah is kaam se khush hota hai aur is kaam se naraz hota hai, to is ka matlab kya hai?</w:t>
      </w:r>
    </w:p>
    <w:p>
      <w:pPr>
        <w:jc w:val="right"/>
      </w:pPr>
      <w:r>
        <w:t>تو پھر جب ہم یہ کہتے ہیں کہ اللہ اس کام سے خوش ہوتا ہے اور اس کام سے ناراض ہوتا ہے، تو اس کا مطلب کیا ہے؟</w:t>
      </w:r>
    </w:p>
    <w:p>
      <w:r>
        <w:rPr>
          <w:b/>
        </w:rPr>
        <w:t xml:space="preserve">[28:41] </w:t>
      </w:r>
      <w:r>
        <w:t>dekhiye, khush aur narazgi ka matlab</w:t>
      </w:r>
    </w:p>
    <w:p>
      <w:pPr>
        <w:jc w:val="right"/>
      </w:pPr>
      <w:r>
        <w:t>دیکھیے، خوش اور ناراضگی کا مطلب</w:t>
      </w:r>
    </w:p>
    <w:p>
      <w:r>
        <w:rPr>
          <w:b/>
        </w:rPr>
        <w:t xml:space="preserve">[28:43] </w:t>
      </w:r>
      <w:r>
        <w:t>woh nahi hai jo insani zaban mein liya jata hai. Nahi, nahi, aap ki effective planning, agar aap fitrat ke qanoon ko follow karenge to aap ki aap ki</w:t>
      </w:r>
    </w:p>
    <w:p>
      <w:pPr>
        <w:jc w:val="right"/>
      </w:pPr>
      <w:r>
        <w:t>وہ نہیں ہے جو انسانی زبان میں لیا جاتا ہے۔ نہیں، نہیں، آپ کی ایفیکٹیو پلاننگ، اگر آپ فطرت کے قانون کو فالو کریں گے تو آپ کی آپ کی</w:t>
      </w:r>
    </w:p>
    <w:p>
      <w:r>
        <w:rPr>
          <w:b/>
        </w:rPr>
        <w:t xml:space="preserve">[29:00] </w:t>
      </w:r>
      <w:r>
        <w:t>planning effective ho jayegi.</w:t>
      </w:r>
    </w:p>
    <w:p>
      <w:pPr>
        <w:jc w:val="right"/>
      </w:pPr>
      <w:r>
        <w:t>پلاننگ ایفیکٹیو ہو جائے گی۔</w:t>
      </w:r>
    </w:p>
    <w:p>
      <w:r>
        <w:rPr>
          <w:b/>
        </w:rPr>
        <w:t xml:space="preserve">[29:06] </w:t>
      </w:r>
      <w:r>
        <w:t>aur agar aap nahi, aisa nahi karenge to aap ki planning</w:t>
      </w:r>
    </w:p>
    <w:p>
      <w:pPr>
        <w:jc w:val="right"/>
      </w:pPr>
      <w:r>
        <w:t>اور اگر آپ نہیں، ایسا نہیں کریں گے تو آپ کی پلاننگ</w:t>
      </w:r>
    </w:p>
    <w:p>
      <w:r>
        <w:rPr>
          <w:b/>
        </w:rPr>
        <w:t xml:space="preserve">[29:14] </w:t>
      </w:r>
      <w:r>
        <w:t>naqis ho jayegi.</w:t>
      </w:r>
    </w:p>
    <w:p>
      <w:pPr>
        <w:jc w:val="right"/>
      </w:pPr>
      <w:r>
        <w:t>ناقص ہو جائے گی۔</w:t>
      </w:r>
    </w:p>
    <w:p>
      <w:r>
        <w:rPr>
          <w:b/>
        </w:rPr>
        <w:t xml:space="preserve">[29:22] </w:t>
      </w:r>
      <w:r>
        <w:t>Maulana sahib, Sajid Anwar ka ek comment hai Bombay se: Maulana my take away and learning from today's talk is patience is opposite of reaction;</w:t>
      </w:r>
    </w:p>
    <w:p>
      <w:pPr>
        <w:jc w:val="right"/>
      </w:pPr>
      <w:r>
        <w:t>مولانا صاحب، ساجد انور کا ایک کمنٹ ہے بمبئی سے: مولانا my take away and learning from today's talk is patience is opposite of reaction;</w:t>
      </w:r>
    </w:p>
    <w:p>
      <w:r>
        <w:rPr>
          <w:b/>
        </w:rPr>
        <w:t xml:space="preserve">[29:39] </w:t>
      </w:r>
      <w:r>
        <w:t>this made the meaning of patience very clear to me. Jazak Allah</w:t>
      </w:r>
    </w:p>
    <w:p>
      <w:pPr>
        <w:jc w:val="right"/>
      </w:pPr>
      <w:r>
        <w:t>this made the meaning of patience very clear to me. جزاک اللہ</w:t>
      </w:r>
    </w:p>
    <w:p>
      <w:r>
        <w:rPr>
          <w:b/>
        </w:rPr>
        <w:t xml:space="preserve">[29:47] </w:t>
      </w:r>
      <w:r>
        <w:t>masha allah, masha allah. doctor safina tabassum ne aap se poocha hai: maulana sahib, aap ne bilkul sahi farmaya ke sabr sab se bari taqat hai.</w:t>
      </w:r>
    </w:p>
    <w:p>
      <w:pPr>
        <w:jc w:val="right"/>
      </w:pPr>
      <w:r>
        <w:t>ماشاءاللہ، ماشاءاللہ۔ ڈاکٹر صفینہ تبسم نے آپ سے پوچھا ہے: مولانا صاحب، آپ نے بالکل صحیح فرمایا کہ صبر سب سے بڑی طاقت ہے۔</w:t>
      </w:r>
    </w:p>
    <w:p>
      <w:r>
        <w:rPr>
          <w:b/>
        </w:rPr>
        <w:t xml:space="preserve">[30:01] </w:t>
      </w:r>
      <w:r>
        <w:t>be sabri khuda ke faislon ko tasleem na karna hai,</w:t>
      </w:r>
    </w:p>
    <w:p>
      <w:pPr>
        <w:jc w:val="right"/>
      </w:pPr>
      <w:r>
        <w:t>بے صبری خدا کے فیصلوں کو تسلیم نہ کرنا ہے،</w:t>
      </w:r>
    </w:p>
    <w:p>
      <w:r>
        <w:rPr>
          <w:b/>
        </w:rPr>
        <w:t xml:space="preserve">[30:06] </w:t>
      </w:r>
      <w:r>
        <w:t>to kya aisa sochna sahi hai? bilkul sahi hai, bilkul sahi hai, perfectly sahi hai.</w:t>
      </w:r>
    </w:p>
    <w:p>
      <w:pPr>
        <w:jc w:val="right"/>
      </w:pPr>
      <w:r>
        <w:t>تو کیا ایسا سوچنا صحیح ہے؟ بالکل صحیح ہے، بالکل صحیح ہے، پرفیکٹلی صحیح ہے۔</w:t>
      </w:r>
    </w:p>
    <w:p>
      <w:r>
        <w:rPr>
          <w:b/>
        </w:rPr>
        <w:t xml:space="preserve">[30:21] </w:t>
      </w:r>
      <w:r>
        <w:t>kai messages aaye hain ke aap ki awaz bilkul theek hai. navedeb kapoor ne bhi kaha hai aur logon ne bhi kaha hai. masha allah, masha allah, masha allah.</w:t>
      </w:r>
    </w:p>
    <w:p>
      <w:pPr>
        <w:jc w:val="right"/>
      </w:pPr>
      <w:r>
        <w:t>کئی میسجز آئے ہیں کہ آپ کی آواز بالکل ٹھیک ہے۔ نویدیب کپور نے بھی کہا ہے اور لوگوں نے بھی کہا ہے۔ ماشاءاللہ، ماشاءاللہ، ماشاءاللہ۔</w:t>
      </w:r>
    </w:p>
    <w:p>
      <w:r>
        <w:rPr>
          <w:b/>
        </w:rPr>
        <w:t xml:space="preserve">[30:34] </w:t>
      </w:r>
      <w:r>
        <w:t>doctor naghma siddiqui likhti hain: I understood during lockdown how patience is the way to success.</w:t>
      </w:r>
    </w:p>
    <w:p>
      <w:pPr>
        <w:jc w:val="right"/>
      </w:pPr>
      <w:r>
        <w:t>ڈاکٹر نغمہ صدیقی لکھتی ہیں: I understood during lockdown how patience is the way to success.</w:t>
      </w:r>
    </w:p>
    <w:p>
      <w:r>
        <w:rPr>
          <w:b/>
        </w:rPr>
        <w:t xml:space="preserve">[30:48] </w:t>
      </w:r>
      <w:r>
        <w:t>patience se kamyabi kis tarah milti hai? keh rahi hain: main ne lockdown ke zamane mein yeh sabak seekha. masha allah, masha allah.</w:t>
      </w:r>
    </w:p>
    <w:p>
      <w:pPr>
        <w:jc w:val="right"/>
      </w:pPr>
      <w:r>
        <w:t>پیشنس سے کامیابی کس طرح ملتی ہے؟ کہہ رہی ہیں: میں نے لاک ڈاؤن کے زمانے میں یہ سبق سیکھا۔ ماشاءاللہ، ماشاءاللہ۔</w:t>
      </w:r>
    </w:p>
    <w:p>
      <w:r>
        <w:rPr>
          <w:b/>
        </w:rPr>
        <w:t xml:space="preserve">[31:00] </w:t>
      </w:r>
      <w:r>
        <w:t>hamare saathi jo hain, kal main ne inquiry ki</w:t>
      </w:r>
    </w:p>
    <w:p>
      <w:pPr>
        <w:jc w:val="right"/>
      </w:pPr>
      <w:r>
        <w:t>ہمارے ساتھی جو ہیں، کل میں نے انکوائری کی</w:t>
      </w:r>
    </w:p>
    <w:p>
      <w:r>
        <w:rPr>
          <w:b/>
        </w:rPr>
        <w:t xml:space="preserve">[31:08] </w:t>
      </w:r>
      <w:r>
        <w:t>to hamare mission mein jo saathi log hain, woh unhon ne socha aur zyada active ho gaye.</w:t>
      </w:r>
    </w:p>
    <w:p>
      <w:pPr>
        <w:jc w:val="right"/>
      </w:pPr>
      <w:r>
        <w:t>تو ہمارے مشن میں جو ساتھی لوگ ہیں، وہ انہوں نے سوچا اور زیادہ ایکٹیو ہو گئے۔</w:t>
      </w:r>
    </w:p>
    <w:p>
      <w:r>
        <w:rPr>
          <w:b/>
        </w:rPr>
        <w:t xml:space="preserve">[31:23] </w:t>
      </w:r>
      <w:r>
        <w:t>lockdown se un ki</w:t>
      </w:r>
    </w:p>
    <w:p>
      <w:pPr>
        <w:jc w:val="right"/>
      </w:pPr>
      <w:r>
        <w:t>لاک ڈاؤن سے ان کی</w:t>
      </w:r>
    </w:p>
    <w:p>
      <w:r>
        <w:rPr>
          <w:b/>
        </w:rPr>
        <w:t xml:space="preserve">[31:25] </w:t>
      </w:r>
      <w:r>
        <w:t>kaam katari kam barh gaya. mujhe bohat khushi hui iman kar ke.</w:t>
      </w:r>
    </w:p>
    <w:p>
      <w:pPr>
        <w:jc w:val="right"/>
      </w:pPr>
      <w:r>
        <w:t>کام کٹاری کم بڑھ گیا۔ مجھے بہت خوشی ہوئی ایمان کر کے۔</w:t>
      </w:r>
    </w:p>
    <w:p>
      <w:r>
        <w:rPr>
          <w:b/>
        </w:rPr>
        <w:t xml:space="preserve">[31:40] </w:t>
      </w:r>
      <w:r>
        <w:t>misal ke taur par dekhiye, kaam jo bazahir band hua, woh printed work ki shakal mein hai.</w:t>
      </w:r>
    </w:p>
    <w:p>
      <w:pPr>
        <w:jc w:val="right"/>
      </w:pPr>
      <w:r>
        <w:t>مثلاً دیکھیے، کام جو بظاہر بند ہوا، وہ پرنٹڈ ورک کی شکل میں ہے۔</w:t>
      </w:r>
    </w:p>
    <w:p>
      <w:r>
        <w:rPr>
          <w:b/>
        </w:rPr>
        <w:t xml:space="preserve">[31:53] </w:t>
      </w:r>
      <w:r>
        <w:t>lekin unhon ne kya kiya? ke online kar diya.</w:t>
      </w:r>
    </w:p>
    <w:p>
      <w:pPr>
        <w:jc w:val="right"/>
      </w:pPr>
      <w:r>
        <w:t>لیکن انہوں نے کیا کیا؟ کہ آن لائن کر دیا۔</w:t>
      </w:r>
    </w:p>
    <w:p>
      <w:r>
        <w:rPr>
          <w:b/>
        </w:rPr>
        <w:t xml:space="preserve">[31:58] </w:t>
      </w:r>
      <w:r>
        <w:t>online.</w:t>
      </w:r>
    </w:p>
    <w:p>
      <w:pPr>
        <w:jc w:val="right"/>
      </w:pPr>
      <w:r>
        <w:t>آن لائن۔</w:t>
      </w:r>
    </w:p>
    <w:p>
      <w:r>
        <w:rPr>
          <w:b/>
        </w:rPr>
        <w:t xml:space="preserve">[32:04] </w:t>
      </w:r>
      <w:r>
        <w:t>to yeh yeh to bohat bari creativity hai, isi ka naam to creativity hai. maulana sahib, syed mujahid hussain shah aap se poochte hain: how can we inculcate patience</w:t>
      </w:r>
    </w:p>
    <w:p>
      <w:pPr>
        <w:jc w:val="right"/>
      </w:pPr>
      <w:r>
        <w:t>تو یہ یہ تو بہت بڑی کریٹیوٹی ہے، اسی کا نام تو کریٹیوٹی ہے۔ مولانا صاحب، سید مجاہد حسین شاہ آپ سے پوچھتے ہیں: how can we inculcate patience</w:t>
      </w:r>
    </w:p>
    <w:p>
      <w:r>
        <w:rPr>
          <w:b/>
        </w:rPr>
        <w:t xml:space="preserve">[32:20] </w:t>
      </w:r>
      <w:r>
        <w:t>in our personalities?</w:t>
      </w:r>
    </w:p>
    <w:p>
      <w:pPr>
        <w:jc w:val="right"/>
      </w:pPr>
      <w:r>
        <w:t>in our personalities?</w:t>
      </w:r>
    </w:p>
    <w:p>
      <w:r>
        <w:rPr>
          <w:b/>
        </w:rPr>
        <w:t xml:space="preserve">[32:23] </w:t>
      </w:r>
      <w:r>
        <w:t>bohat simple tareeqa hai.</w:t>
      </w:r>
    </w:p>
    <w:p>
      <w:pPr>
        <w:jc w:val="right"/>
      </w:pPr>
      <w:r>
        <w:t>بہت سمپل طریقہ ہے۔</w:t>
      </w:r>
    </w:p>
    <w:p>
      <w:r>
        <w:rPr>
          <w:b/>
        </w:rPr>
        <w:t xml:space="preserve">[32:28] </w:t>
      </w:r>
      <w:r>
        <w:t>aap apni zindagi par ghaur kijiye ke jab jab aap ne reaction kiya hai, tab kya mila aap ko? aur jab aap ne</w:t>
      </w:r>
    </w:p>
    <w:p>
      <w:pPr>
        <w:jc w:val="right"/>
      </w:pPr>
      <w:r>
        <w:t>آپ اپنی زندگی پر غور کیجیے کہ جب جب آپ نے ری ایکشن کیا ہے، تب کیا ملا آپ کو؟ اور جب آپ نے</w:t>
      </w:r>
    </w:p>
    <w:p>
      <w:r>
        <w:rPr>
          <w:b/>
        </w:rPr>
        <w:t xml:space="preserve">[32:41] </w:t>
      </w:r>
      <w:r>
        <w:t>patience se kaam liya, tab kya mila aap ko? mujhe yaqeen hai ke aap har misaal jo aap ko yaad hogi, aap khud apni zindagi ki to aap paayenge ke patience kiya to faida hua,</w:t>
      </w:r>
    </w:p>
    <w:p>
      <w:pPr>
        <w:jc w:val="right"/>
      </w:pPr>
      <w:r>
        <w:t>پیشنس سے کام لیا، تب کیا ملا آپ کو؟ مجھے یقین ہے کہ آپ ہر مثال جو آپ کو یاد ہوگی، آپ خود اپنی زندگی کی تو آپ پائیں گے کہ پیشنس کیا تو فائدہ ہوا،</w:t>
      </w:r>
    </w:p>
    <w:p>
      <w:r>
        <w:rPr>
          <w:b/>
        </w:rPr>
        <w:t xml:space="preserve">[32:58] </w:t>
      </w:r>
      <w:r>
        <w:t>aur jab reaction kiya</w:t>
      </w:r>
    </w:p>
    <w:p>
      <w:pPr>
        <w:jc w:val="right"/>
      </w:pPr>
      <w:r>
        <w:t>اور جب ری ایکشن کیا</w:t>
      </w:r>
    </w:p>
    <w:p>
      <w:r>
        <w:rPr>
          <w:b/>
        </w:rPr>
        <w:t xml:space="preserve">[33:00] </w:t>
      </w:r>
      <w:r>
        <w:t>to ulta ho gaya.</w:t>
      </w:r>
    </w:p>
    <w:p>
      <w:pPr>
        <w:jc w:val="right"/>
      </w:pPr>
      <w:r>
        <w:t>تو الٹا ہو گیا۔</w:t>
      </w:r>
    </w:p>
    <w:p>
      <w:r>
        <w:rPr>
          <w:b/>
        </w:rPr>
        <w:t xml:space="preserve">[33:11] </w:t>
      </w:r>
      <w:r>
        <w:t>mahboob bhai bombay se likhte hain: maulana, hum apni khwahishat ko kaise had mein rakhen, is par rehnumai farmayen.</w:t>
      </w:r>
    </w:p>
    <w:p>
      <w:pPr>
        <w:jc w:val="right"/>
      </w:pPr>
      <w:r>
        <w:t>محبوب بھائی بمبئی سے لکھتے ہیں: مولانا، ہم اپنی خواہشات کو کیسے حد میں رکھیں، اس پر رہنمائی فرمائیں۔</w:t>
      </w:r>
    </w:p>
    <w:p>
      <w:r>
        <w:rPr>
          <w:b/>
        </w:rPr>
        <w:t xml:space="preserve">[33:24] </w:t>
      </w:r>
      <w:r>
        <w:t>ab is ke liye ek aasan tartib hai:</w:t>
      </w:r>
    </w:p>
    <w:p>
      <w:pPr>
        <w:jc w:val="right"/>
      </w:pPr>
      <w:r>
        <w:t>اب اس کے لیے ایک آسان ترتیب ہے:</w:t>
      </w:r>
    </w:p>
    <w:p>
      <w:r>
        <w:rPr>
          <w:b/>
        </w:rPr>
        <w:t xml:space="preserve">[33:29] </w:t>
      </w:r>
      <w:r>
        <w:t>aap nafa aur nuqsan ke aitbar se jaanchiye, kis mein nafa zyada hai, kis mein nuqsan zyada hai. bas</w:t>
      </w:r>
    </w:p>
    <w:p>
      <w:pPr>
        <w:jc w:val="right"/>
      </w:pPr>
      <w:r>
        <w:t>آپ نفع اور نقصان کے اعتبار سے جانچیے، کس میں نفع زیادہ ہے، کس میں نقصان زیادہ ہے۔ بس</w:t>
      </w:r>
    </w:p>
    <w:p>
      <w:r>
        <w:rPr>
          <w:b/>
        </w:rPr>
        <w:t xml:space="preserve">[33:44] </w:t>
      </w:r>
      <w:r>
        <w:t>yahi comparison kaafi ho jayega. nafa nuqsan dono dunya o akhirat dono ke lehaz se. haan, dono, dono.</w:t>
      </w:r>
    </w:p>
    <w:p>
      <w:pPr>
        <w:jc w:val="right"/>
      </w:pPr>
      <w:r>
        <w:t>یہی کمپیریزن کافی ہو جائے گا۔ نفع نقصان دونوں دنیا و آخرت دونوں کے لحاظ سے۔ ہاں، دونوں، دونوں۔</w:t>
      </w:r>
    </w:p>
    <w:p>
      <w:r>
        <w:rPr>
          <w:b/>
        </w:rPr>
        <w:t xml:space="preserve">[34:00] </w:t>
      </w:r>
      <w:r>
        <w:t>iftikhar hassan likhte hain: thanks maulana for giving importance to planning. masha allah, masha allah, masha allah.</w:t>
      </w:r>
    </w:p>
    <w:p>
      <w:pPr>
        <w:jc w:val="right"/>
      </w:pPr>
      <w:r>
        <w:t>افتخار حسن لکھتے ہیں: thanks مولانا for giving importance to planning. ماشاءاللہ، ماشاءاللہ، ماشاءاللہ۔</w:t>
      </w:r>
    </w:p>
    <w:p>
      <w:r>
        <w:rPr>
          <w:b/>
        </w:rPr>
        <w:t xml:space="preserve">[34:10] </w:t>
      </w:r>
      <w:r>
        <w:t>Iman dua ka yeh kehna hai ke Maulana sahib, mere samne log mere khilaf baatein karte hain, jhooti jhooti, to hum kaise patience par qaim rahein?</w:t>
      </w:r>
    </w:p>
    <w:p>
      <w:pPr>
        <w:jc w:val="right"/>
      </w:pPr>
      <w:r>
        <w:t>ایمان دعا کا یہ کہنا ہے کہ مولانا صاحب، میرے سامنے لوگ میرے خلاف باتیں کرتے ہیں، جھوٹی جھوٹی، تو ہم کیسے پیشنس پر قائم رہیں؟</w:t>
      </w:r>
    </w:p>
    <w:p>
      <w:r>
        <w:rPr>
          <w:b/>
        </w:rPr>
        <w:t xml:space="preserve">[34:23] </w:t>
      </w:r>
      <w:r>
        <w:t>Hum badr roza, roza karta hoon. Yeh mushkil kya hai? Mushkil kya hai? Sirf sab se aasan kaam hai ke chup ho jaiye, un ke liye dua kijiye.</w:t>
      </w:r>
    </w:p>
    <w:p>
      <w:pPr>
        <w:jc w:val="right"/>
      </w:pPr>
      <w:r>
        <w:t>ہم بدر روزہ، روزہ کرتا ہوں۔ یہ مشکل کیا ہے؟ مشکل کیا ہے؟ صرف سب سے آسان کام ہے کہ چپ ہو جائیے، ان کے لیے دعا کیجیے۔</w:t>
      </w:r>
    </w:p>
    <w:p>
      <w:r>
        <w:rPr>
          <w:b/>
        </w:rPr>
        <w:t xml:space="preserve">[34:39] </w:t>
      </w:r>
      <w:r>
        <w:t>Maulana sahib, to apni ego khatam karna hoga na? Jab ego rahega to ghussa aayega. To kaise? Ghussa kyun aayega bhai? Hum aap ko to ghussa nahi aata.</w:t>
      </w:r>
    </w:p>
    <w:p>
      <w:pPr>
        <w:jc w:val="right"/>
      </w:pPr>
      <w:r>
        <w:t>مولانا صاحب، تو اپنی ایگو ختم کرنا ہوگا نا؟ جب ایگو رہے گا تو غصہ آئے گا۔ تو کیسے؟ غصہ کیوں آئے گا بھئی؟ ہم آپ کو تو غصہ نہیں آتا۔</w:t>
      </w:r>
    </w:p>
    <w:p>
      <w:r>
        <w:rPr>
          <w:b/>
        </w:rPr>
        <w:t xml:space="preserve">[34:51] </w:t>
      </w:r>
      <w:r>
        <w:t>Ghussa kyun bhai? To kyun ghussa nahi aata aap ko? Aap ko ghussa kyun nahi aata?</w:t>
      </w:r>
    </w:p>
    <w:p>
      <w:pPr>
        <w:jc w:val="right"/>
      </w:pPr>
      <w:r>
        <w:t>غصہ کیوں بھئی؟ تو کیوں غصہ نہیں آتا آپ کو؟ آپ کو غصہ کیوں نہیں آتا؟</w:t>
      </w:r>
    </w:p>
    <w:p>
      <w:r>
        <w:rPr>
          <w:b/>
        </w:rPr>
        <w:t xml:space="preserve">[34:58] </w:t>
      </w:r>
      <w:r>
        <w:t>Aise log zinda maujood hain jo aap gawahi denge ke unhone dekha hai ke ghussa nahi hua. Is liye ke bhai, result dekhta hoon.</w:t>
      </w:r>
    </w:p>
    <w:p>
      <w:pPr>
        <w:jc w:val="right"/>
      </w:pPr>
      <w:r>
        <w:t>ایسے لوگ زندہ موجود ہیں جو آپ گواہی دیں گے کہ انہوں نے دیکھا ہے کہ غصہ نہیں ہوا۔ اس لیے کہ بھئی، رزلٹ دیکھتا ہوں۔</w:t>
      </w:r>
    </w:p>
    <w:p>
      <w:r>
        <w:rPr>
          <w:b/>
        </w:rPr>
        <w:t xml:space="preserve">[35:10] </w:t>
      </w:r>
      <w:r>
        <w:t>Result mein cheezon ko janchta hoon. Result se</w:t>
      </w:r>
    </w:p>
    <w:p>
      <w:pPr>
        <w:jc w:val="right"/>
      </w:pPr>
      <w:r>
        <w:t>رزلٹ میں چیزوں کو جانچتا ہوں۔ رزلٹ سے</w:t>
      </w:r>
    </w:p>
    <w:p>
      <w:r>
        <w:rPr>
          <w:b/>
        </w:rPr>
        <w:t xml:space="preserve">[35:15] </w:t>
      </w:r>
      <w:r>
        <w:t>Agar woh ghussa karoon to result kar ke dekha, aur ghussa na karoon to kya result karega? Bas yahi aap bhi kijiye.</w:t>
      </w:r>
    </w:p>
    <w:p>
      <w:pPr>
        <w:jc w:val="right"/>
      </w:pPr>
      <w:r>
        <w:t>اگر وہ غصہ کروں تو رزلٹ کر کے دیکھا، اور غصہ نہ کروں تو کیا رزلٹ کرے گا؟ بس یہی آپ بھی کیجیے۔</w:t>
      </w:r>
    </w:p>
    <w:p>
      <w:r>
        <w:rPr>
          <w:b/>
        </w:rPr>
        <w:t xml:space="preserve">[35:27] </w:t>
      </w:r>
      <w:r>
        <w:t>Ek baar aap ko kisi ne aadha ghante tak bahut zyada bura bhala kaha,</w:t>
      </w:r>
    </w:p>
    <w:p>
      <w:pPr>
        <w:jc w:val="right"/>
      </w:pPr>
      <w:r>
        <w:t>ایک بار آپ کو کسی نے آدھا گھنٹے تک بہت زیادہ برا بھلا کہا،</w:t>
      </w:r>
    </w:p>
    <w:p>
      <w:r>
        <w:rPr>
          <w:b/>
        </w:rPr>
        <w:t xml:space="preserve">[35:31] </w:t>
      </w:r>
      <w:r>
        <w:t>To aap ne is ka kuch bhi jawab nahi diya? Kuch bhi nahi, kuch bhi nahi. Waqea isi kamre mein hua tha, isi kamre mein.</w:t>
      </w:r>
    </w:p>
    <w:p>
      <w:pPr>
        <w:jc w:val="right"/>
      </w:pPr>
      <w:r>
        <w:t>تو آپ نے اس کا کچھ بھی جواب نہیں دیا؟ کچھ بھی نہیں، کچھ بھی نہیں۔ واقعہ اسی کمرے میں ہوا تھا، اسی کمرے میں۔</w:t>
      </w:r>
    </w:p>
    <w:p>
      <w:r>
        <w:rPr>
          <w:b/>
        </w:rPr>
        <w:t xml:space="preserve">[35:41] </w:t>
      </w:r>
      <w:r>
        <w:t>Main ek dum chup tha.</w:t>
      </w:r>
    </w:p>
    <w:p>
      <w:pPr>
        <w:jc w:val="right"/>
      </w:pPr>
      <w:r>
        <w:t>میں ایک دم چپ تھا۔</w:t>
      </w:r>
    </w:p>
    <w:p>
      <w:r>
        <w:rPr>
          <w:b/>
        </w:rPr>
        <w:t xml:space="preserve">[35:46] </w:t>
      </w:r>
      <w:r>
        <w:t>Jab woh khoob bol chuke, khoob bol chuke, tab maine kaha ke theek hai, aap sirf yeh kijiye ke apne walid sahib ko sallis bana lijiyega.</w:t>
      </w:r>
    </w:p>
    <w:p>
      <w:pPr>
        <w:jc w:val="right"/>
      </w:pPr>
      <w:r>
        <w:t>جب وہ خوب بول چکے، خوب بول چکے، تب میں نے کہا کہ ٹھیک ہے، آپ صرف یہ کیجیے کہ اپنے والد صاحب کو ثالث بنا لیجیے۔</w:t>
      </w:r>
    </w:p>
    <w:p>
      <w:r>
        <w:rPr>
          <w:b/>
        </w:rPr>
        <w:t xml:space="preserve">[35:58] </w:t>
      </w:r>
      <w:r>
        <w:t>Sallis jo aap ko kehna hai, aap kahiye.</w:t>
      </w:r>
    </w:p>
    <w:p>
      <w:pPr>
        <w:jc w:val="right"/>
      </w:pPr>
      <w:r>
        <w:t>ثالث جو آپ کو کہنا ہے، آپ کہیے۔</w:t>
      </w:r>
    </w:p>
    <w:p>
      <w:r>
        <w:rPr>
          <w:b/>
        </w:rPr>
        <w:t xml:space="preserve">[36:02] </w:t>
      </w:r>
      <w:r>
        <w:t>Hoon, jo mujhe kehna hoga, woh main kahunga. Jo aap ke walid sahib faisla dein, woh main raazi hoon.</w:t>
      </w:r>
    </w:p>
    <w:p>
      <w:pPr>
        <w:jc w:val="right"/>
      </w:pPr>
      <w:r>
        <w:t>ہوں، جو مجھے کہنا ہوگا، وہ میں کہوں گا۔ جو آپ کے والد صاحب فیصلہ دیں، وہ میں راضی ہوں۔</w:t>
      </w:r>
    </w:p>
    <w:p>
      <w:r>
        <w:rPr>
          <w:b/>
        </w:rPr>
        <w:t xml:space="preserve">[36:14] </w:t>
      </w:r>
      <w:r>
        <w:t>To tayyar nahi hue woh. Un ke walid sahib Hafiz the. Hafiz.</w:t>
      </w:r>
    </w:p>
    <w:p>
      <w:pPr>
        <w:jc w:val="right"/>
      </w:pPr>
      <w:r>
        <w:t>تو تیار نہیں ہوئے وہ۔ ان کے والد صاحب حافظ تھے۔ حافظ۔</w:t>
      </w:r>
    </w:p>
    <w:p>
      <w:r>
        <w:rPr>
          <w:b/>
        </w:rPr>
        <w:t xml:space="preserve">[36:30] </w:t>
      </w:r>
      <w:r>
        <w:t>Mujhe yaad hai, unhone kaha ke woh qaul Allah qaul Rasool aap kahenge to walid sahib mutasir ho jayenge. Haan, unhone kaha tha ke aap qaul Allah qaul Rasool kahenge to</w:t>
      </w:r>
    </w:p>
    <w:p>
      <w:pPr>
        <w:jc w:val="right"/>
      </w:pPr>
      <w:r>
        <w:t>مجھے یاد ہے، انہوں نے کہا کہ وہ قَالَ اللَّهُ قَالَ الرَّسُولُ آپ کہیں گے تو والد صاحب متاثر ہو جائیں گے۔ ہاں، انہوں نے کہا تھا کہ آپ قَالَ اللَّهُ قَالَ الرَّسُولُ کہیں گے تو</w:t>
      </w:r>
    </w:p>
    <w:p>
      <w:r>
        <w:rPr>
          <w:b/>
        </w:rPr>
        <w:t xml:space="preserve">[36:47] </w:t>
      </w:r>
      <w:r>
        <w:t>Mere baap mutasir ho jayenge. Theek hai, phir yeh koi daleel hai? To aap bhi ho jaiye, mutasir ho jaiye.</w:t>
      </w:r>
    </w:p>
    <w:p>
      <w:pPr>
        <w:jc w:val="right"/>
      </w:pPr>
      <w:r>
        <w:t>میرے باپ متاثر ہو جائیں گے۔ ٹھیک ہے، پھر یہ کوئی دلیل ہے؟ تو آپ بھی ہو جائیے، متاثر ہو جائیے۔</w:t>
      </w:r>
    </w:p>
    <w:p>
      <w:r>
        <w:rPr>
          <w:b/>
        </w:rPr>
        <w:t xml:space="preserve">[37:09] </w:t>
      </w:r>
      <w:r>
        <w:t>Salamatullah Nadvi likhte hain: Dil mein raqat o narmi kaise paida karein? Bombay se.</w:t>
      </w:r>
    </w:p>
    <w:p>
      <w:pPr>
        <w:jc w:val="right"/>
      </w:pPr>
      <w:r>
        <w:t>سلامت اللہ ندوی لکھتے ہیں: دل میں رقت و نرمی کیسے پیدا کریں؟ بمبئی سے۔</w:t>
      </w:r>
    </w:p>
    <w:p>
      <w:r>
        <w:rPr>
          <w:b/>
        </w:rPr>
        <w:t xml:space="preserve">[37:17] </w:t>
      </w:r>
      <w:r>
        <w:t>Har har is duniya mein har mushahida Allah ki</w:t>
      </w:r>
    </w:p>
    <w:p>
      <w:pPr>
        <w:jc w:val="right"/>
      </w:pPr>
      <w:r>
        <w:t>ہر ہر اس دنیا میں ہر مشاہدہ اللہ کی</w:t>
      </w:r>
    </w:p>
    <w:p>
      <w:r>
        <w:rPr>
          <w:b/>
        </w:rPr>
        <w:t xml:space="preserve">[37:27] </w:t>
      </w:r>
      <w:r>
        <w:t>Ki taraf kamaal ka mushahida hai. Chaahe aap suraj ko dekhein, chand ko dekhein, kehkeshan ko dekhein, har cheez mein Allah ki barai hai.</w:t>
      </w:r>
    </w:p>
    <w:p>
      <w:pPr>
        <w:jc w:val="right"/>
      </w:pPr>
      <w:r>
        <w:t>کی طرف کمال کا مشاہدہ ہے۔ چاہے آپ سورج کو دیکھیں، چاند کو دیکھیں، کہکشاں کو دیکھیں، ہر چیز میں اللہ کی بڑائی ہے۔</w:t>
      </w:r>
    </w:p>
    <w:p>
      <w:r>
        <w:rPr>
          <w:b/>
        </w:rPr>
        <w:t xml:space="preserve">[37:38] </w:t>
      </w:r>
      <w:r>
        <w:t>Allah ki barai to jab aap Allah ki barai mein jiyenge</w:t>
      </w:r>
    </w:p>
    <w:p>
      <w:pPr>
        <w:jc w:val="right"/>
      </w:pPr>
      <w:r>
        <w:t>اللہ کی بڑائی تو جب آپ اللہ کی بڑائی میں جئیں گے</w:t>
      </w:r>
    </w:p>
    <w:p>
      <w:r>
        <w:rPr>
          <w:b/>
        </w:rPr>
        <w:t xml:space="preserve">[37:44] </w:t>
      </w:r>
      <w:r>
        <w:t>To yahi hoga</w:t>
      </w:r>
    </w:p>
    <w:p>
      <w:pPr>
        <w:jc w:val="right"/>
      </w:pPr>
      <w:r>
        <w:t>تو یہی ہوگا</w:t>
      </w:r>
    </w:p>
    <w:p>
      <w:r>
        <w:rPr>
          <w:b/>
        </w:rPr>
        <w:t xml:space="preserve">[37:49] </w:t>
      </w:r>
      <w:r>
        <w:t>Ke aap ke andar modesty aayegi.</w:t>
      </w:r>
    </w:p>
    <w:p>
      <w:pPr>
        <w:jc w:val="right"/>
      </w:pPr>
      <w:r>
        <w:t>کہ آپ کے اندر modesty آئے گی۔</w:t>
      </w:r>
    </w:p>
    <w:p>
      <w:r>
        <w:rPr>
          <w:b/>
        </w:rPr>
        <w:t xml:space="preserve">[37:57] </w:t>
      </w:r>
      <w:r>
        <w:t>Log Allah ki barai ko bhool jaate hain, is liye yeh sab hota hai.</w:t>
      </w:r>
    </w:p>
    <w:p>
      <w:pPr>
        <w:jc w:val="right"/>
      </w:pPr>
      <w:r>
        <w:t>لوگ اللہ کی بڑائی کو بھول جاتے ہیں، اس لیے یہ سب ہوتا ہے۔</w:t>
      </w:r>
    </w:p>
    <w:p>
      <w:r>
        <w:rPr>
          <w:b/>
        </w:rPr>
        <w:t xml:space="preserve">[38:07] </w:t>
      </w:r>
      <w:r>
        <w:t>Muhammad Ammar ne Delhi se likha hai: Yeh Quran ki verse hai. God is indeed with the patient.</w:t>
      </w:r>
    </w:p>
    <w:p>
      <w:pPr>
        <w:jc w:val="right"/>
      </w:pPr>
      <w:r>
        <w:t>محمد عمار نے دہلی سے لکھا ہے: یہ قرآن کی ورث ہے۔ God is indeed with the patient.</w:t>
      </w:r>
    </w:p>
    <w:p>
      <w:r>
        <w:rPr>
          <w:b/>
        </w:rPr>
        <w:t xml:space="preserve">[38:17] </w:t>
      </w:r>
      <w:r>
        <w:t>To this verse of the Quran has been very creatively explained by you, Maulana.</w:t>
      </w:r>
    </w:p>
    <w:p>
      <w:pPr>
        <w:jc w:val="right"/>
      </w:pPr>
      <w:r>
        <w:t>تو this verse of the Quran has been very creatively explained by you, مولانا.</w:t>
      </w:r>
    </w:p>
    <w:p>
      <w:r>
        <w:rPr>
          <w:b/>
        </w:rPr>
        <w:t xml:space="preserve">[38:24] </w:t>
      </w:r>
      <w:r>
        <w:t>Thanks for teaching us its true essence. mashallah. tahir islam ne comment kiya hai ke Maulana sahib, aap ki awaz dil ko lagti hai aur samajh aa jati hai, bohat achhe tareeqe se.</w:t>
      </w:r>
    </w:p>
    <w:p>
      <w:pPr>
        <w:jc w:val="right"/>
      </w:pPr>
      <w:r>
        <w:t>Thanks for teaching us its true essence. ماشاءاللہ. طاہر اسلام نے کمنٹ کیا ہے کہ مولانا صاحب، آپ کی آواز دل کو لگتی ہے اور سمجھ آ جاتی ہے، بہت اچھے طریقے سے۔</w:t>
      </w:r>
    </w:p>
    <w:p>
      <w:r>
        <w:rPr>
          <w:b/>
        </w:rPr>
        <w:t xml:space="preserve">[38:41] </w:t>
      </w:r>
      <w:r>
        <w:t>waqai? mashallah. jazakumullah.</w:t>
      </w:r>
    </w:p>
    <w:p>
      <w:pPr>
        <w:jc w:val="right"/>
      </w:pPr>
      <w:r>
        <w:t>واقعی؟ ماشاءاللہ. جزاکم اللہ.</w:t>
      </w:r>
    </w:p>
    <w:p>
      <w:r>
        <w:rPr>
          <w:b/>
        </w:rPr>
        <w:t xml:space="preserve">[38:52] </w:t>
      </w:r>
      <w:r>
        <w:t>Maulana farhad ahmed likhte hain:</w:t>
      </w:r>
    </w:p>
    <w:p>
      <w:pPr>
        <w:jc w:val="right"/>
      </w:pPr>
      <w:r>
        <w:t>مولانا فرہاد احمد لکھتے ہیں:</w:t>
      </w:r>
    </w:p>
    <w:p>
      <w:r>
        <w:rPr>
          <w:b/>
        </w:rPr>
        <w:t xml:space="preserve">[38:57] </w:t>
      </w:r>
      <w:r>
        <w:t>Maulana sahib, aap ko hamesha discourage kiya gaya. is ke bawajood aap ne poori taqat ke sath haq ka ailan kiya,</w:t>
      </w:r>
    </w:p>
    <w:p>
      <w:pPr>
        <w:jc w:val="right"/>
      </w:pPr>
      <w:r>
        <w:t>مولانا صاحب، آپ کو ہمیشہ discourage کیا گیا۔ اس کے باوجود آپ نے پوری طاقت کے ساتھ حق کا اعلان کیا،</w:t>
      </w:r>
    </w:p>
    <w:p>
      <w:r>
        <w:rPr>
          <w:b/>
        </w:rPr>
        <w:t xml:space="preserve">[39:11] </w:t>
      </w:r>
      <w:r>
        <w:t>aur is old age mein bhi kar rahe hain.</w:t>
      </w:r>
    </w:p>
    <w:p>
      <w:pPr>
        <w:jc w:val="right"/>
      </w:pPr>
      <w:r>
        <w:t>اور اس old age میں بھی کر رہے ہیں۔</w:t>
      </w:r>
    </w:p>
    <w:p>
      <w:r>
        <w:rPr>
          <w:b/>
        </w:rPr>
        <w:t xml:space="preserve">[39:15] </w:t>
      </w:r>
      <w:r>
        <w:t>aakhir kya cheez aap ko aisa karne par ubharti hai? sirf Allah ki madad, bas.</w:t>
      </w:r>
    </w:p>
    <w:p>
      <w:pPr>
        <w:jc w:val="right"/>
      </w:pPr>
      <w:r>
        <w:t>آخر کیا چیز آپ کو ایسا کرنے پر ابھارتی ہے؟ صرف اللہ کی مدد، بس۔</w:t>
      </w:r>
    </w:p>
    <w:p>
      <w:r>
        <w:rPr>
          <w:b/>
        </w:rPr>
        <w:t xml:space="preserve">[39:27] </w:t>
      </w:r>
      <w:r>
        <w:t>Allah par bharosa, aur kuch nahin.</w:t>
      </w:r>
    </w:p>
    <w:p>
      <w:pPr>
        <w:jc w:val="right"/>
      </w:pPr>
      <w:r>
        <w:t>اللہ پر بھروسہ، اور کچھ نہیں۔</w:t>
      </w:r>
    </w:p>
    <w:p>
      <w:r>
        <w:rPr>
          <w:b/>
        </w:rPr>
        <w:t xml:space="preserve">[39:33] </w:t>
      </w:r>
      <w:r>
        <w:t>Maulana sahib, ans malik likhte hain: Maulana sahib, hadith mein kufra buwah samajh nahin aaya.</w:t>
      </w:r>
    </w:p>
    <w:p>
      <w:pPr>
        <w:jc w:val="right"/>
      </w:pPr>
      <w:r>
        <w:t>مولانا صاحب، انس ملک لکھتے ہیں: مولانا صاحب، حدیث میں کفرا بواہ سمجھ نہیں آیا۔</w:t>
      </w:r>
    </w:p>
    <w:p>
      <w:r>
        <w:rPr>
          <w:b/>
        </w:rPr>
        <w:t xml:space="preserve">[39:43] </w:t>
      </w:r>
      <w:r>
        <w:t>hain? kufra buwah se kya murad hai? ala anta kufra buwah kufra buwah</w:t>
      </w:r>
    </w:p>
    <w:p>
      <w:pPr>
        <w:jc w:val="right"/>
      </w:pPr>
      <w:r>
        <w:t>ہیں؟ کفرا بواہ سے کیا مراد ہے؟ الا انت کفرا بواہ کفرا بواہ</w:t>
      </w:r>
    </w:p>
    <w:p>
      <w:r>
        <w:rPr>
          <w:b/>
        </w:rPr>
        <w:t xml:space="preserve">[39:52] </w:t>
      </w:r>
      <w:r>
        <w:t>se kya murad hai? kuch log is se hukumat ke khilaf khurooj karne ka jawaz nikalte hain. yeh bilkul jhooti baat hai.</w:t>
      </w:r>
    </w:p>
    <w:p>
      <w:pPr>
        <w:jc w:val="right"/>
      </w:pPr>
      <w:r>
        <w:t>سے کیا مراد ہے؟ کچھ لوگ اس سے حکومت کے خلاف خروج کرنے کا جواز نکالتے ہیں۔ یہ بالکل جھوٹی بات ہے۔</w:t>
      </w:r>
    </w:p>
    <w:p>
      <w:r>
        <w:rPr>
          <w:b/>
        </w:rPr>
        <w:t xml:space="preserve">[40:02] </w:t>
      </w:r>
      <w:r>
        <w:t>is ka taluq kuch bhi hukumat se, siyasat se nahin hai. ala anta kufra buwah</w:t>
      </w:r>
    </w:p>
    <w:p>
      <w:pPr>
        <w:jc w:val="right"/>
      </w:pPr>
      <w:r>
        <w:t>اس کا تعلق کچھ بھی حکومت سے، سیاست سے نہیں ہے۔ الا انت کفرا بواہ</w:t>
      </w:r>
    </w:p>
    <w:p>
      <w:r>
        <w:rPr>
          <w:b/>
        </w:rPr>
        <w:t xml:space="preserve">[40:10] </w:t>
      </w:r>
      <w:r>
        <w:t>yeh hadith is mein hai ke government ke khilaf khurooj bilkul haram hai.</w:t>
      </w:r>
    </w:p>
    <w:p>
      <w:pPr>
        <w:jc w:val="right"/>
      </w:pPr>
      <w:r>
        <w:t>یہ حدیث اس میں ہے کہ government کے خلاف خروج بالکل حرام ہے۔</w:t>
      </w:r>
    </w:p>
    <w:p>
      <w:r>
        <w:rPr>
          <w:b/>
        </w:rPr>
        <w:t xml:space="preserve">[40:19] </w:t>
      </w:r>
      <w:r>
        <w:t>Ulama ka fatwa hai: government ke khilaf khurooj. ala anta kufra buwah ala yeh ke tum dekho kufr buwah.</w:t>
      </w:r>
    </w:p>
    <w:p>
      <w:pPr>
        <w:jc w:val="right"/>
      </w:pPr>
      <w:r>
        <w:t>علماء کا فتویٰ ہے: government کے خلاف خروج۔ الا انت کفرا بواہ الا یہ کہ تم دیکھو کفر بواہ۔</w:t>
      </w:r>
    </w:p>
    <w:p>
      <w:r>
        <w:rPr>
          <w:b/>
        </w:rPr>
        <w:t xml:space="preserve">[40:34] </w:t>
      </w:r>
      <w:r>
        <w:t>to kufr buwah to kabhi dekha hai, dekhne ki baat hai hi nahin.</w:t>
      </w:r>
    </w:p>
    <w:p>
      <w:pPr>
        <w:jc w:val="right"/>
      </w:pPr>
      <w:r>
        <w:t>تو کفر بواہ تو کبھی دیکھا ہے، دیکھنے کی بات ہے ہی نہیں۔</w:t>
      </w:r>
    </w:p>
    <w:p>
      <w:r>
        <w:rPr>
          <w:b/>
        </w:rPr>
        <w:t xml:space="preserve">[40:44] </w:t>
      </w:r>
      <w:r>
        <w:t>is hadith se ulta matlab nikala hai aap logon ne.</w:t>
      </w:r>
    </w:p>
    <w:p>
      <w:pPr>
        <w:jc w:val="right"/>
      </w:pPr>
      <w:r>
        <w:t>اس حدیث سے الٹا مطلب نکالا ہے آپ لوگوں نے۔</w:t>
      </w:r>
    </w:p>
    <w:p>
      <w:r>
        <w:rPr>
          <w:b/>
        </w:rPr>
        <w:t xml:space="preserve">[40:51] </w:t>
      </w:r>
      <w:r>
        <w:t>ala anta kufra buwah</w:t>
      </w:r>
    </w:p>
    <w:p>
      <w:pPr>
        <w:jc w:val="right"/>
      </w:pPr>
      <w:r>
        <w:t>الا انت کفرا بواہ</w:t>
      </w:r>
    </w:p>
    <w:p>
      <w:r>
        <w:rPr>
          <w:b/>
        </w:rPr>
        <w:t xml:space="preserve">[41:01] </w:t>
      </w:r>
      <w:r>
        <w:t>Talha shafiq chaudhry likhte hain: comment hai Maulana sahib: I just love your arguments.</w:t>
      </w:r>
    </w:p>
    <w:p>
      <w:pPr>
        <w:jc w:val="right"/>
      </w:pPr>
      <w:r>
        <w:t>طلحہ شفیق چوہدری لکھتے ہیں: کمنٹ ہے مولانا صاحب: I just love your arguments.</w:t>
      </w:r>
    </w:p>
    <w:p>
      <w:r>
        <w:rPr>
          <w:b/>
        </w:rPr>
        <w:t xml:space="preserve">[41:10] </w:t>
      </w:r>
      <w:r>
        <w:t>May Allah be with you. mashallah.</w:t>
      </w:r>
    </w:p>
    <w:p>
      <w:pPr>
        <w:jc w:val="right"/>
      </w:pPr>
      <w:r>
        <w:t>May Allah be with you. ماشاءاللہ.</w:t>
      </w:r>
    </w:p>
    <w:p>
      <w:r>
        <w:rPr>
          <w:b/>
        </w:rPr>
        <w:t xml:space="preserve">[41:15] </w:t>
      </w:r>
      <w:r>
        <w:t>Navdeep kapoor ka yeh sawal hai: how does a person know that one's planning is correct</w:t>
      </w:r>
    </w:p>
    <w:p>
      <w:pPr>
        <w:jc w:val="right"/>
      </w:pPr>
      <w:r>
        <w:t>نویدیب کپور کا یہ سوال ہے: how does a person know that one's planning is correct</w:t>
      </w:r>
    </w:p>
    <w:p>
      <w:r>
        <w:rPr>
          <w:b/>
        </w:rPr>
        <w:t xml:space="preserve">[41:25] </w:t>
      </w:r>
      <w:r>
        <w:t>? dekhiye, bohat hi aasan hai.</w:t>
      </w:r>
    </w:p>
    <w:p>
      <w:pPr>
        <w:jc w:val="right"/>
      </w:pPr>
      <w:r>
        <w:t>? دیکھیے، بہت ہی آسان ہے۔</w:t>
      </w:r>
    </w:p>
    <w:p>
      <w:r>
        <w:rPr>
          <w:b/>
        </w:rPr>
        <w:t xml:space="preserve">[41:30] </w:t>
      </w:r>
      <w:r>
        <w:t>emotional aap na hon, patience par qaim rahen. to purani sahih yeh hoti hai:</w:t>
      </w:r>
    </w:p>
    <w:p>
      <w:pPr>
        <w:jc w:val="right"/>
      </w:pPr>
      <w:r>
        <w:t>emotional آپ نہ ہوں، patience پر قائم رہیں۔ تو پرانی صحیح یہ ہوتی ہے:</w:t>
      </w:r>
    </w:p>
    <w:p>
      <w:r>
        <w:rPr>
          <w:b/>
        </w:rPr>
        <w:t xml:space="preserve">[41:42] </w:t>
      </w:r>
      <w:r>
        <w:t>hamesha patience par qaim rahiye, kabhi emotional na ho jaiye.</w:t>
      </w:r>
    </w:p>
    <w:p>
      <w:pPr>
        <w:jc w:val="right"/>
      </w:pPr>
      <w:r>
        <w:t>ہمیشہ patience پر قائم رہیے، کبھی emotional نہ ہو جائیے۔</w:t>
      </w:r>
    </w:p>
    <w:p>
      <w:r>
        <w:rPr>
          <w:b/>
        </w:rPr>
        <w:t xml:space="preserve">[41:53] </w:t>
      </w:r>
      <w:r>
        <w:t>to sab sab theek rehta hai.</w:t>
      </w:r>
    </w:p>
    <w:p>
      <w:pPr>
        <w:jc w:val="right"/>
      </w:pPr>
      <w:r>
        <w:t>تو سب سب ٹھیک رہتا ہے۔</w:t>
      </w:r>
    </w:p>
    <w:p>
      <w:r>
        <w:rPr>
          <w:b/>
        </w:rPr>
        <w:t xml:space="preserve">[42:02] </w:t>
      </w:r>
      <w:r>
        <w:t>Muhammad noor ul haq likhte hain: ghusse ko kaise control kiya jaye? ek hain, ghusse ko kaise control kiya jaye?</w:t>
      </w:r>
    </w:p>
    <w:p>
      <w:pPr>
        <w:jc w:val="right"/>
      </w:pPr>
      <w:r>
        <w:t>محمد نور الحق لکھتے ہیں: غصے کو کیسے کنٹرول کیا جائے؟ ایک ہیں، غصے کو کیسے کنٹرول کیا جائے؟</w:t>
      </w:r>
    </w:p>
    <w:p>
      <w:r>
        <w:rPr>
          <w:b/>
        </w:rPr>
        <w:t xml:space="preserve">[42:13] </w:t>
      </w:r>
      <w:r>
        <w:t>ek bar phir bata dein, mujhe is ki bohat zaroorat hai.</w:t>
      </w:r>
    </w:p>
    <w:p>
      <w:pPr>
        <w:jc w:val="right"/>
      </w:pPr>
      <w:r>
        <w:t>ایک بار پھر بتا دیں، مجھے اس کی بہت ضرورت ہے۔</w:t>
      </w:r>
    </w:p>
    <w:p>
      <w:r>
        <w:rPr>
          <w:b/>
        </w:rPr>
        <w:t xml:space="preserve">[42:20] </w:t>
      </w:r>
      <w:r>
        <w:t>sirf ek kaam, result ko dekhiye. you have to see the result result ko dekhiye.</w:t>
      </w:r>
    </w:p>
    <w:p>
      <w:pPr>
        <w:jc w:val="right"/>
      </w:pPr>
      <w:r>
        <w:t>صرف ایک کام، رزلٹ کو دیکھیے۔ you have to see the result رزلٹ کو دیکھیے۔</w:t>
      </w:r>
    </w:p>
    <w:p>
      <w:r>
        <w:rPr>
          <w:b/>
        </w:rPr>
        <w:t xml:space="preserve">[42:31] </w:t>
      </w:r>
      <w:r>
        <w:t>kyunke ghusse ka result hamesha ulta hota hai.</w:t>
      </w:r>
    </w:p>
    <w:p>
      <w:pPr>
        <w:jc w:val="right"/>
      </w:pPr>
      <w:r>
        <w:t>کیونکہ غصے کا رزلٹ ہمیشہ الٹا ہوتا ہے۔</w:t>
      </w:r>
    </w:p>
    <w:p>
      <w:r>
        <w:rPr>
          <w:b/>
        </w:rPr>
        <w:t xml:space="preserve">[42:41] </w:t>
      </w:r>
      <w:r>
        <w:t>patience ka result hamesha acha hota hai. jitne bhi waqiat aap ko yaad aayen, sab sab ka</w:t>
      </w:r>
    </w:p>
    <w:p>
      <w:pPr>
        <w:jc w:val="right"/>
      </w:pPr>
      <w:r>
        <w:t>patience کا رزلٹ ہمیشہ اچھا ہوتا ہے۔ جتنے بھی واقعات آپ کو یاد آئیں، سب سب کا</w:t>
      </w:r>
    </w:p>
    <w:p>
      <w:r>
        <w:rPr>
          <w:b/>
        </w:rPr>
        <w:t xml:space="preserve">[42:51] </w:t>
      </w:r>
      <w:r>
        <w:t>janchiye, dekhiye. kabhi bhi ghusse ka result acha nahi aayega.</w:t>
      </w:r>
    </w:p>
    <w:p>
      <w:pPr>
        <w:jc w:val="right"/>
      </w:pPr>
      <w:r>
        <w:t>جانچیے، دیکھیے۔ کبھی بھی غصے کا رزلٹ اچھا نہیں آئے گا۔</w:t>
      </w:r>
    </w:p>
    <w:p>
      <w:r>
        <w:rPr>
          <w:b/>
        </w:rPr>
        <w:t xml:space="preserve">[42:58] </w:t>
      </w:r>
      <w:r>
        <w:t>hamesha patience ka result hamesha acha aayega. to you have to see the result.</w:t>
      </w:r>
    </w:p>
    <w:p>
      <w:pPr>
        <w:jc w:val="right"/>
      </w:pPr>
      <w:r>
        <w:t>ہمیشہ patience کا رزلٹ ہمیشہ اچھا آئے گا۔ تو you have to see the result.</w:t>
      </w:r>
    </w:p>
    <w:p>
      <w:r>
        <w:rPr>
          <w:b/>
        </w:rPr>
        <w:t xml:space="preserve">[43:12] </w:t>
      </w:r>
      <w:r>
        <w:t>doctor naghma siddiqui likhti hain: maulana, I feel anger does occur, but we have not to allow it to flare up and keep silent.</w:t>
      </w:r>
    </w:p>
    <w:p>
      <w:pPr>
        <w:jc w:val="right"/>
      </w:pPr>
      <w:r>
        <w:t>ڈاکٹر نغمہ صدیقی لکھتی ہیں: مولانا، I feel anger does occur, but we have not to allow it to flare up and keep silent.</w:t>
      </w:r>
    </w:p>
    <w:p>
      <w:r>
        <w:rPr>
          <w:b/>
        </w:rPr>
        <w:t xml:space="preserve">[43:27] </w:t>
      </w:r>
      <w:r>
        <w:t>theek hai, sahi hai,</w:t>
      </w:r>
    </w:p>
    <w:p>
      <w:pPr>
        <w:jc w:val="right"/>
      </w:pPr>
      <w:r>
        <w:t>ٹھیک ہے، صحیح ہے،</w:t>
      </w:r>
    </w:p>
    <w:p>
      <w:r>
        <w:rPr>
          <w:b/>
        </w:rPr>
        <w:t xml:space="preserve">[43:29] </w:t>
      </w:r>
      <w:r>
        <w:t>sahi baat hai.</w:t>
      </w:r>
    </w:p>
    <w:p>
      <w:pPr>
        <w:jc w:val="right"/>
      </w:pPr>
      <w:r>
        <w:t>صحیح بات ہے۔</w:t>
      </w:r>
    </w:p>
    <w:p>
      <w:r>
        <w:rPr>
          <w:b/>
        </w:rPr>
        <w:t xml:space="preserve">[43:37] </w:t>
      </w:r>
      <w:r>
        <w:t>zahid khan ne aap se poocha hai: maulana, atheist ke sath kaisa ravaiyya rakhna chahiye?</w:t>
      </w:r>
    </w:p>
    <w:p>
      <w:pPr>
        <w:jc w:val="right"/>
      </w:pPr>
      <w:r>
        <w:t>زاہد خان نے آپ سے پوچھا ہے: مولانا، ایتھیسٹ کے ساتھ کیسا رویہ رکھنا چاہیے؟</w:t>
      </w:r>
    </w:p>
    <w:p>
      <w:r>
        <w:rPr>
          <w:b/>
        </w:rPr>
        <w:t xml:space="preserve">[43:46] </w:t>
      </w:r>
      <w:r>
        <w:t>hain, atheist ke sath kaisa ravaiyya rakhna chahiye? bohat acha. hum to</w:t>
      </w:r>
    </w:p>
    <w:p>
      <w:pPr>
        <w:jc w:val="right"/>
      </w:pPr>
      <w:r>
        <w:t>ہیں، ایتھیسٹ کے ساتھ کیسا رویہ رکھنا چاہیے؟ بہت اچھا۔ ہم تو</w:t>
      </w:r>
    </w:p>
    <w:p>
      <w:r>
        <w:rPr>
          <w:b/>
        </w:rPr>
        <w:t xml:space="preserve">[43:54] </w:t>
      </w:r>
      <w:r>
        <w:t>zindagi mein bar bar hamari zindagi mein is ki misalen hain, aur chupa hua hai sab. aur aur sara jumla mein ne parhi hai.</w:t>
      </w:r>
    </w:p>
    <w:p>
      <w:pPr>
        <w:jc w:val="right"/>
      </w:pPr>
      <w:r>
        <w:t>زندگی میں بار بار ہماری زندگی میں اس کی مثالیں ہیں، اور چھپا ہوا ہے سب۔ اور اور سارا جملہ میں نے پڑھی ہے۔</w:t>
      </w:r>
    </w:p>
    <w:p>
      <w:r>
        <w:rPr>
          <w:b/>
        </w:rPr>
        <w:t xml:space="preserve">[44:10] </w:t>
      </w:r>
      <w:r>
        <w:t>jadi guftaguain mein ne ki hain 38 logon se, wo bohat hi kamyab guftaguain theen.</w:t>
      </w:r>
    </w:p>
    <w:p>
      <w:pPr>
        <w:jc w:val="right"/>
      </w:pPr>
      <w:r>
        <w:t>جدی گفتگوئیں میں نے کی ہیں 38 لوگوں سے، وہ بہت ہی کامیاب گفتگوئیں تھیں۔</w:t>
      </w:r>
    </w:p>
    <w:p>
      <w:r>
        <w:rPr>
          <w:b/>
        </w:rPr>
        <w:t xml:space="preserve">[44:25] </w:t>
      </w:r>
      <w:r>
        <w:t>is ke baad aa jaye ke mein kabhi bharkta nahi, mein ghussa nahi hota, kabhi negative nahi hota.</w:t>
      </w:r>
    </w:p>
    <w:p>
      <w:pPr>
        <w:jc w:val="right"/>
      </w:pPr>
      <w:r>
        <w:t>اس کے بعد آ جائے کہ میں کبھی بھڑکتا نہیں، میں غصہ نہیں ہوتا، کبھی negative نہیں ہوتا۔</w:t>
      </w:r>
    </w:p>
    <w:p>
      <w:r>
        <w:rPr>
          <w:b/>
        </w:rPr>
        <w:t xml:space="preserve">[44:35] </w:t>
      </w:r>
      <w:r>
        <w:t>bas yeh tay kijiye. to aap ka jo maqsad hota hai, wo yeh hai ke har ek se learning ki jaye.</w:t>
      </w:r>
    </w:p>
    <w:p>
      <w:pPr>
        <w:jc w:val="right"/>
      </w:pPr>
      <w:r>
        <w:t>بس یہ طے کیجیے۔ تو آپ کا جو مقصد ہوتا ہے، وہ یہ ہے کہ ہر ایک سے learning کی جائے۔</w:t>
      </w:r>
    </w:p>
    <w:p>
      <w:r>
        <w:rPr>
          <w:b/>
        </w:rPr>
        <w:t xml:space="preserve">[44:43] </w:t>
      </w:r>
      <w:r>
        <w:t>to learning to kisi se bhi ho sakti hai. jaise ek bar aap ne bataya tha ke kisi atheist ne kaha ke agar Muhammad ko tareekh se nikal diya jaye to tareekh mein kya kami reh jaye gi?</w:t>
      </w:r>
    </w:p>
    <w:p>
      <w:pPr>
        <w:jc w:val="right"/>
      </w:pPr>
      <w:r>
        <w:t>تو learning تو کسی سے بھی ہو سکتی ہے۔ جیسے ایک بار آپ نے بتایا تھا کہ کسی ایتھیسٹ نے کہا کہ اگر محمد کو تاریخ سے نکال دیا جائے تو تاریخ میں کیا کمی رہ جائے گی؟</w:t>
      </w:r>
    </w:p>
    <w:p>
      <w:r>
        <w:rPr>
          <w:b/>
        </w:rPr>
        <w:t xml:space="preserve">[44:56] </w:t>
      </w:r>
      <w:r>
        <w:t>to aap ko is se bohat bari learning ho gayi. is par thora sa bata dijiye.</w:t>
      </w:r>
    </w:p>
    <w:p>
      <w:pPr>
        <w:jc w:val="right"/>
      </w:pPr>
      <w:r>
        <w:t>تو آپ کو اس سے بہت بڑی learning ہو گئی۔ اس پر تھوڑا سا بتا دیجیے۔</w:t>
      </w:r>
    </w:p>
    <w:p>
      <w:r>
        <w:rPr>
          <w:b/>
        </w:rPr>
        <w:t xml:space="preserve">[45:03] </w:t>
      </w:r>
      <w:r>
        <w:t>yeh waqia likhna hua hai. mein aik zamanay mein likhna hoon rehta tha. aik aik nojawan wahan rehte thay, to wo khud liberal qism ke thay.</w:t>
      </w:r>
    </w:p>
    <w:p>
      <w:pPr>
        <w:jc w:val="right"/>
      </w:pPr>
      <w:r>
        <w:t>یہ واقعہ لکھنا ہوا ہے۔ میں ایک زمانے میں لکھنا ہوں رہتا تھا۔ ایک ایک نوجوان وہاں رہتے تھے، تو وہ خود liberal قسم کے تھے۔</w:t>
      </w:r>
    </w:p>
    <w:p>
      <w:r>
        <w:rPr>
          <w:b/>
        </w:rPr>
        <w:t xml:space="preserve">[45:14] </w:t>
      </w:r>
      <w:r>
        <w:t>liberal to aik wahan par aik thay,</w:t>
      </w:r>
    </w:p>
    <w:p>
      <w:pPr>
        <w:jc w:val="right"/>
      </w:pPr>
      <w:r>
        <w:t>liberal تو ایک وہاں پر ایک تھے،</w:t>
      </w:r>
    </w:p>
    <w:p>
      <w:r>
        <w:rPr>
          <w:b/>
        </w:rPr>
        <w:t xml:space="preserve">[45:20] </w:t>
      </w:r>
      <w:r>
        <w:t>un se bohat milne julna hota tha un ka.</w:t>
      </w:r>
    </w:p>
    <w:p>
      <w:pPr>
        <w:jc w:val="right"/>
      </w:pPr>
      <w:r>
        <w:t>ان سے بہت ملنے جلنا ہوتا تھا ان کا۔</w:t>
      </w:r>
    </w:p>
    <w:p>
      <w:r>
        <w:rPr>
          <w:b/>
        </w:rPr>
        <w:t xml:space="preserve">[45:27] </w:t>
      </w:r>
      <w:r>
        <w:t>to wo bhi liberal thay. un ka aik halqa tha liberal logon ka. to is ko le gaye wo aik marwan. to aik liberal jo bara aik aadmi tha,</w:t>
      </w:r>
    </w:p>
    <w:p>
      <w:pPr>
        <w:jc w:val="right"/>
      </w:pPr>
      <w:r>
        <w:t>تو وہ بھی liberal تھے۔ ان کا ایک حلقہ تھا liberal لوگوں کا۔ تو اس کو لے گئے وہ ایک مروان۔ تو ایک liberal جو بڑا ایک آدمی تھا،</w:t>
      </w:r>
    </w:p>
    <w:p>
      <w:r>
        <w:rPr>
          <w:b/>
        </w:rPr>
        <w:t xml:space="preserve">[45:41] </w:t>
      </w:r>
      <w:r>
        <w:t>wo is ko dekh kar kehte hain: "wo</w:t>
      </w:r>
    </w:p>
    <w:p>
      <w:pPr>
        <w:jc w:val="right"/>
      </w:pPr>
      <w:r>
        <w:t>وہ اس کو دیکھ کر کہتے ہیں: "وہ</w:t>
      </w:r>
    </w:p>
    <w:p>
      <w:r>
        <w:rPr>
          <w:b/>
        </w:rPr>
        <w:t xml:space="preserve">[45:46] </w:t>
      </w:r>
      <w:r>
        <w:t>ke molvi sahib, aisi kaha is ne. molvi sahib, agar Muhammad ko tareekh se nikal diya jaye, agar Muhammad ko history se nikal diya jaye to history mein kya kami reh jaye gi?"</w:t>
      </w:r>
    </w:p>
    <w:p>
      <w:pPr>
        <w:jc w:val="right"/>
      </w:pPr>
      <w:r>
        <w:t>کہ مولوی صاحب، ایسی کہا اس نے۔ مولوی صاحب، اگر محمد کو تاریخ سے نکال دیا جائے، اگر محمد کو history سے نکال دیا جائے تو history میں کیا کمی رہ جائے گی؟"</w:t>
      </w:r>
    </w:p>
    <w:p>
      <w:r>
        <w:rPr>
          <w:b/>
        </w:rPr>
        <w:t xml:space="preserve">[46:05] </w:t>
      </w:r>
      <w:r>
        <w:t>to achaanak mere asman se nikla, wahi kami jo Muhammad se pehle tareekh mein thi.</w:t>
      </w:r>
    </w:p>
    <w:p>
      <w:pPr>
        <w:jc w:val="right"/>
      </w:pPr>
      <w:r>
        <w:t>تو اچانک میرے اسمان سے نکلا، وہی کمی جو محمد سے پہلے تاریخ میں تھی۔</w:t>
      </w:r>
    </w:p>
    <w:p>
      <w:r>
        <w:rPr>
          <w:b/>
        </w:rPr>
        <w:t xml:space="preserve">[46:14] </w:t>
      </w:r>
      <w:r>
        <w:t>wo hairaan reh gaya, wo bhi aaye. kyunke Muhammad se pehle dunya mein na bijli thi, na awaz tha, na computer tha.</w:t>
      </w:r>
    </w:p>
    <w:p>
      <w:pPr>
        <w:jc w:val="right"/>
      </w:pPr>
      <w:r>
        <w:t>وہ حیران رہ گیا، وہ بھی آئے۔ کیونکہ محمد سے پہلے دنیا میں نہ بجلی تھی، نہ آواز تھا، نہ کمپیوٹر تھا۔</w:t>
      </w:r>
    </w:p>
    <w:p>
      <w:r>
        <w:rPr>
          <w:b/>
        </w:rPr>
        <w:t xml:space="preserve">[46:28] </w:t>
      </w:r>
      <w:r>
        <w:t>to bohat zaheen aadmi tha, wo bohat zaheen aadmi tha.</w:t>
      </w:r>
    </w:p>
    <w:p>
      <w:pPr>
        <w:jc w:val="right"/>
      </w:pPr>
      <w:r>
        <w:t>تو بہت ذہین آدمی تھا، وہ بہت ذہین آدمی تھا۔</w:t>
      </w:r>
    </w:p>
    <w:p>
      <w:r>
        <w:rPr>
          <w:b/>
        </w:rPr>
        <w:t xml:space="preserve">[46:33] </w:t>
      </w:r>
      <w:r>
        <w:t>foran pakar liya is ne ke waqai muhammad se pehle to kuch bhi, dunya mein kuch bhi nahi tha. na bijli, telephone, na</w:t>
      </w:r>
    </w:p>
    <w:p>
      <w:pPr>
        <w:jc w:val="right"/>
      </w:pPr>
      <w:r>
        <w:t>فوراً پکڑ لیا اس نے کہ واقعی محمد سے پہلے تو کچھ بھی، دنیا میں کچھ بھی نہیں تھا۔ نہ بجلی، ٹیلی فون، نہ</w:t>
      </w:r>
    </w:p>
    <w:p>
      <w:r>
        <w:rPr>
          <w:b/>
        </w:rPr>
        <w:t xml:space="preserve">[46:47] </w:t>
      </w:r>
      <w:r>
        <w:t>computer, na awaz.</w:t>
      </w:r>
    </w:p>
    <w:p>
      <w:pPr>
        <w:jc w:val="right"/>
      </w:pPr>
      <w:r>
        <w:t>کمپیوٹر، نہ آواز۔</w:t>
      </w:r>
    </w:p>
    <w:p>
      <w:r>
        <w:rPr>
          <w:b/>
        </w:rPr>
        <w:t xml:space="preserve">[46:54] </w:t>
      </w:r>
      <w:r>
        <w:t>dekhiye, agar aap baat karen, log baat karte hain sarkaron se, zyada tar ladte jhagadte hain. agar zaheen logon se baat ki jaye, zaheen, to woh aap ki baat ko samjhenge, aur woh aur woh positive response denge.</w:t>
      </w:r>
    </w:p>
    <w:p>
      <w:pPr>
        <w:jc w:val="right"/>
      </w:pPr>
      <w:r>
        <w:t>دیکھیے، اگر آپ بات کریں، لوگ بات کرتے ہیں سرکاروں سے، زیادہ تر لڑتے جھگڑتے ہیں۔ اگر ذہین لوگوں سے بات کی جائے، ذہین، تو وہ آپ کی بات کو سمجھیں گے، اور وہ اور وہ positive response دیں گے۔</w:t>
      </w:r>
    </w:p>
    <w:p>
      <w:r>
        <w:rPr>
          <w:b/>
        </w:rPr>
        <w:t xml:space="preserve">[47:15] </w:t>
      </w:r>
      <w:r>
        <w:t>positive response denge. mera tajruba to yahi hai. aur mujhe yaad aata hai ke is ke baad aap ne jo Islam kitaab hai, Islam daur jadeed ka khaliq, aur angrezi mein hai Islam: The Creator of the Modern Age.</w:t>
      </w:r>
    </w:p>
    <w:p>
      <w:pPr>
        <w:jc w:val="right"/>
      </w:pPr>
      <w:r>
        <w:t>positive response دیں گے۔ میرا تجربہ تو یہی ہے۔ اور مجھے یاد آتا ہے کہ اس کے بعد آپ نے جو اسلام کتاب ہے، اسلام دور جدید کا خالق، اور انگریزی میں ہے Islam: The Creator of the Modern Age.</w:t>
      </w:r>
    </w:p>
    <w:p>
      <w:r>
        <w:rPr>
          <w:b/>
        </w:rPr>
        <w:t xml:space="preserve">[47:30] </w:t>
      </w:r>
      <w:r>
        <w:t>to is is ke baad aap ne likhi thi. haan, is ke baad yeh likhi thi kitaab. yeh kitaab phir ab chhap chuki hai.</w:t>
      </w:r>
    </w:p>
    <w:p>
      <w:pPr>
        <w:jc w:val="right"/>
      </w:pPr>
      <w:r>
        <w:t>تو اس اس کے بعد آپ نے لکھی تھی۔ ہاں، اس کے بعد یہ لکھی تھی کتاب۔ یہ کتاب پھر اب چھپ چکی ہے۔</w:t>
      </w:r>
    </w:p>
    <w:p>
      <w:r>
        <w:rPr>
          <w:b/>
        </w:rPr>
        <w:t xml:space="preserve">[47:37] </w:t>
      </w:r>
      <w:r>
        <w:t>isi ke baad.</w:t>
      </w:r>
    </w:p>
    <w:p>
      <w:pPr>
        <w:jc w:val="right"/>
      </w:pPr>
      <w:r>
        <w:t>اسی کے بعد۔</w:t>
      </w:r>
    </w:p>
    <w:p>
      <w:r>
        <w:rPr>
          <w:b/>
        </w:rPr>
        <w:t xml:space="preserve">[47:44] </w:t>
      </w:r>
      <w:r>
        <w:t>ashiq ilahi ne aap se poocha hai ke ta'oon ke mauqe par is ilaqe se farar karna ya door chale jana to is is is ka is ke bare mein kya hukm hai?</w:t>
      </w:r>
    </w:p>
    <w:p>
      <w:pPr>
        <w:jc w:val="right"/>
      </w:pPr>
      <w:r>
        <w:t>عاشق الہی نے آپ سے پوچھا ہے کہ طاعون کے موقع پر اس علاقے سے فرار کرنا یا دور چلے جانا تو اس اس اس کا اس کے بارے میں کیا حکم ہے؟</w:t>
      </w:r>
    </w:p>
    <w:p>
      <w:r>
        <w:rPr>
          <w:b/>
        </w:rPr>
        <w:t xml:space="preserve">[47:58] </w:t>
      </w:r>
      <w:r>
        <w:t>dekhiye, is mein</w:t>
      </w:r>
    </w:p>
    <w:p>
      <w:pPr>
        <w:jc w:val="right"/>
      </w:pPr>
      <w:r>
        <w:t>دیکھیے، اس میں</w:t>
      </w:r>
    </w:p>
    <w:p>
      <w:r>
        <w:rPr>
          <w:b/>
        </w:rPr>
        <w:t xml:space="preserve">[48:01] </w:t>
      </w:r>
      <w:r>
        <w:t>hadees hai sahaba ki. to dono qism ki misalen hain.</w:t>
      </w:r>
    </w:p>
    <w:p>
      <w:pPr>
        <w:jc w:val="right"/>
      </w:pPr>
      <w:r>
        <w:t>حدیث ہے صحابہ کی۔ تو دونوں قسم کی مثالیں ہیں۔</w:t>
      </w:r>
    </w:p>
    <w:p>
      <w:r>
        <w:rPr>
          <w:b/>
        </w:rPr>
        <w:t xml:space="preserve">[48:12] </w:t>
      </w:r>
      <w:r>
        <w:t>yeh main ne kahin likha hai is hawale mein. dono qism ki misalen hain. kuch sahabi shayad chhod ke chale gaye, kuch sahabi kuch sharm rahe.</w:t>
      </w:r>
    </w:p>
    <w:p>
      <w:pPr>
        <w:jc w:val="right"/>
      </w:pPr>
      <w:r>
        <w:t>یہ میں نے کہیں لکھا ہے اس حوالے میں۔ دونوں قسم کی مثالیں ہیں۔ کچھ صحابی شاید چھوڑ کے چلے گئے، کچھ صحابی کچھ شرم رہے۔</w:t>
      </w:r>
    </w:p>
    <w:p>
      <w:r>
        <w:rPr>
          <w:b/>
        </w:rPr>
        <w:t xml:space="preserve">[48:28] </w:t>
      </w:r>
      <w:r>
        <w:t>to aap parhiye.</w:t>
      </w:r>
    </w:p>
    <w:p>
      <w:pPr>
        <w:jc w:val="right"/>
      </w:pPr>
      <w:r>
        <w:t>تو آپ پڑھیے۔</w:t>
      </w:r>
    </w:p>
    <w:p>
      <w:r>
        <w:rPr>
          <w:b/>
        </w:rPr>
        <w:t xml:space="preserve">[48:32] </w:t>
      </w:r>
      <w:r>
        <w:t>ab hamare hamare saathi hain,</w:t>
      </w:r>
    </w:p>
    <w:p>
      <w:pPr>
        <w:jc w:val="right"/>
      </w:pPr>
      <w:r>
        <w:t>اب ہمارے ہمارے ساتھی ہیں،</w:t>
      </w:r>
    </w:p>
    <w:p>
      <w:r>
        <w:rPr>
          <w:b/>
        </w:rPr>
        <w:t xml:space="preserve">[48:39] </w:t>
      </w:r>
      <w:r>
        <w:t>woh aap ko batayenge ke yeh yeh mazhabi kahan se chhape hain.</w:t>
      </w:r>
    </w:p>
    <w:p>
      <w:pPr>
        <w:jc w:val="right"/>
      </w:pPr>
      <w:r>
        <w:t>وہ آپ کو بتائیں گے کہ یہ یہ مذہبی کہاں سے چھپے ہیں۔</w:t>
      </w:r>
    </w:p>
    <w:p>
      <w:r>
        <w:rPr>
          <w:b/>
        </w:rPr>
        <w:t xml:space="preserve">[48:51] </w:t>
      </w:r>
      <w:r>
        <w:t>is ke liye ke aap log parhte kam hain, mere khayal se sari baaten main likh chuka hoon. hazaron hazar mazhabi number hain, ek do nahi hain.</w:t>
      </w:r>
    </w:p>
    <w:p>
      <w:pPr>
        <w:jc w:val="right"/>
      </w:pPr>
      <w:r>
        <w:t>اس کے لیے کہ آپ لوگ پڑھتے کم ہیں، میرے خیال سے ساری باتیں میں لکھ چکا ہوں۔ ہزاروں ہزار مذہبی نمبر ہیں، ایک دو نہیں ہیں۔</w:t>
      </w:r>
    </w:p>
    <w:p>
      <w:r>
        <w:rPr>
          <w:b/>
        </w:rPr>
        <w:t xml:space="preserve">[49:03] </w:t>
      </w:r>
      <w:r>
        <w:t>is mein sari baaten likhi hui hain.</w:t>
      </w:r>
    </w:p>
    <w:p>
      <w:pPr>
        <w:jc w:val="right"/>
      </w:pPr>
      <w:r>
        <w:t>اس میں ساری باتیں لکھی ہوئی ہیں۔</w:t>
      </w:r>
    </w:p>
    <w:p>
      <w:r>
        <w:rPr>
          <w:b/>
        </w:rPr>
        <w:t xml:space="preserve">[49:12] </w:t>
      </w:r>
      <w:r>
        <w:t>maulana sahib, ek sawal hai muhammad inayatullah ka. woh kehte hain: "maulana sahib, aap ko pakistan ke ulama musalman nahi samajhte, jabke main ne jahan tak aap ko samjha hai,</w:t>
      </w:r>
    </w:p>
    <w:p>
      <w:pPr>
        <w:jc w:val="right"/>
      </w:pPr>
      <w:r>
        <w:t>مولانا صاحب، ایک سوال ہے محمد عنایت اللہ کا۔ وہ کہتے ہیں: "مولانا صاحب، آپ کو پاکستان کے علماء مسلمان نہیں سمجھتے، جبکہ میں نے جہاں تک آپ کو سمجھا ہے،</w:t>
      </w:r>
    </w:p>
    <w:p>
      <w:r>
        <w:rPr>
          <w:b/>
        </w:rPr>
        <w:t xml:space="preserve">[49:27] </w:t>
      </w:r>
      <w:r>
        <w:t>aap ne hi Islam ko Islam</w:t>
      </w:r>
    </w:p>
    <w:p>
      <w:pPr>
        <w:jc w:val="right"/>
      </w:pPr>
      <w:r>
        <w:t>آپ نے ہی اسلام کو اسلام</w:t>
      </w:r>
    </w:p>
    <w:p>
      <w:r>
        <w:rPr>
          <w:b/>
        </w:rPr>
        <w:t xml:space="preserve">[49:30] </w:t>
      </w:r>
      <w:r>
        <w:t>pesh kiya. firqon se pak Islam."</w:t>
      </w:r>
    </w:p>
    <w:p>
      <w:pPr>
        <w:jc w:val="right"/>
      </w:pPr>
      <w:r>
        <w:t>پیش کیا۔ فرقوں سے پاک اسلام۔"</w:t>
      </w:r>
    </w:p>
    <w:p>
      <w:r>
        <w:rPr>
          <w:b/>
        </w:rPr>
        <w:t xml:space="preserve">[49:36] </w:t>
      </w:r>
      <w:r>
        <w:t>kuch musalman aisa honge, sare log aise nahi hain.</w:t>
      </w:r>
    </w:p>
    <w:p>
      <w:pPr>
        <w:jc w:val="right"/>
      </w:pPr>
      <w:r>
        <w:t>کچھ مسلمان ایسا ہوں گے، سارے لوگ ایسے نہیں ہیں۔</w:t>
      </w:r>
    </w:p>
    <w:p>
      <w:r>
        <w:rPr>
          <w:b/>
        </w:rPr>
        <w:t xml:space="preserve">[49:43] </w:t>
      </w:r>
      <w:r>
        <w:t>latest report mujhe yahi ki, wahan par</w:t>
      </w:r>
    </w:p>
    <w:p>
      <w:pPr>
        <w:jc w:val="right"/>
      </w:pPr>
      <w:r>
        <w:t>لیٹسٹ رپورٹ مجھے یہی کی، وہاں پر</w:t>
      </w:r>
    </w:p>
    <w:p>
      <w:r>
        <w:rPr>
          <w:b/>
        </w:rPr>
        <w:t xml:space="preserve">[49:49] </w:t>
      </w:r>
      <w:r>
        <w:t>hamari kitaben bahut zyada phail rahi hain.</w:t>
      </w:r>
    </w:p>
    <w:p>
      <w:pPr>
        <w:jc w:val="right"/>
      </w:pPr>
      <w:r>
        <w:t>ہماری کتابیں بہت زیادہ پھیل رہی ہیں۔</w:t>
      </w:r>
    </w:p>
    <w:p>
      <w:r>
        <w:rPr>
          <w:b/>
        </w:rPr>
        <w:t xml:space="preserve">[49:57] </w:t>
      </w:r>
      <w:r>
        <w:t>wahan book shop hain, sab se zyada hamari kitaben jo kharid kharid kar lete hain, parhte hain.</w:t>
      </w:r>
    </w:p>
    <w:p>
      <w:pPr>
        <w:jc w:val="right"/>
      </w:pPr>
      <w:r>
        <w:t>وہاں بک شرب ہیں، سب سے زیادہ ہماری کتابیں جو خرید خرید کر لیتے ہیں، پڑھتے ہیں۔</w:t>
      </w:r>
    </w:p>
    <w:p>
      <w:r>
        <w:rPr>
          <w:b/>
        </w:rPr>
        <w:t xml:space="preserve">[50:10] </w:t>
      </w:r>
      <w:r>
        <w:t>riyaz bhatt sahib ka sawal hai: "hum kyun kehte hain ke Allah ke faisle par shukr aur insan se pesh aaye mamle par sabr?" yahi aql hai, yahi deen hai.</w:t>
      </w:r>
    </w:p>
    <w:p>
      <w:pPr>
        <w:jc w:val="right"/>
      </w:pPr>
      <w:r>
        <w:t>ریاض بھٹ صاحب کا سوال ہے: "ہم کیوں کہتے ہیں کہ اللہ کے فیصلے پر شکر اور انسان سے پیش آئے معاملے پر صبر؟" یہی عقل ہے، یہی دین ہے۔</w:t>
      </w:r>
    </w:p>
    <w:p>
      <w:r>
        <w:rPr>
          <w:b/>
        </w:rPr>
        <w:t xml:space="preserve">[50:29] </w:t>
      </w:r>
      <w:r>
        <w:t>jeddah sochi, jeddah sochi. is ki wisdom khul ke chali jayegi. muhammad inayatullah ne likha hai: "Allah pak aap ko sehat o tandrusti ata farmaye." yasir hasan</w:t>
      </w:r>
    </w:p>
    <w:p>
      <w:pPr>
        <w:jc w:val="right"/>
      </w:pPr>
      <w:r>
        <w:t>جدہ سوچی، جدہ سوچی۔ اس کی wisdom کھل کے چلی جائے گی۔ محمد عنایت اللہ نے لکھا ہے: "اللہ پاک آپ کو صحت و تندرستی عطا فرمائے۔" یاسر حسن</w:t>
      </w:r>
    </w:p>
    <w:p>
      <w:r>
        <w:rPr>
          <w:b/>
        </w:rPr>
        <w:t xml:space="preserve">[50:46] </w:t>
      </w:r>
      <w:r>
        <w:t>ne poocha hai: "maulana sahib, please tell me the name of your teachers۔" mera jo teacher, mere jo teacher the madrasse mein, is mein ek teacher ko bahut zyada yaad karta hoon.</w:t>
      </w:r>
    </w:p>
    <w:p>
      <w:pPr>
        <w:jc w:val="right"/>
      </w:pPr>
      <w:r>
        <w:t>نے پوچھا ہے: "مولانا صاحب، please tell me the name of your teachers۔" میرا جو ٹیچر، میرے جو ٹیچر تھے مدرسے میں، اس میں ایک ٹیچر کو بہت زیادہ یاد کرتا ہوں۔</w:t>
      </w:r>
    </w:p>
    <w:p>
      <w:r>
        <w:rPr>
          <w:b/>
        </w:rPr>
        <w:t xml:space="preserve">[51:01] </w:t>
      </w:r>
      <w:r>
        <w:t>woh thay Maulana Ameen Hasan Islahi.</w:t>
      </w:r>
    </w:p>
    <w:p>
      <w:pPr>
        <w:jc w:val="right"/>
      </w:pPr>
      <w:r>
        <w:t>وہ تھے مولانا امین حسن اصلاحی۔</w:t>
      </w:r>
    </w:p>
    <w:p>
      <w:r>
        <w:rPr>
          <w:b/>
        </w:rPr>
        <w:t xml:space="preserve">[51:06] </w:t>
      </w:r>
      <w:r>
        <w:t>un se mein ne bohat seekha hai, seekha hai. Maulana Ameen Hasan Islahi. Maulana sahib, Azhar Mubarak likhte hain: "What is the relation between conditioned mind and biased thinking</w:t>
      </w:r>
    </w:p>
    <w:p>
      <w:pPr>
        <w:jc w:val="right"/>
      </w:pPr>
      <w:r>
        <w:t>ان سے میں نے بہت سیکھا ہے، سیکھا ہے۔ مولانا امین حسن اصلاحی۔ مولانا صاحب، اظہر مبارک لکھتے ہیں: "What is the relation between conditioned mind and biased thinking</w:t>
      </w:r>
    </w:p>
    <w:p>
      <w:r>
        <w:rPr>
          <w:b/>
        </w:rPr>
        <w:t xml:space="preserve">[51:24] </w:t>
      </w:r>
      <w:r>
        <w:t>?" arey bhai, is par to unhon ne bohat likha hai. is ko parhiye. yeh Bhagalpur se hain. bohat ziyada likha hai.</w:t>
      </w:r>
    </w:p>
    <w:p>
      <w:pPr>
        <w:jc w:val="right"/>
      </w:pPr>
      <w:r>
        <w:t>?" ارے بھائی، اس پر تو انہوں نے بہت لکھا ہے۔ اس کو پڑھیے۔ یہ بھاگل پور سے ہیں۔ بہت زیادہ لکھا ہے۔</w:t>
      </w:r>
    </w:p>
    <w:p>
      <w:r>
        <w:rPr>
          <w:b/>
        </w:rPr>
        <w:t xml:space="preserve">[51:36] </w:t>
      </w:r>
      <w:r>
        <w:t>ji, jis halaat mein bhi hon, un halaat se aap</w:t>
      </w:r>
    </w:p>
    <w:p>
      <w:pPr>
        <w:jc w:val="right"/>
      </w:pPr>
      <w:r>
        <w:t>جی، جس حالات میں بھی ہوں، ان حالات سے آپ</w:t>
      </w:r>
    </w:p>
    <w:p>
      <w:r>
        <w:rPr>
          <w:b/>
        </w:rPr>
        <w:t xml:space="preserve">[51:46] </w:t>
      </w:r>
      <w:r>
        <w:t>mutasir hotay rehte hain. jo bhi halaat hon, chahay ghar ke hon ya ghar ke bahir ke hon.</w:t>
      </w:r>
    </w:p>
    <w:p>
      <w:pPr>
        <w:jc w:val="right"/>
      </w:pPr>
      <w:r>
        <w:t>متاثر ہوتے رہتے ہیں۔ جو بھی حالات ہوں، چاہے گھر کے ہوں یا گھر کے باہر کے ہوں۔</w:t>
      </w:r>
    </w:p>
    <w:p>
      <w:r>
        <w:rPr>
          <w:b/>
        </w:rPr>
        <w:t xml:space="preserve">[51:57] </w:t>
      </w:r>
      <w:r>
        <w:t>to agar aap halaat se asar lete rahen to is se aap ke andar conditioning aayegi.</w:t>
      </w:r>
    </w:p>
    <w:p>
      <w:pPr>
        <w:jc w:val="right"/>
      </w:pPr>
      <w:r>
        <w:t>تو اگر آپ حالات سے اثر لیتے رہیں تو اس سے آپ کے اندر conditioning آئے گی۔</w:t>
      </w:r>
    </w:p>
    <w:p>
      <w:r>
        <w:rPr>
          <w:b/>
        </w:rPr>
        <w:t xml:space="preserve">[52:07] </w:t>
      </w:r>
      <w:r>
        <w:t>aur agar asar na len to woh us ko kehte hain de-conditioned mind.</w:t>
      </w:r>
    </w:p>
    <w:p>
      <w:pPr>
        <w:jc w:val="right"/>
      </w:pPr>
      <w:r>
        <w:t>اور اگر اثر نہ لیں تو وہ اس کو کہتے ہیں de-conditioned mind.</w:t>
      </w:r>
    </w:p>
    <w:p>
      <w:r>
        <w:rPr>
          <w:b/>
        </w:rPr>
        <w:t xml:space="preserve">[52:23] </w:t>
      </w:r>
      <w:r>
        <w:t>Hatt Yaqoob aap se poochte hain: "Maulana sahib, zindagi ka matlab kaise dhoondhein?" hamari kitab bhi chapi hai.</w:t>
      </w:r>
    </w:p>
    <w:p>
      <w:pPr>
        <w:jc w:val="right"/>
      </w:pPr>
      <w:r>
        <w:t>ہٹ یعقوب آپ سے پوچھتے ہیں: "مولانا صاحب، زندگی کا مطلب کیسے ڈھونڈیں؟" ہماری کتاب بھی چھپی ہے۔</w:t>
      </w:r>
    </w:p>
    <w:p>
      <w:r>
        <w:rPr>
          <w:b/>
        </w:rPr>
        <w:t xml:space="preserve">[52:37] </w:t>
      </w:r>
      <w:r>
        <w:t>kya angrezi mein kya naam hai is ka?</w:t>
      </w:r>
    </w:p>
    <w:p>
      <w:pPr>
        <w:jc w:val="right"/>
      </w:pPr>
      <w:r>
        <w:t>کیا انگریزی میں کیا نام ہے اس کا؟</w:t>
      </w:r>
    </w:p>
    <w:p>
      <w:r>
        <w:rPr>
          <w:b/>
        </w:rPr>
        <w:t xml:space="preserve">[52:43] </w:t>
      </w:r>
      <w:r>
        <w:t>Secret of Secret of Success. Secret of Secret of Success.</w:t>
      </w:r>
    </w:p>
    <w:p>
      <w:pPr>
        <w:jc w:val="right"/>
      </w:pPr>
      <w:r>
        <w:t>Secret of Secret of Success. Secret of Secret of Success.</w:t>
      </w:r>
    </w:p>
    <w:p>
      <w:r>
        <w:rPr>
          <w:b/>
        </w:rPr>
        <w:t xml:space="preserve">[52:49] </w:t>
      </w:r>
      <w:r>
        <w:t>is ko parhiye. Secret of Success ko parh daaliye.</w:t>
      </w:r>
    </w:p>
    <w:p>
      <w:pPr>
        <w:jc w:val="right"/>
      </w:pPr>
      <w:r>
        <w:t>اس کو پڑھیے۔ Secret of Success کو پڑھ ڈالیا۔</w:t>
      </w:r>
    </w:p>
    <w:p>
      <w:r>
        <w:rPr>
          <w:b/>
        </w:rPr>
        <w:t xml:space="preserve">[52:59] </w:t>
      </w:r>
      <w:r>
        <w:t>Sahil Mudassir aap se poochte hain: "How to be knowledgeable?" hain "How to be knowledgeable</w:t>
      </w:r>
    </w:p>
    <w:p>
      <w:pPr>
        <w:jc w:val="right"/>
      </w:pPr>
      <w:r>
        <w:t>ساحل مدثر آپ سے پوچھتے ہیں: "How to be knowledgeable?" ہیں "How to be knowledgeable</w:t>
      </w:r>
    </w:p>
    <w:p>
      <w:r>
        <w:rPr>
          <w:b/>
        </w:rPr>
        <w:t xml:space="preserve">[53:09] </w:t>
      </w:r>
      <w:r>
        <w:t>?" is se pehle objective thinking develop kijiye. pehle aati hai objective thinking, phir baqi cheezein aati hain.</w:t>
      </w:r>
    </w:p>
    <w:p>
      <w:pPr>
        <w:jc w:val="right"/>
      </w:pPr>
      <w:r>
        <w:t>?" اس سے پہلے objective thinking develop کیجیے۔ پہلے آتی ہے objective thinking، پھر باقی چیزیں آتی ہیں۔</w:t>
      </w:r>
    </w:p>
    <w:p>
      <w:r>
        <w:rPr>
          <w:b/>
        </w:rPr>
        <w:t xml:space="preserve">[53:29] </w:t>
      </w:r>
      <w:r>
        <w:t>aur study study karen, is ke baad objective thinking pehle paida karen, phir study karen. yeh study to hamesha karni hai, karte karna hai, hamesha.</w:t>
      </w:r>
    </w:p>
    <w:p>
      <w:pPr>
        <w:jc w:val="right"/>
      </w:pPr>
      <w:r>
        <w:t>اور study study کریں، اس کے بعد objective thinking پہلے پیدا کریں، پھر study کریں۔ یہ study تو ہمیشہ کرنی ہے، کرتے کرنا ہے، ہمیشہ۔</w:t>
      </w:r>
    </w:p>
    <w:p>
      <w:r>
        <w:rPr>
          <w:b/>
        </w:rPr>
        <w:t xml:space="preserve">[53:42] </w:t>
      </w:r>
      <w:r>
        <w:t>ise karte hi rehna hai.</w:t>
      </w:r>
    </w:p>
    <w:p>
      <w:pPr>
        <w:jc w:val="right"/>
      </w:pPr>
      <w:r>
        <w:t>اسے کرتے ہی رہنا ہے۔</w:t>
      </w:r>
    </w:p>
    <w:p>
      <w:r>
        <w:rPr>
          <w:b/>
        </w:rPr>
        <w:t xml:space="preserve">[53:46] </w:t>
      </w:r>
      <w:r>
        <w:t>Maulana sahib, mein batana chah rahi hoon ke aap to rasta chalte hue bhi study karte thay.</w:t>
      </w:r>
    </w:p>
    <w:p>
      <w:pPr>
        <w:jc w:val="right"/>
      </w:pPr>
      <w:r>
        <w:t>مولانا صاحب، میں بتانا چاہ رہی ہوں کہ آپ تو راستہ چلتے ہوئے بھی study کرتے تھے۔</w:t>
      </w:r>
    </w:p>
    <w:p>
      <w:r>
        <w:rPr>
          <w:b/>
        </w:rPr>
        <w:t xml:space="preserve">[53:53] </w:t>
      </w:r>
      <w:r>
        <w:t>to aap ke baray bhai kehte thay ke kisi din yeh takra takra jayenge, accident ho jayega. ji haan, meri maan kehti thi ke kisi din yeh shakhs road par</w:t>
      </w:r>
    </w:p>
    <w:p>
      <w:pPr>
        <w:jc w:val="right"/>
      </w:pPr>
      <w:r>
        <w:t>تو آپ کے بڑے بھائی کہتے تھے کہ کسی دن یہ ٹکرا ٹکرا جائیں گے، accident ہو جائے گا۔ جی ہاں، میری ماں کہتی تھی کہ کسی دن یہ شخص road پر</w:t>
      </w:r>
    </w:p>
    <w:p>
      <w:r>
        <w:rPr>
          <w:b/>
        </w:rPr>
        <w:t xml:space="preserve">[54:11] </w:t>
      </w:r>
      <w:r>
        <w:t>mar jayega. meri maan kehti thi. Muhammad Inayatullah likhte hain: "Maulana sahib, aap ki awaz mein taaseer hai."</w:t>
      </w:r>
    </w:p>
    <w:p>
      <w:pPr>
        <w:jc w:val="right"/>
      </w:pPr>
      <w:r>
        <w:t>مر جائے گا۔ میری ماں کہتی تھی۔ محمد عنایت اللہ لکھتے ہیں: "مولانا صاحب، آپ کی آواز میں تاثیر ہے۔"</w:t>
      </w:r>
    </w:p>
    <w:p>
      <w:r>
        <w:rPr>
          <w:b/>
        </w:rPr>
        <w:t xml:space="preserve">[54:24] </w:t>
      </w:r>
      <w:r>
        <w:t>Masha Allah, Masha Allah. is par mujhe yaad aata hai ke aik baar aik Pune mein aap program mein gaye thay. to wahan par aik jo organizer thay, poora naam yaad nahi aa raha lekin crowd yaad hai itna.</w:t>
      </w:r>
    </w:p>
    <w:p>
      <w:pPr>
        <w:jc w:val="right"/>
      </w:pPr>
      <w:r>
        <w:t>ماشاءاللہ، ماشاءاللہ۔ اس پر مجھے یاد آتا ہے کہ ایک بار ایک پونا میں آپ program میں گئے تھے۔ تو وہاں پر ایک جو organizer تھے، پورا نام یاد نہیں آ رہا لیکن کراڈ یاد ہے اتنا۔</w:t>
      </w:r>
    </w:p>
    <w:p>
      <w:r>
        <w:rPr>
          <w:b/>
        </w:rPr>
        <w:t xml:space="preserve">[54:38] </w:t>
      </w:r>
      <w:r>
        <w:t>to woh itna khush hue aap ki taqreer sunne ke baad</w:t>
      </w:r>
    </w:p>
    <w:p>
      <w:pPr>
        <w:jc w:val="right"/>
      </w:pPr>
      <w:r>
        <w:t>تو وہ اتنا خوش ہوئے آپ کی تقریر سننے کے بعد</w:t>
      </w:r>
    </w:p>
    <w:p>
      <w:r>
        <w:rPr>
          <w:b/>
        </w:rPr>
        <w:t xml:space="preserve">[54:43] </w:t>
      </w:r>
      <w:r>
        <w:t>kehne lage: "Maulana sahib, aap ki awaz mein Allah bolta hai." hmm, sahi hai. yeh poora Pune ka waqia hai.</w:t>
      </w:r>
    </w:p>
    <w:p>
      <w:pPr>
        <w:jc w:val="right"/>
      </w:pPr>
      <w:r>
        <w:t>کہنے لگے: "مولانا صاحب، آپ کی آواز میں اللہ بولتا ہے۔" ہمم، صحیح ہے۔ یہ پورا پونا کا واقعہ ہے۔</w:t>
      </w:r>
    </w:p>
    <w:p>
      <w:r>
        <w:rPr>
          <w:b/>
        </w:rPr>
        <w:t xml:space="preserve">[54:54] </w:t>
      </w:r>
      <w:r>
        <w:t>yeh Pune ka waqia hai. is gawah hain, waqia Pune ke hamare saathi.</w:t>
      </w:r>
    </w:p>
    <w:p>
      <w:pPr>
        <w:jc w:val="right"/>
      </w:pPr>
      <w:r>
        <w:t>یہ پونا کا واقعہ ہے۔ اس گواہ ہیں، واقعہ پونا کے ہمارے ساتھی۔</w:t>
      </w:r>
    </w:p>
    <w:p>
      <w:r>
        <w:rPr>
          <w:b/>
        </w:rPr>
        <w:t xml:space="preserve">[55:01] </w:t>
      </w:r>
      <w:r>
        <w:t>kya naam un ka? Abdul Samad sahib. Abdul Samad sahib.</w:t>
      </w:r>
    </w:p>
    <w:p>
      <w:pPr>
        <w:jc w:val="right"/>
      </w:pPr>
      <w:r>
        <w:t>کیا نام ان کا؟ عبدالصمد صاحب۔ عبدالصمد صاحب۔</w:t>
      </w:r>
    </w:p>
    <w:p>
      <w:r>
        <w:rPr>
          <w:b/>
        </w:rPr>
        <w:t xml:space="preserve">[55:14] </w:t>
      </w:r>
      <w:r>
        <w:t>Sanaullah likhte hain: "Aap se mein bohat mutasir hua hoon. aap ne mujhe is zindagi ka matlab samjha diya hai aur akhirat ki tayyari ki raah par laga diya hai."</w:t>
      </w:r>
    </w:p>
    <w:p>
      <w:pPr>
        <w:jc w:val="right"/>
      </w:pPr>
      <w:r>
        <w:t>ثناء اللہ لکھتے ہیں: "آپ سے میں بہت متاثر ہوا ہوں۔ آپ نے مجھے اس زندگی کا مطلب سمجھا دیا ہے اور آخرت کی تیاری کی راہ پر لگا دیا ہے۔"</w:t>
      </w:r>
    </w:p>
    <w:p>
      <w:r>
        <w:rPr>
          <w:b/>
        </w:rPr>
        <w:t xml:space="preserve">[55:31] </w:t>
      </w:r>
      <w:r>
        <w:t>Allah taala aap ke upar barkat farmaye. Masha Allah.</w:t>
      </w:r>
    </w:p>
    <w:p>
      <w:pPr>
        <w:jc w:val="right"/>
      </w:pPr>
      <w:r>
        <w:t>اللہ تعالیٰ آپ کے اوپر برکت فرمائے۔ ماشاءاللہ۔</w:t>
      </w:r>
    </w:p>
    <w:p>
      <w:r>
        <w:rPr>
          <w:b/>
        </w:rPr>
        <w:t xml:space="preserve">[55:40] </w:t>
      </w:r>
      <w:r>
        <w:t>inayat hussain hasan. maulana sahib, yeh to isi tarah ka sawal hai jo pehle poocha gaya tha. Would you like to share names of your mentors with us</w:t>
      </w:r>
    </w:p>
    <w:p>
      <w:pPr>
        <w:jc w:val="right"/>
      </w:pPr>
      <w:r>
        <w:t>عنایت حسین حسن۔ مولانا صاحب، یہ تو اسی طرح کا سوال ہے جو پہلے پوچھا گیا تھا۔ Would you like to share names of your mentors with us</w:t>
      </w:r>
    </w:p>
    <w:p>
      <w:r>
        <w:rPr>
          <w:b/>
        </w:rPr>
        <w:t xml:space="preserve">[55:52] </w:t>
      </w:r>
      <w:r>
        <w:t>? kafi. aap apne mentors ke naam hum hamein batayenge? mentor, teacher, wahi.</w:t>
      </w:r>
    </w:p>
    <w:p>
      <w:pPr>
        <w:jc w:val="right"/>
      </w:pPr>
      <w:r>
        <w:t>? کافی۔ آپ اپنے mentors کے نام ہم ہمیں بتائیں گے؟ mentor، teacher، وہی۔</w:t>
      </w:r>
    </w:p>
    <w:p>
      <w:r>
        <w:rPr>
          <w:b/>
        </w:rPr>
        <w:t xml:space="preserve">[56:00] </w:t>
      </w:r>
      <w:r>
        <w:t>hamare jo ustad thay, baaz in sab ka naam aap dekh sakte hain hamari kitab mein.</w:t>
      </w:r>
    </w:p>
    <w:p>
      <w:pPr>
        <w:jc w:val="right"/>
      </w:pPr>
      <w:r>
        <w:t>ہمارے جو استاد تھے، بعض ان سب کا نام آپ دیکھ سکتے ہیں ہماری کتاب میں۔</w:t>
      </w:r>
    </w:p>
    <w:p>
      <w:r>
        <w:rPr>
          <w:b/>
        </w:rPr>
        <w:t xml:space="preserve">[56:08] </w:t>
      </w:r>
      <w:r>
        <w:t>is kitab ka naam hai. woh farah zabri bata denge aap ko. farah zabri se poochhiye.</w:t>
      </w:r>
    </w:p>
    <w:p>
      <w:pPr>
        <w:jc w:val="right"/>
      </w:pPr>
      <w:r>
        <w:t>اس کتاب کا نام ہے۔ وہ فرح زبری بتا دیں گے آپ کو۔ فرح زبری سے پوچھیے۔</w:t>
      </w:r>
    </w:p>
    <w:p>
      <w:r>
        <w:rPr>
          <w:b/>
        </w:rPr>
        <w:t xml:space="preserve">[56:18] </w:t>
      </w:r>
      <w:r>
        <w:t>kya naam hai? in sab ka naam. kitab is mein poora detail hai. yaad nahi aa rahi.</w:t>
      </w:r>
    </w:p>
    <w:p>
      <w:pPr>
        <w:jc w:val="right"/>
      </w:pPr>
      <w:r>
        <w:t>کیا نام ہے؟ ان سب کا نام۔ کتاب اس میں پورا detail ہے۔ یاد نہیں آ رہی۔</w:t>
      </w:r>
    </w:p>
    <w:p>
      <w:r>
        <w:rPr>
          <w:b/>
        </w:rPr>
        <w:t xml:space="preserve">[56:27] </w:t>
      </w:r>
      <w:r>
        <w:t>agli baar bata denge naam. kitab ka naam yaad nahi aa raha hai. farah zabri sahib jo hain, woh aap ko sab baat bata denge.</w:t>
      </w:r>
    </w:p>
    <w:p>
      <w:pPr>
        <w:jc w:val="right"/>
      </w:pPr>
      <w:r>
        <w:t>اگلی بار بتا دیں گے نام۔ کتاب کا نام یاد نہیں آ رہا ہے۔ فرح زبری صاحب جو ہیں، وہ آپ کو سب بات بتا دیں گے۔</w:t>
      </w:r>
    </w:p>
    <w:p>
      <w:r>
        <w:rPr>
          <w:b/>
        </w:rPr>
        <w:t xml:space="preserve">[56:40] </w:t>
      </w:r>
      <w:r>
        <w:t>aap chairpur, chairpur ke pooch sakte hain aap. ali murtaza likhte hain: assalam o alaikum, half end our meeting with you few days before was my life time moment.</w:t>
      </w:r>
    </w:p>
    <w:p>
      <w:pPr>
        <w:jc w:val="right"/>
      </w:pPr>
      <w:r>
        <w:t>آپ چیئرپور، چیئرپور کے پوچھ سکتے ہیں آپ۔ علی مرتضی لکھتے ہیں: السلام علیکم، ہاف اینڈ اور میٹنگ ود یو فیو ڈیز بیفور واز مائی لائف ٹائم مومنٹ۔</w:t>
      </w:r>
    </w:p>
    <w:p>
      <w:r>
        <w:rPr>
          <w:b/>
        </w:rPr>
        <w:t xml:space="preserve">[56:55] </w:t>
      </w:r>
      <w:r>
        <w:t>jazak Allah for what you have done and still doing.</w:t>
      </w:r>
    </w:p>
    <w:p>
      <w:pPr>
        <w:jc w:val="right"/>
      </w:pPr>
      <w:r>
        <w:t>جزاک اللہ فار واٹ یو ہیو ڈن اینڈ سٹل ڈوئنگ۔</w:t>
      </w:r>
    </w:p>
    <w:p>
      <w:r>
        <w:rPr>
          <w:b/>
        </w:rPr>
        <w:t xml:space="preserve">[57:01] </w:t>
      </w:r>
      <w:r>
        <w:t>jazakum Allah, jazakum Allah. masha Allah. omar qadir likhte hain: amid growing intolerance in India, how should Muslims respond to this hate culture?</w:t>
      </w:r>
    </w:p>
    <w:p>
      <w:pPr>
        <w:jc w:val="right"/>
      </w:pPr>
      <w:r>
        <w:t>جزاکم اللہ، جزاکم اللہ۔ ماشاءاللہ۔ عمر قادر لکھتے ہیں: امڈ گروئنگ انٹولرنس ان انڈیا، ہاؤ شوڈ مسلمز ریسپانڈ ٹو دس ہیٹ کلچر؟</w:t>
      </w:r>
    </w:p>
    <w:p>
      <w:r>
        <w:rPr>
          <w:b/>
        </w:rPr>
        <w:t xml:space="preserve">[57:16] </w:t>
      </w:r>
      <w:r>
        <w:t>kuch nahi.</w:t>
      </w:r>
    </w:p>
    <w:p>
      <w:pPr>
        <w:jc w:val="right"/>
      </w:pPr>
      <w:r>
        <w:t>کچھ نہیں۔</w:t>
      </w:r>
    </w:p>
    <w:p>
      <w:r>
        <w:rPr>
          <w:b/>
        </w:rPr>
        <w:t xml:space="preserve">[57:19] </w:t>
      </w:r>
      <w:r>
        <w:t>mujh ko to sab positive dikhai deta hai. sab positive. koi koi negative nahi.</w:t>
      </w:r>
    </w:p>
    <w:p>
      <w:pPr>
        <w:jc w:val="right"/>
      </w:pPr>
      <w:r>
        <w:t>مجھ کو تو سب پازیٹیو دکھائی دیتا ہے۔ سب پازیٹیو۔ کوئی کوئی نیگیٹیو نہیں۔</w:t>
      </w:r>
    </w:p>
    <w:p>
      <w:r>
        <w:rPr>
          <w:b/>
        </w:rPr>
        <w:t xml:space="preserve">[57:30] </w:t>
      </w:r>
      <w:r>
        <w:t>yeh dekhne ki aap ke dekh zara angle of vizer ki</w:t>
      </w:r>
    </w:p>
    <w:p>
      <w:pPr>
        <w:jc w:val="right"/>
      </w:pPr>
      <w:r>
        <w:t>یہ دیکھنے کی آپ کے دیکھ ذرا اینگل آف وزر کی</w:t>
      </w:r>
    </w:p>
    <w:p>
      <w:r>
        <w:rPr>
          <w:b/>
        </w:rPr>
        <w:t xml:space="preserve">[57:37] </w:t>
      </w:r>
      <w:r>
        <w:t>baat hai. aur nadeem saifi likhte hain ke nadeem saifi poochte hain aap se ke depression ka kya ilaaj hai?</w:t>
      </w:r>
    </w:p>
    <w:p>
      <w:pPr>
        <w:jc w:val="right"/>
      </w:pPr>
      <w:r>
        <w:t>بات ہے۔ اور ندیم سیفی لکھتے ہیں کہ ندیم سیفی پوچھتے ہیں آپ سے کہ ڈپریشن کا کیا علاج ہے؟</w:t>
      </w:r>
    </w:p>
    <w:p>
      <w:r>
        <w:rPr>
          <w:b/>
        </w:rPr>
        <w:t xml:space="preserve">[57:48] </w:t>
      </w:r>
      <w:r>
        <w:t>un ko choti choti baton se takleef ho jati hai. is ka kya ilaaj hai? har cheez Allah pe daal dijiye.</w:t>
      </w:r>
    </w:p>
    <w:p>
      <w:pPr>
        <w:jc w:val="right"/>
      </w:pPr>
      <w:r>
        <w:t>ان کو چھوٹی چھوٹی باتوں سے تکلیف ہو جاتی ہے۔ اس کا کیا علاج ہے؟ ہر چیز اللہ پہ ڈال دیجیے۔</w:t>
      </w:r>
    </w:p>
    <w:p>
      <w:r>
        <w:rPr>
          <w:b/>
        </w:rPr>
        <w:t xml:space="preserve">[57:57] </w:t>
      </w:r>
      <w:r>
        <w:t>bas depression khatam.</w:t>
      </w:r>
    </w:p>
    <w:p>
      <w:pPr>
        <w:jc w:val="right"/>
      </w:pPr>
      <w:r>
        <w:t>بس ڈپریشن ختم۔</w:t>
      </w:r>
    </w:p>
    <w:p>
      <w:r>
        <w:rPr>
          <w:b/>
        </w:rPr>
        <w:t xml:space="preserve">[58:02] </w:t>
      </w:r>
      <w:r>
        <w:t>jo cheez aap ko koi problem kare, us ko daal dijiye Allah par. aap apne sar pe lijiye hi mat.</w:t>
      </w:r>
    </w:p>
    <w:p>
      <w:pPr>
        <w:jc w:val="right"/>
      </w:pPr>
      <w:r>
        <w:t>جو چیز آپ کو کوئی پرابلم کرے، اس کو ڈال دیجیے اللہ پر۔ آپ اپنے سر پہ لیجیے ہی مت۔</w:t>
      </w:r>
    </w:p>
    <w:p>
      <w:r>
        <w:rPr>
          <w:b/>
        </w:rPr>
        <w:t xml:space="preserve">[58:13] </w:t>
      </w:r>
      <w:r>
        <w:t>aap lete hain apne sar par. is liye depression aata hai. ab Allah pe daal dijiye.</w:t>
      </w:r>
    </w:p>
    <w:p>
      <w:pPr>
        <w:jc w:val="right"/>
      </w:pPr>
      <w:r>
        <w:t>آپ لیتے ہیں اپنے سر پر۔ اس لیے ڈپریشن آتا ہے۔ اب اللہ پہ ڈال دیجیے۔</w:t>
      </w:r>
    </w:p>
    <w:p>
      <w:r>
        <w:rPr>
          <w:b/>
        </w:rPr>
        <w:t xml:space="preserve">[58:24] </w:t>
      </w:r>
      <w:r>
        <w:t>is par mujhe yaad aata hai ek hamare CPS member hain, doctor rajat malhotra. to jab koi mushkil masla pesh aata hai to bilkul ghabrate nahi.</w:t>
      </w:r>
    </w:p>
    <w:p>
      <w:pPr>
        <w:jc w:val="right"/>
      </w:pPr>
      <w:r>
        <w:t>اس پر مجھے یاد آتا ہے ایک ہمارے سی پی ایس ممبر ہیں، ڈاکٹر رجت ملہوترا۔ تو جب کوئی مشکل مسئلہ پیش آتا ہے تو بالکل گھبراتے نہیں۔</w:t>
      </w:r>
    </w:p>
    <w:p>
      <w:r>
        <w:rPr>
          <w:b/>
        </w:rPr>
        <w:t xml:space="preserve">[58:34] </w:t>
      </w:r>
      <w:r>
        <w:t>kehte hain yeh angels ka headache hai. hmm, hmm. angels par daal dete hain. bas bilkul.</w:t>
      </w:r>
    </w:p>
    <w:p>
      <w:pPr>
        <w:jc w:val="right"/>
      </w:pPr>
      <w:r>
        <w:t>کہتے ہیں یہ اینجلز کا ہیڈیک ہے۔ ہمم، ہمم۔ اینجلز پر ڈال دیتے ہیں۔ بس بالکل۔</w:t>
      </w:r>
    </w:p>
    <w:p>
      <w:r>
        <w:rPr>
          <w:b/>
        </w:rPr>
        <w:t xml:space="preserve">[58:41] </w:t>
      </w:r>
      <w:r>
        <w:t>apne sar pe lijiye. himmat lijiye. bas.</w:t>
      </w:r>
    </w:p>
    <w:p>
      <w:pPr>
        <w:jc w:val="right"/>
      </w:pPr>
      <w:r>
        <w:t>اپنے سر پہ لیجیے۔ ہمت لیجیے۔ بس۔</w:t>
      </w:r>
    </w:p>
    <w:p>
      <w:r>
        <w:rPr>
          <w:b/>
        </w:rPr>
        <w:t xml:space="preserve">[58:50] </w:t>
      </w:r>
      <w:r>
        <w:t>miyan ghulam muhammad ashrafi aap se poochte hain ke how to remain hopeful</w:t>
      </w:r>
    </w:p>
    <w:p>
      <w:pPr>
        <w:jc w:val="right"/>
      </w:pPr>
      <w:r>
        <w:t>میاں غلام محمد اشرفی آپ سے پوچھتے ہیں کہ how to remain hopeful</w:t>
      </w:r>
    </w:p>
    <w:p>
      <w:r>
        <w:rPr>
          <w:b/>
        </w:rPr>
        <w:t xml:space="preserve">[58:56] </w:t>
      </w:r>
      <w:r>
        <w:t>? haan, how to remain hopeful? Allah pe bharosa. Allah pe bharosa rakhiye to hamesha hopeful rahenge.</w:t>
      </w:r>
    </w:p>
    <w:p>
      <w:pPr>
        <w:jc w:val="right"/>
      </w:pPr>
      <w:r>
        <w:t>? ہاں، how to remain hopeful؟ اللہ پہ بھروسہ۔ اللہ پہ بھروسہ رکھیے تو ہمیشہ hopeful رہیں گے۔</w:t>
      </w:r>
    </w:p>
    <w:p>
      <w:r>
        <w:rPr>
          <w:b/>
        </w:rPr>
        <w:t xml:space="preserve">[59:21] </w:t>
      </w:r>
      <w:r>
        <w:t>sarwat farhan poochte hain aap se: assalam o alaikum maulana sahib,</w:t>
      </w:r>
    </w:p>
    <w:p>
      <w:pPr>
        <w:jc w:val="right"/>
      </w:pPr>
      <w:r>
        <w:t>سروت فرحان پوچھتے ہیں آپ سے: السلام علیکم مولانا صاحب،</w:t>
      </w:r>
    </w:p>
    <w:p>
      <w:r>
        <w:rPr>
          <w:b/>
        </w:rPr>
        <w:t xml:space="preserve">[59:31] </w:t>
      </w:r>
      <w:r>
        <w:t>I feel lack of motivation sometimes, and motivation and energy</w:t>
      </w:r>
    </w:p>
    <w:p>
      <w:pPr>
        <w:jc w:val="right"/>
      </w:pPr>
      <w:r>
        <w:t>I feel lack of motivation sometimes, and motivation and energy</w:t>
      </w:r>
    </w:p>
    <w:p>
      <w:r>
        <w:rPr>
          <w:b/>
        </w:rPr>
        <w:t xml:space="preserve">[59:37] </w:t>
      </w:r>
      <w:r>
        <w:t>. How do I maintain and restore it? un ko kabhi kabhi energy aur motivation lagta hai ke bohat kam ho gaya hai. to us ko kaise maintain karein?</w:t>
      </w:r>
    </w:p>
    <w:p>
      <w:pPr>
        <w:jc w:val="right"/>
      </w:pPr>
      <w:r>
        <w:t>. How do I maintain and restore it? ان کو کبھی کبھی انرجی اور موٹیویشن لگتا ہے کہ بہت کم ہو گیا ہے۔ تو اس کو کیسے مینٹین کریں؟</w:t>
      </w:r>
    </w:p>
    <w:p>
      <w:r>
        <w:rPr>
          <w:b/>
        </w:rPr>
        <w:t xml:space="preserve">[59:49] </w:t>
      </w:r>
      <w:r>
        <w:t>allah ki yaad mein kami ho jaye, ho gayi ho jati hai. tab aisa hota hai.</w:t>
      </w:r>
    </w:p>
    <w:p>
      <w:pPr>
        <w:jc w:val="right"/>
      </w:pPr>
      <w:r>
        <w:t>اللہ کی یاد میں کمی ہو جائے، ہو گئی ہو جاتی ہے۔ تب ایسا ہوتا ہے۔</w:t>
      </w:r>
    </w:p>
    <w:p>
      <w:r>
        <w:rPr>
          <w:b/>
        </w:rPr>
        <w:t xml:space="preserve">[59:55] </w:t>
      </w:r>
      <w:r>
        <w:t>allah ki yaad ko barhaiye.</w:t>
      </w:r>
    </w:p>
    <w:p>
      <w:pPr>
        <w:jc w:val="right"/>
      </w:pPr>
      <w:r>
        <w:t>اللہ کی یاد کو بڑھائیے۔</w:t>
      </w:r>
    </w:p>
    <w:p>
      <w:r>
        <w:rPr>
          <w:b/>
        </w:rPr>
        <w:t xml:space="preserve">[1:00:03] </w:t>
      </w:r>
      <w:r>
        <w:t>woh iqbal umri sahib ne is ka jawab diya hai ke aap ke jo mentors hain, teachers hain, is ka detail chah rahe thay aik sahib.</w:t>
      </w:r>
    </w:p>
    <w:p>
      <w:pPr>
        <w:jc w:val="right"/>
      </w:pPr>
      <w:r>
        <w:t>وہ اقبال عمری صاحب نے اس کا جواب دیا ہے کہ آپ کے جو mentors ہیں، ٹیچرز ہیں، اس کا detail چاہ رہے تھے ایک صاحب۔</w:t>
      </w:r>
    </w:p>
    <w:p>
      <w:r>
        <w:rPr>
          <w:b/>
        </w:rPr>
        <w:t xml:space="preserve">[1:00:14] </w:t>
      </w:r>
      <w:r>
        <w:t>toh iqbal umri sahib ne bataya hai ke kitab deen o shariyat mein sari taleemi safar ke baray mein maloomat hasil ho gayi hain. haan, sahih hai.</w:t>
      </w:r>
    </w:p>
    <w:p>
      <w:pPr>
        <w:jc w:val="right"/>
      </w:pPr>
      <w:r>
        <w:t>تو اقبال عمری صاحب نے بتایا ہے کہ کتاب دین و شریعت میں ساری تعلیمی سفر کے بارے میں معلومات حاصل ہو گئی ہیں۔ ہاں، صحیح ہے۔</w:t>
      </w:r>
    </w:p>
    <w:p>
      <w:r>
        <w:rPr>
          <w:b/>
        </w:rPr>
        <w:t xml:space="preserve">[1:00:23] </w:t>
      </w:r>
      <w:r>
        <w:t>deen o safar shariyat jo kitab hai, is mein aap pass hotay hain.</w:t>
      </w:r>
    </w:p>
    <w:p>
      <w:pPr>
        <w:jc w:val="right"/>
      </w:pPr>
      <w:r>
        <w:t>دین و سفر شریعت جو کتاب ہے، اس میں آپ پاس ہوتے ہیں۔</w:t>
      </w:r>
    </w:p>
    <w:p>
      <w:r>
        <w:rPr>
          <w:b/>
        </w:rPr>
        <w:t xml:space="preserve">[1:00:31] </w:t>
      </w:r>
      <w:r>
        <w:t>muhammad tufail islamabad se poochte hain: how have you developed this unique way of seeing different aspects of life</w:t>
      </w:r>
    </w:p>
    <w:p>
      <w:pPr>
        <w:jc w:val="right"/>
      </w:pPr>
      <w:r>
        <w:t>محمد طفیل اسلام آباد سے پوچھتے ہیں: how have you developed this unique way of seeing different aspects of life</w:t>
      </w:r>
    </w:p>
    <w:p>
      <w:r>
        <w:rPr>
          <w:b/>
        </w:rPr>
        <w:t xml:space="preserve">[1:00:42] </w:t>
      </w:r>
      <w:r>
        <w:t>? woh sirf mein ne sari tawajjah lagai sehat rasool ke mutale per. sehat rasool mein ne taza parhaya tha.</w:t>
      </w:r>
    </w:p>
    <w:p>
      <w:pPr>
        <w:jc w:val="right"/>
      </w:pPr>
      <w:r>
        <w:t>? وہ صرف میں نے ساری توجہ لگائی صحت رسول کے مطالعے پر۔ صحت رسول میں نے تازہ پڑھایا تھا۔</w:t>
      </w:r>
    </w:p>
    <w:p>
      <w:r>
        <w:rPr>
          <w:b/>
        </w:rPr>
        <w:t xml:space="preserve">[1:00:52] </w:t>
      </w:r>
      <w:r>
        <w:t>parha kyun? wohi mere way of thinking ban gaya. sehat per meri kai kitabein hain, aap un ko parhiye.</w:t>
      </w:r>
    </w:p>
    <w:p>
      <w:pPr>
        <w:jc w:val="right"/>
      </w:pPr>
      <w:r>
        <w:t>پڑھا کیوں؟ وہی میرے ویت ویاپ تھنکنگ بن گیا۔ صحت پر میری کئی کتابیں ہیں، آپ ان کو پڑھیے۔</w:t>
      </w:r>
    </w:p>
    <w:p>
      <w:r>
        <w:rPr>
          <w:b/>
        </w:rPr>
        <w:t xml:space="preserve">[1:01:04] </w:t>
      </w:r>
      <w:r>
        <w:t>sehat rasool jo hai, bohat hi zabardast cheez hai.</w:t>
      </w:r>
    </w:p>
    <w:p>
      <w:pPr>
        <w:jc w:val="right"/>
      </w:pPr>
      <w:r>
        <w:t>صحت رسول جو ہے، بہت ہی زبردست چیز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