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17 - The Night Journey (Al-Isra’)</w:t>
      </w:r>
    </w:p>
    <w:p>
      <w:r>
        <w:t>https://www.youtube.com/watch?v=YHSNX9dXv4k</w:t>
      </w:r>
    </w:p>
    <w:p>
      <w:r>
        <w:rPr>
          <w:b/>
        </w:rPr>
        <w:t xml:space="preserve">[00:01] </w:t>
      </w:r>
      <w:r>
        <w:t>the night journey, al-isra, in the name of god the most gracious, the most merciful.</w:t>
      </w:r>
    </w:p>
    <w:p>
      <w:pPr>
        <w:jc w:val="right"/>
      </w:pPr>
      <w:r>
        <w:t>The Night Journey, Al-Isra, in the name of God the Most Gracious, the Most Merciful.</w:t>
      </w:r>
    </w:p>
    <w:p>
      <w:r>
        <w:rPr>
          <w:b/>
        </w:rPr>
        <w:t xml:space="preserve">[00:10] </w:t>
      </w:r>
      <w:r>
        <w:t>holy is he who took his servant by night from the sacred place of worship to the remote house of worship, the precincts of which we have blessed, so that we might show him some of our signs.</w:t>
      </w:r>
    </w:p>
    <w:p>
      <w:pPr>
        <w:jc w:val="right"/>
      </w:pPr>
      <w:r>
        <w:t>Holy is He who took His servant by night from the sacred place of worship to the remote house of worship, the precincts of which we have blessed, so that we might show him some of our signs.</w:t>
      </w:r>
    </w:p>
    <w:p>
      <w:r>
        <w:rPr>
          <w:b/>
        </w:rPr>
        <w:t xml:space="preserve">[00:23] </w:t>
      </w:r>
      <w:r>
        <w:t>surely it is he who is all-hearing and all-seeing. we gave moses the book and made it a guide for the children of israel, saying, "do not take anyone besides me as a guardian, you who are the descendants of those whom we carried in the ark with noah.</w:t>
      </w:r>
    </w:p>
    <w:p>
      <w:pPr>
        <w:jc w:val="right"/>
      </w:pPr>
      <w:r>
        <w:t>Surely it is He who is all-hearing and all-seeing. We gave Moses the book and made it a guide for the children of Israel, saying, "Do not take anyone besides Me as a guardian, you who are the descendants of those whom we carried in the ark with Noah.</w:t>
      </w:r>
    </w:p>
    <w:p>
      <w:r>
        <w:rPr>
          <w:b/>
        </w:rPr>
        <w:t xml:space="preserve">[00:42] </w:t>
      </w:r>
      <w:r>
        <w:t>he was a truly thankful servant." we forewarned the children of israel in the scripture: "twice you shall commit evil in the land.</w:t>
      </w:r>
    </w:p>
    <w:p>
      <w:pPr>
        <w:jc w:val="right"/>
      </w:pPr>
      <w:r>
        <w:t>He was a truly thankful servant." We forewarned the children of Israel in the Scripture: "Twice you shall commit evil in the land.</w:t>
      </w:r>
    </w:p>
    <w:p>
      <w:r>
        <w:rPr>
          <w:b/>
        </w:rPr>
        <w:t xml:space="preserve">[00:52] </w:t>
      </w:r>
      <w:r>
        <w:t>you shall become great transgressors." when the time of the first of these warnings came, we sent against your servants of ours a great might who ravaged your homes, so the warning was fulfilled.</w:t>
      </w:r>
    </w:p>
    <w:p>
      <w:pPr>
        <w:jc w:val="right"/>
      </w:pPr>
      <w:r>
        <w:t>You shall become great transgressors." When the time of the first of these warnings came, we sent against your servants of ours a great might who ravaged your homes, so the warning was fulfilled.</w:t>
      </w:r>
    </w:p>
    <w:p>
      <w:r>
        <w:rPr>
          <w:b/>
        </w:rPr>
        <w:t xml:space="preserve">[01:06] </w:t>
      </w:r>
      <w:r>
        <w:t>and after a time we allowed you to prevail over them once again, and aided you with wealth and offspring, and made you greater in number.</w:t>
      </w:r>
    </w:p>
    <w:p>
      <w:pPr>
        <w:jc w:val="right"/>
      </w:pPr>
      <w:r>
        <w:t>And after a time we allowed you to prevail over them once again, and aided you with wealth and offspring, and made you greater in number.</w:t>
      </w:r>
    </w:p>
    <w:p>
      <w:r>
        <w:rPr>
          <w:b/>
        </w:rPr>
        <w:t xml:space="preserve">[01:16] </w:t>
      </w:r>
      <w:r>
        <w:t>we said, "if you persevere in doing good, you will be doing good to yourselves; but if you do evil, it will go against you." when the time of the second warning came, we roused against you others to disgrace you utterly and to enter the place of worship as they had entered it before, utterly destroying all that they had laid their hands on.</w:t>
      </w:r>
    </w:p>
    <w:p>
      <w:pPr>
        <w:jc w:val="right"/>
      </w:pPr>
      <w:r>
        <w:t>We said, "If you persevere in doing good, you will be doing good to yourselves; but if you do evil, it will go against you." When the time of the second warning came, we roused against you others to disgrace you utterly and to enter the place of worship as they had entered it before, utterly destroying all that they had laid their hands on.</w:t>
      </w:r>
    </w:p>
    <w:p>
      <w:r>
        <w:rPr>
          <w:b/>
        </w:rPr>
        <w:t xml:space="preserve">[01:39] </w:t>
      </w:r>
      <w:r>
        <w:t>we said, "your lord may yet have mercy on you; but if you do this same thing again, so shall we." we have made hell a prison for those who deny the truth.</w:t>
      </w:r>
    </w:p>
    <w:p>
      <w:pPr>
        <w:jc w:val="right"/>
      </w:pPr>
      <w:r>
        <w:t>We said, "Your Lord may yet have mercy on you; but if you do this same thing again, so shall we." We have made hell a prison for those who deny the truth.</w:t>
      </w:r>
    </w:p>
    <w:p>
      <w:r>
        <w:rPr>
          <w:b/>
        </w:rPr>
        <w:t xml:space="preserve">[01:51] </w:t>
      </w:r>
      <w:r>
        <w:t>surely this quran guides to the most upright way and gives good news to the believers who do good deeds, so that they will have a great reward, and warns those who deny the life to come with grievous punishment</w:t>
      </w:r>
    </w:p>
    <w:p>
      <w:pPr>
        <w:jc w:val="right"/>
      </w:pPr>
      <w:r>
        <w:t>Surely this Quran guides to the most upright way and gives good news to the believers who do good deeds, so that they will have a great reward, and warns those who deny the life to come with grievous punishment</w:t>
      </w:r>
    </w:p>
    <w:p>
      <w:r>
        <w:rPr>
          <w:b/>
        </w:rPr>
        <w:t xml:space="preserve">[02:05] </w:t>
      </w:r>
      <w:r>
        <w:t>. yet man asks for evil as eagerly as he should ask for good. truly man is indeed hasty. we have made the night and the day as two signs.</w:t>
      </w:r>
    </w:p>
    <w:p>
      <w:pPr>
        <w:jc w:val="right"/>
      </w:pPr>
      <w:r>
        <w:t>. Yet man asks for evil as eagerly as he should ask for good. Truly man is indeed hasty. We have made the night and the day as two signs.</w:t>
      </w:r>
    </w:p>
    <w:p>
      <w:r>
        <w:rPr>
          <w:b/>
        </w:rPr>
        <w:t xml:space="preserve">[02:17] </w:t>
      </w:r>
      <w:r>
        <w:t>we blotted out the sign of night and made the sign of the day illuminating, so that you may seek the bounty of your lord and learn to compute the seasons and the years.</w:t>
      </w:r>
    </w:p>
    <w:p>
      <w:pPr>
        <w:jc w:val="right"/>
      </w:pPr>
      <w:r>
        <w:t>We blotted out the sign of night and made the sign of the day illuminating, so that you may seek the bounty of your Lord and learn to compute the seasons and the years.</w:t>
      </w:r>
    </w:p>
    <w:p>
      <w:r>
        <w:rPr>
          <w:b/>
        </w:rPr>
        <w:t xml:space="preserve">[02:27] </w:t>
      </w:r>
      <w:r>
        <w:t>we have set everything forth in det</w:t>
      </w:r>
    </w:p>
    <w:p>
      <w:pPr>
        <w:jc w:val="right"/>
      </w:pPr>
      <w:r>
        <w:t>We have set everything forth in det</w:t>
      </w:r>
    </w:p>
    <w:p>
      <w:r>
        <w:rPr>
          <w:b/>
        </w:rPr>
        <w:t xml:space="preserve">[02:30] </w:t>
      </w:r>
      <w:r>
        <w:t>ail. we have tied the fate of every man about his neck, and we shall produce a book for him on the resurrection day that he will find spread open.</w:t>
      </w:r>
    </w:p>
    <w:p>
      <w:pPr>
        <w:jc w:val="right"/>
      </w:pPr>
      <w:r>
        <w:t>ail. We have tied the fate of every man about his neck, and we shall produce a book for him on the resurrection day that he will find spread open.</w:t>
      </w:r>
    </w:p>
    <w:p>
      <w:r>
        <w:rPr>
          <w:b/>
        </w:rPr>
        <w:t xml:space="preserve">[02:40] </w:t>
      </w:r>
      <w:r>
        <w:t>it will say, "read your record. today there will be none but yourself to call you to account." whoever chooses to follow theright path follows it for his own good;</w:t>
      </w:r>
    </w:p>
    <w:p>
      <w:pPr>
        <w:jc w:val="right"/>
      </w:pPr>
      <w:r>
        <w:t>It will say, "Read your record. Today there will be none but yourself to call you to account." Whoever chooses to follow theright path follows it for his own good;</w:t>
      </w:r>
    </w:p>
    <w:p>
      <w:r>
        <w:rPr>
          <w:b/>
        </w:rPr>
        <w:t xml:space="preserve">[02:52] </w:t>
      </w:r>
      <w:r>
        <w:t>and whoever goes astray, goes astray at his own peril. no bearer of burdens shall bear the burdens of another, nor do we punish until we have set forth a messenger to forewarn them.</w:t>
      </w:r>
    </w:p>
    <w:p>
      <w:pPr>
        <w:jc w:val="right"/>
      </w:pPr>
      <w:r>
        <w:t>and whoever goes astray, goes astray at his own peril. No bearer of burdens shall bear the burdens of another, nor do we punish until we have set forth a messenger to forewarn them.</w:t>
      </w:r>
    </w:p>
    <w:p>
      <w:r>
        <w:rPr>
          <w:b/>
        </w:rPr>
        <w:t xml:space="preserve">[03:06] </w:t>
      </w:r>
      <w:r>
        <w:t>when we decide to destroy a town, we command the affluent section of its people. but they transgress therein. thus the word is justified.</w:t>
      </w:r>
    </w:p>
    <w:p>
      <w:pPr>
        <w:jc w:val="right"/>
      </w:pPr>
      <w:r>
        <w:t>When we decide to destroy a town, we command the affluent section of its people. But they transgress therein. Thus the word is justified.</w:t>
      </w:r>
    </w:p>
    <w:p>
      <w:r>
        <w:rPr>
          <w:b/>
        </w:rPr>
        <w:t xml:space="preserve">[03:16] </w:t>
      </w:r>
      <w:r>
        <w:t>Then we destroy the town utterly.</w:t>
      </w:r>
    </w:p>
    <w:p>
      <w:pPr>
        <w:jc w:val="right"/>
      </w:pPr>
      <w:r>
        <w:t>Then we destroy the town utterly.</w:t>
      </w:r>
    </w:p>
    <w:p>
      <w:r>
        <w:rPr>
          <w:b/>
        </w:rPr>
        <w:t xml:space="preserve">[03:19] </w:t>
      </w:r>
      <w:r>
        <w:t>How many generations have we destroyed since Noah's time? Your Lord is well aware of the sins of His servants and observes them all.</w:t>
      </w:r>
    </w:p>
    <w:p>
      <w:pPr>
        <w:jc w:val="right"/>
      </w:pPr>
      <w:r>
        <w:t>How many generations have we destroyed since Noah's time? Your Lord is well aware of the sins of His servants and observes them all.</w:t>
      </w:r>
    </w:p>
    <w:p>
      <w:r>
        <w:rPr>
          <w:b/>
        </w:rPr>
        <w:t xml:space="preserve">[03:30] </w:t>
      </w:r>
      <w:r>
        <w:t>We give whatever we will to whoever desires immediate gains. But then we have prepared hell for him which he will enter, disgraced and rejected.</w:t>
      </w:r>
    </w:p>
    <w:p>
      <w:pPr>
        <w:jc w:val="right"/>
      </w:pPr>
      <w:r>
        <w:t>We give whatever we will to whoever desires immediate gains. But then we have prepared hell for him which he will enter, disgraced and rejected.</w:t>
      </w:r>
    </w:p>
    <w:p>
      <w:r>
        <w:rPr>
          <w:b/>
        </w:rPr>
        <w:t xml:space="preserve">[03:41] </w:t>
      </w:r>
      <w:r>
        <w:t>Anyone who desires the hereafter and makes a proper effort to achieve it, being a true believer, shall find favor with God for his endeavors.</w:t>
      </w:r>
    </w:p>
    <w:p>
      <w:pPr>
        <w:jc w:val="right"/>
      </w:pPr>
      <w:r>
        <w:t>Anyone who desires the hereafter and makes a proper effort to achieve it, being a true believer, shall find favor with God for his endeavors.</w:t>
      </w:r>
    </w:p>
    <w:p>
      <w:r>
        <w:rPr>
          <w:b/>
        </w:rPr>
        <w:t xml:space="preserve">[03:51] </w:t>
      </w:r>
      <w:r>
        <w:t>Upon all, both these who desire the world and those who desire the hereafter, we bestow the bounty of your Lord.</w:t>
      </w:r>
    </w:p>
    <w:p>
      <w:pPr>
        <w:jc w:val="right"/>
      </w:pPr>
      <w:r>
        <w:t>Upon all, both these who desire the world and those who desire the hereafter, we bestow the bounty of your Lord.</w:t>
      </w:r>
    </w:p>
    <w:p>
      <w:r>
        <w:rPr>
          <w:b/>
        </w:rPr>
        <w:t xml:space="preserve">[03:59] </w:t>
      </w:r>
      <w:r>
        <w:t>None shall be denied the bounty of your Lord. See how we have exalted some above others in the present life. Yet the hereafter shall be greater in degrees of rank and greater in excellence.</w:t>
      </w:r>
    </w:p>
    <w:p>
      <w:pPr>
        <w:jc w:val="right"/>
      </w:pPr>
      <w:r>
        <w:t>None shall be denied the bounty of your Lord. See how we have exalted some above others in the present life. Yet the hereafter shall be greater in degrees of rank and greater in excellence.</w:t>
      </w:r>
    </w:p>
    <w:p>
      <w:r>
        <w:rPr>
          <w:b/>
        </w:rPr>
        <w:t xml:space="preserve">[04:13] </w:t>
      </w:r>
      <w:r>
        <w:t>Do not set up any other deity besides God, lest you incur disgrace and be forsaken. Your Lord has commanded that you should worship none but Him and show kindness to your parents.</w:t>
      </w:r>
    </w:p>
    <w:p>
      <w:pPr>
        <w:jc w:val="right"/>
      </w:pPr>
      <w:r>
        <w:t>Do not set up any other deity besides God, lest you incur disgrace and be forsaken. Your Lord has commanded that you should worship none but Him and show kindness to your parents.</w:t>
      </w:r>
    </w:p>
    <w:p>
      <w:r>
        <w:rPr>
          <w:b/>
        </w:rPr>
        <w:t xml:space="preserve">[04:25] </w:t>
      </w:r>
      <w:r>
        <w:t>If either or both of them attain old age with you, say no word of contempt to them and do not rebuke them, but always speak gently to them, and treat them with humility and tenderness, and say, "Lord, be merciful to them both as they raised me up when I was little." Your Lord knows best what is in your hearts if you are righteous.</w:t>
      </w:r>
    </w:p>
    <w:p>
      <w:pPr>
        <w:jc w:val="right"/>
      </w:pPr>
      <w:r>
        <w:t>If either or both of them attain old age with you, say no word of contempt to them and do not rebuke them, but always speak gently to them, and treat them with humility and tenderness, and say, "Lord, be merciful to them both as they raised me up when I was little." Your Lord knows best what is in your hearts if you are righteous.</w:t>
      </w:r>
    </w:p>
    <w:p>
      <w:r>
        <w:rPr>
          <w:b/>
        </w:rPr>
        <w:t xml:space="preserve">[04:48] </w:t>
      </w:r>
      <w:r>
        <w:t>He is most forgiving to those who constantly turn to Him.</w:t>
      </w:r>
    </w:p>
    <w:p>
      <w:pPr>
        <w:jc w:val="right"/>
      </w:pPr>
      <w:r>
        <w:t>He is most forgiving to those who constantly turn to Him.</w:t>
      </w:r>
    </w:p>
    <w:p>
      <w:r>
        <w:rPr>
          <w:b/>
        </w:rPr>
        <w:t xml:space="preserve">[04:53] </w:t>
      </w:r>
      <w:r>
        <w:t>Give to your relatives their due, and also to the needy and the wayfarer. Yet do not spend extravagantly. Spendthrifts are the brothers of Satan, and Satan is ever ungrateful to his Lord.</w:t>
      </w:r>
    </w:p>
    <w:p>
      <w:pPr>
        <w:jc w:val="right"/>
      </w:pPr>
      <w:r>
        <w:t>Give to your relatives their due, and also to the needy and the wayfarer. Yet do not spend extravagantly. Spendthrifts are the brothers of Satan, and Satan is ever ungrateful to his Lord.</w:t>
      </w:r>
    </w:p>
    <w:p>
      <w:r>
        <w:rPr>
          <w:b/>
        </w:rPr>
        <w:t xml:space="preserve">[05:07] </w:t>
      </w:r>
      <w:r>
        <w:t>But if, while waiting for your Lord's bounty which you are expecting, you turn them down, then at least speak to them kindly.</w:t>
      </w:r>
    </w:p>
    <w:p>
      <w:pPr>
        <w:jc w:val="right"/>
      </w:pPr>
      <w:r>
        <w:t>But if, while waiting for your Lord's bounty which you are expecting, you turn them down, then at least speak to them kindly.</w:t>
      </w:r>
    </w:p>
    <w:p>
      <w:r>
        <w:rPr>
          <w:b/>
        </w:rPr>
        <w:t xml:space="preserve">[05:16] </w:t>
      </w:r>
      <w:r>
        <w:t>Be neither miserly, nor so open-handed that you suffer reproach and become destitute. Your Lord gives abundantly to whom He will, and sparingly to whom He pleases.</w:t>
      </w:r>
    </w:p>
    <w:p>
      <w:pPr>
        <w:jc w:val="right"/>
      </w:pPr>
      <w:r>
        <w:t>Be neither miserly, nor so open-handed that you suffer reproach and become destitute. Your Lord gives abundantly to whom He will, and sparingly to whom He pleases.</w:t>
      </w:r>
    </w:p>
    <w:p>
      <w:r>
        <w:rPr>
          <w:b/>
        </w:rPr>
        <w:t xml:space="preserve">[05:28] </w:t>
      </w:r>
      <w:r>
        <w:t>He is informed and observant about His servants. You shall not kill your offspring for fear of want. It is we who provide for them and for you.</w:t>
      </w:r>
    </w:p>
    <w:p>
      <w:pPr>
        <w:jc w:val="right"/>
      </w:pPr>
      <w:r>
        <w:t>He is informed and observant about His servants. You shall not kill your offspring for fear of want. It is we who provide for them and for you.</w:t>
      </w:r>
    </w:p>
    <w:p>
      <w:r>
        <w:rPr>
          <w:b/>
        </w:rPr>
        <w:t xml:space="preserve">[05:39] </w:t>
      </w:r>
      <w:r>
        <w:t>Indeed, killing them is a great sin.</w:t>
      </w:r>
    </w:p>
    <w:p>
      <w:pPr>
        <w:jc w:val="right"/>
      </w:pPr>
      <w:r>
        <w:t>Indeed, killing them is a great sin.</w:t>
      </w:r>
    </w:p>
    <w:p>
      <w:r>
        <w:rPr>
          <w:b/>
        </w:rPr>
        <w:t xml:space="preserve">[05:43] </w:t>
      </w:r>
      <w:r>
        <w:t>Do not commit adultery, for it is an indecent thing and an evil course. Do not take life which God has made inviolate, except byright.</w:t>
      </w:r>
    </w:p>
    <w:p>
      <w:pPr>
        <w:jc w:val="right"/>
      </w:pPr>
      <w:r>
        <w:t>Do not commit adultery, for it is an indecent thing and an evil course. Do not take life which God has made inviolate, except byright.</w:t>
      </w:r>
    </w:p>
    <w:p>
      <w:r>
        <w:rPr>
          <w:b/>
        </w:rPr>
        <w:t xml:space="preserve">[05:54] </w:t>
      </w:r>
      <w:r>
        <w:t>If anyone is killed wrongfully, we have given authority to his heirs to demand retribution, but let them not transgress the prescribed limits in exacting retribution, for then he will be assisted by the law.</w:t>
      </w:r>
    </w:p>
    <w:p>
      <w:pPr>
        <w:jc w:val="right"/>
      </w:pPr>
      <w:r>
        <w:t>If anyone is killed wrongfully, we have given authority to his heirs to demand retribution, but let them not transgress the prescribed limits in exacting retribution, for then he will be assisted by the law.</w:t>
      </w:r>
    </w:p>
    <w:p>
      <w:r>
        <w:rPr>
          <w:b/>
        </w:rPr>
        <w:t xml:space="preserve">[06:09] </w:t>
      </w:r>
      <w:r>
        <w:t>Do not go near the orphan's property, except with the best intentions, until they reach maturity. Keep your promises.</w:t>
      </w:r>
    </w:p>
    <w:p>
      <w:pPr>
        <w:jc w:val="right"/>
      </w:pPr>
      <w:r>
        <w:t>Do not go near the orphan's property, except with the best intentions, until they reach maturity. Keep your promises.</w:t>
      </w:r>
    </w:p>
    <w:p>
      <w:r>
        <w:rPr>
          <w:b/>
        </w:rPr>
        <w:t xml:space="preserve">[06:18] </w:t>
      </w:r>
      <w:r>
        <w:t>You will be called to account for every promise which you have made. Give full measure when you measure, and weigh with accurate scales.</w:t>
      </w:r>
    </w:p>
    <w:p>
      <w:pPr>
        <w:jc w:val="right"/>
      </w:pPr>
      <w:r>
        <w:t>You will be called to account for every promise which you have made. Give full measure when you measure, and weigh with accurate scales.</w:t>
      </w:r>
    </w:p>
    <w:p>
      <w:r>
        <w:rPr>
          <w:b/>
        </w:rPr>
        <w:t xml:space="preserve">[06:26] </w:t>
      </w:r>
      <w:r>
        <w:t>That is fair and better in the end.</w:t>
      </w:r>
    </w:p>
    <w:p>
      <w:pPr>
        <w:jc w:val="right"/>
      </w:pPr>
      <w:r>
        <w:t>That is fair and better in the end.</w:t>
      </w:r>
    </w:p>
    <w:p>
      <w:r>
        <w:rPr>
          <w:b/>
        </w:rPr>
        <w:t xml:space="preserve">[06:30] </w:t>
      </w:r>
      <w:r>
        <w:t>Do not follow what you do not know. For the ear and the eye and the heart shall all be called to account. Do not walk proudly on the earth.</w:t>
      </w:r>
    </w:p>
    <w:p>
      <w:pPr>
        <w:jc w:val="right"/>
      </w:pPr>
      <w:r>
        <w:t>Do not follow what you do not know. For the ear and the eye and the heart shall all be called to account. Do not walk proudly on the earth.</w:t>
      </w:r>
    </w:p>
    <w:p>
      <w:r>
        <w:rPr>
          <w:b/>
        </w:rPr>
        <w:t xml:space="preserve">[06:40] </w:t>
      </w:r>
      <w:r>
        <w:t>You cannot cleave the earth, nor can you rival the mountains in height. All that is evil in the sight of your Lord and is detestable.</w:t>
      </w:r>
    </w:p>
    <w:p>
      <w:pPr>
        <w:jc w:val="right"/>
      </w:pPr>
      <w:r>
        <w:t>You cannot cleave the earth, nor can you rival the mountains in height. All that is evil in the sight of your Lord and is detestable.</w:t>
      </w:r>
    </w:p>
    <w:p>
      <w:r>
        <w:rPr>
          <w:b/>
        </w:rPr>
        <w:t xml:space="preserve">[06:50] </w:t>
      </w:r>
      <w:r>
        <w:t>This is part of the wisdom that your Lord has revealed to you. Do not set up any other deity with God lest you be cast into hell, condemned and rejected.</w:t>
      </w:r>
    </w:p>
    <w:p>
      <w:pPr>
        <w:jc w:val="right"/>
      </w:pPr>
      <w:r>
        <w:t>This is part of the wisdom that your Lord has revealed to you. Do not set up any other deity with God lest you be cast into hell, condemned and rejected.</w:t>
      </w:r>
    </w:p>
    <w:p>
      <w:r>
        <w:rPr>
          <w:b/>
        </w:rPr>
        <w:t xml:space="preserve">[07:01] </w:t>
      </w:r>
      <w:r>
        <w:t>What? Has your Lord then favored you with sons and Himself adopted females from among the angels?</w:t>
      </w:r>
    </w:p>
    <w:p>
      <w:pPr>
        <w:jc w:val="right"/>
      </w:pPr>
      <w:r>
        <w:t>What? Has your Lord then favored you with sons and Himself adopted females from among the angels?</w:t>
      </w:r>
    </w:p>
    <w:p>
      <w:r>
        <w:rPr>
          <w:b/>
        </w:rPr>
        <w:t xml:space="preserve">[07:09] </w:t>
      </w:r>
      <w:r>
        <w:t>What you say is monstrous. We have explained the truth in this Quran in various ways, so that they may take heed. But it has only increased their aversion.</w:t>
      </w:r>
    </w:p>
    <w:p>
      <w:pPr>
        <w:jc w:val="right"/>
      </w:pPr>
      <w:r>
        <w:t>What you say is monstrous. We have explained the truth in this Quran in various ways, so that they may take heed. But it has only increased their aversion.</w:t>
      </w:r>
    </w:p>
    <w:p>
      <w:r>
        <w:rPr>
          <w:b/>
        </w:rPr>
        <w:t xml:space="preserve">[07:20] </w:t>
      </w:r>
      <w:r>
        <w:t>Say, "If there were other deities along with Him," as they claim, then they would surely have tried to find a way to the Lord of the throne. Glory be to Him, exalted above all that they say.</w:t>
      </w:r>
    </w:p>
    <w:p>
      <w:pPr>
        <w:jc w:val="right"/>
      </w:pPr>
      <w:r>
        <w:t>Say, "If there were other deities along with Him," as they claim, then they would surely have tried to find a way to the Lord of the throne. Glory be to Him, exalted above all that they say.</w:t>
      </w:r>
    </w:p>
    <w:p>
      <w:r>
        <w:rPr>
          <w:b/>
        </w:rPr>
        <w:t xml:space="preserve">[07:33] </w:t>
      </w:r>
      <w:r>
        <w:t>The seven heavens and the earth and all who dwell therein glorify Him.</w:t>
      </w:r>
    </w:p>
    <w:p>
      <w:pPr>
        <w:jc w:val="right"/>
      </w:pPr>
      <w:r>
        <w:t>The seven heavens and the earth and all who dwell therein glorify Him.</w:t>
      </w:r>
    </w:p>
    <w:p>
      <w:r>
        <w:rPr>
          <w:b/>
        </w:rPr>
        <w:t xml:space="preserve">[07:38] </w:t>
      </w:r>
      <w:r>
        <w:t>There is not a single thing but glorifies Him with His praise. But you do not understand their glorification. Truly He is forbearing and most forgiving.</w:t>
      </w:r>
    </w:p>
    <w:p>
      <w:pPr>
        <w:jc w:val="right"/>
      </w:pPr>
      <w:r>
        <w:t>There is not a single thing but glorifies Him with His praise. But you do not understand their glorification. Truly He is forbearing and most forgiving.</w:t>
      </w:r>
    </w:p>
    <w:p>
      <w:r>
        <w:rPr>
          <w:b/>
        </w:rPr>
        <w:t xml:space="preserve">[07:50] </w:t>
      </w:r>
      <w:r>
        <w:t>When you recite the Quran, we place an invisible barrier between you and those who do not believe in the hereafter. We put veils over their hearts to prevent them from comprehending it, and we afflict their ears with deafness.</w:t>
      </w:r>
    </w:p>
    <w:p>
      <w:pPr>
        <w:jc w:val="right"/>
      </w:pPr>
      <w:r>
        <w:t>When you recite the Quran, we place an invisible barrier between you and those who do not believe in the hereafter. We put veils over their hearts to prevent them from comprehending it, and we afflict their ears with deafness.</w:t>
      </w:r>
    </w:p>
    <w:p>
      <w:r>
        <w:rPr>
          <w:b/>
        </w:rPr>
        <w:t xml:space="preserve">[08:04] </w:t>
      </w:r>
      <w:r>
        <w:t>When you mention your one and only Lord in your recitation of the Quran, they turn their backs in aversion. We are fully aware of what they wish to hear when they listen to you, and what they say when they converse in private, and when the wrongdoers say, "You are only following a man who is bewitched." See to what they liken you?</w:t>
      </w:r>
    </w:p>
    <w:p>
      <w:pPr>
        <w:jc w:val="right"/>
      </w:pPr>
      <w:r>
        <w:t>When you mention your one and only Lord in your recitation of the Quran, they turn their backs in aversion. We are fully aware of what they wish to hear when they listen to you, and what they say when they converse in private, and when the wrongdoers say, "You are only following a man who is bewitched." See to what they liken you?</w:t>
      </w:r>
    </w:p>
    <w:p>
      <w:r>
        <w:rPr>
          <w:b/>
        </w:rPr>
        <w:t xml:space="preserve">[08:26] </w:t>
      </w:r>
      <w:r>
        <w:t>But they are lost and cannot find theright path.</w:t>
      </w:r>
    </w:p>
    <w:p>
      <w:pPr>
        <w:jc w:val="right"/>
      </w:pPr>
      <w:r>
        <w:t>But they are lost and cannot find theright path.</w:t>
      </w:r>
    </w:p>
    <w:p>
      <w:r>
        <w:rPr>
          <w:b/>
        </w:rPr>
        <w:t xml:space="preserve">[08:31] </w:t>
      </w:r>
      <w:r>
        <w:t>What? They say, "When we are turned to bones and dust, shall we be restored to life?" Say, "Yes, even if you are turned to stones or iron, or any other substance which you think unlikely to be given life." Then they will ask, "Who is it that shall restore us to life?" Answer them, "He who created you the first time." They will then shake their heads at you and say, "When will that be</w:t>
      </w:r>
    </w:p>
    <w:p>
      <w:pPr>
        <w:jc w:val="right"/>
      </w:pPr>
      <w:r>
        <w:t>What? They say, "When we are turned to bones and dust, shall we be restored to life?" Say, "Yes, even if you are turned to stones or iron, or any other substance which you think unlikely to be given life." Then they will ask, "Who is it that shall restore us to life?" Answer them, "He who created you the first time." They will then shake their heads at you and say, "When will that be</w:t>
      </w:r>
    </w:p>
    <w:p>
      <w:r>
        <w:rPr>
          <w:b/>
        </w:rPr>
        <w:t xml:space="preserve">[08:59] </w:t>
      </w:r>
      <w:r>
        <w:t>?" Say, "It may well be very soon. On that day He will call you, and you will answer by praising Him, thinking that you have stayed for only a little while." Tell my servants that they should always say what is best.</w:t>
      </w:r>
    </w:p>
    <w:p>
      <w:pPr>
        <w:jc w:val="right"/>
      </w:pPr>
      <w:r>
        <w:t>?" Say, "It may well be very soon. On that day He will call you, and you will answer by praising Him, thinking that you have stayed for only a little while." Tell my servants that they should always say what is best.</w:t>
      </w:r>
    </w:p>
    <w:p>
      <w:r>
        <w:rPr>
          <w:b/>
        </w:rPr>
        <w:t xml:space="preserve">[09:15] </w:t>
      </w:r>
      <w:r>
        <w:t>Satan stirs up discord among them. Surely Satan is an outright enemy to man. Your Lord is fully aware of you.</w:t>
      </w:r>
    </w:p>
    <w:p>
      <w:pPr>
        <w:jc w:val="right"/>
      </w:pPr>
      <w:r>
        <w:t>Satan stirs up discord among them. Surely Satan is an outright enemy to man. Your Lord is fully aware of you.</w:t>
      </w:r>
    </w:p>
    <w:p>
      <w:r>
        <w:rPr>
          <w:b/>
        </w:rPr>
        <w:t xml:space="preserve">[09:24] </w:t>
      </w:r>
      <w:r>
        <w:t>He may show you mercy if He will, or punish you if He will.</w:t>
      </w:r>
    </w:p>
    <w:p>
      <w:pPr>
        <w:jc w:val="right"/>
      </w:pPr>
      <w:r>
        <w:t>He may show you mercy if He will, or punish you if He will.</w:t>
      </w:r>
    </w:p>
    <w:p>
      <w:r>
        <w:rPr>
          <w:b/>
        </w:rPr>
        <w:t xml:space="preserve">[09:29] </w:t>
      </w:r>
      <w:r>
        <w:t>We have not sent you as their guardian. Your Lord knows best about everyone in the heavens and on the earth. We gave some prophets more than others.</w:t>
      </w:r>
    </w:p>
    <w:p>
      <w:pPr>
        <w:jc w:val="right"/>
      </w:pPr>
      <w:r>
        <w:t>We have not sent you as their guardian. Your Lord knows best about everyone in the heavens and on the earth. We gave some prophets more than others.</w:t>
      </w:r>
    </w:p>
    <w:p>
      <w:r>
        <w:rPr>
          <w:b/>
        </w:rPr>
        <w:t xml:space="preserve">[09:40] </w:t>
      </w:r>
      <w:r>
        <w:t>We gave David the Psalms. Call on those you claim to be deities besides God, and you will know that they have no power to remove affliction from you or to bring about any change that you may desire.</w:t>
      </w:r>
    </w:p>
    <w:p>
      <w:pPr>
        <w:jc w:val="right"/>
      </w:pPr>
      <w:r>
        <w:t>We gave David the Psalms. Call on those you claim to be deities besides God, and you will know that they have no power to remove affliction from you or to bring about any change that you may desire.</w:t>
      </w:r>
    </w:p>
    <w:p>
      <w:r>
        <w:rPr>
          <w:b/>
        </w:rPr>
        <w:t xml:space="preserve">[09:54] </w:t>
      </w:r>
      <w:r>
        <w:t>Those whom they invoke are themselves seeking a way of approach to their Lord, vying with each other to be near Him. They hope for His mercy and fear His punishment.</w:t>
      </w:r>
    </w:p>
    <w:p>
      <w:pPr>
        <w:jc w:val="right"/>
      </w:pPr>
      <w:r>
        <w:t>Those whom they invoke are themselves seeking a way of approach to their Lord, vying with each other to be near Him. They hope for His mercy and fear His punishment.</w:t>
      </w:r>
    </w:p>
    <w:p>
      <w:r>
        <w:rPr>
          <w:b/>
        </w:rPr>
        <w:t xml:space="preserve">[10:06] </w:t>
      </w:r>
      <w:r>
        <w:t>Surely the punishment of your Lord is to be feared. There is not a town but we shall destroy or sternly punish it before the day of judgment.</w:t>
      </w:r>
    </w:p>
    <w:p>
      <w:pPr>
        <w:jc w:val="right"/>
      </w:pPr>
      <w:r>
        <w:t>Surely the punishment of your Lord is to be feared. There is not a town but we shall destroy or sternly punish it before the day of judgment.</w:t>
      </w:r>
    </w:p>
    <w:p>
      <w:r>
        <w:rPr>
          <w:b/>
        </w:rPr>
        <w:t xml:space="preserve">[10:17] </w:t>
      </w:r>
      <w:r>
        <w:t>That is recorded in the book. Nothing has prevented us from sending signs except the fact that previous peoples denied them.</w:t>
      </w:r>
    </w:p>
    <w:p>
      <w:pPr>
        <w:jc w:val="right"/>
      </w:pPr>
      <w:r>
        <w:t>That is recorded in the book. Nothing has prevented us from sending signs except the fact that previous peoples denied them.</w:t>
      </w:r>
    </w:p>
    <w:p>
      <w:r>
        <w:rPr>
          <w:b/>
        </w:rPr>
        <w:t xml:space="preserve">[10:25] </w:t>
      </w:r>
      <w:r>
        <w:t>We gave the people of Thamud the she-camel as a clear sign, yet they mistreated her. We give signs only by way of warning.</w:t>
      </w:r>
    </w:p>
    <w:p>
      <w:pPr>
        <w:jc w:val="right"/>
      </w:pPr>
      <w:r>
        <w:t>We gave the people of Thamud the she-camel as a clear sign, yet they mistreated her. We give signs only by way of warning.</w:t>
      </w:r>
    </w:p>
    <w:p>
      <w:r>
        <w:rPr>
          <w:b/>
        </w:rPr>
        <w:t xml:space="preserve">[10:36] </w:t>
      </w:r>
      <w:r>
        <w:t>We told you that your Lord encompasses mankind.</w:t>
      </w:r>
    </w:p>
    <w:p>
      <w:pPr>
        <w:jc w:val="right"/>
      </w:pPr>
      <w:r>
        <w:t>We told you that your Lord encompasses mankind.</w:t>
      </w:r>
    </w:p>
    <w:p>
      <w:r>
        <w:rPr>
          <w:b/>
        </w:rPr>
        <w:t xml:space="preserve">[10:40] </w:t>
      </w:r>
      <w:r>
        <w:t>We granted the vision which we showed you, as well as the tree that is cursed in the Quran, only as a test for mankind. We warn them, but this only increases their insolence.</w:t>
      </w:r>
    </w:p>
    <w:p>
      <w:pPr>
        <w:jc w:val="right"/>
      </w:pPr>
      <w:r>
        <w:t>We granted the vision which we showed you, as well as the tree that is cursed in the Quran, only as a test for mankind. We warn them, but this only increases their insolence.</w:t>
      </w:r>
    </w:p>
    <w:p>
      <w:r>
        <w:rPr>
          <w:b/>
        </w:rPr>
        <w:t xml:space="preserve">[10:54] </w:t>
      </w:r>
      <w:r>
        <w:t>When we said to the angels, "Prostrate yourselves before Adam," they all prostrated themselves except Iblis.</w:t>
      </w:r>
    </w:p>
    <w:p>
      <w:pPr>
        <w:jc w:val="right"/>
      </w:pPr>
      <w:r>
        <w:t>When we said to the angels, "Prostrate yourselves before Adam," they all prostrated themselves except Iblis.</w:t>
      </w:r>
    </w:p>
    <w:p>
      <w:r>
        <w:rPr>
          <w:b/>
        </w:rPr>
        <w:t xml:space="preserve">[11:03] </w:t>
      </w:r>
      <w:r>
        <w:t>He said, "Am I to prostrate myself to someone you have created out of clay</w:t>
      </w:r>
    </w:p>
    <w:p>
      <w:pPr>
        <w:jc w:val="right"/>
      </w:pPr>
      <w:r>
        <w:t>He said, "Am I to prostrate myself to someone you have created out of clay</w:t>
      </w:r>
    </w:p>
    <w:p>
      <w:r>
        <w:rPr>
          <w:b/>
        </w:rPr>
        <w:t xml:space="preserve">[11:09] </w:t>
      </w:r>
      <w:r>
        <w:t>?" And further said, "Do you see this being whom you have exalted above me? If you reprieve me until the day of resurrection, I will bring all but a few of his descendants under my sway." God said, "Go away.</w:t>
      </w:r>
    </w:p>
    <w:p>
      <w:pPr>
        <w:jc w:val="right"/>
      </w:pPr>
      <w:r>
        <w:t>?" And further said, "Do you see this being whom you have exalted above me? If you reprieve me until the day of resurrection, I will bring all but a few of his descendants under my sway." God said, "Go away.</w:t>
      </w:r>
    </w:p>
    <w:p>
      <w:r>
        <w:rPr>
          <w:b/>
        </w:rPr>
        <w:t xml:space="preserve">[11:25] </w:t>
      </w:r>
      <w:r>
        <w:t>Hell will be your reward and the reward of any of them who follow you, an ample recompense. Go ahead and entice whomever of them you can with your voice, and mount assaults against them with your cavalry and infantry, and be their partner in wealth and offspring, and make promises to them.</w:t>
      </w:r>
    </w:p>
    <w:p>
      <w:pPr>
        <w:jc w:val="right"/>
      </w:pPr>
      <w:r>
        <w:t>Hell will be your reward and the reward of any of them who follow you, an ample recompense. Go ahead and entice whomever of them you can with your voice, and mount assaults against them with your cavalry and infantry, and be their partner in wealth and offspring, and make promises to them.</w:t>
      </w:r>
    </w:p>
    <w:p>
      <w:r>
        <w:rPr>
          <w:b/>
        </w:rPr>
        <w:t xml:space="preserve">[11:46] </w:t>
      </w:r>
      <w:r>
        <w:t>Satan promises nothing but delusion. But over my true servants you shall have no power. Your Lord will be their all-sufficient guardian.</w:t>
      </w:r>
    </w:p>
    <w:p>
      <w:pPr>
        <w:jc w:val="right"/>
      </w:pPr>
      <w:r>
        <w:t>Satan promises nothing but delusion. But over my true servants you shall have no power. Your Lord will be their all-sufficient guardian.</w:t>
      </w:r>
    </w:p>
    <w:p>
      <w:r>
        <w:rPr>
          <w:b/>
        </w:rPr>
        <w:t xml:space="preserve">[11:56] </w:t>
      </w:r>
      <w:r>
        <w:t>Your Lord is He who causes the ships to move onward for you across the sea, so that you may go in quest of His bounty. He is most merciful towards you.</w:t>
      </w:r>
    </w:p>
    <w:p>
      <w:pPr>
        <w:jc w:val="right"/>
      </w:pPr>
      <w:r>
        <w:t>Your Lord is He who causes the ships to move onward for you across the sea, so that you may go in quest of His bounty. He is most merciful towards you.</w:t>
      </w:r>
    </w:p>
    <w:p>
      <w:r>
        <w:rPr>
          <w:b/>
        </w:rPr>
        <w:t xml:space="preserve">[12:07] </w:t>
      </w:r>
      <w:r>
        <w:t>When danger threatens you at sea, you call upon Him and forget all others you are wont to invoke. But when He brings you safe to land, you turn away from Him.</w:t>
      </w:r>
    </w:p>
    <w:p>
      <w:pPr>
        <w:jc w:val="right"/>
      </w:pPr>
      <w:r>
        <w:t>When danger threatens you at sea, you call upon Him and forget all others you are wont to invoke. But when He brings you safe to land, you turn away from Him.</w:t>
      </w:r>
    </w:p>
    <w:p>
      <w:r>
        <w:rPr>
          <w:b/>
        </w:rPr>
        <w:t xml:space="preserve">[12:19] </w:t>
      </w:r>
      <w:r>
        <w:t>Man is ever ungrateful. Do you then feel secure against His causing you to be swallowed up by the earth when you are back on land, or His sending a deadly sandstorm upon you?</w:t>
      </w:r>
    </w:p>
    <w:p>
      <w:pPr>
        <w:jc w:val="right"/>
      </w:pPr>
      <w:r>
        <w:t>Man is ever ungrateful. Do you then feel secure against His causing you to be swallowed up by the earth when you are back on land, or His sending a deadly sandstorm upon you?</w:t>
      </w:r>
    </w:p>
    <w:p>
      <w:r>
        <w:rPr>
          <w:b/>
        </w:rPr>
        <w:t xml:space="preserve">[12:32] </w:t>
      </w:r>
      <w:r>
        <w:t>Then you will find no one to protect you. Or do you feel secure against His sending you back to sea once again, and raising a fierce gale against you, and causing you to drown in requital for your ingratitude?</w:t>
      </w:r>
    </w:p>
    <w:p>
      <w:pPr>
        <w:jc w:val="right"/>
      </w:pPr>
      <w:r>
        <w:t>Then you will find no one to protect you. Or do you feel secure against His sending you back to sea once again, and raising a fierce gale against you, and causing you to drown in requital for your ingratitude?</w:t>
      </w:r>
    </w:p>
    <w:p>
      <w:r>
        <w:rPr>
          <w:b/>
        </w:rPr>
        <w:t xml:space="preserve">[12:46] </w:t>
      </w:r>
      <w:r>
        <w:t>You will find no helper against us there. We have honored the children of Adam and have born them on the land and the sea, given them for sustenance things which are good and pure, and exalted them above many of our creatures.</w:t>
      </w:r>
    </w:p>
    <w:p>
      <w:pPr>
        <w:jc w:val="right"/>
      </w:pPr>
      <w:r>
        <w:t>You will find no helper against us there. We have honored the children of Adam and have born them on the land and the sea, given them for sustenance things which are good and pure, and exalted them above many of our creatures.</w:t>
      </w:r>
    </w:p>
    <w:p>
      <w:r>
        <w:rPr>
          <w:b/>
        </w:rPr>
        <w:t xml:space="preserve">[13:02] </w:t>
      </w:r>
      <w:r>
        <w:t>The day will surely come when we shall summon every people with their leader. Then those who are given their records in theirright hands will read their records eagerly, and shall not in the least be wronged.</w:t>
      </w:r>
    </w:p>
    <w:p>
      <w:pPr>
        <w:jc w:val="right"/>
      </w:pPr>
      <w:r>
        <w:t>The day will surely come when we shall summon every people with their leader. Then those who are given their records in theirright hands will read their records eagerly, and shall not in the least be wronged.</w:t>
      </w:r>
    </w:p>
    <w:p>
      <w:r>
        <w:rPr>
          <w:b/>
        </w:rPr>
        <w:t xml:space="preserve">[13:15] </w:t>
      </w:r>
      <w:r>
        <w:t>But whoever has been blind in this life will be blind in the life to come, and still farther astray from the path of truth.</w:t>
      </w:r>
    </w:p>
    <w:p>
      <w:pPr>
        <w:jc w:val="right"/>
      </w:pPr>
      <w:r>
        <w:t>But whoever has been blind in this life will be blind in the life to come, and still farther astray from the path of truth.</w:t>
      </w:r>
    </w:p>
    <w:p>
      <w:r>
        <w:rPr>
          <w:b/>
        </w:rPr>
        <w:t xml:space="preserve">[13:24] </w:t>
      </w:r>
      <w:r>
        <w:t>They indeed sought to entice you away from what we have revealed to you, hoping that you might invent something else in our name, and then they would have accepted you as a close friend.</w:t>
      </w:r>
    </w:p>
    <w:p>
      <w:pPr>
        <w:jc w:val="right"/>
      </w:pPr>
      <w:r>
        <w:t>They indeed sought to entice you away from what we have revealed to you, hoping that you might invent something else in our name, and then they would have accepted you as a close friend.</w:t>
      </w:r>
    </w:p>
    <w:p>
      <w:r>
        <w:rPr>
          <w:b/>
        </w:rPr>
        <w:t xml:space="preserve">[13:36] </w:t>
      </w:r>
      <w:r>
        <w:t>If we had not made you stand firm, you would almost have inclined towards them a little. In that case, we should have inflicted a double punishment in this life and a double punishment after death.</w:t>
      </w:r>
    </w:p>
    <w:p>
      <w:pPr>
        <w:jc w:val="right"/>
      </w:pPr>
      <w:r>
        <w:t>If we had not made you stand firm, you would almost have inclined towards them a little. In that case, we should have inflicted a double punishment in this life and a double punishment after death.</w:t>
      </w:r>
    </w:p>
    <w:p>
      <w:r>
        <w:rPr>
          <w:b/>
        </w:rPr>
        <w:t xml:space="preserve">[13:49] </w:t>
      </w:r>
      <w:r>
        <w:t>Then you would have found no one to help you against us.</w:t>
      </w:r>
    </w:p>
    <w:p>
      <w:pPr>
        <w:jc w:val="right"/>
      </w:pPr>
      <w:r>
        <w:t>Then you would have found no one to help you against us.</w:t>
      </w:r>
    </w:p>
    <w:p>
      <w:r>
        <w:rPr>
          <w:b/>
        </w:rPr>
        <w:t xml:space="preserve">[13:54] </w:t>
      </w:r>
      <w:r>
        <w:t>Indeed they came near to unsettling you, so that they might expel you from the land.</w:t>
      </w:r>
    </w:p>
    <w:p>
      <w:pPr>
        <w:jc w:val="right"/>
      </w:pPr>
      <w:r>
        <w:t>Indeed they came near to unsettling you, so that they might expel you from the land.</w:t>
      </w:r>
    </w:p>
    <w:p>
      <w:r>
        <w:rPr>
          <w:b/>
        </w:rPr>
        <w:t xml:space="preserve">[13:59] </w:t>
      </w:r>
      <w:r>
        <w:t>But in that case, they themselves would not have stayed on for very long after you. Such was our way with the messengers we sent before you, and you will find no change in our ways.</w:t>
      </w:r>
    </w:p>
    <w:p>
      <w:pPr>
        <w:jc w:val="right"/>
      </w:pPr>
      <w:r>
        <w:t>But in that case, they themselves would not have stayed on for very long after you. Such was our way with the messengers we sent before you, and you will find no change in our ways.</w:t>
      </w:r>
    </w:p>
    <w:p>
      <w:r>
        <w:rPr>
          <w:b/>
        </w:rPr>
        <w:t xml:space="preserve">[14:13] </w:t>
      </w:r>
      <w:r>
        <w:t>Say your prayers from the decline of the sun until nightfall, and at dawn. The recitation at dawn is indeed witnessed.</w:t>
      </w:r>
    </w:p>
    <w:p>
      <w:pPr>
        <w:jc w:val="right"/>
      </w:pPr>
      <w:r>
        <w:t>Say your prayers from the decline of the sun until nightfall, and at dawn. The recitation at dawn is indeed witnessed.</w:t>
      </w:r>
    </w:p>
    <w:p>
      <w:r>
        <w:rPr>
          <w:b/>
        </w:rPr>
        <w:t xml:space="preserve">[14:22] </w:t>
      </w:r>
      <w:r>
        <w:t>And during the night wake up and pray, as an additional prayer. It may well be that your Lord will raise you to a station of praise and glory.</w:t>
      </w:r>
    </w:p>
    <w:p>
      <w:pPr>
        <w:jc w:val="right"/>
      </w:pPr>
      <w:r>
        <w:t>And during the night wake up and pray, as an additional prayer. It may well be that your Lord will raise you to a station of praise and glory.</w:t>
      </w:r>
    </w:p>
    <w:p>
      <w:r>
        <w:rPr>
          <w:b/>
        </w:rPr>
        <w:t xml:space="preserve">[14:31] </w:t>
      </w:r>
      <w:r>
        <w:t>Say, "Lord, grant me an honorable entrance and an honorable exit, and sustain me with your power."</w:t>
      </w:r>
    </w:p>
    <w:p>
      <w:pPr>
        <w:jc w:val="right"/>
      </w:pPr>
      <w:r>
        <w:t>Say, "Lord, grant me an honorable entrance and an honorable exit, and sustain me with your power."</w:t>
      </w:r>
    </w:p>
    <w:p>
      <w:r>
        <w:rPr>
          <w:b/>
        </w:rPr>
        <w:t xml:space="preserve">[14:39] </w:t>
      </w:r>
      <w:r>
        <w:t>Say, "Truth has come and falsehood has disappeared. Falsehood is always bound to wither away." We send down in the Quran that which is healing and a mercy to those who believe.</w:t>
      </w:r>
    </w:p>
    <w:p>
      <w:pPr>
        <w:jc w:val="right"/>
      </w:pPr>
      <w:r>
        <w:t>Say, "Truth has come and falsehood has disappeared. Falsehood is always bound to wither away." We send down in the Quran that which is healing and a mercy to those who believe.</w:t>
      </w:r>
    </w:p>
    <w:p>
      <w:r>
        <w:rPr>
          <w:b/>
        </w:rPr>
        <w:t xml:space="preserve">[14:52] </w:t>
      </w:r>
      <w:r>
        <w:t>As for the evildoers, it only increases their loss.</w:t>
      </w:r>
    </w:p>
    <w:p>
      <w:pPr>
        <w:jc w:val="right"/>
      </w:pPr>
      <w:r>
        <w:t>As for the evildoers, it only increases their loss.</w:t>
      </w:r>
    </w:p>
    <w:p>
      <w:r>
        <w:rPr>
          <w:b/>
        </w:rPr>
        <w:t xml:space="preserve">[14:57] </w:t>
      </w:r>
      <w:r>
        <w:t>When we bestow a favor upon a person, he turns his back and draws aside, and when evil afflicts him, he gives himself up to despair.</w:t>
      </w:r>
    </w:p>
    <w:p>
      <w:pPr>
        <w:jc w:val="right"/>
      </w:pPr>
      <w:r>
        <w:t>When we bestow a favor upon a person, he turns his back and draws aside, and when evil afflicts him, he gives himself up to despair.</w:t>
      </w:r>
    </w:p>
    <w:p>
      <w:r>
        <w:rPr>
          <w:b/>
        </w:rPr>
        <w:t xml:space="preserve">[15:07] </w:t>
      </w:r>
      <w:r>
        <w:t>Say to them, "Everyone acts in his own way, and your Lord knows best who isrightly guided."</w:t>
      </w:r>
    </w:p>
    <w:p>
      <w:pPr>
        <w:jc w:val="right"/>
      </w:pPr>
      <w:r>
        <w:t>Say to them, "Everyone acts in his own way, and your Lord knows best who isrightly guided."</w:t>
      </w:r>
    </w:p>
    <w:p>
      <w:r>
        <w:rPr>
          <w:b/>
        </w:rPr>
        <w:t xml:space="preserve">[15:15] </w:t>
      </w:r>
      <w:r>
        <w:t>They question you about the Spirit. Say, "The Spirit is at my Lord's command, and you have been granted but little knowledge." If we pleased, we would certainly take away that which we have revealed to you.</w:t>
      </w:r>
    </w:p>
    <w:p>
      <w:pPr>
        <w:jc w:val="right"/>
      </w:pPr>
      <w:r>
        <w:t>They question you about the Spirit. Say, "The Spirit is at my Lord's command, and you have been granted but little knowledge." If we pleased, we would certainly take away that which we have revealed to you.</w:t>
      </w:r>
    </w:p>
    <w:p>
      <w:r>
        <w:rPr>
          <w:b/>
        </w:rPr>
        <w:t xml:space="preserve">[15:29] </w:t>
      </w:r>
      <w:r>
        <w:t>Then you would find no guardian for you against us, except through the special mercy of your Lord.</w:t>
      </w:r>
    </w:p>
    <w:p>
      <w:pPr>
        <w:jc w:val="right"/>
      </w:pPr>
      <w:r>
        <w:t>Then you would find no guardian for you against us, except through the special mercy of your Lord.</w:t>
      </w:r>
    </w:p>
    <w:p>
      <w:r>
        <w:rPr>
          <w:b/>
        </w:rPr>
        <w:t xml:space="preserve">[15:36] </w:t>
      </w:r>
      <w:r>
        <w:t>His favors towards you have been great indeed. Say, "If all men and jinn gathered together to produce the like of this Quran, they could not produce one like it, however much they helped one another." In this Quran we have set out all kinds of examples for people, yet most of them persist in denying the truth.</w:t>
      </w:r>
    </w:p>
    <w:p>
      <w:pPr>
        <w:jc w:val="right"/>
      </w:pPr>
      <w:r>
        <w:t>His favors towards you have been great indeed. Say, "If all men and jinn gathered together to produce the like of this Quran, they could not produce one like it, however much they helped one another." In this Quran we have set out all kinds of examples for people, yet most of them persist in denying the truth.</w:t>
      </w:r>
    </w:p>
    <w:p>
      <w:r>
        <w:rPr>
          <w:b/>
        </w:rPr>
        <w:t xml:space="preserve">[15:57] </w:t>
      </w:r>
      <w:r>
        <w:t>They declare, "We will never believe in you until you cause a spring to flow for us from the earth, or you have a garden of date palms and vines, and cause streams to flow plentifully in the midst of them, or you cause the heavens to fall down on us in pieces, as you have claimed, or you bring God and the angels before us face to face,</w:t>
      </w:r>
    </w:p>
    <w:p>
      <w:pPr>
        <w:jc w:val="right"/>
      </w:pPr>
      <w:r>
        <w:t>They declare, "We will never believe in you until you cause a spring to flow for us from the earth, or you have a garden of date palms and vines, and cause streams to flow plentifully in the midst of them, or you cause the heavens to fall down on us in pieces, as you have claimed, or you bring God and the angels before us face to face,</w:t>
      </w:r>
    </w:p>
    <w:p>
      <w:r>
        <w:rPr>
          <w:b/>
        </w:rPr>
        <w:t xml:space="preserve">[16:19] </w:t>
      </w:r>
      <w:r>
        <w:t>or you have a house made of gold, or you ascend to heaven, and we will not believe in your ascension until you send down to us a book that we can read." Tell them, "Holy is my Lord.</w:t>
      </w:r>
    </w:p>
    <w:p>
      <w:pPr>
        <w:jc w:val="right"/>
      </w:pPr>
      <w:r>
        <w:t>or you have a house made of gold, or you ascend to heaven, and we will not believe in your ascension until you send down to us a book that we can read." Tell them, "Holy is my Lord.</w:t>
      </w:r>
    </w:p>
    <w:p>
      <w:r>
        <w:rPr>
          <w:b/>
        </w:rPr>
        <w:t xml:space="preserve">[16:32] </w:t>
      </w:r>
      <w:r>
        <w:t>I am but a human being sent as a messenger." Nothing has prevented men from believing whenever guidance came to them. Save their query, "Has God sent a human being as a m</w:t>
      </w:r>
    </w:p>
    <w:p>
      <w:pPr>
        <w:jc w:val="right"/>
      </w:pPr>
      <w:r>
        <w:t>I am but a human being sent as a messenger." Nothing has prevented men from believing whenever guidance came to them. Save their query, "Has God sent a human being as a m</w:t>
      </w:r>
    </w:p>
    <w:p>
      <w:r>
        <w:rPr>
          <w:b/>
        </w:rPr>
        <w:t xml:space="preserve">[16:44] </w:t>
      </w:r>
      <w:r>
        <w:t>essenger?" Say, "If there had been angels walking around on earth, we would have sent an angel down from heaven as a messenger for them." Say, "God suffices as a witness between me and you.</w:t>
      </w:r>
    </w:p>
    <w:p>
      <w:pPr>
        <w:jc w:val="right"/>
      </w:pPr>
      <w:r>
        <w:t>essenger?" Say, "If there had been angels walking around on earth, we would have sent an angel down from heaven as a messenger for them." Say, "God suffices as a witness between me and you.</w:t>
      </w:r>
    </w:p>
    <w:p>
      <w:r>
        <w:rPr>
          <w:b/>
        </w:rPr>
        <w:t xml:space="preserve">[16:58] </w:t>
      </w:r>
      <w:r>
        <w:t>He is informed about the observant of His servants." Those whom God guides are the truly guided. And for those whom He lets go astray, you will find no helper besides Him on the day of judgment.</w:t>
      </w:r>
    </w:p>
    <w:p>
      <w:pPr>
        <w:jc w:val="right"/>
      </w:pPr>
      <w:r>
        <w:t>He is informed about the observant of His servants." Those whom God guides are the truly guided. And for those whom He lets go astray, you will find no helper besides Him on the day of judgment.</w:t>
      </w:r>
    </w:p>
    <w:p>
      <w:r>
        <w:rPr>
          <w:b/>
        </w:rPr>
        <w:t xml:space="preserve">[17:12] </w:t>
      </w:r>
      <w:r>
        <w:t>We shall gather them together, lying upon their faces, blind, dumb, and deaf. Their abode shall be hell.</w:t>
      </w:r>
    </w:p>
    <w:p>
      <w:pPr>
        <w:jc w:val="right"/>
      </w:pPr>
      <w:r>
        <w:t>We shall gather them together, lying upon their faces, blind, dumb, and deaf. Their abode shall be hell.</w:t>
      </w:r>
    </w:p>
    <w:p>
      <w:r>
        <w:rPr>
          <w:b/>
        </w:rPr>
        <w:t xml:space="preserve">[17:21] </w:t>
      </w:r>
      <w:r>
        <w:t>Every time the fire dies down, we will make it blaze up again for them. That is their recompense, because they rejected our signs and asked, "When we are reduced to bones and dust, shall we indeed be raised up as a new cre</w:t>
      </w:r>
    </w:p>
    <w:p>
      <w:pPr>
        <w:jc w:val="right"/>
      </w:pPr>
      <w:r>
        <w:t>Every time the fire dies down, we will make it blaze up again for them. That is their recompense, because they rejected our signs and asked, "When we are reduced to bones and dust, shall we indeed be raised up as a new cre</w:t>
      </w:r>
    </w:p>
    <w:p>
      <w:r>
        <w:rPr>
          <w:b/>
        </w:rPr>
        <w:t xml:space="preserve">[17:36] </w:t>
      </w:r>
      <w:r>
        <w:t>ation?" Do they not see that God, who has created the heavens and earth, is able to create the like of them? He has appointed a definite term for them.</w:t>
      </w:r>
    </w:p>
    <w:p>
      <w:pPr>
        <w:jc w:val="right"/>
      </w:pPr>
      <w:r>
        <w:t>ation?" Do they not see that God, who has created the heavens and earth, is able to create the like of them? He has appointed a definite term for them.</w:t>
      </w:r>
    </w:p>
    <w:p>
      <w:r>
        <w:rPr>
          <w:b/>
        </w:rPr>
        <w:t xml:space="preserve">[17:47] </w:t>
      </w:r>
      <w:r>
        <w:t>There is no doubt about it. But the wrongdoers persist in denying the truth.</w:t>
      </w:r>
    </w:p>
    <w:p>
      <w:pPr>
        <w:jc w:val="right"/>
      </w:pPr>
      <w:r>
        <w:t>There is no doubt about it. But the wrongdoers persist in denying the truth.</w:t>
      </w:r>
    </w:p>
    <w:p>
      <w:r>
        <w:rPr>
          <w:b/>
        </w:rPr>
        <w:t xml:space="preserve">[17:53] </w:t>
      </w:r>
      <w:r>
        <w:t>Say, "Even if you possessed the treasures of the mercy of my Lord, you would surely hold them back for fear of spending. Man is indeed niggardly." We did indeed give Moses nine manifest signs.</w:t>
      </w:r>
    </w:p>
    <w:p>
      <w:pPr>
        <w:jc w:val="right"/>
      </w:pPr>
      <w:r>
        <w:t>Say, "Even if you possessed the treasures of the mercy of my Lord, you would surely hold them back for fear of spending. Man is indeed niggardly." We did indeed give Moses nine manifest signs.</w:t>
      </w:r>
    </w:p>
    <w:p>
      <w:r>
        <w:rPr>
          <w:b/>
        </w:rPr>
        <w:t xml:space="preserve">[18:08] </w:t>
      </w:r>
      <w:r>
        <w:t>You can inquire from the children of Israel. When he came to them, Pharaoh said to him, "Moses, I can see that you are bewitched." He said, "You know full well that none has sent down these signs but the Lord of the heavens and the earth, as eye-opening evidence</w:t>
      </w:r>
    </w:p>
    <w:p>
      <w:pPr>
        <w:jc w:val="right"/>
      </w:pPr>
      <w:r>
        <w:t>You can inquire from the children of Israel. When he came to them, Pharaoh said to him, "Moses, I can see that you are bewitched." He said, "You know full well that none has sent down these signs but the Lord of the heavens and the earth, as eye-opening evidence</w:t>
      </w:r>
    </w:p>
    <w:p>
      <w:r>
        <w:rPr>
          <w:b/>
        </w:rPr>
        <w:t xml:space="preserve">[18:26] </w:t>
      </w:r>
      <w:r>
        <w:t>. Indeed, Pharaoh, I can see that you are doomed." So he resolved to scare them out of the land. But we drowned him along with all those who were with him.</w:t>
      </w:r>
    </w:p>
    <w:p>
      <w:pPr>
        <w:jc w:val="right"/>
      </w:pPr>
      <w:r>
        <w:t>. Indeed, Pharaoh, I can see that you are doomed." So he resolved to scare them out of the land. But we drowned him along with all those who were with him.</w:t>
      </w:r>
    </w:p>
    <w:p>
      <w:r>
        <w:rPr>
          <w:b/>
        </w:rPr>
        <w:t xml:space="preserve">[18:37] </w:t>
      </w:r>
      <w:r>
        <w:t>Thereafter we said to the Israelites, "Dwell in the land. Then the promise of the hereafter comes to be fulfilled. We shall assemble you all together." We have revealed the Quran with the truth, and with the truth it has come down.</w:t>
      </w:r>
    </w:p>
    <w:p>
      <w:pPr>
        <w:jc w:val="right"/>
      </w:pPr>
      <w:r>
        <w:t>Thereafter we said to the Israelites, "Dwell in the land. Then the promise of the hereafter comes to be fulfilled. We shall assemble you all together." We have revealed the Quran with the truth, and with the truth it has come down.</w:t>
      </w:r>
    </w:p>
    <w:p>
      <w:r>
        <w:rPr>
          <w:b/>
        </w:rPr>
        <w:t xml:space="preserve">[18:54] </w:t>
      </w:r>
      <w:r>
        <w:t>We have sent you forth only to give good news and to give warning. We have revealed the Quran bit by bit, so that you may recite it to the people slowly and with deliberation.</w:t>
      </w:r>
    </w:p>
    <w:p>
      <w:pPr>
        <w:jc w:val="right"/>
      </w:pPr>
      <w:r>
        <w:t>We have sent you forth only to give good news and to give warning. We have revealed the Quran bit by bit, so that you may recite it to the people slowly and with deliberation.</w:t>
      </w:r>
    </w:p>
    <w:p>
      <w:r>
        <w:rPr>
          <w:b/>
        </w:rPr>
        <w:t xml:space="preserve">[19:06] </w:t>
      </w:r>
      <w:r>
        <w:t>We have imparted it by gradual revelation. Say to them, "You may believe in it or not. Those to whom knowledge had been revealed fall on their faces in prostration when it is recited, and say, 'Glory to our Lord.</w:t>
      </w:r>
    </w:p>
    <w:p>
      <w:pPr>
        <w:jc w:val="right"/>
      </w:pPr>
      <w:r>
        <w:t>We have imparted it by gradual revelation. Say to them, "You may believe in it or not. Those to whom knowledge had been revealed fall on their faces in prostration when it is recited, and say, 'Glory to our Lord.</w:t>
      </w:r>
    </w:p>
    <w:p>
      <w:r>
        <w:rPr>
          <w:b/>
        </w:rPr>
        <w:t xml:space="preserve">[19:23] </w:t>
      </w:r>
      <w:r>
        <w:t>Our Lord's promise is bound to be fulfilled.'" They fall down upon their faces weeping, and the Quran increases their humility. Say, "Whether you call on God or on the Merciful One, His are the finest names." Pray neither in too loud a voice nor in silence, but between these two extremes.</w:t>
      </w:r>
    </w:p>
    <w:p>
      <w:pPr>
        <w:jc w:val="right"/>
      </w:pPr>
      <w:r>
        <w:t>Our Lord's promise is bound to be fulfilled.'" They fall down upon their faces weeping, and the Quran increases their humility. Say, "Whether you call on God or on the Merciful One, His are the finest names." Pray neither in too loud a voice nor in silence, but between these two extremes.</w:t>
      </w:r>
    </w:p>
    <w:p>
      <w:r>
        <w:rPr>
          <w:b/>
        </w:rPr>
        <w:t xml:space="preserve">[19:46] </w:t>
      </w:r>
      <w:r>
        <w:t>Seek a middle way, and say, "All praise is due to God, who has never begotten a son, and who has no</w:t>
      </w:r>
    </w:p>
    <w:p>
      <w:pPr>
        <w:jc w:val="right"/>
      </w:pPr>
      <w:r>
        <w:t>Seek a middle way, and say, "All praise is due to God, who has never begotten a son, and who has no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