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Deeper Understanding of the Quran April 17, 2020 Maulana Wahiduddin Khan</w:t>
      </w:r>
    </w:p>
    <w:p>
      <w:r>
        <w:t>https://www.youtube.com/watch?v=BdHI7iWGiiY</w:t>
      </w:r>
    </w:p>
    <w:p>
      <w:r>
        <w:rPr>
          <w:b/>
        </w:rPr>
        <w:t xml:space="preserve">[00:14] </w:t>
      </w:r>
      <w:r>
        <w:t>bismillah ir rehman ir rahim.</w:t>
      </w:r>
    </w:p>
    <w:p>
      <w:pPr>
        <w:jc w:val="right"/>
      </w:pPr>
      <w:r>
        <w:t>بسم اللہ الرحمن الرحیم۔</w:t>
      </w:r>
    </w:p>
    <w:p>
      <w:r>
        <w:rPr>
          <w:b/>
        </w:rPr>
        <w:t xml:space="preserve">[00:19] </w:t>
      </w:r>
      <w:r>
        <w:t>sallallahu ala nabiyyi karim.</w:t>
      </w:r>
    </w:p>
    <w:p>
      <w:pPr>
        <w:jc w:val="right"/>
      </w:pPr>
      <w:r>
        <w:t>صلی اللہ علی نبی کریم۔</w:t>
      </w:r>
    </w:p>
    <w:p>
      <w:r>
        <w:rPr>
          <w:b/>
        </w:rPr>
        <w:t xml:space="preserve">[00:27] </w:t>
      </w:r>
      <w:r>
        <w:t>kitabon mein aaya hai ke aksar</w:t>
      </w:r>
    </w:p>
    <w:p>
      <w:pPr>
        <w:jc w:val="right"/>
      </w:pPr>
      <w:r>
        <w:t>کتابوں میں آیا ہے کہ اکثر</w:t>
      </w:r>
    </w:p>
    <w:p>
      <w:r>
        <w:rPr>
          <w:b/>
        </w:rPr>
        <w:t xml:space="preserve">[00:33] </w:t>
      </w:r>
      <w:r>
        <w:t>buzurg o sahaba</w:t>
      </w:r>
    </w:p>
    <w:p>
      <w:pPr>
        <w:jc w:val="right"/>
      </w:pPr>
      <w:r>
        <w:t>بزرگ و صحابہ</w:t>
      </w:r>
    </w:p>
    <w:p>
      <w:r>
        <w:rPr>
          <w:b/>
        </w:rPr>
        <w:t xml:space="preserve">[00:38] </w:t>
      </w:r>
      <w:r>
        <w:t>aitraz karte rahe ke Quran mein sab se zyada khauf farahat kaun si hai. Idhar bahar ek kitab likhi gayi hai.</w:t>
      </w:r>
    </w:p>
    <w:p>
      <w:pPr>
        <w:jc w:val="right"/>
      </w:pPr>
      <w:r>
        <w:t>اعتراض کرتے رہے کہ قرآن میں سب سے زیادہ خوف فراہت کون سی ہے۔ ادھر باہر ایک کتاب لکھی گئی ہے۔</w:t>
      </w:r>
    </w:p>
    <w:p>
      <w:r>
        <w:rPr>
          <w:b/>
        </w:rPr>
        <w:t xml:space="preserve">[00:54] </w:t>
      </w:r>
      <w:r>
        <w:t>to jis baat par consensus hai woh yeh hai ke quran ki ek ayat sab se zyada khauf farahat hai.</w:t>
      </w:r>
    </w:p>
    <w:p>
      <w:pPr>
        <w:jc w:val="right"/>
      </w:pPr>
      <w:r>
        <w:t>تو جس بات پر کنسنسس ہے وہ یہ ہے کہ قرآن کی ایک آیت سب سے زیادہ خوف فراہت ہے۔</w:t>
      </w:r>
    </w:p>
    <w:p>
      <w:r>
        <w:rPr>
          <w:b/>
        </w:rPr>
        <w:t xml:space="preserve">[01:08] </w:t>
      </w:r>
      <w:r>
        <w:t>qul ya ibad alladhina asrafu ala al azim la taghtaru rahmat allahi fa inna allaha yaghfiru al dhunuba jami'a</w:t>
      </w:r>
    </w:p>
    <w:p>
      <w:pPr>
        <w:jc w:val="right"/>
      </w:pPr>
      <w:r>
        <w:t>قل يا عباد الذین أصرفوا علی العظیم لا تغتروا رحمة الله فإن الله يغفر الذنوب جميعا</w:t>
      </w:r>
    </w:p>
    <w:p>
      <w:r>
        <w:rPr>
          <w:b/>
        </w:rPr>
        <w:t xml:space="preserve">[01:22] </w:t>
      </w:r>
      <w:r>
        <w:t>keh do ke aye mere bando! jinhon ne apni janon par zulm kiya hai, Allah ki</w:t>
      </w:r>
    </w:p>
    <w:p>
      <w:pPr>
        <w:jc w:val="right"/>
      </w:pPr>
      <w:r>
        <w:t>کہہ دو کہ اے میرے بندو! جنہوں نے اپنی جانوں پر ظلم کیا ہے، اللہ کی</w:t>
      </w:r>
    </w:p>
    <w:p>
      <w:r>
        <w:rPr>
          <w:b/>
        </w:rPr>
        <w:t xml:space="preserve">[01:38] </w:t>
      </w:r>
      <w:r>
        <w:t>rahmat se mayus na ho.</w:t>
      </w:r>
    </w:p>
    <w:p>
      <w:pPr>
        <w:jc w:val="right"/>
      </w:pPr>
      <w:r>
        <w:t>رحمت سے مایوس نہ ہو۔</w:t>
      </w:r>
    </w:p>
    <w:p>
      <w:r>
        <w:rPr>
          <w:b/>
        </w:rPr>
        <w:t xml:space="preserve">[01:44] </w:t>
      </w:r>
      <w:r>
        <w:t>kyun ke Allah sare gunahon ko bakhsh dene wala hai.</w:t>
      </w:r>
    </w:p>
    <w:p>
      <w:pPr>
        <w:jc w:val="right"/>
      </w:pPr>
      <w:r>
        <w:t>کیونکہ اللہ سارے گناہوں کو بخش دینے والا ہے۔</w:t>
      </w:r>
    </w:p>
    <w:p>
      <w:r>
        <w:rPr>
          <w:b/>
        </w:rPr>
        <w:t xml:space="preserve">[01:56] </w:t>
      </w:r>
      <w:r>
        <w:t>is ayat mein bahut din tak mein sochta raha ke ayat ke alfaaz to itne hi hain jo maine aap ke samne rakhe hain.</w:t>
      </w:r>
    </w:p>
    <w:p>
      <w:pPr>
        <w:jc w:val="right"/>
      </w:pPr>
      <w:r>
        <w:t>اس آیت میں بہت دن تک میں سوچتا رہا کہ آیت کے الفاظ تو اتنے ہی ہیں جو میں نے آپ کے سامنے رکھے ہیں۔</w:t>
      </w:r>
    </w:p>
    <w:p>
      <w:r>
        <w:rPr>
          <w:b/>
        </w:rPr>
        <w:t xml:space="preserve">[02:09] </w:t>
      </w:r>
      <w:r>
        <w:t>to kya koi orbit aur orbit system hai?</w:t>
      </w:r>
    </w:p>
    <w:p>
      <w:pPr>
        <w:jc w:val="right"/>
      </w:pPr>
      <w:r>
        <w:t>تو کیا کوئی آٹو بٹ اور آٹو بٹ سسٹم ہے؟</w:t>
      </w:r>
    </w:p>
    <w:p>
      <w:r>
        <w:rPr>
          <w:b/>
        </w:rPr>
        <w:t xml:space="preserve">[02:17] </w:t>
      </w:r>
      <w:r>
        <w:t>yeh ghalati hui aur idhar Allah ki rahmat se is ko ma'zur kar diya, is ko maafi de di. to aisa nahi ho sakta.</w:t>
      </w:r>
    </w:p>
    <w:p>
      <w:pPr>
        <w:jc w:val="right"/>
      </w:pPr>
      <w:r>
        <w:t>یہ غلطی ہوئی اور ادھر اللہ کی رحمت سے اس کو معذور کر دیا، اس کو معافی دے دی۔ تو ایسا نہیں ہو سکتا۔</w:t>
      </w:r>
    </w:p>
    <w:p>
      <w:r>
        <w:rPr>
          <w:b/>
        </w:rPr>
        <w:t xml:space="preserve">[02:30] </w:t>
      </w:r>
      <w:r>
        <w:t>to dekhen, Quran mein bahut zaruri pehlu yeh hai ke</w:t>
      </w:r>
    </w:p>
    <w:p>
      <w:pPr>
        <w:jc w:val="right"/>
      </w:pPr>
      <w:r>
        <w:t>تو دیکھیں، قرآن میں بہت ضروری پہلو یہ ہے کہ</w:t>
      </w:r>
    </w:p>
    <w:p>
      <w:r>
        <w:rPr>
          <w:b/>
        </w:rPr>
        <w:t xml:space="preserve">[02:36] </w:t>
      </w:r>
      <w:r>
        <w:t>quran ko samajhne ke liye aap ko mafhumat ka ilm hona chahiye.</w:t>
      </w:r>
    </w:p>
    <w:p>
      <w:pPr>
        <w:jc w:val="right"/>
      </w:pPr>
      <w:r>
        <w:t>قرآن کو سمجھنے کے لیے آپ کو مفہومات کا علم ہونا چاہیے۔</w:t>
      </w:r>
    </w:p>
    <w:p>
      <w:r>
        <w:rPr>
          <w:b/>
        </w:rPr>
        <w:t xml:space="preserve">[02:46] </w:t>
      </w:r>
      <w:r>
        <w:t>yani quran mein cheezen mahzuf hoti hain bahut zyada. yani alfaaz mein zikr nahi hota lekin ma'ni mein woh mafhum shamil hota hai.</w:t>
      </w:r>
    </w:p>
    <w:p>
      <w:pPr>
        <w:jc w:val="right"/>
      </w:pPr>
      <w:r>
        <w:t>یعنی قرآن میں چیزیں محذوف ہوتی ہیں بہت زیادہ۔ یعنی لفظوں میں ذکر نہیں ہوتا لیکن معنی میں وہ مفہوم شامل ہوتا ہے۔</w:t>
      </w:r>
    </w:p>
    <w:p>
      <w:r>
        <w:rPr>
          <w:b/>
        </w:rPr>
        <w:t xml:space="preserve">[03:02] </w:t>
      </w:r>
      <w:r>
        <w:t>to is par sochte hue mujhe farmaya</w:t>
      </w:r>
    </w:p>
    <w:p>
      <w:pPr>
        <w:jc w:val="right"/>
      </w:pPr>
      <w:r>
        <w:t>تو اس پر سوچتے ہوئے مجھے فرمایا</w:t>
      </w:r>
    </w:p>
    <w:p>
      <w:r>
        <w:rPr>
          <w:b/>
        </w:rPr>
        <w:t xml:space="preserve">[03:09] </w:t>
      </w:r>
      <w:r>
        <w:t>ke aadmi ghalati kare</w:t>
      </w:r>
    </w:p>
    <w:p>
      <w:pPr>
        <w:jc w:val="right"/>
      </w:pPr>
      <w:r>
        <w:t>کہ آدمی غلطی کرے</w:t>
      </w:r>
    </w:p>
    <w:p>
      <w:r>
        <w:rPr>
          <w:b/>
        </w:rPr>
        <w:t xml:space="preserve">[03:13] </w:t>
      </w:r>
      <w:r>
        <w:t>aur idhar repentance jagah hai, repentance. woh bahut zyada dua kare, bahut zyada toba kare, jise kehte hain toba nasuh.</w:t>
      </w:r>
    </w:p>
    <w:p>
      <w:pPr>
        <w:jc w:val="right"/>
      </w:pPr>
      <w:r>
        <w:t>اور ادھر ریپٹنس جگہ ہے، ریپٹنس۔ وہ بہت زیادہ دعا کرے، بہت زیادہ توبہ کرے، جسے کہتے ہیں توبہ نصوح۔</w:t>
      </w:r>
    </w:p>
    <w:p>
      <w:r>
        <w:rPr>
          <w:b/>
        </w:rPr>
        <w:t xml:space="preserve">[03:28] </w:t>
      </w:r>
      <w:r>
        <w:t>to kya hota hai? jab tak aadmi sirf ghalati karta hai, us waqt woh ek ghalati ka case hota hai.</w:t>
      </w:r>
    </w:p>
    <w:p>
      <w:pPr>
        <w:jc w:val="right"/>
      </w:pPr>
      <w:r>
        <w:t>تو کیا ہوتا ہے؟ جب تک آدمی صرف غلطی کرتا ہے، اس وقت وہ ایک غلطی کا کیس ہوتا ہے۔</w:t>
      </w:r>
    </w:p>
    <w:p>
      <w:r>
        <w:rPr>
          <w:b/>
        </w:rPr>
        <w:t xml:space="preserve">[03:43] </w:t>
      </w:r>
      <w:r>
        <w:t>insan ki ghalati ka ek case.</w:t>
      </w:r>
    </w:p>
    <w:p>
      <w:pPr>
        <w:jc w:val="right"/>
      </w:pPr>
      <w:r>
        <w:t>انسان کی غلطی کا ایک کیس۔</w:t>
      </w:r>
    </w:p>
    <w:p>
      <w:r>
        <w:rPr>
          <w:b/>
        </w:rPr>
        <w:t xml:space="preserve">[03:47] </w:t>
      </w:r>
      <w:r>
        <w:t>lekin jab woh bahut zyada repentance karta hai</w:t>
      </w:r>
    </w:p>
    <w:p>
      <w:pPr>
        <w:jc w:val="right"/>
      </w:pPr>
      <w:r>
        <w:t>لیکن جب وہ بہت زیادہ ریپٹنس کرتا ہے</w:t>
      </w:r>
    </w:p>
    <w:p>
      <w:r>
        <w:rPr>
          <w:b/>
        </w:rPr>
        <w:t xml:space="preserve">[03:54] </w:t>
      </w:r>
      <w:r>
        <w:t>to woh</w:t>
      </w:r>
    </w:p>
    <w:p>
      <w:pPr>
        <w:jc w:val="right"/>
      </w:pPr>
      <w:r>
        <w:t>تو وہ</w:t>
      </w:r>
    </w:p>
    <w:p>
      <w:r>
        <w:rPr>
          <w:b/>
        </w:rPr>
        <w:t xml:space="preserve">[03:58] </w:t>
      </w:r>
      <w:r>
        <w:t>sirf Allah ke mamle mein, sirf insan ke mamle mein nahi rehta.</w:t>
      </w:r>
    </w:p>
    <w:p>
      <w:pPr>
        <w:jc w:val="right"/>
      </w:pPr>
      <w:r>
        <w:t>صرف اللہ کے معاملے میں، صرف انسان کے معاملے میں نہیں رہتا۔</w:t>
      </w:r>
    </w:p>
    <w:p>
      <w:r>
        <w:rPr>
          <w:b/>
        </w:rPr>
        <w:t xml:space="preserve">[04:05] </w:t>
      </w:r>
      <w:r>
        <w:t>woh Allah ki rehmat ke mamle mein jata hai.</w:t>
      </w:r>
    </w:p>
    <w:p>
      <w:pPr>
        <w:jc w:val="right"/>
      </w:pPr>
      <w:r>
        <w:t>وہ اللہ کی رحمت کے معاملے میں جاتا ہے۔</w:t>
      </w:r>
    </w:p>
    <w:p>
      <w:r>
        <w:rPr>
          <w:b/>
        </w:rPr>
        <w:t xml:space="preserve">[04:15] </w:t>
      </w:r>
      <w:r>
        <w:t>yeh bohat nazuk baat hai, samajh lijie. yeh bande ne ghalti ki toh bande ki ghalti ka mamla hua.</w:t>
      </w:r>
    </w:p>
    <w:p>
      <w:pPr>
        <w:jc w:val="right"/>
      </w:pPr>
      <w:r>
        <w:t>یہ بہت نازک بات ہے، سمجھ لیجیے۔ یہ بندے نے غلطی کی تو بندے کی غلطی کا معاملہ ہوا۔</w:t>
      </w:r>
    </w:p>
    <w:p>
      <w:r>
        <w:rPr>
          <w:b/>
        </w:rPr>
        <w:t xml:space="preserve">[04:30] </w:t>
      </w:r>
      <w:r>
        <w:t>lekin agar us ne is waqt repentance aa gaya</w:t>
      </w:r>
    </w:p>
    <w:p>
      <w:pPr>
        <w:jc w:val="right"/>
      </w:pPr>
      <w:r>
        <w:t>لیکن اگر اس نے اس وقت ریپٹنس آ گیا</w:t>
      </w:r>
    </w:p>
    <w:p>
      <w:r>
        <w:rPr>
          <w:b/>
        </w:rPr>
        <w:t xml:space="preserve">[04:37] </w:t>
      </w:r>
      <w:r>
        <w:t>toh bohat ziyada maafi mangi.</w:t>
      </w:r>
    </w:p>
    <w:p>
      <w:pPr>
        <w:jc w:val="right"/>
      </w:pPr>
      <w:r>
        <w:t>تو بہت زیادہ معافی مانگی۔</w:t>
      </w:r>
    </w:p>
    <w:p>
      <w:r>
        <w:rPr>
          <w:b/>
        </w:rPr>
        <w:t xml:space="preserve">[04:46] </w:t>
      </w:r>
      <w:r>
        <w:t>toh woh us ki</w:t>
      </w:r>
    </w:p>
    <w:p>
      <w:pPr>
        <w:jc w:val="right"/>
      </w:pPr>
      <w:r>
        <w:t>تو وہ اس کی</w:t>
      </w:r>
    </w:p>
    <w:p>
      <w:r>
        <w:rPr>
          <w:b/>
        </w:rPr>
        <w:t xml:space="preserve">[04:54] </w:t>
      </w:r>
      <w:r>
        <w:t>bande ka mamla nahi rehta balke Allah ki rehmat ka mamla ban jata hai.</w:t>
      </w:r>
    </w:p>
    <w:p>
      <w:pPr>
        <w:jc w:val="right"/>
      </w:pPr>
      <w:r>
        <w:t>بندے کا معاملہ نہیں رہتا بلکہ اللہ کی رحمت کا معاملہ بن جاتا ہے۔</w:t>
      </w:r>
    </w:p>
    <w:p>
      <w:r>
        <w:rPr>
          <w:b/>
        </w:rPr>
        <w:t xml:space="preserve">[05:07] </w:t>
      </w:r>
      <w:r>
        <w:t>maine ek bande ko dekha hai ab jab main gaon mein tha</w:t>
      </w:r>
    </w:p>
    <w:p>
      <w:pPr>
        <w:jc w:val="right"/>
      </w:pPr>
      <w:r>
        <w:t>میں نے ایک بندے کو دیکھا ہے اب جب میں گاؤں میں تھا</w:t>
      </w:r>
    </w:p>
    <w:p>
      <w:r>
        <w:rPr>
          <w:b/>
        </w:rPr>
        <w:t xml:space="preserve">[05:15] </w:t>
      </w:r>
      <w:r>
        <w:t>ke ek zameendar,</w:t>
      </w:r>
    </w:p>
    <w:p>
      <w:pPr>
        <w:jc w:val="right"/>
      </w:pPr>
      <w:r>
        <w:t>کہ ایک زمیندار،</w:t>
      </w:r>
    </w:p>
    <w:p>
      <w:r>
        <w:rPr>
          <w:b/>
        </w:rPr>
        <w:t xml:space="preserve">[05:21] </w:t>
      </w:r>
      <w:r>
        <w:t>us zamane mein zameendar ki bohat bari taqat hoti thi.</w:t>
      </w:r>
    </w:p>
    <w:p>
      <w:pPr>
        <w:jc w:val="right"/>
      </w:pPr>
      <w:r>
        <w:t>اس زمانے میں زمیندار کی بہت بڑی طاقت ہوتی تھی۔</w:t>
      </w:r>
    </w:p>
    <w:p>
      <w:r>
        <w:rPr>
          <w:b/>
        </w:rPr>
        <w:t xml:space="preserve">[05:31] </w:t>
      </w:r>
      <w:r>
        <w:t>toh ek daleel se ghussa ho gaya woh.</w:t>
      </w:r>
    </w:p>
    <w:p>
      <w:pPr>
        <w:jc w:val="right"/>
      </w:pPr>
      <w:r>
        <w:t>تو ایک دلیل سے غصہ ہو گیا وہ۔</w:t>
      </w:r>
    </w:p>
    <w:p>
      <w:r>
        <w:rPr>
          <w:b/>
        </w:rPr>
        <w:t xml:space="preserve">[05:38] </w:t>
      </w:r>
      <w:r>
        <w:t>ghussa ho gaya ke koi kaam us ne qatil karne ke liye, woh dekhti hai nahi.</w:t>
      </w:r>
    </w:p>
    <w:p>
      <w:pPr>
        <w:jc w:val="right"/>
      </w:pPr>
      <w:r>
        <w:t>غصہ ہو گیا کہ کوئی کام اس نے قاتل کرنے کے لیے، وہ دیکھتی ہے نہیں۔</w:t>
      </w:r>
    </w:p>
    <w:p>
      <w:r>
        <w:rPr>
          <w:b/>
        </w:rPr>
        <w:t xml:space="preserve">[05:46] </w:t>
      </w:r>
      <w:r>
        <w:t>toh zameendar ne apne aadmi ko bheja us ke paas ke is ko bula kar lao. woh gaya aur is ko bula kar laya.</w:t>
      </w:r>
    </w:p>
    <w:p>
      <w:pPr>
        <w:jc w:val="right"/>
      </w:pPr>
      <w:r>
        <w:t>تو زمیندار نے اپنے آدمی کو بھیجا اس کے پاس کہ اس کو بلا کر لاؤ۔ وہ گیا اور اس کو بلا کر لایا۔</w:t>
      </w:r>
    </w:p>
    <w:p>
      <w:r>
        <w:rPr>
          <w:b/>
        </w:rPr>
        <w:t xml:space="preserve">[06:02] </w:t>
      </w:r>
      <w:r>
        <w:t>toh jab woh us ke ghar pahuncha</w:t>
      </w:r>
    </w:p>
    <w:p>
      <w:pPr>
        <w:jc w:val="right"/>
      </w:pPr>
      <w:r>
        <w:t>تو جب وہ اس کے گھر پہنچا</w:t>
      </w:r>
    </w:p>
    <w:p>
      <w:r>
        <w:rPr>
          <w:b/>
        </w:rPr>
        <w:t xml:space="preserve">[06:06] </w:t>
      </w:r>
      <w:r>
        <w:t>toh us ne apna kapra utar diya</w:t>
      </w:r>
    </w:p>
    <w:p>
      <w:pPr>
        <w:jc w:val="right"/>
      </w:pPr>
      <w:r>
        <w:t>تو اس نے اپنا کپڑا اتار دیا</w:t>
      </w:r>
    </w:p>
    <w:p>
      <w:r>
        <w:rPr>
          <w:b/>
        </w:rPr>
        <w:t xml:space="preserve">[06:12] </w:t>
      </w:r>
      <w:r>
        <w:t>aur kaha la wahuwa mara la wahuwa mara</w:t>
      </w:r>
    </w:p>
    <w:p>
      <w:pPr>
        <w:jc w:val="right"/>
      </w:pPr>
      <w:r>
        <w:t>اور کہا لَا وَهُوَ مَارَا لَا وَهُوَ مَارَا</w:t>
      </w:r>
    </w:p>
    <w:p>
      <w:r>
        <w:rPr>
          <w:b/>
        </w:rPr>
        <w:t xml:space="preserve">[06:20] </w:t>
      </w:r>
      <w:r>
        <w:t>toh is ke baad zameendar ne is ko kuch bhi nahi, yaani maar hi nahi saka woh. zameendar ke hath mein danda tha, woh danda chhoot gaya pada.</w:t>
      </w:r>
    </w:p>
    <w:p>
      <w:pPr>
        <w:jc w:val="right"/>
      </w:pPr>
      <w:r>
        <w:t>تو اس کے بعد زمیندار نے اس کو کچھ بھی نہیں، یعنی مار ہی نہیں سکا وہ۔ زمیندار کے ہاتھ میں ڈنڈا تھا، وہ ڈنڈا چھوٹ گیا پڑا۔</w:t>
      </w:r>
    </w:p>
    <w:p>
      <w:r>
        <w:rPr>
          <w:b/>
        </w:rPr>
        <w:t xml:space="preserve">[06:37] </w:t>
      </w:r>
      <w:r>
        <w:t>kyun ke jab tak us ne jurm kiya tha, jab tak us ne jurm kiya tha toh woh masla tha is insaan ke jurm ka.</w:t>
      </w:r>
    </w:p>
    <w:p>
      <w:pPr>
        <w:jc w:val="right"/>
      </w:pPr>
      <w:r>
        <w:t>کیونکہ جب تک اس نے جرم کیا تھا، جب تک اس نے جرم کیا تھا تو وہ مسئلہ تھا اس انسان کے جرم کا۔</w:t>
      </w:r>
    </w:p>
    <w:p>
      <w:r>
        <w:rPr>
          <w:b/>
        </w:rPr>
        <w:t xml:space="preserve">[06:51] </w:t>
      </w:r>
      <w:r>
        <w:t>kyun ke jab us ne itna ziyada</w:t>
      </w:r>
    </w:p>
    <w:p>
      <w:pPr>
        <w:jc w:val="right"/>
      </w:pPr>
      <w:r>
        <w:t>کیونکہ جب اس نے اتنا زیادہ</w:t>
      </w:r>
    </w:p>
    <w:p>
      <w:r>
        <w:rPr>
          <w:b/>
        </w:rPr>
        <w:t xml:space="preserve">[06:53] </w:t>
      </w:r>
      <w:r>
        <w:t>aadi kiya toh ab woh nuskha badal gaya.</w:t>
      </w:r>
    </w:p>
    <w:p>
      <w:pPr>
        <w:jc w:val="right"/>
      </w:pPr>
      <w:r>
        <w:t>عادی کیا تو اب وہ نسخہ بدل گیا۔</w:t>
      </w:r>
    </w:p>
    <w:p>
      <w:r>
        <w:rPr>
          <w:b/>
        </w:rPr>
        <w:t xml:space="preserve">[07:01] </w:t>
      </w:r>
      <w:r>
        <w:t>ab woh masla ban gaya</w:t>
      </w:r>
    </w:p>
    <w:p>
      <w:pPr>
        <w:jc w:val="right"/>
      </w:pPr>
      <w:r>
        <w:t>اب وہ مسئلہ بن گیا</w:t>
      </w:r>
    </w:p>
    <w:p>
      <w:r>
        <w:rPr>
          <w:b/>
        </w:rPr>
        <w:t xml:space="preserve">[07:06] </w:t>
      </w:r>
      <w:r>
        <w:t>Allah ki rehmat ka.</w:t>
      </w:r>
    </w:p>
    <w:p>
      <w:pPr>
        <w:jc w:val="right"/>
      </w:pPr>
      <w:r>
        <w:t>اللہ کی رحمت کا۔</w:t>
      </w:r>
    </w:p>
    <w:p>
      <w:r>
        <w:rPr>
          <w:b/>
        </w:rPr>
        <w:t xml:space="preserve">[07:10] </w:t>
      </w:r>
      <w:r>
        <w:t>chalo us ne mara nahi, chhod do ise jao.</w:t>
      </w:r>
    </w:p>
    <w:p>
      <w:pPr>
        <w:jc w:val="right"/>
      </w:pPr>
      <w:r>
        <w:t>چلو اس نے مارا نہیں، چھوڑ دو اسے جاؤ۔</w:t>
      </w:r>
    </w:p>
    <w:p>
      <w:r>
        <w:rPr>
          <w:b/>
        </w:rPr>
        <w:t xml:space="preserve">[07:16] </w:t>
      </w:r>
      <w:r>
        <w:t>toh dekhen, Quran ko samajhne ke liye is ke mafhumaat janna parta hai. bikhassa sab se aam baat Quran mein confirmation ke liye hai is ke mafhumaat.</w:t>
      </w:r>
    </w:p>
    <w:p>
      <w:pPr>
        <w:jc w:val="right"/>
      </w:pPr>
      <w:r>
        <w:t>تو دیکھیں، قرآن کو سمجھنے کے لیے اس کے مفہومات جاننا پڑتا ہے۔ بخاصہ سب سے عام بات قرآن میں کنفرمی کے لیے ہے اس کے مفہومات۔</w:t>
      </w:r>
    </w:p>
    <w:p>
      <w:r>
        <w:rPr>
          <w:b/>
        </w:rPr>
        <w:t xml:space="preserve">[07:34] </w:t>
      </w:r>
      <w:r>
        <w:t>mozu, mozu, mafhumaat. yani quran mein aik ayat hai, is mein woh</w:t>
      </w:r>
    </w:p>
    <w:p>
      <w:pPr>
        <w:jc w:val="right"/>
      </w:pPr>
      <w:r>
        <w:t>موضوع، موضوع، مفہومات۔ یعنی قرآن میں ایک آیت ہے، اس میں وہ</w:t>
      </w:r>
    </w:p>
    <w:p>
      <w:r>
        <w:rPr>
          <w:b/>
        </w:rPr>
        <w:t xml:space="preserve">[07:45] </w:t>
      </w:r>
      <w:r>
        <w:t>kuch alfaaz to hamare samne hain lekin kuch ayaat ghair mozu, ghair mazkur hain. is ko humein soch samajh kar jana parta hai.</w:t>
      </w:r>
    </w:p>
    <w:p>
      <w:pPr>
        <w:jc w:val="right"/>
      </w:pPr>
      <w:r>
        <w:t>کچھ الفاظ تو ہمارے سامنے ہیں لیکن کچھ آیات غیر موضوع، غیر مذکور ہیں۔ اس کو ہمیں سوچ سمجھ کر جانا پڑتا ہے۔</w:t>
      </w:r>
    </w:p>
    <w:p>
      <w:r>
        <w:rPr>
          <w:b/>
        </w:rPr>
        <w:t xml:space="preserve">[08:04] </w:t>
      </w:r>
      <w:r>
        <w:t>yeh baat bohat ahem hai.</w:t>
      </w:r>
    </w:p>
    <w:p>
      <w:pPr>
        <w:jc w:val="right"/>
      </w:pPr>
      <w:r>
        <w:t>یہ بات بہت اہم ہے۔</w:t>
      </w:r>
    </w:p>
    <w:p>
      <w:r>
        <w:rPr>
          <w:b/>
        </w:rPr>
        <w:t xml:space="preserve">[08:09] </w:t>
      </w:r>
      <w:r>
        <w:t>aap tafsir mein parhein, logon ne bohat se tafsir ki</w:t>
      </w:r>
    </w:p>
    <w:p>
      <w:pPr>
        <w:jc w:val="right"/>
      </w:pPr>
      <w:r>
        <w:t>آپ تفسیر میں پڑھیں، لوگوں نے بہت سے تفسیر کی</w:t>
      </w:r>
    </w:p>
    <w:p>
      <w:r>
        <w:rPr>
          <w:b/>
        </w:rPr>
        <w:t xml:space="preserve">[08:17] </w:t>
      </w:r>
      <w:r>
        <w:t>ko samajhne ke liye bohat se nuqtay bayan kiye hain. mislan nazl-e-quran, aik ayat aur doosri ayat ka radd ya shan-e-nazool.</w:t>
      </w:r>
    </w:p>
    <w:p>
      <w:pPr>
        <w:jc w:val="right"/>
      </w:pPr>
      <w:r>
        <w:t>کو سمجھنے کے لیے بہت سے نقطے بیان کیے ہیں۔ مثلاً نزل قرآن، ایک آیت اور دوسری آیت کا رد یا شان نزول۔</w:t>
      </w:r>
    </w:p>
    <w:p>
      <w:r>
        <w:rPr>
          <w:b/>
        </w:rPr>
        <w:t xml:space="preserve">[08:36] </w:t>
      </w:r>
      <w:r>
        <w:t>is tarah ke bohat se nuqtay. lekin mere mutabiq sab se zyada ahem baat jo hai woh yeh hai ke quran ki ayaton mein jo mozu hai, ghair mazkur hai, woh kya hai?</w:t>
      </w:r>
    </w:p>
    <w:p>
      <w:pPr>
        <w:jc w:val="right"/>
      </w:pPr>
      <w:r>
        <w:t>اس طرح کے بہت سے نقطے۔ لیکن میرے مطابق سب سے زیادہ اہم بات جو ہے وہ یہ ہے کہ قرآن کی آیتوں میں جو موضوع ہے، غیر مذکور ہے، وہ کیا ہے؟</w:t>
      </w:r>
    </w:p>
    <w:p>
      <w:r>
        <w:rPr>
          <w:b/>
        </w:rPr>
        <w:t xml:space="preserve">[08:57] </w:t>
      </w:r>
      <w:r>
        <w:t>to bare bare bahane isi mozu par maujood hote hain jo ghore o fikr ke baad khud khulte hain.</w:t>
      </w:r>
    </w:p>
    <w:p>
      <w:pPr>
        <w:jc w:val="right"/>
      </w:pPr>
      <w:r>
        <w:t>تو بڑے بڑے بہانے اسی موضوع پر موجود ہوتے ہیں جو غور و فکر کے بعد خود کھلتے ہیں۔</w:t>
      </w:r>
    </w:p>
    <w:p>
      <w:r>
        <w:rPr>
          <w:b/>
        </w:rPr>
        <w:t xml:space="preserve">[09:12] </w:t>
      </w:r>
      <w:r>
        <w:t>to aap ko agar quran ke gehre bahane ko janna hai to aap is ayat ko seekhiye ke mozu kya hai wahan par, is ko jano aap.</w:t>
      </w:r>
    </w:p>
    <w:p>
      <w:pPr>
        <w:jc w:val="right"/>
      </w:pPr>
      <w:r>
        <w:t>تو آپ کو اگر قرآن کے گہرے بہانے کو جاننا ہے تو آپ اس آیت کو سیکھیے کہ موضوع کیا ہے وہاں پر، اس کو جانیں آپ۔</w:t>
      </w:r>
    </w:p>
    <w:p>
      <w:r>
        <w:rPr>
          <w:b/>
        </w:rPr>
        <w:t xml:space="preserve">[09:37] </w:t>
      </w:r>
      <w:r>
        <w:t>mozu jo hai woh janne se mani ke darwaze khulenge.</w:t>
      </w:r>
    </w:p>
    <w:p>
      <w:pPr>
        <w:jc w:val="right"/>
      </w:pPr>
      <w:r>
        <w:t>موضوع جو ہے وہ جاننے سے معنی کے دروازے کھلیں گے۔</w:t>
      </w:r>
    </w:p>
    <w:p>
      <w:r>
        <w:rPr>
          <w:b/>
        </w:rPr>
        <w:t xml:space="preserve">[09:50] </w:t>
      </w:r>
      <w:r>
        <w:t>yeh aik baat maine samjhi.</w:t>
      </w:r>
    </w:p>
    <w:p>
      <w:pPr>
        <w:jc w:val="right"/>
      </w:pPr>
      <w:r>
        <w:t>یہ ایک بات میں نے سمجھی۔</w:t>
      </w:r>
    </w:p>
    <w:p>
      <w:r>
        <w:rPr>
          <w:b/>
        </w:rPr>
        <w:t xml:space="preserve">[09:57] </w:t>
      </w:r>
      <w:r>
        <w:t>qul ya ibad alladhina asrafu ala al-azim la taqsedu min rabbi allaha fa inna allaha yaghfiru al-dhunuba jameea isi se aik baat samajh ati hai ke adab-e-qunoot.</w:t>
      </w:r>
    </w:p>
    <w:p>
      <w:pPr>
        <w:jc w:val="right"/>
      </w:pPr>
      <w:r>
        <w:t>قل يا عباد الذین أصرفوا علی العظیم لا تقصدوا من رب الله فإن الله يغفر الذنوب جميعا اسی سے ایک بات سمجھ آتی ہے کہ ادب قنوت۔</w:t>
      </w:r>
    </w:p>
    <w:p>
      <w:r>
        <w:rPr>
          <w:b/>
        </w:rPr>
        <w:t xml:space="preserve">[10:14] </w:t>
      </w:r>
      <w:r>
        <w:t>sab se bari</w:t>
      </w:r>
    </w:p>
    <w:p>
      <w:pPr>
        <w:jc w:val="right"/>
      </w:pPr>
      <w:r>
        <w:t>سب سے بڑی</w:t>
      </w:r>
    </w:p>
    <w:p>
      <w:r>
        <w:rPr>
          <w:b/>
        </w:rPr>
        <w:t xml:space="preserve">[10:18] </w:t>
      </w:r>
      <w:r>
        <w:t>taraf gunah gunah hai. adab-e-qunoot. ke jab koi ghalti ho jaye</w:t>
      </w:r>
    </w:p>
    <w:p>
      <w:pPr>
        <w:jc w:val="right"/>
      </w:pPr>
      <w:r>
        <w:t>طرف گناہ گناہ ہے۔ ادب قنوت۔ کہ جب کوئی غلطی ہو جائے</w:t>
      </w:r>
    </w:p>
    <w:p>
      <w:r>
        <w:rPr>
          <w:b/>
        </w:rPr>
        <w:t xml:space="preserve">[10:27] </w:t>
      </w:r>
      <w:r>
        <w:t>to aap ko nahi hona chahiye balkeh Allah ki rehmat par hona chahiye.</w:t>
      </w:r>
    </w:p>
    <w:p>
      <w:pPr>
        <w:jc w:val="right"/>
      </w:pPr>
      <w:r>
        <w:t>تو آپ کو نہیں ہونا چاہیے بلکہ اللہ کی رحمت پر ہونا چاہیے۔</w:t>
      </w:r>
    </w:p>
    <w:p>
      <w:r>
        <w:rPr>
          <w:b/>
        </w:rPr>
        <w:t xml:space="preserve">[10:36] </w:t>
      </w:r>
      <w:r>
        <w:t>agar tauba-e-nasuh hai, sachi tauba hai to woh kisi bhi cheez ko maaf karne wali ho sakti hai.</w:t>
      </w:r>
    </w:p>
    <w:p>
      <w:pPr>
        <w:jc w:val="right"/>
      </w:pPr>
      <w:r>
        <w:t>اگر توبہ نصوح ہے، سچی توبہ ہے تو وہ کسی بھی چیز کو معاف کرنے والی ہو سکتی ہے۔</w:t>
      </w:r>
    </w:p>
    <w:p>
      <w:r>
        <w:rPr>
          <w:b/>
        </w:rPr>
        <w:t xml:space="preserve">[10:56] </w:t>
      </w:r>
      <w:r>
        <w:t>to main aap logon ko yeh naseehat karunga ke quran ko parhein to is dil se parhein.</w:t>
      </w:r>
    </w:p>
    <w:p>
      <w:pPr>
        <w:jc w:val="right"/>
      </w:pPr>
      <w:r>
        <w:t>تو میں آپ لوگوں کو یہ نصیحت کروں گا کہ قرآن کو پڑھیں تو اس دل سے پڑھیں۔</w:t>
      </w:r>
    </w:p>
    <w:p>
      <w:r>
        <w:rPr>
          <w:b/>
        </w:rPr>
        <w:t xml:space="preserve">[11:11] </w:t>
      </w:r>
      <w:r>
        <w:t>aur bohat se buzurgon balkeh kai sahaba se bhi yeh manqool hai ke quran mein aik ayat hai</w:t>
      </w:r>
    </w:p>
    <w:p>
      <w:pPr>
        <w:jc w:val="right"/>
      </w:pPr>
      <w:r>
        <w:t>اور بہت سے بزرگوں بلکہ کئی صحابہ سے بھی یہ منقول ہے کہ قرآن میں ایک آیت ہے</w:t>
      </w:r>
    </w:p>
    <w:p>
      <w:r>
        <w:rPr>
          <w:b/>
        </w:rPr>
        <w:t xml:space="preserve">[11:25] </w:t>
      </w:r>
      <w:r>
        <w:t>qul ya ibad alladhina asrafu ala al-azim la taqsedu min rahmatillahi fa inna allaha yaghfiru al-dhunuba jameea</w:t>
      </w:r>
    </w:p>
    <w:p>
      <w:pPr>
        <w:jc w:val="right"/>
      </w:pPr>
      <w:r>
        <w:t>قل يا عباد الذين أصرفوا علی العظيم لا تقصدوا من رحمة الله فإن الله يغفر الذنوب جميعا</w:t>
      </w:r>
    </w:p>
    <w:p>
      <w:r>
        <w:rPr>
          <w:b/>
        </w:rPr>
        <w:t xml:space="preserve">[11:39] </w:t>
      </w:r>
      <w:r>
        <w:t>to is ayat ko unhon ne bataya hai ke yeh sab se zyada khauf-o-rahat hai quran mein.</w:t>
      </w:r>
    </w:p>
    <w:p>
      <w:pPr>
        <w:jc w:val="right"/>
      </w:pPr>
      <w:r>
        <w:t>تو اس آیت کو انہوں نے بتایا ہے کہ یہ سب سے زیادہ خوف فراہت ہے قرآن میں۔</w:t>
      </w:r>
    </w:p>
    <w:p>
      <w:r>
        <w:rPr>
          <w:b/>
        </w:rPr>
        <w:t xml:space="preserve">[11:48] </w:t>
      </w:r>
      <w:r>
        <w:t>yeh aik thata hai mere zehn mein. ab aap log sochiye aur is ke jawab, is ke baad sab log azad hain jo chahein sawal karein.</w:t>
      </w:r>
    </w:p>
    <w:p>
      <w:pPr>
        <w:jc w:val="right"/>
      </w:pPr>
      <w:r>
        <w:t>یہ ایک تھاٹا ہے میرے ذہن میں۔ اب آپ لوگ سوچیے اور اس کے جواب، اس کے بعد سب لوگ آزاد ہیں جو چاہیں سوال کریں۔</w:t>
      </w:r>
    </w:p>
    <w:p>
      <w:r>
        <w:rPr>
          <w:b/>
        </w:rPr>
        <w:t xml:space="preserve">[12:01] </w:t>
      </w:r>
      <w:r>
        <w:t>aap ka sawal isi point par zaroori nahi hai</w:t>
      </w:r>
    </w:p>
    <w:p>
      <w:pPr>
        <w:jc w:val="right"/>
      </w:pPr>
      <w:r>
        <w:t>آپ کا سوال اسی پوائنٹ پر ضروری نہیں ہے</w:t>
      </w:r>
    </w:p>
    <w:p>
      <w:r>
        <w:rPr>
          <w:b/>
        </w:rPr>
        <w:t xml:space="preserve">[12:05] </w:t>
      </w:r>
      <w:r>
        <w:t>jo point maine arz kiya hai, isi par zaroori nahi hai jo abhi aap chahein sawal kar sakte hain. jazakumullah. assalamu alaikum wa rahmatullah.</w:t>
      </w:r>
    </w:p>
    <w:p>
      <w:pPr>
        <w:jc w:val="right"/>
      </w:pPr>
      <w:r>
        <w:t>جو پوائنٹ میں نے عرض کیا ہے، اسی پر ضروری نہیں ہے جو ابھی آپ چاہیں سوال کر سکتے ہیں۔ جزاكم الله السلام علیکم ورحمة الله.</w:t>
      </w:r>
    </w:p>
    <w:p>
      <w:r>
        <w:rPr>
          <w:b/>
        </w:rPr>
        <w:t xml:space="preserve">[12:33] </w:t>
      </w:r>
      <w:r>
        <w:t>maulana sahib, maulana iqbal umri sahib ne aik dua kar rahe hain, aaj kal keh rahe hain meri zuban se aik dua jari hai. to woh unhon ne likh ke bheji hai.</w:t>
      </w:r>
    </w:p>
    <w:p>
      <w:pPr>
        <w:jc w:val="right"/>
      </w:pPr>
      <w:r>
        <w:t>مولانا صاحب، مولانا اقبال عمری صاحب نے ایک دعا کر رہے ہیں، آج کل کہہ رہے ہیں میری زبان سے ایک دعا جاری ہے۔ تو وہ انہوں نے لکھ کے بھیجی ہے۔</w:t>
      </w:r>
    </w:p>
    <w:p>
      <w:r>
        <w:rPr>
          <w:b/>
        </w:rPr>
        <w:t xml:space="preserve">[12:44] </w:t>
      </w:r>
      <w:r>
        <w:t>kal se meri zuban par dua jari hai ke khuda ya siyasi bartari aur muslim iqtadar ke izhar ke liye</w:t>
      </w:r>
    </w:p>
    <w:p>
      <w:pPr>
        <w:jc w:val="right"/>
      </w:pPr>
      <w:r>
        <w:t>کل سے میری زبان پر دعا جاری ہے کہ خدایا سیاسی برتری اور مسلم اقتدار کے اظہار کے لیے</w:t>
      </w:r>
    </w:p>
    <w:p>
      <w:r>
        <w:rPr>
          <w:b/>
        </w:rPr>
        <w:t xml:space="preserve">[12:53] </w:t>
      </w:r>
      <w:r>
        <w:t>do sau saal se mehnatain jari o sari hain. ummat-e-muslima is par lagi hui hai. aise halaat mein tere deeni izhar ke liye hum jaise kamzor log uthe hain.</w:t>
      </w:r>
    </w:p>
    <w:p>
      <w:pPr>
        <w:jc w:val="right"/>
      </w:pPr>
      <w:r>
        <w:t>دو سو سال سے محنتیں جاری و ساری ہیں۔ امت مسلمہ اس پر لگی ہوئی ہے۔ ایسے حالات میں تیرے دینی اظہار کے لیے ہم جیسے کمزور لوگ اٹھے ہیں۔</w:t>
      </w:r>
    </w:p>
    <w:p>
      <w:r>
        <w:rPr>
          <w:b/>
        </w:rPr>
        <w:t xml:space="preserve">[13:05] </w:t>
      </w:r>
      <w:r>
        <w:t>to agar chahe to ashaab e kahaf ki tarah teen sau saal</w:t>
      </w:r>
    </w:p>
    <w:p>
      <w:pPr>
        <w:jc w:val="right"/>
      </w:pPr>
      <w:r>
        <w:t>تو اگر چاہے تو اصحاب کہف کی طرح تین سو سال</w:t>
      </w:r>
    </w:p>
    <w:p>
      <w:r>
        <w:rPr>
          <w:b/>
        </w:rPr>
        <w:t xml:space="preserve">[13:10] </w:t>
      </w:r>
      <w:r>
        <w:t>neend de kar bhi halaat muwafiq kar sakta hai. magar ab dunya ke halaat hi to ne badal diye hain. Bas spirit ki zaroorat hai.</w:t>
      </w:r>
    </w:p>
    <w:p>
      <w:pPr>
        <w:jc w:val="right"/>
      </w:pPr>
      <w:r>
        <w:t>نیند دے کر بھی حالات موافق کر سکتا ہے۔ مگر اب دنیا کے حالات ہی تو نے بدل دیے ہیں۔ بس اسپرٹ کی ضرورت ہے۔</w:t>
      </w:r>
    </w:p>
    <w:p>
      <w:r>
        <w:rPr>
          <w:b/>
        </w:rPr>
        <w:t xml:space="preserve">[13:21] </w:t>
      </w:r>
      <w:r>
        <w:t>Ae Allah! Hum kamzoron ka to maawin ho ja taake deen ke</w:t>
      </w:r>
    </w:p>
    <w:p>
      <w:pPr>
        <w:jc w:val="right"/>
      </w:pPr>
      <w:r>
        <w:t>اے اللہ! ہم کمزوروں کا تو معاون ہو جا تاکہ دین کے</w:t>
      </w:r>
    </w:p>
    <w:p>
      <w:r>
        <w:rPr>
          <w:b/>
        </w:rPr>
        <w:t xml:space="preserve">[13:26] </w:t>
      </w:r>
      <w:r>
        <w:t>fikri izhaar ko khud samjhein aur apni zindagi ko laga dein. Is raaste ki bohat si seedhiyan baghair kisi maadi aur mansabi umeed ke ek aarif insaan kaat di hain.</w:t>
      </w:r>
    </w:p>
    <w:p>
      <w:pPr>
        <w:jc w:val="right"/>
      </w:pPr>
      <w:r>
        <w:t>فکری اظہار کو خود سمجھیں اور اپنی زندگی کو لگا دیں۔ اس راستے کی بہت سی سیڑھیاں بغیر کسی مادی اور منصبی امید کے ایک عارف انسان کاٹ دی ہیں۔</w:t>
      </w:r>
    </w:p>
    <w:p>
      <w:r>
        <w:rPr>
          <w:b/>
        </w:rPr>
        <w:t xml:space="preserve">[13:41] </w:t>
      </w:r>
      <w:r>
        <w:t>mazeed aage barhne ke</w:t>
      </w:r>
    </w:p>
    <w:p>
      <w:pPr>
        <w:jc w:val="right"/>
      </w:pPr>
      <w:r>
        <w:t>مزید آگے بڑھنے کے</w:t>
      </w:r>
    </w:p>
    <w:p>
      <w:r>
        <w:rPr>
          <w:b/>
        </w:rPr>
        <w:t xml:space="preserve">[13:43] </w:t>
      </w:r>
      <w:r>
        <w:t>saheeh neeyat ke saath apni koshish karne wale chand afraad ki zaroorat thi. Aise mein hum jaise logon ne labbaik kaha hai.</w:t>
      </w:r>
    </w:p>
    <w:p>
      <w:pPr>
        <w:jc w:val="right"/>
      </w:pPr>
      <w:r>
        <w:t>صحیح نیت کے ساتھ اپنی کوشش کرنے والے چند افراد کی ضرورت تھی۔ ایسے میں ہم جیسے لوگوں نے لبیک کہا ہے۔</w:t>
      </w:r>
    </w:p>
    <w:p>
      <w:r>
        <w:rPr>
          <w:b/>
        </w:rPr>
        <w:t xml:space="preserve">[13:52] </w:t>
      </w:r>
      <w:r>
        <w:t>haqeeqat mein hum apne ko is laiq nahi paate hain. To hamari saari kamzoriyon ko salahiyaton mein badal de.</w:t>
      </w:r>
    </w:p>
    <w:p>
      <w:pPr>
        <w:jc w:val="right"/>
      </w:pPr>
      <w:r>
        <w:t>حقیقت میں ہم اپنے کو اس لائق نہیں پاتے ہیں۔ تو ہماری ساری کمزوریوں کو صلاحیتوں میں بدل دے۔</w:t>
      </w:r>
    </w:p>
    <w:p>
      <w:r>
        <w:rPr>
          <w:b/>
        </w:rPr>
        <w:t xml:space="preserve">[14:01] </w:t>
      </w:r>
      <w:r>
        <w:t>Ameen.</w:t>
      </w:r>
    </w:p>
    <w:p>
      <w:pPr>
        <w:jc w:val="right"/>
      </w:pPr>
      <w:r>
        <w:t>آمین۔</w:t>
      </w:r>
    </w:p>
    <w:p>
      <w:r>
        <w:rPr>
          <w:b/>
        </w:rPr>
        <w:t xml:space="preserve">[14:03] </w:t>
      </w:r>
      <w:r>
        <w:t>Badi achhi dua hai. Bohat achhi dua hai. Ameen. Makkah Mukarramah ka Allah taala is ko qabool farmaye hum sab ke liye.</w:t>
      </w:r>
    </w:p>
    <w:p>
      <w:pPr>
        <w:jc w:val="right"/>
      </w:pPr>
      <w:r>
        <w:t>بڑی اچھی دعا ہے۔ بہت اچھی دعا ہے۔ آمین۔ مکہ مکرمہ کا اللہ تعالیٰ اس کو قبول فرمائے ہم سب کے لیے۔</w:t>
      </w:r>
    </w:p>
    <w:p>
      <w:r>
        <w:rPr>
          <w:b/>
        </w:rPr>
        <w:t xml:space="preserve">[14:14] </w:t>
      </w:r>
      <w:r>
        <w:t>sirf aap ke liye balkeh hum sab ke liye. Insha Allah.</w:t>
      </w:r>
    </w:p>
    <w:p>
      <w:pPr>
        <w:jc w:val="right"/>
      </w:pPr>
      <w:r>
        <w:t>صرف آپ کے لیے بلکہ ہم سب کے لیے۔ انشاءاللہ۔</w:t>
      </w:r>
    </w:p>
    <w:p>
      <w:r>
        <w:rPr>
          <w:b/>
        </w:rPr>
        <w:t xml:space="preserve">[14:24] </w:t>
      </w:r>
      <w:r>
        <w:t>Riyaz Bhatt sahib ne aap se ek sawal kiya hai. Maulana sahib Assalam o Alaikum. Can I guide a disheartened and depressed person in norms who hope that he or she has enough to fall back upon present scenario.</w:t>
      </w:r>
    </w:p>
    <w:p>
      <w:pPr>
        <w:jc w:val="right"/>
      </w:pPr>
      <w:r>
        <w:t>ریاض بھٹ صاحب نے آپ سے ایک سوال کیا ہے۔ مولانا صاحب السلام علیکم دس آیت گوز ا ڈس ہارٹنڈ اینڈ ڈپریسڈ اینڈ ڈپریسڈ پرسن انارمز ہوپ دیٹ ہی اور شی ہیز انف ٹو فال بیک اپ ان پریزنٹ سنیریو۔</w:t>
      </w:r>
    </w:p>
    <w:p>
      <w:r>
        <w:rPr>
          <w:b/>
        </w:rPr>
        <w:t xml:space="preserve">[14:47] </w:t>
      </w:r>
      <w:r>
        <w:t>We must feel encouraged that your talk is filling us with enthusiasm not to sit back but start afresh for the mission.</w:t>
      </w:r>
    </w:p>
    <w:p>
      <w:pPr>
        <w:jc w:val="right"/>
      </w:pPr>
      <w:r>
        <w:t>وی مسٹ فیل انکریجڈ دیٹ یور ٹاک از فیلنگ اس ود انتھوزیاز ناٹ ٹو سٹ بیک بٹ سٹارٹ افریش فار دا مشن۔</w:t>
      </w:r>
    </w:p>
    <w:p>
      <w:r>
        <w:rPr>
          <w:b/>
        </w:rPr>
        <w:t xml:space="preserve">[15:01] </w:t>
      </w:r>
      <w:r>
        <w:t>To sawal Jazakum Allah Hazrat Allah qabool farmaye.</w:t>
      </w:r>
    </w:p>
    <w:p>
      <w:pPr>
        <w:jc w:val="right"/>
      </w:pPr>
      <w:r>
        <w:t>تو سوال جزاکم اللہ حضرت اللہ قبول فرمائے۔</w:t>
      </w:r>
    </w:p>
    <w:p>
      <w:r>
        <w:rPr>
          <w:b/>
        </w:rPr>
        <w:t xml:space="preserve">[15:14] </w:t>
      </w:r>
      <w:r>
        <w:t>Syed Abbas Raza Bukhari kehte hain Assalam o Alaikum. You are a great Aarif Mashallah.</w:t>
      </w:r>
    </w:p>
    <w:p>
      <w:pPr>
        <w:jc w:val="right"/>
      </w:pPr>
      <w:r>
        <w:t>سید عباس رضا بخاری کہتے ہیں السلام علیکم یو آر ا گریٹ عارف ماشاءاللہ۔</w:t>
      </w:r>
    </w:p>
    <w:p>
      <w:r>
        <w:rPr>
          <w:b/>
        </w:rPr>
        <w:t xml:space="preserve">[15:39] </w:t>
      </w:r>
      <w:r>
        <w:t>Shajeha Fayyaz Assalam o Alaikum. Un ka ek question hai: Death ko aksar yaad karna chahiye lekin zyada yaad karne se negative thoughts</w:t>
      </w:r>
    </w:p>
    <w:p>
      <w:pPr>
        <w:jc w:val="right"/>
      </w:pPr>
      <w:r>
        <w:t>شجیحہ فیاض السلام علیکم ان کا ایک کوئسچن ہے: ڈیتھ کو اکثر یاد کرنا چاہیے لیکن زیادہ یاد کرنے سے نیگیٹیو تھاٹس</w:t>
      </w:r>
    </w:p>
    <w:p>
      <w:r>
        <w:rPr>
          <w:b/>
        </w:rPr>
        <w:t xml:space="preserve">[15:55] </w:t>
      </w:r>
      <w:r>
        <w:t>aur mayoosi hone lagti hai. Is se kaise deal karein? Kya death, kya death ke baray mein knowledge lene se fear of death kam ho sakta hai?</w:t>
      </w:r>
    </w:p>
    <w:p>
      <w:pPr>
        <w:jc w:val="right"/>
      </w:pPr>
      <w:r>
        <w:t>اور مایوسی ہونے لگتی ہے۔ اس سے کیسے ڈیل کریں؟ کیا ڈیتھ، کیا ڈیتھ کے بارے میں نالج لینے سے فیئر آف ڈیتھ کم ہو سکتا ہے؟</w:t>
      </w:r>
    </w:p>
    <w:p>
      <w:r>
        <w:rPr>
          <w:b/>
        </w:rPr>
        <w:t xml:space="preserve">[16:14] </w:t>
      </w:r>
      <w:r>
        <w:t>Nahi, dekhiye, mujhe is pe tawaqqo nahi hai. Izzat ek taaqat hai. Is ka matlab yeh hai ke aap ne apne ek taraf apne zu'f ko jaana,</w:t>
      </w:r>
    </w:p>
    <w:p>
      <w:pPr>
        <w:jc w:val="right"/>
      </w:pPr>
      <w:r>
        <w:t>نہیں، دیکھیے، مجھے اس پہ توقع نہیں ہے۔ عزت ایک طاقت ہے۔ اس کا مطلب یہ ہے کہ آپ نے اپنے ایک طرف اپنے ضعف کو جانا،</w:t>
      </w:r>
    </w:p>
    <w:p>
      <w:r>
        <w:rPr>
          <w:b/>
        </w:rPr>
        <w:t xml:space="preserve">[16:27] </w:t>
      </w:r>
      <w:r>
        <w:t>doosri taraf Allah Rabb ul Izzat ki taaqat ko jaana. Yaani to is doosre lafzon mein Allah Rabb ul Izzat ki taaqat ko jaanna hai.</w:t>
      </w:r>
    </w:p>
    <w:p>
      <w:pPr>
        <w:jc w:val="right"/>
      </w:pPr>
      <w:r>
        <w:t>دوسری طرف اللہ رب العزت کی طاقت کو جانا۔ یعنی تو اس دوسرے لفظوں میں اللہ رب العزت کی طاقت کو جاننا ہے۔</w:t>
      </w:r>
    </w:p>
    <w:p>
      <w:r>
        <w:rPr>
          <w:b/>
        </w:rPr>
        <w:t xml:space="preserve">[16:40] </w:t>
      </w:r>
      <w:r>
        <w:t>To woh taaqat, woh taaqat hai, izzat taaqat hai.</w:t>
      </w:r>
    </w:p>
    <w:p>
      <w:pPr>
        <w:jc w:val="right"/>
      </w:pPr>
      <w:r>
        <w:t>تو وہ طاقت، وہ طاقت ہے، عزت طاقت ہے۔</w:t>
      </w:r>
    </w:p>
    <w:p>
      <w:r>
        <w:rPr>
          <w:b/>
        </w:rPr>
        <w:t xml:space="preserve">[16:47] </w:t>
      </w:r>
      <w:r>
        <w:t>Is ki, is, is ko qabool na samjhiye.</w:t>
      </w:r>
    </w:p>
    <w:p>
      <w:pPr>
        <w:jc w:val="right"/>
      </w:pPr>
      <w:r>
        <w:t>اس کی، اس، اس کو قبول نہ سمجھیے۔</w:t>
      </w:r>
    </w:p>
    <w:p>
      <w:r>
        <w:rPr>
          <w:b/>
        </w:rPr>
        <w:t xml:space="preserve">[17:01] </w:t>
      </w:r>
      <w:r>
        <w:t>Athar Siddiqui ne Australia se kaha hai: Maulana sahib, unhein dua mein yaad rakhein. Zaroor, Insha Allah.</w:t>
      </w:r>
    </w:p>
    <w:p>
      <w:pPr>
        <w:jc w:val="right"/>
      </w:pPr>
      <w:r>
        <w:t>اطہر صدیقی نے آسٹریلیا سے کہا ہے: مولانا صاحب، انہیں دعا میں یاد رکھیں۔ ضرور، انشاءاللہ۔</w:t>
      </w:r>
    </w:p>
    <w:p>
      <w:r>
        <w:rPr>
          <w:b/>
        </w:rPr>
        <w:t xml:space="preserve">[17:14] </w:t>
      </w:r>
      <w:r>
        <w:t>Zaroor, Insha Allah. Maulana sahib, ek sawal Riyaz Bhatt sahib ne kiya hai aap se: Can human beings comprehend the magnitude of God's blessings</w:t>
      </w:r>
    </w:p>
    <w:p>
      <w:pPr>
        <w:jc w:val="right"/>
      </w:pPr>
      <w:r>
        <w:t>ضرور، انشاءاللہ۔ مولانا صاحب، ایک سوال ریاض بھٹ صاحب نے کیا ہے آپ سے: Can human beings comprehend the magnitude of God's blessings</w:t>
      </w:r>
    </w:p>
    <w:p>
      <w:r>
        <w:rPr>
          <w:b/>
        </w:rPr>
        <w:t xml:space="preserve">[17:28] </w:t>
      </w:r>
      <w:r>
        <w:t>? Dekhiye, samajhne ke saath taluq hai. To yahi ek baat hai yeh ke aap samajhte hain ke Allah ne kaise ek zarre ko banaya, kaise aakhri jin ko banaya.</w:t>
      </w:r>
    </w:p>
    <w:p>
      <w:pPr>
        <w:jc w:val="right"/>
      </w:pPr>
      <w:r>
        <w:t>? دیکھیے، سمجھنے کے ساتھ تعلق ہے۔ تو یہی ایک بات ہے یہ کہ آپ سمجھتے ہیں کہ اللہ نے کیسے ایک ذرے کو بنایا، کیسے آخری جن کو بنایا۔</w:t>
      </w:r>
    </w:p>
    <w:p>
      <w:r>
        <w:rPr>
          <w:b/>
        </w:rPr>
        <w:t xml:space="preserve">[17:44] </w:t>
      </w:r>
      <w:r>
        <w:t>lekin</w:t>
      </w:r>
    </w:p>
    <w:p>
      <w:pPr>
        <w:jc w:val="right"/>
      </w:pPr>
      <w:r>
        <w:t>لیکن</w:t>
      </w:r>
    </w:p>
    <w:p>
      <w:r>
        <w:rPr>
          <w:b/>
        </w:rPr>
        <w:t xml:space="preserve">[17:46] </w:t>
      </w:r>
      <w:r>
        <w:t>doosre aitbaar se dekhiye to marifat mein izafa hota hai. Marifat mein izafa hota hai. Yaani Allah ki qudrat to be panaah hai, is ka aap ahata nahi kar sakte.</w:t>
      </w:r>
    </w:p>
    <w:p>
      <w:pPr>
        <w:jc w:val="right"/>
      </w:pPr>
      <w:r>
        <w:t>دوسرے اعتبار سے دیکھیے تو معرفت میں اضافہ ہوتا ہے۔ معرفت میں اضافہ ہوتا ہے۔ یعنی اللہ کی قدرت تو بے پناہ ہے، اس کا آپ احاطہ نہیں کر سکتے۔</w:t>
      </w:r>
    </w:p>
    <w:p>
      <w:r>
        <w:rPr>
          <w:b/>
        </w:rPr>
        <w:t xml:space="preserve">[18:05] </w:t>
      </w:r>
      <w:r>
        <w:t>woh alag baat hai, woh aik alag cheez hai. lekin</w:t>
      </w:r>
    </w:p>
    <w:p>
      <w:pPr>
        <w:jc w:val="right"/>
      </w:pPr>
      <w:r>
        <w:t>وہ الگ بات ہے، وہ ایک الگ چیز ہے۔ لیکن</w:t>
      </w:r>
    </w:p>
    <w:p>
      <w:r>
        <w:rPr>
          <w:b/>
        </w:rPr>
        <w:t xml:space="preserve">[18:13] </w:t>
      </w:r>
      <w:r>
        <w:t>agar aap sochen, isi ghar mein jaayen to aap marfat ka taaruf kar sakte hain.</w:t>
      </w:r>
    </w:p>
    <w:p>
      <w:pPr>
        <w:jc w:val="right"/>
      </w:pPr>
      <w:r>
        <w:t>اگر آپ سوچیں، اسی گھر میں جائیں تو آپ معرفت کا تعارف کر سکتے ہیں۔</w:t>
      </w:r>
    </w:p>
    <w:p>
      <w:r>
        <w:rPr>
          <w:b/>
        </w:rPr>
        <w:t xml:space="preserve">[18:31] </w:t>
      </w:r>
      <w:r>
        <w:t>aik comment hai Muhammad Saleh Ibrahim ka: Maulana sahib, your lectures really bring light in the darkness.</w:t>
      </w:r>
    </w:p>
    <w:p>
      <w:pPr>
        <w:jc w:val="right"/>
      </w:pPr>
      <w:r>
        <w:t>ایک کمنٹ ہے محمد صالح ابراہیم کا: مولانا صاحب، یور لیکچرز ریلی برنگ لائٹ ان دا ڈارکنس۔</w:t>
      </w:r>
    </w:p>
    <w:p>
      <w:r>
        <w:rPr>
          <w:b/>
        </w:rPr>
        <w:t xml:space="preserve">[18:42] </w:t>
      </w:r>
      <w:r>
        <w:t>main Allah protect you. Ali Raza sahib ne aap se poocha hai, shayad yeh Pakistan ke hain. Likha hua nahi location, lekin sawal jo hai woh Pakistan se related hai.</w:t>
      </w:r>
    </w:p>
    <w:p>
      <w:pPr>
        <w:jc w:val="right"/>
      </w:pPr>
      <w:r>
        <w:t>میں اللہ پروٹیکٹ یو۔ علی رضا صاحب نے آپ سے پوچھا ہے، شاید یہ پاکستان کے ہیں۔ لکھا ہوا نہیں لوکیشن، لیکن سوال جو ہے وہ پاکستان سے ریلیٹڈ ہے۔</w:t>
      </w:r>
    </w:p>
    <w:p>
      <w:r>
        <w:rPr>
          <w:b/>
        </w:rPr>
        <w:t xml:space="preserve">[18:54] </w:t>
      </w:r>
      <w:r>
        <w:t>Assalam o alaikum Maulana, aaj kal corona virus ke maamle mein jo Pakistan ke ulama ki rai hai, us ke baray mein aap kya farmayenge?</w:t>
      </w:r>
    </w:p>
    <w:p>
      <w:pPr>
        <w:jc w:val="right"/>
      </w:pPr>
      <w:r>
        <w:t>السلام علیکم مولانا، آج کل کرونا وائرس کے معاملے میں جو پاکستان کے علماء کی رائے ہے، اس کے بارے میں آپ کیا فرمائیں گے؟</w:t>
      </w:r>
    </w:p>
    <w:p>
      <w:r>
        <w:rPr>
          <w:b/>
        </w:rPr>
        <w:t xml:space="preserve">[19:05] </w:t>
      </w:r>
      <w:r>
        <w:t>aur aage Ramzan bhi aa raha hai, to is soorat mein musalmanon ko kya karna chahiye?</w:t>
      </w:r>
    </w:p>
    <w:p>
      <w:pPr>
        <w:jc w:val="right"/>
      </w:pPr>
      <w:r>
        <w:t>اور آگے رمضان بھی آ رہا ہے، تو اس صورت میں مسلمانوں کو کیا کرنا چاہیے؟</w:t>
      </w:r>
    </w:p>
    <w:p>
      <w:r>
        <w:rPr>
          <w:b/>
        </w:rPr>
        <w:t xml:space="preserve">[19:12] </w:t>
      </w:r>
      <w:r>
        <w:t>dekhiye, main corona virus ko</w:t>
      </w:r>
    </w:p>
    <w:p>
      <w:pPr>
        <w:jc w:val="right"/>
      </w:pPr>
      <w:r>
        <w:t>دیکھیے، میں کرونا وائرس کو</w:t>
      </w:r>
    </w:p>
    <w:p>
      <w:r>
        <w:rPr>
          <w:b/>
        </w:rPr>
        <w:t xml:space="preserve">[19:18] </w:t>
      </w:r>
      <w:r>
        <w:t>na to laanat samajhta, laanat aur na azaab samajhta hoon. Nahi, woh warning hai, warning.</w:t>
      </w:r>
    </w:p>
    <w:p>
      <w:pPr>
        <w:jc w:val="right"/>
      </w:pPr>
      <w:r>
        <w:t>نہ تو لعنت سمجھتا، لعنت اور نہ عذاب سمجھتا ہوں۔ نہیں، وہ وارننگ ہے، وارننگ۔</w:t>
      </w:r>
    </w:p>
    <w:p>
      <w:r>
        <w:rPr>
          <w:b/>
        </w:rPr>
        <w:t xml:space="preserve">[19:32] </w:t>
      </w:r>
      <w:r>
        <w:t>Allah ki sunnat hai ke jab koi log</w:t>
      </w:r>
    </w:p>
    <w:p>
      <w:pPr>
        <w:jc w:val="right"/>
      </w:pPr>
      <w:r>
        <w:t>اللہ کی سنت ہے کہ جب کوئی لوگ</w:t>
      </w:r>
    </w:p>
    <w:p>
      <w:r>
        <w:rPr>
          <w:b/>
        </w:rPr>
        <w:t xml:space="preserve">[19:37] </w:t>
      </w:r>
      <w:r>
        <w:t>ghalti mein mubtala hon to un ko warning di jaati hai, bohat aakhir tak. To aaj kal jo maamla hai, woh yeh hai ke Allah taala ne tamam darwazay khol diye rehmat ke liye,</w:t>
      </w:r>
    </w:p>
    <w:p>
      <w:pPr>
        <w:jc w:val="right"/>
      </w:pPr>
      <w:r>
        <w:t>غلطی میں مبتلا ہوں تو ان کو وارننگ دی جاتی ہے، بہت آخر تک۔ تو آج کل جو معاملہ ہے، وہ یہ ہے کہ اللہ تعالیٰ نے تمام دروازے کھول دیے رحمت کے لیے،</w:t>
      </w:r>
    </w:p>
    <w:p>
      <w:r>
        <w:rPr>
          <w:b/>
        </w:rPr>
        <w:t xml:space="preserve">[19:54] </w:t>
      </w:r>
      <w:r>
        <w:t>khaas tor par industrial revolution ke baad. Industrial revolution ke baad sach jo jannat o bil ho rahi thi, us ko dunya mein dikha diya.</w:t>
      </w:r>
    </w:p>
    <w:p>
      <w:pPr>
        <w:jc w:val="right"/>
      </w:pPr>
      <w:r>
        <w:t>خاص طور پر انڈسٹریل ریولوشن کے بعد۔ انڈسٹریل ریولوشن کے بعد سچ جو جنت و بل ہو رہی تھی، اس کو دنیا میں دکھا دیا۔</w:t>
      </w:r>
    </w:p>
    <w:p>
      <w:r>
        <w:rPr>
          <w:b/>
        </w:rPr>
        <w:t xml:space="preserve">[20:06] </w:t>
      </w:r>
      <w:r>
        <w:t>lekin insaan ne shukr nahi kiya.</w:t>
      </w:r>
    </w:p>
    <w:p>
      <w:pPr>
        <w:jc w:val="right"/>
      </w:pPr>
      <w:r>
        <w:t>لیکن انسان نے شکر نہیں کیا۔</w:t>
      </w:r>
    </w:p>
    <w:p>
      <w:r>
        <w:rPr>
          <w:b/>
        </w:rPr>
        <w:t xml:space="preserve">[20:10] </w:t>
      </w:r>
      <w:r>
        <w:t>shukr ka matlab kya hai? Iqraar karna. Kuch aap ko diya jaye, diya jaye to aap us ko iqraar karen. To insaan ki ghalti yeh hai ke us ne iqraar nahi kiya,</w:t>
      </w:r>
    </w:p>
    <w:p>
      <w:pPr>
        <w:jc w:val="right"/>
      </w:pPr>
      <w:r>
        <w:t>شکر کا معنی کیا ہے؟ اقرار کرنا۔ کچھ آپ کو دیا جائے، دیا جائے تو آپ اس کو اقرار کریں۔ تو انسان کی غلطی یہ ہے کہ اس نے اقرار نہیں کیا،</w:t>
      </w:r>
    </w:p>
    <w:p>
      <w:r>
        <w:rPr>
          <w:b/>
        </w:rPr>
        <w:t xml:space="preserve">[20:27] </w:t>
      </w:r>
      <w:r>
        <w:t>is liye us ko warning di gayi hai. Warning, warning is baat ki ke jo dene wala hai, woh cheen bhi sakta hai. Jo dene wala hai, woh wapas le sakta hai.</w:t>
      </w:r>
    </w:p>
    <w:p>
      <w:pPr>
        <w:jc w:val="right"/>
      </w:pPr>
      <w:r>
        <w:t>اس لیے اس کو وارننگ دی گئی ہے۔ وارننگ، وارننگ اس بات کی کہ جو دینے والا ہے، وہ چھین بھی سکتا ہے۔ جو دینے والا ہے، وہ واپس لے سکتا ہے۔</w:t>
      </w:r>
    </w:p>
    <w:p>
      <w:r>
        <w:rPr>
          <w:b/>
        </w:rPr>
        <w:t xml:space="preserve">[20:40] </w:t>
      </w:r>
      <w:r>
        <w:t>to sambhal jao, sambhal jao.</w:t>
      </w:r>
    </w:p>
    <w:p>
      <w:pPr>
        <w:jc w:val="right"/>
      </w:pPr>
      <w:r>
        <w:t>تو سنبھل جاؤ، سنبھل جاؤ۔</w:t>
      </w:r>
    </w:p>
    <w:p>
      <w:r>
        <w:rPr>
          <w:b/>
        </w:rPr>
        <w:t xml:space="preserve">[20:44] </w:t>
      </w:r>
      <w:r>
        <w:t>to mere nazdeek yeh warning hai, yeh</w:t>
      </w:r>
    </w:p>
    <w:p>
      <w:pPr>
        <w:jc w:val="right"/>
      </w:pPr>
      <w:r>
        <w:t>تو میرے نزدیک یہ وارننگ ہے، یہ</w:t>
      </w:r>
    </w:p>
    <w:p>
      <w:r>
        <w:rPr>
          <w:b/>
        </w:rPr>
        <w:t xml:space="preserve">[20:51] </w:t>
      </w:r>
      <w:r>
        <w:t>azaab nahi hai. Maulana sahib, woh yeh bhi jaanna chahte hain ke Pakistan ke ulama ne yeh fatwa diya hai ke tamam log, khaas tor par Ramzan mein, masjid mein namaz padhenge, istighfar karenge, aur yeh us ke qanoon ke khilaaf hai.</w:t>
      </w:r>
    </w:p>
    <w:p>
      <w:pPr>
        <w:jc w:val="right"/>
      </w:pPr>
      <w:r>
        <w:t>عذاب نہیں ہے۔ مولانا صاحب، وہ یہ بھی جاننا چاہتے ہیں کہ پاکستان کے علماء نے یہ فتویٰ دیا ہے کہ تمام لوگ، خاص طور پر رمضان میں، مسجد میں نماز پڑھیں گے، استغفار کریں گے، اور یہ اس کے قانون کے خلاف ہے۔</w:t>
      </w:r>
    </w:p>
    <w:p>
      <w:r>
        <w:rPr>
          <w:b/>
        </w:rPr>
        <w:t xml:space="preserve">[21:08] </w:t>
      </w:r>
      <w:r>
        <w:t>social distancing, kyunke hukoomaten jo hain, social distancing ko bohat zyada zor de rahi hain, kyunke yeh social, yeh contact se barhti hai.</w:t>
      </w:r>
    </w:p>
    <w:p>
      <w:pPr>
        <w:jc w:val="right"/>
      </w:pPr>
      <w:r>
        <w:t>سوشل ڈسٹنسنگ، کیونکہ حکومتیں جو ہیں، سوشل ڈسٹنسنگ کو بہت زیادہ زور دے رہی ہیں، کیونکہ یہ سوشل، یہ کانٹیکٹ سے بڑھتی ہے۔</w:t>
      </w:r>
    </w:p>
    <w:p>
      <w:r>
        <w:rPr>
          <w:b/>
        </w:rPr>
        <w:t xml:space="preserve">[21:20] </w:t>
      </w:r>
      <w:r>
        <w:t>to woh keh rahe hain ke nahi, istighfar karna hai to masjid mein jaana zaroori hai. Ramzan aa raha hai, masjid mein jaana zaroori hai.</w:t>
      </w:r>
    </w:p>
    <w:p>
      <w:pPr>
        <w:jc w:val="right"/>
      </w:pPr>
      <w:r>
        <w:t>تو وہ کہہ رہے ہیں کہ نہیں، استغفار کرنا ہے تو مسجد میں جانا ضروری ہے۔ رمضان آ رہا ہے، مسجد میں جانا ضروری ہے۔</w:t>
      </w:r>
    </w:p>
    <w:p>
      <w:r>
        <w:rPr>
          <w:b/>
        </w:rPr>
        <w:t xml:space="preserve">[21:28] </w:t>
      </w:r>
      <w:r>
        <w:t>istighfar ka taalluq kisi jagah se nahi hai, hatta ke Kaaba se bhi nahi hai. Ji, istighfar to kahin ho sakta hai, aur yeh main samajhta hoon ke</w:t>
      </w:r>
    </w:p>
    <w:p>
      <w:pPr>
        <w:jc w:val="right"/>
      </w:pPr>
      <w:r>
        <w:t>استغفار کا تعلق کسی جگہ سے نہیں ہے، حتیٰ کہ کعبہ سے بھی نہیں ہے۔ جی، استغفار تو کہیں ہو سکتا ہے، اور یہ میں سمجھتا ہوں کہ</w:t>
      </w:r>
    </w:p>
    <w:p>
      <w:r>
        <w:rPr>
          <w:b/>
        </w:rPr>
        <w:t xml:space="preserve">[21:46] </w:t>
      </w:r>
      <w:r>
        <w:t>hukoomat ki khilaaf warzi karna yeh riyasat Islam mein jaiz nahi hai. Aap ko law bordering, citizen honi chahiye.</w:t>
      </w:r>
    </w:p>
    <w:p>
      <w:pPr>
        <w:jc w:val="right"/>
      </w:pPr>
      <w:r>
        <w:t>حکومت کی خلاف ورزی کرنا یہ ریاست اسلام میں جائز نہیں ہے۔ آپ کو لاء بارڈرنگ، سٹیزن ہونی چاہیے۔</w:t>
      </w:r>
    </w:p>
    <w:p>
      <w:r>
        <w:rPr>
          <w:b/>
        </w:rPr>
        <w:t xml:space="preserve">[21:58] </w:t>
      </w:r>
      <w:r>
        <w:t>law bordering,</w:t>
      </w:r>
    </w:p>
    <w:p>
      <w:pPr>
        <w:jc w:val="right"/>
      </w:pPr>
      <w:r>
        <w:t>لاء بارڈرنگ،</w:t>
      </w:r>
    </w:p>
    <w:p>
      <w:r>
        <w:rPr>
          <w:b/>
        </w:rPr>
        <w:t xml:space="preserve">[22:03] </w:t>
      </w:r>
      <w:r>
        <w:t>qanoon ke be qanoon ko todna, yeh bohat hi nihayat hi aik mujrimana harkat hai jo hukoomat aap ko bata rahi hai, direction de rahi hai, us ko follow kijiye ga.</w:t>
      </w:r>
    </w:p>
    <w:p>
      <w:pPr>
        <w:jc w:val="right"/>
      </w:pPr>
      <w:r>
        <w:t>قانون کے بے قانون کو توڑنا، یہ بہت ہی نہایت ہی ایک مجرمانہ حرکت ہے جو حکومت آپ کو بتا رہی ہے، ڈائریکشن دے رہی ہے، اس کو فالو کیجیے گا۔</w:t>
      </w:r>
    </w:p>
    <w:p>
      <w:r>
        <w:rPr>
          <w:b/>
        </w:rPr>
        <w:t xml:space="preserve">[22:22] </w:t>
      </w:r>
      <w:r>
        <w:t>aur dua karne ke liye aap</w:t>
      </w:r>
    </w:p>
    <w:p>
      <w:pPr>
        <w:jc w:val="right"/>
      </w:pPr>
      <w:r>
        <w:t>اور دعا کرنے کے لیے آپ</w:t>
      </w:r>
    </w:p>
    <w:p>
      <w:r>
        <w:rPr>
          <w:b/>
        </w:rPr>
        <w:t xml:space="preserve">[22:25] </w:t>
      </w:r>
      <w:r>
        <w:t>kahin kisi aur jagah jaane ki zaroorat nahi hai. Aap jahan bhi hain, wahin dua kijiye, wahin jaayen, jaayen, wahin dua kijiye. Behral, usooli taur par hukoomat ke ahkam ki pabandi bohat zaroori hai.</w:t>
      </w:r>
    </w:p>
    <w:p>
      <w:pPr>
        <w:jc w:val="right"/>
      </w:pPr>
      <w:r>
        <w:t>کہیں کسی اور جگہ جانے کی ضرورت نہیں ہے۔ آپ جہاں بھی ہیں، وہیں دعا کیجیے، وہیں جائیں، جائیں، وہیں دعا کیجیے۔ بہرحال، اصولی طور پر حکومت کے احکام کی پابندی بہت ضروری ہے۔</w:t>
      </w:r>
    </w:p>
    <w:p>
      <w:r>
        <w:rPr>
          <w:b/>
        </w:rPr>
        <w:t xml:space="preserve">[22:42] </w:t>
      </w:r>
      <w:r>
        <w:t>maulana sahib, ek mera sawal hai ke yahan par ek bar aisa hua ke shab-e-qadr mein kisi ke ghar mein log jama hue the, kuch taqreer waghera thi, to main bhi gaya.</w:t>
      </w:r>
    </w:p>
    <w:p>
      <w:pPr>
        <w:jc w:val="right"/>
      </w:pPr>
      <w:r>
        <w:t>مولانا صاحب، ایک میرا سوال ہے کہ یہاں پر ایک بار ایسا ہوا کہ شب قدر میں کسی کے گھر میں لوگ جمع ہوئے تھے، کچھ تقریر وغیرہ تھی، تو میں بھی گئی۔</w:t>
      </w:r>
    </w:p>
    <w:p>
      <w:r>
        <w:rPr>
          <w:b/>
        </w:rPr>
        <w:t xml:space="preserve">[22:58] </w:t>
      </w:r>
      <w:r>
        <w:t>to woh aisa mahol tha, sare log baithe hue the, baatein kar rahe the, kha pee rahe the. to mere ko kuch samajh mein nahi aaya ke yeh yahan kaise dua ki jaye, kaise istighfar kiya jaye.</w:t>
      </w:r>
    </w:p>
    <w:p>
      <w:pPr>
        <w:jc w:val="right"/>
      </w:pPr>
      <w:r>
        <w:t>تو وہ ایسا ماحول تھا، سارے لوگ بیٹھے ہوئے تھے، باتیں کر رہے تھے، کھا پی رہے تھے۔ تو میرے کو کچھ سمجھ میں نہیں آیا کہ یہ یہاں کیسے دعا کی جائے، کیسے استغفار کیا جائے۔</w:t>
      </w:r>
    </w:p>
    <w:p>
      <w:r>
        <w:rPr>
          <w:b/>
        </w:rPr>
        <w:t xml:space="preserve">[23:14] </w:t>
      </w:r>
      <w:r>
        <w:t>mere ko yeh samajh mein aata hai ke istighfar ke liye to tanhai mein zyada acha istighfar hota hai.</w:t>
      </w:r>
    </w:p>
    <w:p>
      <w:pPr>
        <w:jc w:val="right"/>
      </w:pPr>
      <w:r>
        <w:t>میرے کو یہ سمجھ میں آتا ہے کہ استغفار کے لیے تو تنہائی میں زیادہ اچھا استغفار ہوتا ہے۔</w:t>
      </w:r>
    </w:p>
    <w:p>
      <w:r>
        <w:rPr>
          <w:b/>
        </w:rPr>
        <w:t xml:space="preserve">[23:21] </w:t>
      </w:r>
      <w:r>
        <w:t>bilkul sahi hai, bilkul sahi hai. iska koi jagah se koi talluq nahi hai.</w:t>
      </w:r>
    </w:p>
    <w:p>
      <w:pPr>
        <w:jc w:val="right"/>
      </w:pPr>
      <w:r>
        <w:t>بالکل صحیح ہے، بالکل صحیح ہے۔ اس کا کوئی جگہ سے کوئی تعلق نہیں ہے۔</w:t>
      </w:r>
    </w:p>
    <w:p>
      <w:r>
        <w:rPr>
          <w:b/>
        </w:rPr>
        <w:t xml:space="preserve">[23:32] </w:t>
      </w:r>
      <w:r>
        <w:t>inmal a'maal binniyat jaise niyat, waisa nateeja.</w:t>
      </w:r>
    </w:p>
    <w:p>
      <w:pPr>
        <w:jc w:val="right"/>
      </w:pPr>
      <w:r>
        <w:t>انما الاعمال بالنيات جیسے نیت، ویسا نتیجہ۔</w:t>
      </w:r>
    </w:p>
    <w:p>
      <w:r>
        <w:rPr>
          <w:b/>
        </w:rPr>
        <w:t xml:space="preserve">[23:43] </w:t>
      </w:r>
      <w:r>
        <w:t>to yeh aap ki niyat hai jo aap ki dua ko</w:t>
      </w:r>
    </w:p>
    <w:p>
      <w:pPr>
        <w:jc w:val="right"/>
      </w:pPr>
      <w:r>
        <w:t>تو یہ آپ کی نیت ہے جو آپ کی دعا کو</w:t>
      </w:r>
    </w:p>
    <w:p>
      <w:r>
        <w:rPr>
          <w:b/>
        </w:rPr>
        <w:t xml:space="preserve">[23:50] </w:t>
      </w:r>
      <w:r>
        <w:t>buland karti hai, bada banati hai.</w:t>
      </w:r>
    </w:p>
    <w:p>
      <w:pPr>
        <w:jc w:val="right"/>
      </w:pPr>
      <w:r>
        <w:t>بلند کرتی ہے، بڑا بناتی ہے۔</w:t>
      </w:r>
    </w:p>
    <w:p>
      <w:r>
        <w:rPr>
          <w:b/>
        </w:rPr>
        <w:t xml:space="preserve">[23:59] </w:t>
      </w:r>
      <w:r>
        <w:t>jahan jagah nahi hai, jagah nahi hai.</w:t>
      </w:r>
    </w:p>
    <w:p>
      <w:pPr>
        <w:jc w:val="right"/>
      </w:pPr>
      <w:r>
        <w:t>جہاں جگہ نہیں ہے، جگہ نہیں ہے۔</w:t>
      </w:r>
    </w:p>
    <w:p>
      <w:r>
        <w:rPr>
          <w:b/>
        </w:rPr>
        <w:t xml:space="preserve">[24:06] </w:t>
      </w:r>
      <w:r>
        <w:t>maulana sahib, doctor safeena tabassum ne aap se poocha hai ke maulana, positive mind Allah se connect hota hai, negative mind nahi hota.</w:t>
      </w:r>
    </w:p>
    <w:p>
      <w:pPr>
        <w:jc w:val="right"/>
      </w:pPr>
      <w:r>
        <w:t>مولانا صاحب، ڈاکٹر سفینہ تبسم نے آپ سے پوچھا ہے کہ مولانا، پازیٹیو مائنڈ اللہ سے کنیکٹ ہوتا ہے، نیگیٹیو مائنڈ نہیں ہوتا۔</w:t>
      </w:r>
    </w:p>
    <w:p>
      <w:r>
        <w:rPr>
          <w:b/>
        </w:rPr>
        <w:t xml:space="preserve">[24:16] </w:t>
      </w:r>
      <w:r>
        <w:t>aisa kyun hai? kya matlab? Allah se connection positive mind ke sath ho sakta hai, negative mind ke sath?</w:t>
      </w:r>
    </w:p>
    <w:p>
      <w:pPr>
        <w:jc w:val="right"/>
      </w:pPr>
      <w:r>
        <w:t>ایسا کیوں ہے؟ کیا مطلب؟ اللہ سے کنیکشن پازیٹیو مائنڈ کے ساتھ ہو سکتا ہے، نیگیٹیو مائنڈ کے ساتھ؟</w:t>
      </w:r>
    </w:p>
    <w:p>
      <w:r>
        <w:rPr>
          <w:b/>
        </w:rPr>
        <w:t xml:space="preserve">[24:26] </w:t>
      </w:r>
      <w:r>
        <w:t>is liye ke Allah rab-ul-izzat jo hai, wahan to positive hai. to aap jab tak positive hain, tab to Allah se aap ka milta hai.</w:t>
      </w:r>
    </w:p>
    <w:p>
      <w:pPr>
        <w:jc w:val="right"/>
      </w:pPr>
      <w:r>
        <w:t>اس لیے کہ اللہ رب العزت جو ہے، وہاں تو پازیٹیو ہے۔ تو آپ جب تک پازیٹیو ہیں، تب تو اللہ سے آپ کا میل پڑتا ہے۔</w:t>
      </w:r>
    </w:p>
    <w:p>
      <w:r>
        <w:rPr>
          <w:b/>
        </w:rPr>
        <w:t xml:space="preserve">[24:41] </w:t>
      </w:r>
      <w:r>
        <w:t>aur agar aap negative ban jayein to aap jodi nahi banta, balkeh doori ban jati hai. qurbat, qurbat banti hai,</w:t>
      </w:r>
    </w:p>
    <w:p>
      <w:pPr>
        <w:jc w:val="right"/>
      </w:pPr>
      <w:r>
        <w:t>اور اگر آپ نیگیٹیو بن جائیں تو آپ جوڑی نہیں بنتا، بلکہ دوری بن جاتی ہے۔ قربت، قربت بنتی ہے،</w:t>
      </w:r>
    </w:p>
    <w:p>
      <w:r>
        <w:rPr>
          <w:b/>
        </w:rPr>
        <w:t xml:space="preserve">[24:54] </w:t>
      </w:r>
      <w:r>
        <w:t>qurbat banti hai positivity se. aur negative ho gaye aap to qurbat hi nahi banegi, qurbat hi nahi banegi.</w:t>
      </w:r>
    </w:p>
    <w:p>
      <w:pPr>
        <w:jc w:val="right"/>
      </w:pPr>
      <w:r>
        <w:t>قربت بنتی ہے پازیٹیوٹی سے۔ اور نیگیٹیو ہو گئے آپ تو قربت ہی نہیں بنے گی، قربت ہی نہیں بنے گی۔</w:t>
      </w:r>
    </w:p>
    <w:p>
      <w:r>
        <w:rPr>
          <w:b/>
        </w:rPr>
        <w:t xml:space="preserve">[25:09] </w:t>
      </w:r>
      <w:r>
        <w:t>maulana sahib, ek sawal maulana ata-ur-rehman ne poocha hai aap se ke dunya mein hazaron kashakshan banane ki kya zaroorat thi jabke insan ko ek choti si dunya mein rehna tha?</w:t>
      </w:r>
    </w:p>
    <w:p>
      <w:pPr>
        <w:jc w:val="right"/>
      </w:pPr>
      <w:r>
        <w:t>مولانا صاحب، ایک سوال مولانا عطا الرحمن نے پوچھا ہے آپ سے کہ دنیا میں ہزاروں کہکشاں بنانے کی کیا ضرورت تھی جبکہ انسان کو ایک چھوٹی سی دنیا میں رہنا تھا؟</w:t>
      </w:r>
    </w:p>
    <w:p>
      <w:r>
        <w:rPr>
          <w:b/>
        </w:rPr>
        <w:t xml:space="preserve">[25:26] </w:t>
      </w:r>
      <w:r>
        <w:t>nahi, dekhiye, aap ki main samajhta hoon ke aap ki yani is zyada study nahi ki hai aap ne.</w:t>
      </w:r>
    </w:p>
    <w:p>
      <w:pPr>
        <w:jc w:val="right"/>
      </w:pPr>
      <w:r>
        <w:t>نہیں، دیکھیے، آپ کی میں سمجھتا ہوں کہ آپ کی یعنی اس زیادہ اسٹڈی نہیں کی ہے آپ نے۔</w:t>
      </w:r>
    </w:p>
    <w:p>
      <w:r>
        <w:rPr>
          <w:b/>
        </w:rPr>
        <w:t xml:space="preserve">[25:40] </w:t>
      </w:r>
      <w:r>
        <w:t>yeh jo ek kashakshan hain, jis se 11 hazar sitare jo hain, woh sab cosmic rays aati hain upar se. cosmic rays musalsal barf par.</w:t>
      </w:r>
    </w:p>
    <w:p>
      <w:pPr>
        <w:jc w:val="right"/>
      </w:pPr>
      <w:r>
        <w:t>یہ جو ایک کہکشاں ہیں، جس سے 11 ہزار ستارے جو ہیں، وہ سب کاسمک ریز آتی ہیں اوپر سے۔ کاسمک ریز مسلسل برف پر۔</w:t>
      </w:r>
    </w:p>
    <w:p>
      <w:r>
        <w:rPr>
          <w:b/>
        </w:rPr>
        <w:t xml:space="preserve">[25:54] </w:t>
      </w:r>
      <w:r>
        <w:t>yeh cosmic rays seedha hum, hum, hum ko itna ajeeb-o-ghareeb zindagi mili hai hum ko. to kitni, kaise, kaise qismein cosmic rays hote honge jo hum ko hamari zindagi mein ma'awin hote hain.</w:t>
      </w:r>
    </w:p>
    <w:p>
      <w:pPr>
        <w:jc w:val="right"/>
      </w:pPr>
      <w:r>
        <w:t>یہ کاسمک ریز سیدھا ہم، ہم، ہم کو اتنا عجیب و غریب زندگی ملی ہے ہم کو۔ تو کتنی، کیسے، کیسے قسمیں کاسمک ریز ہوتے ہوں گے جو ہم کو ہماری زندگی میں معاون ہوتے ہیں۔</w:t>
      </w:r>
    </w:p>
    <w:p>
      <w:r>
        <w:rPr>
          <w:b/>
        </w:rPr>
        <w:t xml:space="preserve">[26:14] </w:t>
      </w:r>
      <w:r>
        <w:t>yeh baat sahi nahi jo aap ka khayal hai.</w:t>
      </w:r>
    </w:p>
    <w:p>
      <w:pPr>
        <w:jc w:val="right"/>
      </w:pPr>
      <w:r>
        <w:t>یہ بات صحیح نہیں جو آپ کا خیال ہے۔</w:t>
      </w:r>
    </w:p>
    <w:p>
      <w:r>
        <w:rPr>
          <w:b/>
        </w:rPr>
        <w:t xml:space="preserve">[26:17] </w:t>
      </w:r>
      <w:r>
        <w:t>aap ne apni ek kitab shayad ghaliban "God Arises" mein yeh baat likhi hai ke itni badi dunya Allah taala ne is liye banai ke hum Allah taala ki azmaton ko samajh sakein.</w:t>
      </w:r>
    </w:p>
    <w:p>
      <w:pPr>
        <w:jc w:val="right"/>
      </w:pPr>
      <w:r>
        <w:t>آپ نے اپنی ایک کتاب شاید غالباً "گاڈ ارائزز" میں یہ بات لکھی ہے کہ اتنی بڑی دنیا اللہ تعالیٰ نے اس لیے بنائی کہ ہم اللہ تعالیٰ کی عظمتوں کو سمجھ سکیں۔</w:t>
      </w:r>
    </w:p>
    <w:p>
      <w:r>
        <w:rPr>
          <w:b/>
        </w:rPr>
        <w:t xml:space="preserve">[26:30] </w:t>
      </w:r>
      <w:r>
        <w:t>sahi hai, sahi hai, sahi, bilkul sahi hai. Athar Siddiqui sahib ne aap se poocha hai: maulana sahib, namaz mein khushu' o khuzu ke liye kya karna chahiye?</w:t>
      </w:r>
    </w:p>
    <w:p>
      <w:pPr>
        <w:jc w:val="right"/>
      </w:pPr>
      <w:r>
        <w:t>صحیح ہے، صحیح ہے، صحیح، بالکل صحیح ہے۔ اطہر صدیقی صاحب نے آپ سے پوچھا ہے: مولانا صاحب، نماز میں خشوع و خضوع کے لیے کیا کرنا چاہیے؟</w:t>
      </w:r>
    </w:p>
    <w:p>
      <w:r>
        <w:rPr>
          <w:b/>
        </w:rPr>
        <w:t xml:space="preserve">[26:46] </w:t>
      </w:r>
      <w:r>
        <w:t>quran mein do maut, quran ka mutala'a,</w:t>
      </w:r>
    </w:p>
    <w:p>
      <w:pPr>
        <w:jc w:val="right"/>
      </w:pPr>
      <w:r>
        <w:t>قرآن میں دو موت، قرآن کا مطالعہ،</w:t>
      </w:r>
    </w:p>
    <w:p>
      <w:r>
        <w:rPr>
          <w:b/>
        </w:rPr>
        <w:t xml:space="preserve">[26:56] </w:t>
      </w:r>
      <w:r>
        <w:t>Allah ki baaton mein zyada zyada sochna, Allah ki rehmaton ka zyada zyada ehsas karna, yeh sab hai.</w:t>
      </w:r>
    </w:p>
    <w:p>
      <w:pPr>
        <w:jc w:val="right"/>
      </w:pPr>
      <w:r>
        <w:t>اللہ کی باتوں میں زیادہ زیادہ سوچنا، اللہ کی رحمتوں کا زیادہ زیادہ احساس کرنا، یہ سب ہے۔</w:t>
      </w:r>
    </w:p>
    <w:p>
      <w:r>
        <w:rPr>
          <w:b/>
        </w:rPr>
        <w:t xml:space="preserve">[27:06] </w:t>
      </w:r>
      <w:r>
        <w:t>Imran Fazal ne aap se poocha hai: Sir, today corporate jobs are from nine to seven and very stressful.</w:t>
      </w:r>
    </w:p>
    <w:p>
      <w:pPr>
        <w:jc w:val="right"/>
      </w:pPr>
      <w:r>
        <w:t>عمران فضل نے آپ سے پوچھا ہے: سر، ٹوڈے کارپوریٹ جابز ار فرام نائن ٹو سیون اینڈ ویری سٹریس فل۔</w:t>
      </w:r>
    </w:p>
    <w:p>
      <w:r>
        <w:rPr>
          <w:b/>
        </w:rPr>
        <w:t xml:space="preserve">[27:19] </w:t>
      </w:r>
      <w:r>
        <w:t>no option to have a light job. should we continue this lifestyle</w:t>
      </w:r>
    </w:p>
    <w:p>
      <w:pPr>
        <w:jc w:val="right"/>
      </w:pPr>
      <w:r>
        <w:t>نو آپشن ٹو ہیو ا لائٹ جاب۔ شوڈ وی کنٹینیو دس لائف اسٹائل</w:t>
      </w:r>
    </w:p>
    <w:p>
      <w:r>
        <w:rPr>
          <w:b/>
        </w:rPr>
        <w:t xml:space="preserve">[27:28] </w:t>
      </w:r>
      <w:r>
        <w:t>? jo aap ke liye accessible ho, us ko pakdiye. dunya mein to sahulat bhi hai, aasani bhi hai, yeh to koi masla nahi hai.</w:t>
      </w:r>
    </w:p>
    <w:p>
      <w:pPr>
        <w:jc w:val="right"/>
      </w:pPr>
      <w:r>
        <w:t>؟ جو آپ کے لیے ایکسیسیبل ہو، اس کو پکڑیے۔ دنیا میں تو سہولت بھی ہے، آسانی بھی ہے، یہ تو کوئی مسئلہ نہیں ہے۔</w:t>
      </w:r>
    </w:p>
    <w:p>
      <w:r>
        <w:rPr>
          <w:b/>
        </w:rPr>
        <w:t xml:space="preserve">[27:52] </w:t>
      </w:r>
      <w:r>
        <w:t>Muhammad Ali aap se kehte hain: Assalam o alaikum, how can I feel the nearness of Allah?</w:t>
      </w:r>
    </w:p>
    <w:p>
      <w:pPr>
        <w:jc w:val="right"/>
      </w:pPr>
      <w:r>
        <w:t>محمد علی آپ سے کہتے ہیں: السلام علیکم، ہاؤ کین آئی فیل دا نیئرنس اف اللہ؟</w:t>
      </w:r>
    </w:p>
    <w:p>
      <w:r>
        <w:rPr>
          <w:b/>
        </w:rPr>
        <w:t xml:space="preserve">[28:01] </w:t>
      </w:r>
      <w:r>
        <w:t>quran mein hai ke wuzu behtar sajda kar aur allah se qareeb ho jaye. to yeh yahan sajda se murad yeh nahi ke zameen, zameen par pade rahen.</w:t>
      </w:r>
    </w:p>
    <w:p>
      <w:pPr>
        <w:jc w:val="right"/>
      </w:pPr>
      <w:r>
        <w:t>قرآن میں ہے کہ وضو بہتر سجدہ کر اور اللہ سے قریب ہو جائے۔ تو یہ یہاں سجدہ سے مراد یہ نہیں کہ زمین، زمین پر پڑے رہیں۔</w:t>
      </w:r>
    </w:p>
    <w:p>
      <w:r>
        <w:rPr>
          <w:b/>
        </w:rPr>
        <w:t xml:space="preserve">[28:17] </w:t>
      </w:r>
      <w:r>
        <w:t>dil se allah ko yaad karna, dil se allah ki nemat ko yaad karna, yani zyada zyada ghor o fikr karna, zyada zyada</w:t>
      </w:r>
    </w:p>
    <w:p>
      <w:pPr>
        <w:jc w:val="right"/>
      </w:pPr>
      <w:r>
        <w:t>دل سے اللہ کو یاد کرنا، دل سے اللہ کی نعمت کو یاد کرنا، یعنی زیادہ زیادہ غور و فکر کرنا، زیادہ زیادہ</w:t>
      </w:r>
    </w:p>
    <w:p>
      <w:r>
        <w:rPr>
          <w:b/>
        </w:rPr>
        <w:t xml:space="preserve">[28:35] </w:t>
      </w:r>
      <w:r>
        <w:t>apne aap ko is ghor o fikr mein</w:t>
      </w:r>
    </w:p>
    <w:p>
      <w:pPr>
        <w:jc w:val="right"/>
      </w:pPr>
      <w:r>
        <w:t>اپنے آپ کو اس غور و فکر میں</w:t>
      </w:r>
    </w:p>
    <w:p>
      <w:r>
        <w:rPr>
          <w:b/>
        </w:rPr>
        <w:t xml:space="preserve">[28:43] </w:t>
      </w:r>
      <w:r>
        <w:t>mubtala karna, is se ibadat paida hoti hai.</w:t>
      </w:r>
    </w:p>
    <w:p>
      <w:pPr>
        <w:jc w:val="right"/>
      </w:pPr>
      <w:r>
        <w:t>مبتلا کرنا، اس سے عبادت پیدا ہوتی ہے۔</w:t>
      </w:r>
    </w:p>
    <w:p>
      <w:r>
        <w:rPr>
          <w:b/>
        </w:rPr>
        <w:t xml:space="preserve">[28:53] </w:t>
      </w:r>
      <w:r>
        <w:t>mughiz aslam aap se poochte hain: maulana sahib, aankh aur dil ka shukr, sabr aur yaqeen kya hai?</w:t>
      </w:r>
    </w:p>
    <w:p>
      <w:pPr>
        <w:jc w:val="right"/>
      </w:pPr>
      <w:r>
        <w:t>مغیز اسلم آپ سے پوچھتے ہیں: مولانا صاحب، آنکھ اور دل کا شکر، صبر اور یقین کیا ہے؟</w:t>
      </w:r>
    </w:p>
    <w:p>
      <w:r>
        <w:rPr>
          <w:b/>
        </w:rPr>
        <w:t xml:space="preserve">[29:03] </w:t>
      </w:r>
      <w:r>
        <w:t>shukr jo hai, yeh main, yeh main kahunga ke shukr naam hai etiraf ka, acknowledgement ka. etiraf jo jo aap ko allah ne di hai, us ka dil se etiraf karna.</w:t>
      </w:r>
    </w:p>
    <w:p>
      <w:pPr>
        <w:jc w:val="right"/>
      </w:pPr>
      <w:r>
        <w:t>شکر جو ہے، یہ میں، یہ میں کہوں گا کہ شکر نام ہے اعتراف کا، اکراجمنٹ کا۔ اعتراف جو جو آپ کو اللہ نے دی ہے، اس کا دل سے اعتراف کرنا۔</w:t>
      </w:r>
    </w:p>
    <w:p>
      <w:r>
        <w:rPr>
          <w:b/>
        </w:rPr>
        <w:t xml:space="preserve">[29:25] </w:t>
      </w:r>
      <w:r>
        <w:t>zaker ali khan aap se poochte hain: allah ki khushnoodi o raza aur rehmaton ko paane ke liye koi khaas amal ya zikr bata dein ke allah razi ho jaye.</w:t>
      </w:r>
    </w:p>
    <w:p>
      <w:pPr>
        <w:jc w:val="right"/>
      </w:pPr>
      <w:r>
        <w:t>ذاکر علی خان آپ سے پوچھتے ہیں: اللہ کی خوشنودی و رضا اور رحمتوں کو پانے کے لیے کوئی خاص عمل یا ذکر بتا دیں کہ اللہ راضی ہو جائے۔</w:t>
      </w:r>
    </w:p>
    <w:p>
      <w:r>
        <w:rPr>
          <w:b/>
        </w:rPr>
        <w:t xml:space="preserve">[29:45] </w:t>
      </w:r>
      <w:r>
        <w:t>main samajhta hoon ke zyada se zyada allah ki</w:t>
      </w:r>
    </w:p>
    <w:p>
      <w:pPr>
        <w:jc w:val="right"/>
      </w:pPr>
      <w:r>
        <w:t>میں سمجھتا ہوں کہ زیادہ سے زیادہ اللہ کی</w:t>
      </w:r>
    </w:p>
    <w:p>
      <w:r>
        <w:rPr>
          <w:b/>
        </w:rPr>
        <w:t xml:space="preserve">[29:53] </w:t>
      </w:r>
      <w:r>
        <w:t>baaton ko yaad rakhen, zyada se zyada allah ki baaton ko dhyan mein layen, is se is fateh qadr paida ho jayegi.</w:t>
      </w:r>
    </w:p>
    <w:p>
      <w:pPr>
        <w:jc w:val="right"/>
      </w:pPr>
      <w:r>
        <w:t>باتوں کو یاد رکھیں، زیادہ سے زیادہ اللہ کی باتوں کو دھیان میں لائیں، اس سے اس فتح قدر پیدا ہو جائے گی۔</w:t>
      </w:r>
    </w:p>
    <w:p>
      <w:r>
        <w:rPr>
          <w:b/>
        </w:rPr>
        <w:t xml:space="preserve">[30:09] </w:t>
      </w:r>
      <w:r>
        <w:t>mehr shaban keh rahe hain ke shukr ke kalmat bata dein jo rasool allah salallaho alaihi wasallam ki taleemat</w:t>
      </w:r>
    </w:p>
    <w:p>
      <w:pPr>
        <w:jc w:val="right"/>
      </w:pPr>
      <w:r>
        <w:t>مہر شعبان کہہ رہے ہیں کہ شکر کے کلمات بتا دیں جو رسول اللہ صلی اللہ علیہ وسلم کی تعلیمات</w:t>
      </w:r>
    </w:p>
    <w:p>
      <w:r>
        <w:rPr>
          <w:b/>
        </w:rPr>
        <w:t xml:space="preserve">[30:26] </w:t>
      </w:r>
      <w:r>
        <w:t>se maloom hote hon.</w:t>
      </w:r>
    </w:p>
    <w:p>
      <w:pPr>
        <w:jc w:val="right"/>
      </w:pPr>
      <w:r>
        <w:t>سے معلوم ہوتے ہوں۔</w:t>
      </w:r>
    </w:p>
    <w:p>
      <w:r>
        <w:rPr>
          <w:b/>
        </w:rPr>
        <w:t xml:space="preserve">[30:30] </w:t>
      </w:r>
      <w:r>
        <w:t>dekhiye, shukr is ke alfaaz to naam nahi hain, dil se etiraf karne ka naam hai. dil se etiraf,</w:t>
      </w:r>
    </w:p>
    <w:p>
      <w:pPr>
        <w:jc w:val="right"/>
      </w:pPr>
      <w:r>
        <w:t>دیکھیے، شکر اس کے الفاظ تو نام نہیں ہیں، دل سے اعتراف کرنے کا نام ہے۔ دل سے اعتراف،</w:t>
      </w:r>
    </w:p>
    <w:p>
      <w:r>
        <w:rPr>
          <w:b/>
        </w:rPr>
        <w:t xml:space="preserve">[30:43] </w:t>
      </w:r>
      <w:r>
        <w:t>dil mein jitna zyada etiraf hoga, utna zyada woh shukr ka kha jayega. stuti mulhida ne aap se poocha hai: maulana, can da'wah work be considered as sadqa jariya?</w:t>
      </w:r>
    </w:p>
    <w:p>
      <w:pPr>
        <w:jc w:val="right"/>
      </w:pPr>
      <w:r>
        <w:t>دل میں جتنا زیادہ اعتراف ہوگا، اتنا زیادہ وہ شکر کا کھا جائے گا۔ استوتی ملحدہ نے آپ سے پوچھا ہے: مولانا، کین دعویٰ ورک بی کنسیڈرڈ ایز صدقہ جاریہ؟</w:t>
      </w:r>
    </w:p>
    <w:p>
      <w:r>
        <w:rPr>
          <w:b/>
        </w:rPr>
        <w:t xml:space="preserve">[31:00] </w:t>
      </w:r>
      <w:r>
        <w:t>ho sakta hai extended distance mein. shayad yeh kehna chah rahe hain ke agar kisi ko hamari wajah se hidayat mile aur woh us par amal kare to us ka sawab hamein milta rahe.</w:t>
      </w:r>
    </w:p>
    <w:p>
      <w:pPr>
        <w:jc w:val="right"/>
      </w:pPr>
      <w:r>
        <w:t>ہو سکتا ہے ایکسٹینڈڈ ڈسٹنس میں۔ شاید یہ کہنا چاہ رہے ہیں کہ اگر کسی کو ہماری وجہ سے ہدایت ملے اور وہ اس پر عمل کرے تو اس کا ثواب ہمیں ملتا رہے۔</w:t>
      </w:r>
    </w:p>
    <w:p>
      <w:r>
        <w:rPr>
          <w:b/>
        </w:rPr>
        <w:t xml:space="preserve">[31:16] </w:t>
      </w:r>
      <w:r>
        <w:t>haan, main samajhta hoon ke aap ki sahi soch sahi hai.</w:t>
      </w:r>
    </w:p>
    <w:p>
      <w:pPr>
        <w:jc w:val="right"/>
      </w:pPr>
      <w:r>
        <w:t>ہاں، میں سمجھتا ہوں کہ آپ کی صحیح سوچ صحیح ہے۔</w:t>
      </w:r>
    </w:p>
    <w:p>
      <w:r>
        <w:rPr>
          <w:b/>
        </w:rPr>
        <w:t xml:space="preserve">[31:22] </w:t>
      </w:r>
      <w:r>
        <w:t>waseem dyer likhte hain: maulana, aisa kyun hai ke muslim scholars quran ko sirf muslim reference se interpret karte hain</w:t>
      </w:r>
    </w:p>
    <w:p>
      <w:pPr>
        <w:jc w:val="right"/>
      </w:pPr>
      <w:r>
        <w:t>وسیم ڈائر لکھتے ہیں: مولانا، ایسا کیوں ہے کہ مسلم سکالرز قرآن کو صرف مسلم ریفرنس سے انٹرپریٹ کرتے ہیں</w:t>
      </w:r>
    </w:p>
    <w:p>
      <w:r>
        <w:rPr>
          <w:b/>
        </w:rPr>
        <w:t xml:space="preserve">[31:35] </w:t>
      </w:r>
      <w:r>
        <w:t>? kyun ghalati hai? quran to sare insano ke liye hai, allah sare insano ke liye hai, rabbul alameen hai.</w:t>
      </w:r>
    </w:p>
    <w:p>
      <w:pPr>
        <w:jc w:val="right"/>
      </w:pPr>
      <w:r>
        <w:t>؟ کیوں غلطی ہے؟ قرآن تو سارے انسانوں کے لیے ہے، اللہ سارے انسانوں کے لیے ہے، رب العالمین ہے۔</w:t>
      </w:r>
    </w:p>
    <w:p>
      <w:r>
        <w:rPr>
          <w:b/>
        </w:rPr>
        <w:t xml:space="preserve">[31:47] </w:t>
      </w:r>
      <w:r>
        <w:t>to yeh to un ki ghalati hai. un ki woh keh rahe hain ke sirf aap hi aisa karte hain ke quran ko tamam insaniyat ke perspective se dekhte hain.</w:t>
      </w:r>
    </w:p>
    <w:p>
      <w:pPr>
        <w:jc w:val="right"/>
      </w:pPr>
      <w:r>
        <w:t>تو یہ تو ان کی غلطی ہے۔ ان کی وہ کہہ رہے ہیں کہ صرف آپ ہی ایسا کرتے ہیں کہ قرآن کو تمام انسانیت کے پرسپیکٹو سے دیکھتے ہیں۔</w:t>
      </w:r>
    </w:p>
    <w:p>
      <w:r>
        <w:rPr>
          <w:b/>
        </w:rPr>
        <w:t xml:space="preserve">[32:03] </w:t>
      </w:r>
      <w:r>
        <w:t>aap dekhte hain ke pehli hi surah mein rabbul alameen ke lafz hain, rabbul muslimeen ke lafz nahi hain.</w:t>
      </w:r>
    </w:p>
    <w:p>
      <w:pPr>
        <w:jc w:val="right"/>
      </w:pPr>
      <w:r>
        <w:t>آپ دیکھتے ہیں کہ پہلی ہی سورہ میں رب العالمین کے لفظ ہیں، رب المسلمین کے لفظ نہیں ہیں۔</w:t>
      </w:r>
    </w:p>
    <w:p>
      <w:r>
        <w:rPr>
          <w:b/>
        </w:rPr>
        <w:t xml:space="preserve">[32:12] </w:t>
      </w:r>
      <w:r>
        <w:t>doctor rajat mulhida ne aap se yeh sawal kiya hai: maulana, you had said that qualifying for paradise will not be a result of one good deed, but would be a result of god's blessing.</w:t>
      </w:r>
    </w:p>
    <w:p>
      <w:pPr>
        <w:jc w:val="right"/>
      </w:pPr>
      <w:r>
        <w:t>ڈاکٹر رجت ملحدہ نے آپ سے یہ سوال کیا ہے: مولانا، یو ہیڈ سیڈ دیٹ کوالیفائنگ فار پیراڈائز ول ناٹ بی ا رزلٹ اف ون گڈ ڈیڈ، بٹ وڈ بی ا رزلٹ اف گاڈز بلیسنگ۔</w:t>
      </w:r>
    </w:p>
    <w:p>
      <w:r>
        <w:rPr>
          <w:b/>
        </w:rPr>
        <w:t xml:space="preserve">[32:31] </w:t>
      </w:r>
      <w:r>
        <w:t>kindly elaborate this point</w:t>
      </w:r>
    </w:p>
    <w:p>
      <w:pPr>
        <w:jc w:val="right"/>
      </w:pPr>
      <w:r>
        <w:t>کائنڈلی ایلیبریٹ دس پوائنٹ</w:t>
      </w:r>
    </w:p>
    <w:p>
      <w:r>
        <w:rPr>
          <w:b/>
        </w:rPr>
        <w:t xml:space="preserve">[32:34] </w:t>
      </w:r>
      <w:r>
        <w:t>. is ka matlab yeh hai ke paradise itni badi cheez hai, itni badi cheez hai ke ek insan ka amal us ko us ke barabar nahi ho sakta.</w:t>
      </w:r>
    </w:p>
    <w:p>
      <w:pPr>
        <w:jc w:val="right"/>
      </w:pPr>
      <w:r>
        <w:t>۔ اس کا مطلب یہ ہے کہ پیراڈائز اتنی بڑی چیز ہے، اتنی بڑی چیز ہے کہ ایک انسان کا عمل اس کو اس کے برابر نہیں ہو سکتا۔</w:t>
      </w:r>
    </w:p>
    <w:p>
      <w:r>
        <w:rPr>
          <w:b/>
        </w:rPr>
        <w:t xml:space="preserve">[32:49] </w:t>
      </w:r>
      <w:r>
        <w:t>allah apni rehmat ko shamil karega, tab us ko us ka</w:t>
      </w:r>
    </w:p>
    <w:p>
      <w:pPr>
        <w:jc w:val="right"/>
      </w:pPr>
      <w:r>
        <w:t>اللہ اپنی رحمت کو شامل کرے گا، تب اس کو اس کا</w:t>
      </w:r>
    </w:p>
    <w:p>
      <w:r>
        <w:rPr>
          <w:b/>
        </w:rPr>
        <w:t xml:space="preserve">[32:58] </w:t>
      </w:r>
      <w:r>
        <w:t>haqdar ho sakta hai. woh main to yeh samajhta hoon.</w:t>
      </w:r>
    </w:p>
    <w:p>
      <w:pPr>
        <w:jc w:val="right"/>
      </w:pPr>
      <w:r>
        <w:t>حق دار ہو سکتا ہے۔ وہ میں تو یہ سمجھتا ہوں۔</w:t>
      </w:r>
    </w:p>
    <w:p>
      <w:r>
        <w:rPr>
          <w:b/>
        </w:rPr>
        <w:t xml:space="preserve">[33:14] </w:t>
      </w:r>
      <w:r>
        <w:t>riyaz bhat sahib likhte hain: maulana sahib, aap ne kaha hai ke jab hum repentance mein Allah se mangte hain to yeh us ke dene wali sifat ka sawal ban jata hai.</w:t>
      </w:r>
    </w:p>
    <w:p>
      <w:pPr>
        <w:jc w:val="right"/>
      </w:pPr>
      <w:r>
        <w:t>ریاض بھٹ صاحب لکھتے ہیں: مولانا صاحب، آپ نے کہا ہے کہ جب ہم ریپنٹنس میں اللہ سے مانگتے ہیں تو یہ اس کے دینے والی صفت کا سوال بن جاتا ہے۔</w:t>
      </w:r>
    </w:p>
    <w:p>
      <w:r>
        <w:rPr>
          <w:b/>
        </w:rPr>
        <w:t xml:space="preserve">[33:31] </w:t>
      </w:r>
      <w:r>
        <w:t>please elaborate it. wazeh to masjidon ki hai, is mein kisi elaborate set ki zaroorat nahi hai.</w:t>
      </w:r>
    </w:p>
    <w:p>
      <w:pPr>
        <w:jc w:val="right"/>
      </w:pPr>
      <w:r>
        <w:t>پلیز ایلیبریٹ اٹ۔ واضح تو مسجدوں کی ہے، اس میں کسی ایلیبریٹ سیٹ کی ضرورت نہیں ہے۔</w:t>
      </w:r>
    </w:p>
    <w:p>
      <w:r>
        <w:rPr>
          <w:b/>
        </w:rPr>
        <w:t xml:space="preserve">[33:49] </w:t>
      </w:r>
      <w:r>
        <w:t>aap ne ek bar jo woh likha tha, ek ek bap ka qissa ke uska beta us se cycle mang raha tha aur us ke paas itna zyada paisa nahi tha,</w:t>
      </w:r>
    </w:p>
    <w:p>
      <w:pPr>
        <w:jc w:val="right"/>
      </w:pPr>
      <w:r>
        <w:t>آپ نے ایک بار جو وہ لکھا تھا، ایک ایک باپ کا قصہ کہ اس کا بیٹا اس سے سائیکل مانگ رہا تھا اور اس کے پاس اتنا زیادہ پیسہ نہیں تھا،</w:t>
      </w:r>
    </w:p>
    <w:p>
      <w:r>
        <w:rPr>
          <w:b/>
        </w:rPr>
        <w:t xml:space="preserve">[34:03] </w:t>
      </w:r>
      <w:r>
        <w:t>to woh bohat bar bar bachche ko daant deta tha. to ek bar bachche ne kaha ke aap hi to hamare bap hain, aap se nahi kahein to kis se kahein?</w:t>
      </w:r>
    </w:p>
    <w:p>
      <w:pPr>
        <w:jc w:val="right"/>
      </w:pPr>
      <w:r>
        <w:t>تو وہ بہت بار بار بچے کو ڈانٹ دیتا تھا۔ تو ایک بار بچے نے کہا کہ آپ ہی تو ہمارے باپ ہیں، آپ سے نہیں کہیں تو کس سے کہیں؟</w:t>
      </w:r>
    </w:p>
    <w:p>
      <w:r>
        <w:rPr>
          <w:b/>
        </w:rPr>
        <w:t xml:space="preserve">[34:15] </w:t>
      </w:r>
      <w:r>
        <w:t>to yeh maloom bata dijiye.</w:t>
      </w:r>
    </w:p>
    <w:p>
      <w:pPr>
        <w:jc w:val="right"/>
      </w:pPr>
      <w:r>
        <w:t>تو یہ معلوم بتا دیجیے۔</w:t>
      </w:r>
    </w:p>
    <w:p>
      <w:r>
        <w:rPr>
          <w:b/>
        </w:rPr>
        <w:t xml:space="preserve">[34:19] </w:t>
      </w:r>
      <w:r>
        <w:t>na yeh keh ke use us ki yaani padra ko invoke kar diya,</w:t>
      </w:r>
    </w:p>
    <w:p>
      <w:pPr>
        <w:jc w:val="right"/>
      </w:pPr>
      <w:r>
        <w:t>نہ یہ کہہ کے اسے اس کی یعنی پدرہ کو انوک کر دیا،</w:t>
      </w:r>
    </w:p>
    <w:p>
      <w:r>
        <w:rPr>
          <w:b/>
        </w:rPr>
        <w:t xml:space="preserve">[34:29] </w:t>
      </w:r>
      <w:r>
        <w:t>us ki padra ko invoke invoke kar diya. to ek hai apni darkhwast karna, ek hai dene wale ki</w:t>
      </w:r>
    </w:p>
    <w:p>
      <w:pPr>
        <w:jc w:val="right"/>
      </w:pPr>
      <w:r>
        <w:t>اس کی پدرہ کو انوک انوک کر دیا۔ تو ایک ہے اپنی درخواست کرنا، ایک ہے دینے والے کی</w:t>
      </w:r>
    </w:p>
    <w:p>
      <w:r>
        <w:rPr>
          <w:b/>
        </w:rPr>
        <w:t xml:space="preserve">[34:44] </w:t>
      </w:r>
      <w:r>
        <w:t>dene wale ki rehmat ko invoke kar dena. to dono farq hain, bohat clear hai.</w:t>
      </w:r>
    </w:p>
    <w:p>
      <w:pPr>
        <w:jc w:val="right"/>
      </w:pPr>
      <w:r>
        <w:t>دینے والے کی رحمت کو انوک کر دینا۔ تو دونوں فرق ہیں، بہت کلیئر ہے۔</w:t>
      </w:r>
    </w:p>
    <w:p>
      <w:r>
        <w:rPr>
          <w:b/>
        </w:rPr>
        <w:t xml:space="preserve">[34:54] </w:t>
      </w:r>
      <w:r>
        <w:t>maulana sahib, abdul rauf khateeb chaplon se kehte hain: maulana, sab se bara sawal jis ke bare mein aaj sari dunya mein sab se zyada socha ja raha hai,</w:t>
      </w:r>
    </w:p>
    <w:p>
      <w:pPr>
        <w:jc w:val="right"/>
      </w:pPr>
      <w:r>
        <w:t>مولانا صاحب، عبدالرؤوف خطیب چپلون سے کہتے ہیں: مولانا، سب سے بڑا سوال جس کے بارے میں آج ساری دنیا میں سب سے زیادہ سوچا جا رہا ہے،</w:t>
      </w:r>
    </w:p>
    <w:p>
      <w:r>
        <w:rPr>
          <w:b/>
        </w:rPr>
        <w:t xml:space="preserve">[35:07] </w:t>
      </w:r>
      <w:r>
        <w:t>woh lockdown ke baad ki dunya hai. tarah tarah ki peshin goi ki ja rahi hai, har insan confusion ka shikar hai.</w:t>
      </w:r>
    </w:p>
    <w:p>
      <w:pPr>
        <w:jc w:val="right"/>
      </w:pPr>
      <w:r>
        <w:t>وہ لاک ڈاؤن کے بعد کی دنیا ہے۔ طرح طرح کی پیشین گوئی کی جا رہی ہے، ہر انسان کنفیوژن کا شکار ہے۔</w:t>
      </w:r>
    </w:p>
    <w:p>
      <w:r>
        <w:rPr>
          <w:b/>
        </w:rPr>
        <w:t xml:space="preserve">[35:18] </w:t>
      </w:r>
      <w:r>
        <w:t>aap is ke bare mein kya naseehat farmayenge?</w:t>
      </w:r>
    </w:p>
    <w:p>
      <w:pPr>
        <w:jc w:val="right"/>
      </w:pPr>
      <w:r>
        <w:t>آپ اس کے بارے میں کیا نصیحت فرمائیں گے؟</w:t>
      </w:r>
    </w:p>
    <w:p>
      <w:r>
        <w:rPr>
          <w:b/>
        </w:rPr>
        <w:t xml:space="preserve">[35:24] </w:t>
      </w:r>
      <w:r>
        <w:t>hamari naseehat to yahi hai ke aadmi chaukna ho jaye, us ko warning samjhe,</w:t>
      </w:r>
    </w:p>
    <w:p>
      <w:pPr>
        <w:jc w:val="right"/>
      </w:pPr>
      <w:r>
        <w:t>ہمارے نصیحت تو یہی ہے کہ آدمی چوکنا ہو جائے، اس کو وارننگ سمجھے،</w:t>
      </w:r>
    </w:p>
    <w:p>
      <w:r>
        <w:rPr>
          <w:b/>
        </w:rPr>
        <w:t xml:space="preserve">[35:34] </w:t>
      </w:r>
      <w:r>
        <w:t>zyada se zyada apni ghaltiyon ko daryaft kare.</w:t>
      </w:r>
    </w:p>
    <w:p>
      <w:pPr>
        <w:jc w:val="right"/>
      </w:pPr>
      <w:r>
        <w:t>زیادہ سے زیادہ اپنی غلطیوں کو دریافت کرے۔</w:t>
      </w:r>
    </w:p>
    <w:p>
      <w:r>
        <w:rPr>
          <w:b/>
        </w:rPr>
        <w:t xml:space="preserve">[35:42] </w:t>
      </w:r>
      <w:r>
        <w:t>yeh sab karna chahiye.</w:t>
      </w:r>
    </w:p>
    <w:p>
      <w:pPr>
        <w:jc w:val="right"/>
      </w:pPr>
      <w:r>
        <w:t>یہ سب کرنا چاہیے۔</w:t>
      </w:r>
    </w:p>
    <w:p>
      <w:r>
        <w:rPr>
          <w:b/>
        </w:rPr>
        <w:t xml:space="preserve">[35:48] </w:t>
      </w:r>
      <w:r>
        <w:t>doctor rajat mulhida ne aap se poocha hai: maulana, what is the starting point for self purification?</w:t>
      </w:r>
    </w:p>
    <w:p>
      <w:pPr>
        <w:jc w:val="right"/>
      </w:pPr>
      <w:r>
        <w:t>ڈاکٹر رجت ملحدہ نے آپ سے پوچھا ہے: مولانا، واٹ از دا سٹارٹنگ پوائنٹ فار سیلف پیوریفیکیشن؟</w:t>
      </w:r>
    </w:p>
    <w:p>
      <w:r>
        <w:rPr>
          <w:b/>
        </w:rPr>
        <w:t xml:space="preserve">[36:03] </w:t>
      </w:r>
      <w:r>
        <w:t>keh rahe hain self purification ka starting point kya hai?</w:t>
      </w:r>
    </w:p>
    <w:p>
      <w:pPr>
        <w:jc w:val="right"/>
      </w:pPr>
      <w:r>
        <w:t>کہہ رہے ہیں سیلف پیوریفیکیشن کا سٹارٹنگ پوائنٹ کیا ہے؟</w:t>
      </w:r>
    </w:p>
    <w:p>
      <w:r>
        <w:rPr>
          <w:b/>
        </w:rPr>
        <w:t xml:space="preserve">[36:11] </w:t>
      </w:r>
      <w:r>
        <w:t>guftagu ke Allah rab ul alameen ki dekh daryaft</w:t>
      </w:r>
    </w:p>
    <w:p>
      <w:pPr>
        <w:jc w:val="right"/>
      </w:pPr>
      <w:r>
        <w:t>گفتگو کہ اللہ رب العالمین کی دیکھ دریافت</w:t>
      </w:r>
    </w:p>
    <w:p>
      <w:r>
        <w:rPr>
          <w:b/>
        </w:rPr>
        <w:t xml:space="preserve">[36:19] </w:t>
      </w:r>
      <w:r>
        <w:t>jitni gehrai ke sath daryaft hogi, utni gehrai ke sath aur pata hoga aadmi ke andar.</w:t>
      </w:r>
    </w:p>
    <w:p>
      <w:pPr>
        <w:jc w:val="right"/>
      </w:pPr>
      <w:r>
        <w:t>جتنی گہرائی کے ساتھ دریافت ہوگی، اتنی گہرائی کے ساتھ اور پتہ ہوگا آدمی کے اندر۔</w:t>
      </w:r>
    </w:p>
    <w:p>
      <w:r>
        <w:rPr>
          <w:b/>
        </w:rPr>
        <w:t xml:space="preserve">[36:31] </w:t>
      </w:r>
      <w:r>
        <w:t>iftikhar khan ahmadabad se aap se poochte hain: maulana, is there a way to know whether one is on the right path to God?</w:t>
      </w:r>
    </w:p>
    <w:p>
      <w:pPr>
        <w:jc w:val="right"/>
      </w:pPr>
      <w:r>
        <w:t>افتخار خان احمد آباد سے آپ سے پوچھتے ہیں: مولانا، از دیر ا وے ٹو نو ویدر ون از ان دا رائٹ پاتھ ٹو گاڈ؟</w:t>
      </w:r>
    </w:p>
    <w:p>
      <w:r>
        <w:rPr>
          <w:b/>
        </w:rPr>
        <w:t xml:space="preserve">[36:41] </w:t>
      </w:r>
      <w:r>
        <w:t>how can we objectively assess this for ourselves? kahan tak? kaise pata chale ke hum sahi rastay par chal rahe hain?</w:t>
      </w:r>
    </w:p>
    <w:p>
      <w:pPr>
        <w:jc w:val="right"/>
      </w:pPr>
      <w:r>
        <w:t>ہاؤ کین وی ابجیکٹولی اسیس دس فار اور سیلوز؟ کہاں تک؟ کیسے پتہ چلے کہ ہم صحیح راستے پر چل رہے ہیں؟</w:t>
      </w:r>
    </w:p>
    <w:p>
      <w:r>
        <w:rPr>
          <w:b/>
        </w:rPr>
        <w:t xml:space="preserve">[36:58] </w:t>
      </w:r>
      <w:r>
        <w:t>jo Quran mein ya hadith mein likha hua hai, us se tele kijiye.</w:t>
      </w:r>
    </w:p>
    <w:p>
      <w:pPr>
        <w:jc w:val="right"/>
      </w:pPr>
      <w:r>
        <w:t>جو قرآن میں یا حدیث میں لکھا ہوا ہے، اس سے ٹیلی کیجئے۔</w:t>
      </w:r>
    </w:p>
    <w:p>
      <w:r>
        <w:rPr>
          <w:b/>
        </w:rPr>
        <w:t xml:space="preserve">[37:06] </w:t>
      </w:r>
      <w:r>
        <w:t>baqi jo baatein hain, woh to sirf Allah ke ilm mein hain.</w:t>
      </w:r>
    </w:p>
    <w:p>
      <w:pPr>
        <w:jc w:val="right"/>
      </w:pPr>
      <w:r>
        <w:t>باقی جو باتیں ہیں، وہ تو صرف اللہ کے علم میں ہیں۔</w:t>
      </w:r>
    </w:p>
    <w:p>
      <w:r>
        <w:rPr>
          <w:b/>
        </w:rPr>
        <w:t xml:space="preserve">[37:22] </w:t>
      </w:r>
      <w:r>
        <w:t>riyaz ahmed mir aap se poochte hain: yeh srinagar se yeh sawal aaya hai: maulana sahib, could you please share your experience of life in a sentence or two</w:t>
      </w:r>
    </w:p>
    <w:p>
      <w:pPr>
        <w:jc w:val="right"/>
      </w:pPr>
      <w:r>
        <w:t>ریاض احمد میر آپ سے پوچھتے ہیں: یہ سری نگر سے یہ سوال آیا ہے: مولانا صاحب، کڈ یو پلیز شیئر یور ایکسپیرینس اف لائف ان ا سینٹنس اور ٹو</w:t>
      </w:r>
    </w:p>
    <w:p>
      <w:r>
        <w:rPr>
          <w:b/>
        </w:rPr>
        <w:t xml:space="preserve">[37:37] </w:t>
      </w:r>
      <w:r>
        <w:t>? bhai, main apni bargahi karta hoon ke main har waqt</w:t>
      </w:r>
    </w:p>
    <w:p>
      <w:pPr>
        <w:jc w:val="right"/>
      </w:pPr>
      <w:r>
        <w:t>؟ بھائی، میں اپنی بارگاہی کرتا ہوں کہ میں ہر وقت</w:t>
      </w:r>
    </w:p>
    <w:p>
      <w:r>
        <w:rPr>
          <w:b/>
        </w:rPr>
        <w:t xml:space="preserve">[37:45] </w:t>
      </w:r>
      <w:r>
        <w:t>Allah ki pakad ke ehsas mein jeeta hoon</w:t>
      </w:r>
    </w:p>
    <w:p>
      <w:pPr>
        <w:jc w:val="right"/>
      </w:pPr>
      <w:r>
        <w:t>اللہ کی پکڑ کے احساس میں جیتا ہوں</w:t>
      </w:r>
    </w:p>
    <w:p>
      <w:r>
        <w:rPr>
          <w:b/>
        </w:rPr>
        <w:t xml:space="preserve">[37:53] </w:t>
      </w:r>
      <w:r>
        <w:t>keh agar mein khuda na khwasta pakar mein aa jaon aur farishton ko hukum ho jaye keh le jao is ko, to paka kon kon mera madadgar hoga?</w:t>
      </w:r>
    </w:p>
    <w:p>
      <w:pPr>
        <w:jc w:val="right"/>
      </w:pPr>
      <w:r>
        <w:t>کہ اگر میں خدانخواستہ پکڑ میں آ جاؤں اور فرشتوں کو حکم ہو جائے کہ لے جاؤ اس کو، تو پکا کون کون میرا مددگار ہوگا؟</w:t>
      </w:r>
    </w:p>
    <w:p>
      <w:r>
        <w:rPr>
          <w:b/>
        </w:rPr>
        <w:t xml:space="preserve">[38:10] </w:t>
      </w:r>
      <w:r>
        <w:t>to mera jo apna jo muamla hai, woh yahi hai. mawkhaza ka mawkhaza ka bohat ziyada ehsas tari rehta hai mere oper.</w:t>
      </w:r>
    </w:p>
    <w:p>
      <w:pPr>
        <w:jc w:val="right"/>
      </w:pPr>
      <w:r>
        <w:t>تو میرا جو اپنا جو معاملہ ہے، وہ یہی ہے۔ موخذہ کا موخذہ کا بہت زیادہ احساس طاری رہتا ہے میرے اوپر۔</w:t>
      </w:r>
    </w:p>
    <w:p>
      <w:r>
        <w:rPr>
          <w:b/>
        </w:rPr>
        <w:t xml:space="preserve">[38:32] </w:t>
      </w:r>
      <w:r>
        <w:t>maulana farhad ahmed ne aap se poocha hai: why de conditioning is must for creative iman?</w:t>
      </w:r>
    </w:p>
    <w:p>
      <w:pPr>
        <w:jc w:val="right"/>
      </w:pPr>
      <w:r>
        <w:t>مولانا فرہاد احمد نے آپ سے پوچھا ہے: وائی ڈی کنڈیشننگ از مسٹ فار کریٹیو ایمان؟</w:t>
      </w:r>
    </w:p>
    <w:p>
      <w:r>
        <w:rPr>
          <w:b/>
        </w:rPr>
        <w:t xml:space="preserve">[38:43] </w:t>
      </w:r>
      <w:r>
        <w:t>dekhen, aadmi jab paida hota hai to ek mahol mein, ek ghar mein, ek idare mein paida hota hai, is ka asar qabool karta hai.</w:t>
      </w:r>
    </w:p>
    <w:p>
      <w:pPr>
        <w:jc w:val="right"/>
      </w:pPr>
      <w:r>
        <w:t>دیکھیں، آدمی جب پیدا ہوتا ہے تو ایک ماحول میں، ایک گھر میں، ایک ادارے میں پیدا ہوتا ہے، اس کا اثر قبول کرتا ہے۔</w:t>
      </w:r>
    </w:p>
    <w:p>
      <w:r>
        <w:rPr>
          <w:b/>
        </w:rPr>
        <w:t xml:space="preserve">[38:55] </w:t>
      </w:r>
      <w:r>
        <w:t>har har subah sham woh is se asar leta rehta hai.</w:t>
      </w:r>
    </w:p>
    <w:p>
      <w:pPr>
        <w:jc w:val="right"/>
      </w:pPr>
      <w:r>
        <w:t>ہر ہر صبح شام وہ اس سے اثر لیتا رہتا ہے۔</w:t>
      </w:r>
    </w:p>
    <w:p>
      <w:r>
        <w:rPr>
          <w:b/>
        </w:rPr>
        <w:t xml:space="preserve">[39:06] </w:t>
      </w:r>
      <w:r>
        <w:t>to agar aap ab de condition na karen to aap mahol ka powder ban jaen ge.</w:t>
      </w:r>
    </w:p>
    <w:p>
      <w:pPr>
        <w:jc w:val="right"/>
      </w:pPr>
      <w:r>
        <w:t>تو اگر آپ اب ڈی کنڈیشن نہ کریں تو آپ ماحول کا پاؤڈر بن جائیں گے۔</w:t>
      </w:r>
    </w:p>
    <w:p>
      <w:r>
        <w:rPr>
          <w:b/>
        </w:rPr>
        <w:t xml:space="preserve">[39:15] </w:t>
      </w:r>
      <w:r>
        <w:t>de conditioning aap ko sachai ka powder banati hai.</w:t>
      </w:r>
    </w:p>
    <w:p>
      <w:pPr>
        <w:jc w:val="right"/>
      </w:pPr>
      <w:r>
        <w:t>ڈی کنڈیشننگ آپ کو سچائی کا پاؤڈر بناتی ہے۔</w:t>
      </w:r>
    </w:p>
    <w:p>
      <w:r>
        <w:rPr>
          <w:b/>
        </w:rPr>
        <w:t xml:space="preserve">[39:26] </w:t>
      </w:r>
      <w:r>
        <w:t>falak areeba ne aap se sawal kiya hai: maulana, i would request you to share your strategy in how to stay focused.</w:t>
      </w:r>
    </w:p>
    <w:p>
      <w:pPr>
        <w:jc w:val="right"/>
      </w:pPr>
      <w:r>
        <w:t>فلک عریبہ نے آپ سے سوال کیا ہے: مولانا، آئی وڈ ریکویسٹ یو ٹو شیئر یور سٹریٹجی ان ہاؤ ٹو سٹے فوکسڈ۔</w:t>
      </w:r>
    </w:p>
    <w:p>
      <w:r>
        <w:rPr>
          <w:b/>
        </w:rPr>
        <w:t xml:space="preserve">[39:38] </w:t>
      </w:r>
      <w:r>
        <w:t>i get distracted easily while i am reading the quran or any other book. how should i maintain my focus?</w:t>
      </w:r>
    </w:p>
    <w:p>
      <w:pPr>
        <w:jc w:val="right"/>
      </w:pPr>
      <w:r>
        <w:t>آئی گیٹ ڈسٹریکٹڈ ایزیلی وائل آئی ایم ریڈنگ دا قرآن اور اینی ادر بک۔ ہاؤ شوڈ آئی مینٹین مائی فوکس؟</w:t>
      </w:r>
    </w:p>
    <w:p>
      <w:r>
        <w:rPr>
          <w:b/>
        </w:rPr>
        <w:t xml:space="preserve">[39:48] </w:t>
      </w:r>
      <w:r>
        <w:t>please guide. and is it right to hold shaitan responsible for distracting me?</w:t>
      </w:r>
    </w:p>
    <w:p>
      <w:pPr>
        <w:jc w:val="right"/>
      </w:pPr>
      <w:r>
        <w:t>پلیز گائیڈ۔ اینڈ از اٹ رائٹ ٹو ہولڈ شیطان ریسپانسبل فار ڈسٹریکٹنگ می؟</w:t>
      </w:r>
    </w:p>
    <w:p>
      <w:r>
        <w:rPr>
          <w:b/>
        </w:rPr>
        <w:t xml:space="preserve">[39:57] </w:t>
      </w:r>
      <w:r>
        <w:t>shaitan to sab ka focus hatata rehta hai. sahi kaam hai, aap ko bohat ziyada sochna chahiye.</w:t>
      </w:r>
    </w:p>
    <w:p>
      <w:pPr>
        <w:jc w:val="right"/>
      </w:pPr>
      <w:r>
        <w:t>شیطان تو سب کا فوکس ہٹاتا رہتا ہے۔ صحیح کام ہے، آپ کو بہت زیادہ سوچنا چاہیے۔</w:t>
      </w:r>
    </w:p>
    <w:p>
      <w:r>
        <w:rPr>
          <w:b/>
        </w:rPr>
        <w:t xml:space="preserve">[40:09] </w:t>
      </w:r>
      <w:r>
        <w:t>aur jaise hi</w:t>
      </w:r>
    </w:p>
    <w:p>
      <w:pPr>
        <w:jc w:val="right"/>
      </w:pPr>
      <w:r>
        <w:t>اور جیسے ہی</w:t>
      </w:r>
    </w:p>
    <w:p>
      <w:r>
        <w:rPr>
          <w:b/>
        </w:rPr>
        <w:t xml:space="preserve">[40:13] </w:t>
      </w:r>
      <w:r>
        <w:t>shaitan shaitan koi aap par attack kare to aap ko janna chahiye aur foran apna character karna chahiye.</w:t>
      </w:r>
    </w:p>
    <w:p>
      <w:pPr>
        <w:jc w:val="right"/>
      </w:pPr>
      <w:r>
        <w:t>شیطان شیطان کوئی آپ پر اٹیک کرے تو آپ کو جاننا چاہیے اور فوراً اپنا کریکٹر کرنا چاہیے۔</w:t>
      </w:r>
    </w:p>
    <w:p>
      <w:r>
        <w:rPr>
          <w:b/>
        </w:rPr>
        <w:t xml:space="preserve">[40:28] </w:t>
      </w:r>
      <w:r>
        <w:t>mein samajhta hoon keh aap ko ek kitab bohat ghor se parhna chahiye, woh hai quran majeed ki tafseer, tazkir ul quran, bohat ghor se.</w:t>
      </w:r>
    </w:p>
    <w:p>
      <w:pPr>
        <w:jc w:val="right"/>
      </w:pPr>
      <w:r>
        <w:t>میں سمجھتا ہوں کہ آپ کو ایک کتاب بہت غور سے پڑھنا چاہیے، وہ ہے قرآن مجید کی تفسیر، تذکر القرآن، بہت غور سے۔</w:t>
      </w:r>
    </w:p>
    <w:p>
      <w:r>
        <w:rPr>
          <w:b/>
        </w:rPr>
        <w:t xml:space="preserve">[40:50] </w:t>
      </w:r>
      <w:r>
        <w:t>maulana sahib, ek sawal hai: zubair wali dasti gwadar se, gwadar pakistan mein hai.</w:t>
      </w:r>
    </w:p>
    <w:p>
      <w:pPr>
        <w:jc w:val="right"/>
      </w:pPr>
      <w:r>
        <w:t>مولانا صاحب، ایک سوال ہے: زبیر والی دستی گوادر سے، گوادر پاکستان میں ہے۔</w:t>
      </w:r>
    </w:p>
    <w:p>
      <w:r>
        <w:rPr>
          <w:b/>
        </w:rPr>
        <w:t xml:space="preserve">[41:01] </w:t>
      </w:r>
      <w:r>
        <w:t>maulana sahib, jab mein namaz parhne ki tayari karta hoon to dunya ki hazar soch zehen mein aa jati hai. kya yeh shaitan ke behkane ki wajah se hai?</w:t>
      </w:r>
    </w:p>
    <w:p>
      <w:pPr>
        <w:jc w:val="right"/>
      </w:pPr>
      <w:r>
        <w:t>مولانا صاحب، جب میں نماز پڑھنے کی تیاری کرتا ہوں تو دنیا کی ہزار سوچ ذہن میں آ جاتی ہے۔ کیا یہ شیطان کے بہکانے کی وجہ سے ہے؟</w:t>
      </w:r>
    </w:p>
    <w:p>
      <w:r>
        <w:rPr>
          <w:b/>
        </w:rPr>
        <w:t xml:space="preserve">[41:14] </w:t>
      </w:r>
      <w:r>
        <w:t>yeh yeh to sab ko aata hai, is mein koi exception nahi hai. ab do ab do dobara lotiye, lotiye, lotiye, lotiye, woh to aye ga.</w:t>
      </w:r>
    </w:p>
    <w:p>
      <w:pPr>
        <w:jc w:val="right"/>
      </w:pPr>
      <w:r>
        <w:t>یہ یہ تو سب کو آتا ہے، اس میں کوئی ایکسیپشن نہیں ہے۔ اب دو اب دو دوبارہ لوٹیے، لوٹیے، لوٹیے، لوٹیے، وہ تو آئے گا۔</w:t>
      </w:r>
    </w:p>
    <w:p>
      <w:r>
        <w:rPr>
          <w:b/>
        </w:rPr>
        <w:t xml:space="preserve">[41:28] </w:t>
      </w:r>
      <w:r>
        <w:t>woh khayalat to ayen ge lekin aap ko barabar loot ke rehna chahiye.</w:t>
      </w:r>
    </w:p>
    <w:p>
      <w:pPr>
        <w:jc w:val="right"/>
      </w:pPr>
      <w:r>
        <w:t>وہ خیالات تو آئیں گے لیکن آپ کو برابر لوٹ کے رہنا چاہیے۔</w:t>
      </w:r>
    </w:p>
    <w:p>
      <w:r>
        <w:rPr>
          <w:b/>
        </w:rPr>
        <w:t xml:space="preserve">[41:39] </w:t>
      </w:r>
      <w:r>
        <w:t>ek sawal hai: nizamuddin bash bijapur se: maulana sahib, mojooda lockdown ke halaat mein musalman musalman qaum ko koi makhsoos naseehat farmayen?</w:t>
      </w:r>
    </w:p>
    <w:p>
      <w:pPr>
        <w:jc w:val="right"/>
      </w:pPr>
      <w:r>
        <w:t>ایک سوال ہے: نظام الدین بش نور بیجاپور سے: مولانا صاحب، موجودہ لاک ڈاؤن کے حالات میں مسلمان مسلمان قوم کو کوئی مخصوص نصیحت فرمائیں؟</w:t>
      </w:r>
    </w:p>
    <w:p>
      <w:r>
        <w:rPr>
          <w:b/>
        </w:rPr>
        <w:t xml:space="preserve">[41:58] </w:t>
      </w:r>
      <w:r>
        <w:t>mein to samajhta hoon keh sab se bari cheez hai dua. jahan aap mehsoos karen keh aap be bas hain to bas dua, dua, dua, dua.</w:t>
      </w:r>
    </w:p>
    <w:p>
      <w:pPr>
        <w:jc w:val="right"/>
      </w:pPr>
      <w:r>
        <w:t>میں تو سمجھتا ہوں کہ سب سے بڑی چیز ہے دعا۔ جہاں آپ محسوس کریں کہ آپ بے بس ہیں تو بس دعا، دعا، دعا، دعا۔</w:t>
      </w:r>
    </w:p>
    <w:p>
      <w:r>
        <w:rPr>
          <w:b/>
        </w:rPr>
        <w:t xml:space="preserve">[42:17] </w:t>
      </w:r>
      <w:r>
        <w:t>saeeda ahmed likhti hain: assalam o alaikum maulana sahib, you are an inspiration to all of us.</w:t>
      </w:r>
    </w:p>
    <w:p>
      <w:pPr>
        <w:jc w:val="right"/>
      </w:pPr>
      <w:r>
        <w:t>سعیدہ احمد لکھتی ہیں: السلام علیکم مولانا صاحب، یو آر این انسپیریشن ٹو ال اف اس۔</w:t>
      </w:r>
    </w:p>
    <w:p>
      <w:r>
        <w:rPr>
          <w:b/>
        </w:rPr>
        <w:t xml:space="preserve">[42:28] </w:t>
      </w:r>
      <w:r>
        <w:t>you always pull out positivity from negative situations, just like you converted this quarantine time into a time of god consciousness and reflection for all.</w:t>
      </w:r>
    </w:p>
    <w:p>
      <w:pPr>
        <w:jc w:val="right"/>
      </w:pPr>
      <w:r>
        <w:t>یو الویز پل آؤٹ پازیٹیوٹی فرام نیگیٹیو سچویشن، جسٹ لائک یو کنورٹڈ دس قارنٹین ٹائم انٹو ا ٹائم اف گاڈ کانشیسنس اینڈ ریفلیکشن فار ال۔</w:t>
      </w:r>
    </w:p>
    <w:p>
      <w:r>
        <w:rPr>
          <w:b/>
        </w:rPr>
        <w:t xml:space="preserve">[42:43] </w:t>
      </w:r>
      <w:r>
        <w:t>jazak Allah, Allah bless you and give you shifa. muhammad razi qureshi likhte hain: hazrat, mein talib ilm hoon,</w:t>
      </w:r>
    </w:p>
    <w:p>
      <w:pPr>
        <w:jc w:val="right"/>
      </w:pPr>
      <w:r>
        <w:t>جزاک اللہ، اللہ بلیس یو اینڈ گیو یو شفا۔ محمد رضی قریشی لکھتے ہیں: حضرت، میں طالب علم ہوں،</w:t>
      </w:r>
    </w:p>
    <w:p>
      <w:r>
        <w:rPr>
          <w:b/>
        </w:rPr>
        <w:t xml:space="preserve">[42:58] </w:t>
      </w:r>
      <w:r>
        <w:t>koi amal batayen jis se</w:t>
      </w:r>
    </w:p>
    <w:p>
      <w:pPr>
        <w:jc w:val="right"/>
      </w:pPr>
      <w:r>
        <w:t>کوئی عمل بتائیں جس سے</w:t>
      </w:r>
    </w:p>
    <w:p>
      <w:r>
        <w:rPr>
          <w:b/>
        </w:rPr>
        <w:t xml:space="preserve">[43:03] </w:t>
      </w:r>
      <w:r>
        <w:t>aasani se koi cheez asan ho jaye.</w:t>
      </w:r>
    </w:p>
    <w:p>
      <w:pPr>
        <w:jc w:val="right"/>
      </w:pPr>
      <w:r>
        <w:t>آسانی سے کوئی چیز آسان ہو جائے۔</w:t>
      </w:r>
    </w:p>
    <w:p>
      <w:r>
        <w:rPr>
          <w:b/>
        </w:rPr>
        <w:t xml:space="preserve">[43:10] </w:t>
      </w:r>
      <w:r>
        <w:t>apni study barhai, yeh amal hai,</w:t>
      </w:r>
    </w:p>
    <w:p>
      <w:pPr>
        <w:jc w:val="right"/>
      </w:pPr>
      <w:r>
        <w:t>اپنی اسٹڈی بڑھائی، یہ عمل ہے،</w:t>
      </w:r>
    </w:p>
    <w:p>
      <w:r>
        <w:rPr>
          <w:b/>
        </w:rPr>
        <w:t xml:space="preserve">[43:15] </w:t>
      </w:r>
      <w:r>
        <w:t>isi ka naam amal hai. ab study barhai hai.</w:t>
      </w:r>
    </w:p>
    <w:p>
      <w:pPr>
        <w:jc w:val="right"/>
      </w:pPr>
      <w:r>
        <w:t>اسی کا نام عمل ہے۔ اب اسٹڈی بڑھائی ہے۔</w:t>
      </w:r>
    </w:p>
    <w:p>
      <w:r>
        <w:rPr>
          <w:b/>
        </w:rPr>
        <w:t xml:space="preserve">[43:24] </w:t>
      </w:r>
      <w:r>
        <w:t>Shahnawaz sahib likhte hain: Assalam o Alaikum Maulana, sawal yeh hai ke Allah ke arsh par mustawi hone ka matlab kya hai?</w:t>
      </w:r>
    </w:p>
    <w:p>
      <w:pPr>
        <w:jc w:val="right"/>
      </w:pPr>
      <w:r>
        <w:t>شاہنواز صاحب لکھتے ہیں: السلام علیکم مولانا، سوال یہ ہے کہ اللہ کے عرش پر مستوی ہونے کا مطلب کیا ہے؟</w:t>
      </w:r>
    </w:p>
    <w:p>
      <w:r>
        <w:rPr>
          <w:b/>
        </w:rPr>
        <w:t xml:space="preserve">[43:40] </w:t>
      </w:r>
      <w:r>
        <w:t>yeh aap is ke liye ab bari hamari kitab jo hai, Tazkir ul Quran,</w:t>
      </w:r>
    </w:p>
    <w:p>
      <w:pPr>
        <w:jc w:val="right"/>
      </w:pPr>
      <w:r>
        <w:t>یہ آپ اس کے لیے اب بڑی ہماری کتاب جو ہے، تذکر القرآن،</w:t>
      </w:r>
    </w:p>
    <w:p>
      <w:r>
        <w:rPr>
          <w:b/>
        </w:rPr>
        <w:t xml:space="preserve">[43:51] </w:t>
      </w:r>
      <w:r>
        <w:t>Mustawi al Arsh.</w:t>
      </w:r>
    </w:p>
    <w:p>
      <w:pPr>
        <w:jc w:val="right"/>
      </w:pPr>
      <w:r>
        <w:t>مستوی العرش۔</w:t>
      </w:r>
    </w:p>
    <w:p>
      <w:r>
        <w:rPr>
          <w:b/>
        </w:rPr>
        <w:t xml:space="preserve">[44:05] </w:t>
      </w:r>
      <w:r>
        <w:t>Anas Malik likhte hain: Maulana sahib, aaj ke musalman Yahudi qaum ko kyun koi khalai makhlooq samajhte hain jo jis tarah chahe dunya mein apna tasarrf kar sakti hai?</w:t>
      </w:r>
    </w:p>
    <w:p>
      <w:pPr>
        <w:jc w:val="right"/>
      </w:pPr>
      <w:r>
        <w:t>انس ملک لکھتے ہیں: مولانا صاحب، آج کے مسلمان یہودی قوم کو کیوں کوئی خلائی مخلوق سمجھتے ہیں جو جس طرح چاہے دنیا میں اپنا تصرف کر سکتی ہے؟</w:t>
      </w:r>
    </w:p>
    <w:p>
      <w:r>
        <w:rPr>
          <w:b/>
        </w:rPr>
        <w:t xml:space="preserve">[44:22] </w:t>
      </w:r>
      <w:r>
        <w:t>Aaj kal bhi log yeh kehte hue milenge ke is virus ke peeche bhi Yahudi qaum hi hai. Aakhir is had tak Yahudi dushmani ka kya raaz hai?</w:t>
      </w:r>
    </w:p>
    <w:p>
      <w:pPr>
        <w:jc w:val="right"/>
      </w:pPr>
      <w:r>
        <w:t>آج کل بھی لوگ یہ کہتے ہوئے ملیں گے کہ اس وائرس کے پیچھے بھی یہودی قوم ہی ہے۔ آخر اس حد تک یہودی دشمنی کا کیا راز ہے؟</w:t>
      </w:r>
    </w:p>
    <w:p>
      <w:r>
        <w:rPr>
          <w:b/>
        </w:rPr>
        <w:t xml:space="preserve">[44:34] </w:t>
      </w:r>
      <w:r>
        <w:t>Nahi, raaz ki baat yeh hai ke yeh fast foot par jeena hai. Kisi ko bana dena mujrim,</w:t>
      </w:r>
    </w:p>
    <w:p>
      <w:pPr>
        <w:jc w:val="right"/>
      </w:pPr>
      <w:r>
        <w:t>نہیں، راز کی بات یہ ہے کہ یہ فاسٹ فٹ پر جینا ہے۔ کسی کو بنا دینا مجرم،</w:t>
      </w:r>
    </w:p>
    <w:p>
      <w:r>
        <w:rPr>
          <w:b/>
        </w:rPr>
        <w:t xml:space="preserve">[44:47] </w:t>
      </w:r>
      <w:r>
        <w:t>is tarah se waqiat nahi hote ke Yahudi is tarah kar dalen. Yeh baat nahi hai. Aap cheezon ko zyada gehre ke sath parhiye, zyada deep thinking se samjhiye.</w:t>
      </w:r>
    </w:p>
    <w:p>
      <w:pPr>
        <w:jc w:val="right"/>
      </w:pPr>
      <w:r>
        <w:t>اس طرح سے واقعات نہیں ہوتے کہ یہودی اس طرح کر ڈالیں۔ یہ بات نہیں ہے۔ آپ چیزوں کو زیادہ گہرے کے ساتھ پڑھیے، زیادہ ڈیپ تھنکنگ سے سمجھیے۔</w:t>
      </w:r>
    </w:p>
    <w:p>
      <w:r>
        <w:rPr>
          <w:b/>
        </w:rPr>
        <w:t xml:space="preserve">[45:06] </w:t>
      </w:r>
      <w:r>
        <w:t>Maulana Iqbal Umri likhte hain: Maulana, aap ne apni kitabon mein jadeed ilhad ka tajziya kiya hai aur muahideen ke liye asri usloob mein ek tawjihi literature diya hai.</w:t>
      </w:r>
    </w:p>
    <w:p>
      <w:pPr>
        <w:jc w:val="right"/>
      </w:pPr>
      <w:r>
        <w:t>مولانا اقبال عمری لکھتے ہیں: مولانا، آپ نے اپنی کتابوں میں جدید الحاد کا تجزیہ کیا ہے اور معاہدین کے لیے اصری اسلوب میں ایک توجیحی لٹریچر دیا ہے۔</w:t>
      </w:r>
    </w:p>
    <w:p>
      <w:r>
        <w:rPr>
          <w:b/>
        </w:rPr>
        <w:t xml:space="preserve">[45:22] </w:t>
      </w:r>
      <w:r>
        <w:t>Allah taala marifat aur dawat ki in kitabon ko parhne aur insanon tak pohnchaney ki tofeeq ata farmaye.</w:t>
      </w:r>
    </w:p>
    <w:p>
      <w:pPr>
        <w:jc w:val="right"/>
      </w:pPr>
      <w:r>
        <w:t>اللہ تعالی معرفت اور دعوت کی ان کتابوں کو پڑھنے اور انسانوں تک پہنچانے کی توفیق عطا فرمائے۔</w:t>
      </w:r>
    </w:p>
    <w:p>
      <w:r>
        <w:rPr>
          <w:b/>
        </w:rPr>
        <w:t xml:space="preserve">[45:31] </w:t>
      </w:r>
      <w:r>
        <w:t>Ameen. Maulana, sare insanon ke liye aap ke dil mein jo dard hai, us ko mukhtasar tor par bataen.</w:t>
      </w:r>
    </w:p>
    <w:p>
      <w:pPr>
        <w:jc w:val="right"/>
      </w:pPr>
      <w:r>
        <w:t>آمین۔ مولانا، سارے انسانوں کے لیے آپ کے دل میں جو درد ہے، اس کو مختصر طور پر بتائیں۔</w:t>
      </w:r>
    </w:p>
    <w:p>
      <w:r>
        <w:rPr>
          <w:b/>
        </w:rPr>
        <w:t xml:space="preserve">[45:45] </w:t>
      </w:r>
      <w:r>
        <w:t>Dard dard yahi hai ke insan apna khaliq ki marifat hasil kare. Insan apne khaliq ki marifat hasil kare, bas aur aur tamam insanon ko is se agah kare.</w:t>
      </w:r>
    </w:p>
    <w:p>
      <w:pPr>
        <w:jc w:val="right"/>
      </w:pPr>
      <w:r>
        <w:t>درد درد یہی ہے کہ انسان اپنا خالق کی معرفت حاصل کرے۔ انسان اپنے خالق کی معرفت حاصل کرے، بس اور اور تمام انسانوں کو اس سے آگاہ کرے۔</w:t>
      </w:r>
    </w:p>
    <w:p>
      <w:r>
        <w:rPr>
          <w:b/>
        </w:rPr>
        <w:t xml:space="preserve">[46:08] </w:t>
      </w:r>
      <w:r>
        <w:t>Mehr Shaban likhte hain: Dil ki kaifiyat ke sath zaban se kaun se kalmat shukr ada karna karna ahsan hai?</w:t>
      </w:r>
    </w:p>
    <w:p>
      <w:pPr>
        <w:jc w:val="right"/>
      </w:pPr>
      <w:r>
        <w:t>مہر شعبان لکھتے ہیں: دل کی کیفیات کے ساتھ زبان سے کون سے کلمات شکر ادا کرنا کرنا احسن ہے؟</w:t>
      </w:r>
    </w:p>
    <w:p>
      <w:r>
        <w:rPr>
          <w:b/>
        </w:rPr>
        <w:t xml:space="preserve">[46:22] </w:t>
      </w:r>
      <w:r>
        <w:t>Yeh sab cheezen aap Quran Hadees ko parhiye, is mein aap ko sab baaten mil jayengi.</w:t>
      </w:r>
    </w:p>
    <w:p>
      <w:pPr>
        <w:jc w:val="right"/>
      </w:pPr>
      <w:r>
        <w:t>یہ سب چیزیں آپ قرآن حدیث کو پڑھیے، اس میں آپ کو سب باتیں مل جائیں گی۔</w:t>
      </w:r>
    </w:p>
    <w:p>
      <w:r>
        <w:rPr>
          <w:b/>
        </w:rPr>
        <w:t xml:space="preserve">[46:35] </w:t>
      </w:r>
      <w:r>
        <w:t>Riyaz Ahmed Mir sahib likhte hain: Thank you very much Maulana, for your replies full of wisdom. That the feeling of reckoning of Allah is ultimately what one must live with from this world.</w:t>
      </w:r>
    </w:p>
    <w:p>
      <w:pPr>
        <w:jc w:val="right"/>
      </w:pPr>
      <w:r>
        <w:t>ریاض احمد میر صاحب لکھتے ہیں: تھینک یو ویری مچ مولانا، فار یور ریپلائیز فل اف وزڈم۔ دیٹ دا فیلنگ اف ریکننگ اف اللہ از الٹیمیٹلی واٹ ون مسٹ لیو ود فرام دس ورلڈ۔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