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5 - The Table (Al-Ma’idah)</w:t>
      </w:r>
    </w:p>
    <w:p>
      <w:r>
        <w:t>https://www.youtube.com/watch?v=qUYdCDuiqUk</w:t>
      </w:r>
    </w:p>
    <w:p>
      <w:r>
        <w:rPr>
          <w:b/>
        </w:rPr>
        <w:t xml:space="preserve">[00:00] </w:t>
      </w:r>
      <w:r>
        <w:t>The table. Al-Ma'idah. In the name of God the Most Gracious, the Most Merciful. Believers, fulfill your obligations.</w:t>
      </w:r>
    </w:p>
    <w:p>
      <w:pPr>
        <w:jc w:val="right"/>
      </w:pPr>
      <w:r>
        <w:t>The table. Al-Ma'idah. In the name of God the Most Gracious, the Most Merciful. Believers, fulfill your obligations.</w:t>
      </w:r>
    </w:p>
    <w:p>
      <w:r>
        <w:rPr>
          <w:b/>
        </w:rPr>
        <w:t xml:space="preserve">[00:14] </w:t>
      </w:r>
      <w:r>
        <w:t>All livestock is lawful for you, other than that which is hereby announced to you. You are forbidden to kill game while you are on a pilgrimage.</w:t>
      </w:r>
    </w:p>
    <w:p>
      <w:pPr>
        <w:jc w:val="right"/>
      </w:pPr>
      <w:r>
        <w:t>All livestock is lawful for you, other than that which is hereby announced to you. You are forbidden to kill game while you are on a pilgrimage.</w:t>
      </w:r>
    </w:p>
    <w:p>
      <w:r>
        <w:rPr>
          <w:b/>
        </w:rPr>
        <w:t xml:space="preserve">[00:23] </w:t>
      </w:r>
      <w:r>
        <w:t>God commands what He will.</w:t>
      </w:r>
    </w:p>
    <w:p>
      <w:pPr>
        <w:jc w:val="right"/>
      </w:pPr>
      <w:r>
        <w:t>God commands what He will.</w:t>
      </w:r>
    </w:p>
    <w:p>
      <w:r>
        <w:rPr>
          <w:b/>
        </w:rPr>
        <w:t xml:space="preserve">[00:25] </w:t>
      </w:r>
      <w:r>
        <w:t>Believers, violate neither the sanctity of God's signs, the sacred month, the sacrificial animals, the animals wearing garlands indicating they are to be sacrificed, nor those on their way to the sacred house seeking the bounty and pleasure of their Lord.</w:t>
      </w:r>
    </w:p>
    <w:p>
      <w:pPr>
        <w:jc w:val="right"/>
      </w:pPr>
      <w:r>
        <w:t>Believers, violate neither the sanctity of God's signs, the sacred month, the sacrificial animals, the animals wearing garlands indicating they are to be sacrificed, nor those on their way to the sacred house seeking the bounty and pleasure of their Lord.</w:t>
      </w:r>
    </w:p>
    <w:p>
      <w:r>
        <w:rPr>
          <w:b/>
        </w:rPr>
        <w:t xml:space="preserve">[00:43] </w:t>
      </w:r>
      <w:r>
        <w:t>When, on completion of your pilgrimage, you take off the garb of the pilgrim, you may hunt. Do not let the enmity of those who barred you from the sacred mosque lead you into sin.</w:t>
      </w:r>
    </w:p>
    <w:p>
      <w:pPr>
        <w:jc w:val="right"/>
      </w:pPr>
      <w:r>
        <w:t>When, on completion of your pilgrimage, you take off the garb of the pilgrim, you may hunt. Do not let the enmity of those who barred you from the sacred mosque lead you into sin.</w:t>
      </w:r>
    </w:p>
    <w:p>
      <w:r>
        <w:rPr>
          <w:b/>
        </w:rPr>
        <w:t xml:space="preserve">[00:55] </w:t>
      </w:r>
      <w:r>
        <w:t>Help one another in goodness and in piety. Do not help one another in sin and transgression. Fear God. God is severe in punishment.</w:t>
      </w:r>
    </w:p>
    <w:p>
      <w:pPr>
        <w:jc w:val="right"/>
      </w:pPr>
      <w:r>
        <w:t>Help one another in goodness and in piety. Do not help one another in sin and transgression. Fear God. God is severe in punishment.</w:t>
      </w:r>
    </w:p>
    <w:p>
      <w:r>
        <w:rPr>
          <w:b/>
        </w:rPr>
        <w:t xml:space="preserve">[01:06] </w:t>
      </w:r>
      <w:r>
        <w:t>You are forbidden carrying blood and pork, and any flesh over which the name of any other than God is invoked, and any creature which has been strangled or killed by a blow or in a fall, or has been gore to death or half-eaten by a wild animal,</w:t>
      </w:r>
    </w:p>
    <w:p>
      <w:pPr>
        <w:jc w:val="right"/>
      </w:pPr>
      <w:r>
        <w:t>You are forbidden carrying blood and pork, and any flesh over which the name of any other than God is invoked, and any creature which has been strangled or killed by a blow or in a fall, or has been gore to death or half-eaten by a wild animal,</w:t>
      </w:r>
    </w:p>
    <w:p>
      <w:r>
        <w:rPr>
          <w:b/>
        </w:rPr>
        <w:t xml:space="preserve">[01:22] </w:t>
      </w:r>
      <w:r>
        <w:t>saving that which you make lawful by slaughtering properly while it is still alive, and what has been slaughtered at an altar.</w:t>
      </w:r>
    </w:p>
    <w:p>
      <w:pPr>
        <w:jc w:val="right"/>
      </w:pPr>
      <w:r>
        <w:t>saving that which you make lawful by slaughtering properly while it is still alive, and what has been slaughtered at an altar.</w:t>
      </w:r>
    </w:p>
    <w:p>
      <w:r>
        <w:rPr>
          <w:b/>
        </w:rPr>
        <w:t xml:space="preserve">[01:30] </w:t>
      </w:r>
      <w:r>
        <w:t>You are forbidden to make the division of meat by means of divining arrows. That is sinful conduct. Those who deny the truth have this day despaired of ever harming your religion.</w:t>
      </w:r>
    </w:p>
    <w:p>
      <w:pPr>
        <w:jc w:val="right"/>
      </w:pPr>
      <w:r>
        <w:t>You are forbidden to make the division of meat by means of divining arrows. That is sinful conduct. Those who deny the truth have this day despaired of ever harming your religion.</w:t>
      </w:r>
    </w:p>
    <w:p>
      <w:r>
        <w:rPr>
          <w:b/>
        </w:rPr>
        <w:t xml:space="preserve">[01:42] </w:t>
      </w:r>
      <w:r>
        <w:t>So do not fear them. Fear Me. Today I have completed your religion for you and completed My blessing upon you. I have chosen for you Islam as your religion.</w:t>
      </w:r>
    </w:p>
    <w:p>
      <w:pPr>
        <w:jc w:val="right"/>
      </w:pPr>
      <w:r>
        <w:t>So do not fear them. Fear Me. Today I have completed your religion for you and completed My blessing upon you. I have chosen for you Islam as your religion.</w:t>
      </w:r>
    </w:p>
    <w:p>
      <w:r>
        <w:rPr>
          <w:b/>
        </w:rPr>
        <w:t xml:space="preserve">[01:53] </w:t>
      </w:r>
      <w:r>
        <w:t>But if anyone is forced, by hunger, to eat something which is forbidden, not intending to commit a sin, he will find God forgiving and merciful.</w:t>
      </w:r>
    </w:p>
    <w:p>
      <w:pPr>
        <w:jc w:val="right"/>
      </w:pPr>
      <w:r>
        <w:t>But if anyone is forced, by hunger, to eat something which is forbidden, not intending to commit a sin, he will find God forgiving and merciful.</w:t>
      </w:r>
    </w:p>
    <w:p>
      <w:r>
        <w:rPr>
          <w:b/>
        </w:rPr>
        <w:t xml:space="preserve">[02:05] </w:t>
      </w:r>
      <w:r>
        <w:t>If they ask you what has been made lawful for them, say, "All good things have been made lawful for you, and what you have taught your birds and beasts have prayed to catch, training them as God has taught you." So eat what they catch for you,</w:t>
      </w:r>
    </w:p>
    <w:p>
      <w:pPr>
        <w:jc w:val="right"/>
      </w:pPr>
      <w:r>
        <w:t>If they ask you what has been made lawful for them, say, "All good things have been made lawful for you, and what you have taught your birds and beasts have prayed to catch, training them as God has taught you." So eat what they catch for you,</w:t>
      </w:r>
    </w:p>
    <w:p>
      <w:r>
        <w:rPr>
          <w:b/>
        </w:rPr>
        <w:t xml:space="preserve">[02:20] </w:t>
      </w:r>
      <w:r>
        <w:t>but first pronounce God's name over it.</w:t>
      </w:r>
    </w:p>
    <w:p>
      <w:pPr>
        <w:jc w:val="right"/>
      </w:pPr>
      <w:r>
        <w:t>but first pronounce God's name over it.</w:t>
      </w:r>
    </w:p>
    <w:p>
      <w:r>
        <w:rPr>
          <w:b/>
        </w:rPr>
        <w:t xml:space="preserve">[02:23] </w:t>
      </w:r>
      <w:r>
        <w:t>Fear God, for God is swift in taking account. Today all good things have been made lawful to you. The food of the people of the book is lawful to you, and your food is lawful to them.</w:t>
      </w:r>
    </w:p>
    <w:p>
      <w:pPr>
        <w:jc w:val="right"/>
      </w:pPr>
      <w:r>
        <w:t>Fear God, for God is swift in taking account. Today all good things have been made lawful to you. The food of the people of the book is lawful to you, and your food is lawful to them.</w:t>
      </w:r>
    </w:p>
    <w:p>
      <w:r>
        <w:rPr>
          <w:b/>
        </w:rPr>
        <w:t xml:space="preserve">[02:37] </w:t>
      </w:r>
      <w:r>
        <w:t>The chaste believing women and the chaste women of the people who were given the book before you are lawful to you, provided that you give them their dowers and marry them, neither committing fornication nor taking them as mistresses.</w:t>
      </w:r>
    </w:p>
    <w:p>
      <w:pPr>
        <w:jc w:val="right"/>
      </w:pPr>
      <w:r>
        <w:t>The chaste believing women and the chaste women of the people who were given the book before you are lawful to you, provided that you give them their dowers and marry them, neither committing fornication nor taking them as mistresses.</w:t>
      </w:r>
    </w:p>
    <w:p>
      <w:r>
        <w:rPr>
          <w:b/>
        </w:rPr>
        <w:t xml:space="preserve">[02:51] </w:t>
      </w:r>
      <w:r>
        <w:t>The deeds of anyone who rejects the faith will come to nothing, and in the hereafter he will be among the losers. Believers, when you rise to pray, wash your faces and your hands up to the elbows and wipe your heads, and wash your feet up to the ankles.</w:t>
      </w:r>
    </w:p>
    <w:p>
      <w:pPr>
        <w:jc w:val="right"/>
      </w:pPr>
      <w:r>
        <w:t>The deeds of anyone who rejects the faith will come to nothing, and in the hereafter he will be among the losers. Believers, when you rise to pray, wash your faces and your hands up to the elbows and wipe your heads, and wash your feet up to the ankles.</w:t>
      </w:r>
    </w:p>
    <w:p>
      <w:r>
        <w:rPr>
          <w:b/>
        </w:rPr>
        <w:t xml:space="preserve">[03:08] </w:t>
      </w:r>
      <w:r>
        <w:t>If you are in a state of impurity, take a full bath.</w:t>
      </w:r>
    </w:p>
    <w:p>
      <w:pPr>
        <w:jc w:val="right"/>
      </w:pPr>
      <w:r>
        <w:t>If you are in a state of impurity, take a full bath.</w:t>
      </w:r>
    </w:p>
    <w:p>
      <w:r>
        <w:rPr>
          <w:b/>
        </w:rPr>
        <w:t xml:space="preserve">[03:12] </w:t>
      </w:r>
      <w:r>
        <w:t>But if you are sick or on a journey, or when you have just relieved yourselves, or you have consorted with your spouses, you can find no water, take some clean sand and rub your faces and your hands with it.</w:t>
      </w:r>
    </w:p>
    <w:p>
      <w:pPr>
        <w:jc w:val="right"/>
      </w:pPr>
      <w:r>
        <w:t>But if you are sick or on a journey, or when you have just relieved yourselves, or you have consorted with your spouses, you can find no water, take some clean sand and rub your faces and your hands with it.</w:t>
      </w:r>
    </w:p>
    <w:p>
      <w:r>
        <w:rPr>
          <w:b/>
        </w:rPr>
        <w:t xml:space="preserve">[03:25] </w:t>
      </w:r>
      <w:r>
        <w:t>God does not wish to place any burden on you. He only wishes to purify you and perfect His favor to you, in order that you may be grateful. Remember God's favor to you and the covenant which He made with you when you said, "We hear and we obey." Fear God.</w:t>
      </w:r>
    </w:p>
    <w:p>
      <w:pPr>
        <w:jc w:val="right"/>
      </w:pPr>
      <w:r>
        <w:t>God does not wish to place any burden on you. He only wishes to purify you and perfect His favor to you, in order that you may be grateful. Remember God's favor to you and the covenant which He made with you when you said, "We hear and we obey." Fear God.</w:t>
      </w:r>
    </w:p>
    <w:p>
      <w:r>
        <w:rPr>
          <w:b/>
        </w:rPr>
        <w:t xml:space="preserve">[03:42] </w:t>
      </w:r>
      <w:r>
        <w:t>God has full knowledge of the innermost thoughts of men. Believers, be steadfast in the cause of God and bear witness with justice.</w:t>
      </w:r>
    </w:p>
    <w:p>
      <w:pPr>
        <w:jc w:val="right"/>
      </w:pPr>
      <w:r>
        <w:t>God has full knowledge of the innermost thoughts of men. Believers, be steadfast in the cause of God and bear witness with justice.</w:t>
      </w:r>
    </w:p>
    <w:p>
      <w:r>
        <w:rPr>
          <w:b/>
        </w:rPr>
        <w:t xml:space="preserve">[03:51] </w:t>
      </w:r>
      <w:r>
        <w:t>Do not let your enmity for others turn you away from justice. Deal justly. That is nearer to being God-fearing. Fear God.</w:t>
      </w:r>
    </w:p>
    <w:p>
      <w:pPr>
        <w:jc w:val="right"/>
      </w:pPr>
      <w:r>
        <w:t>Do not let your enmity for others turn you away from justice. Deal justly. That is nearer to being God-fearing. Fear God.</w:t>
      </w:r>
    </w:p>
    <w:p>
      <w:r>
        <w:rPr>
          <w:b/>
        </w:rPr>
        <w:t xml:space="preserve">[04:01] </w:t>
      </w:r>
      <w:r>
        <w:t>God is aware of all that you do. God has promised those who believe and do good deeds forgiveness and a great reward.</w:t>
      </w:r>
    </w:p>
    <w:p>
      <w:pPr>
        <w:jc w:val="right"/>
      </w:pPr>
      <w:r>
        <w:t>God is aware of all that you do. God has promised those who believe and do good deeds forgiveness and a great reward.</w:t>
      </w:r>
    </w:p>
    <w:p>
      <w:r>
        <w:rPr>
          <w:b/>
        </w:rPr>
        <w:t xml:space="preserve">[04:09] </w:t>
      </w:r>
      <w:r>
        <w:t>But those who deny the truth and deny our signs are destined for hell. Believers, remember the blessings which God bestowed upon you when a certain people were about to lay hands on you, and He held back their hands from you.</w:t>
      </w:r>
    </w:p>
    <w:p>
      <w:pPr>
        <w:jc w:val="right"/>
      </w:pPr>
      <w:r>
        <w:t>But those who deny the truth and deny our signs are destined for hell. Believers, remember the blessings which God bestowed upon you when a certain people were about to lay hands on you, and He held back their hands from you.</w:t>
      </w:r>
    </w:p>
    <w:p>
      <w:r>
        <w:rPr>
          <w:b/>
        </w:rPr>
        <w:t xml:space="preserve">[04:25] </w:t>
      </w:r>
      <w:r>
        <w:t>Have fear of God, and in God let the believers put their trust.</w:t>
      </w:r>
    </w:p>
    <w:p>
      <w:pPr>
        <w:jc w:val="right"/>
      </w:pPr>
      <w:r>
        <w:t>Have fear of God, and in God let the believers put their trust.</w:t>
      </w:r>
    </w:p>
    <w:p>
      <w:r>
        <w:rPr>
          <w:b/>
        </w:rPr>
        <w:t xml:space="preserve">[04:30] </w:t>
      </w:r>
      <w:r>
        <w:t>God made a covenant with the children of Israel and raised among them twelve leaders. God said, "Surely I am with you.</w:t>
      </w:r>
    </w:p>
    <w:p>
      <w:pPr>
        <w:jc w:val="right"/>
      </w:pPr>
      <w:r>
        <w:t>God made a covenant with the children of Israel and raised among them twelve leaders. God said, "Surely I am with you.</w:t>
      </w:r>
    </w:p>
    <w:p>
      <w:r>
        <w:rPr>
          <w:b/>
        </w:rPr>
        <w:t xml:space="preserve">[04:39] </w:t>
      </w:r>
      <w:r>
        <w:t>If you attend to your prayers and pay the arms and believe in My messengers and support them and give a generous loan to God, I will certainly forgive you your sins and admit you into gardens through which rivers flow.</w:t>
      </w:r>
    </w:p>
    <w:p>
      <w:pPr>
        <w:jc w:val="right"/>
      </w:pPr>
      <w:r>
        <w:t>If you attend to your prayers and pay the arms and believe in My messengers and support them and give a generous loan to God, I will certainly forgive you your sins and admit you into gardens through which rivers flow.</w:t>
      </w:r>
    </w:p>
    <w:p>
      <w:r>
        <w:rPr>
          <w:b/>
        </w:rPr>
        <w:t xml:space="preserve">[04:53] </w:t>
      </w:r>
      <w:r>
        <w:t>Whoever among you denies the truth after this shall go astray from the straight path." Since they broke their solemn pledge, we laid on them our curse and hardened their hearts.</w:t>
      </w:r>
    </w:p>
    <w:p>
      <w:pPr>
        <w:jc w:val="right"/>
      </w:pPr>
      <w:r>
        <w:t>Whoever among you denies the truth after this shall go astray from the straight path." Since they broke their solemn pledge, we laid on them our curse and hardened their hearts.</w:t>
      </w:r>
    </w:p>
    <w:p>
      <w:r>
        <w:rPr>
          <w:b/>
        </w:rPr>
        <w:t xml:space="preserve">[05:05] </w:t>
      </w:r>
      <w:r>
        <w:t>They distorted the meaning of the revealed words, taking them out of their context, and forgot much of what they were enjoying. You will constantly discover treachery on their part, except for a few of them.</w:t>
      </w:r>
    </w:p>
    <w:p>
      <w:pPr>
        <w:jc w:val="right"/>
      </w:pPr>
      <w:r>
        <w:t>They distorted the meaning of the revealed words, taking them out of their context, and forgot much of what they were enjoying. You will constantly discover treachery on their part, except for a few of them.</w:t>
      </w:r>
    </w:p>
    <w:p>
      <w:r>
        <w:rPr>
          <w:b/>
        </w:rPr>
        <w:t xml:space="preserve">[05:18] </w:t>
      </w:r>
      <w:r>
        <w:t>But pardon them and bear with them. Surely God loves the doers of good.</w:t>
      </w:r>
    </w:p>
    <w:p>
      <w:pPr>
        <w:jc w:val="right"/>
      </w:pPr>
      <w:r>
        <w:t>But pardon them and bear with them. Surely God loves the doers of good.</w:t>
      </w:r>
    </w:p>
    <w:p>
      <w:r>
        <w:rPr>
          <w:b/>
        </w:rPr>
        <w:t xml:space="preserve">[05:24] </w:t>
      </w:r>
      <w:r>
        <w:t>We also made a covenant with those who say, "We are Christians," but they too have forgotten much of what they were enjoying. So we have put enmity and hatred between them till the day of judgment, and soon God will declare to them what they have been doing.</w:t>
      </w:r>
    </w:p>
    <w:p>
      <w:pPr>
        <w:jc w:val="right"/>
      </w:pPr>
      <w:r>
        <w:t>We also made a covenant with those who say, "We are Christians," but they too have forgotten much of what they were enjoying. So we have put enmity and hatred between them till the day of judgment, and soon God will declare to them what they have been doing.</w:t>
      </w:r>
    </w:p>
    <w:p>
      <w:r>
        <w:rPr>
          <w:b/>
        </w:rPr>
        <w:t xml:space="preserve">[05:40] </w:t>
      </w:r>
      <w:r>
        <w:t>People of the book, our messenger has come to make clear to you much of what you have hidden of the scriptures and to forgive you much. A light has now come to you from God and a clear book whereby God guides to the ways of peace all who seek His good pleasure, bringing them from darkness to the light by His will.</w:t>
      </w:r>
    </w:p>
    <w:p>
      <w:pPr>
        <w:jc w:val="right"/>
      </w:pPr>
      <w:r>
        <w:t>People of the book, our messenger has come to make clear to you much of what you have hidden of the scriptures and to forgive you much. A light has now come to you from God and a clear book whereby God guides to the ways of peace all who seek His good pleasure, bringing them from darkness to the light by His will.</w:t>
      </w:r>
    </w:p>
    <w:p>
      <w:r>
        <w:rPr>
          <w:b/>
        </w:rPr>
        <w:t xml:space="preserve">[06:01] </w:t>
      </w:r>
      <w:r>
        <w:t>In blasphemy, indeed, are those who say, "God is Christ, the Son of Mary." Say, who then could prevent God, if He so willed, from destroying Christ, Son of Mary, and His mother and everyone on earth?</w:t>
      </w:r>
    </w:p>
    <w:p>
      <w:pPr>
        <w:jc w:val="right"/>
      </w:pPr>
      <w:r>
        <w:t>In blasphemy, indeed, are those who say, "God is Christ, the Son of Mary." Say, who then could prevent God, if He so willed, from destroying Christ, Son of Mary, and His mother and everyone on earth?</w:t>
      </w:r>
    </w:p>
    <w:p>
      <w:r>
        <w:rPr>
          <w:b/>
        </w:rPr>
        <w:t xml:space="preserve">[06:15] </w:t>
      </w:r>
      <w:r>
        <w:t>The kingdom of the heavens and the earth and everything between there belong to God.</w:t>
      </w:r>
    </w:p>
    <w:p>
      <w:pPr>
        <w:jc w:val="right"/>
      </w:pPr>
      <w:r>
        <w:t>The kingdom of the heavens and the earth and everything between there belong to God.</w:t>
      </w:r>
    </w:p>
    <w:p>
      <w:r>
        <w:rPr>
          <w:b/>
        </w:rPr>
        <w:t xml:space="preserve">[06:20] </w:t>
      </w:r>
      <w:r>
        <w:t>He creates what He will, and God has power over all things.</w:t>
      </w:r>
    </w:p>
    <w:p>
      <w:pPr>
        <w:jc w:val="right"/>
      </w:pPr>
      <w:r>
        <w:t>He creates what He will, and God has power over all things.</w:t>
      </w:r>
    </w:p>
    <w:p>
      <w:r>
        <w:rPr>
          <w:b/>
        </w:rPr>
        <w:t xml:space="preserve">[06:27] </w:t>
      </w:r>
      <w:r>
        <w:t>The Jews and the Christians say, "We are the children of God and His beloved ones." Say, then why does He punish you for your sins?</w:t>
      </w:r>
    </w:p>
    <w:p>
      <w:pPr>
        <w:jc w:val="right"/>
      </w:pPr>
      <w:r>
        <w:t>The Jews and the Christians say, "We are the children of God and His beloved ones." Say, then why does He punish you for your sins?</w:t>
      </w:r>
    </w:p>
    <w:p>
      <w:r>
        <w:rPr>
          <w:b/>
        </w:rPr>
        <w:t xml:space="preserve">[06:37] </w:t>
      </w:r>
      <w:r>
        <w:t>Indeed, you are but human beings among those He has created.</w:t>
      </w:r>
    </w:p>
    <w:p>
      <w:pPr>
        <w:jc w:val="right"/>
      </w:pPr>
      <w:r>
        <w:t>Indeed, you are but human beings among those He has created.</w:t>
      </w:r>
    </w:p>
    <w:p>
      <w:r>
        <w:rPr>
          <w:b/>
        </w:rPr>
        <w:t xml:space="preserve">[06:41] </w:t>
      </w:r>
      <w:r>
        <w:t>He forgives whom He pleases and punishes whom He pleases. The kingdom of the heavens and the earth and all that is in between them belong to God, and all shall return to Him.</w:t>
      </w:r>
    </w:p>
    <w:p>
      <w:pPr>
        <w:jc w:val="right"/>
      </w:pPr>
      <w:r>
        <w:t>He forgives whom He pleases and punishes whom He pleases. The kingdom of the heavens and the earth and all that is in between them belong to God, and all shall return to Him.</w:t>
      </w:r>
    </w:p>
    <w:p>
      <w:r>
        <w:rPr>
          <w:b/>
        </w:rPr>
        <w:t xml:space="preserve">[06:52] </w:t>
      </w:r>
      <w:r>
        <w:t>People of the book, our messenger has come to you to make things clear to you, after an interval between the messengers, lest you say, "No bearer of glad tidings and no warner has come to us." So a bearer of glad tidings and a warner has indeed come to you.</w:t>
      </w:r>
    </w:p>
    <w:p>
      <w:pPr>
        <w:jc w:val="right"/>
      </w:pPr>
      <w:r>
        <w:t>People of the book, our messenger has come to you to make things clear to you, after an interval between the messengers, lest you say, "No bearer of glad tidings and no warner has come to us." So a bearer of glad tidings and a warner has indeed come to you.</w:t>
      </w:r>
    </w:p>
    <w:p>
      <w:r>
        <w:rPr>
          <w:b/>
        </w:rPr>
        <w:t xml:space="preserve">[07:10] </w:t>
      </w:r>
      <w:r>
        <w:t>God has the power to do all things. Remember when Moses said to his people, "O my people, remember God's favor to you.</w:t>
      </w:r>
    </w:p>
    <w:p>
      <w:pPr>
        <w:jc w:val="right"/>
      </w:pPr>
      <w:r>
        <w:t>God has the power to do all things. Remember when Moses said to his people, "O my people, remember God's favor to you.</w:t>
      </w:r>
    </w:p>
    <w:p>
      <w:r>
        <w:rPr>
          <w:b/>
        </w:rPr>
        <w:t xml:space="preserve">[07:21] </w:t>
      </w:r>
      <w:r>
        <w:t>He has raised up prophets among you, made you kings, and granted you favors such as He has not granted to anyone else in the world.</w:t>
      </w:r>
    </w:p>
    <w:p>
      <w:pPr>
        <w:jc w:val="right"/>
      </w:pPr>
      <w:r>
        <w:t>He has raised up prophets among you, made you kings, and granted you favors such as He has not granted to anyone else in the world.</w:t>
      </w:r>
    </w:p>
    <w:p>
      <w:r>
        <w:rPr>
          <w:b/>
        </w:rPr>
        <w:t xml:space="preserve">[07:29] </w:t>
      </w:r>
      <w:r>
        <w:t>O my people, enter the holy land which God has assigned for you. Do not turn back, or you will be the losers." They said, "Moses, in that land there is a powerful people.</w:t>
      </w:r>
    </w:p>
    <w:p>
      <w:pPr>
        <w:jc w:val="right"/>
      </w:pPr>
      <w:r>
        <w:t>O my people, enter the holy land which God has assigned for you. Do not turn back, or you will be the losers." They said, "Moses, in that land there is a powerful people.</w:t>
      </w:r>
    </w:p>
    <w:p>
      <w:r>
        <w:rPr>
          <w:b/>
        </w:rPr>
        <w:t xml:space="preserve">[07:43] </w:t>
      </w:r>
      <w:r>
        <w:t>Never shall we enter it until they leave it.</w:t>
      </w:r>
    </w:p>
    <w:p>
      <w:pPr>
        <w:jc w:val="right"/>
      </w:pPr>
      <w:r>
        <w:t>Never shall we enter it until they leave it.</w:t>
      </w:r>
    </w:p>
    <w:p>
      <w:r>
        <w:rPr>
          <w:b/>
        </w:rPr>
        <w:t xml:space="preserve">[07:46] </w:t>
      </w:r>
      <w:r>
        <w:t>If they leave it, then we shall certainly enter it." Thereupon, two God-fearing men, whom God had blessed, said, "Go into them through the gate, for as soon as you enter, you shall surely be victorious.</w:t>
      </w:r>
    </w:p>
    <w:p>
      <w:pPr>
        <w:jc w:val="right"/>
      </w:pPr>
      <w:r>
        <w:t>If they leave it, then we shall certainly enter it." Thereupon, two God-fearing men, whom God had blessed, said, "Go into them through the gate, for as soon as you enter, you shall surely be victorious.</w:t>
      </w:r>
    </w:p>
    <w:p>
      <w:r>
        <w:rPr>
          <w:b/>
        </w:rPr>
        <w:t xml:space="preserve">[08:02] </w:t>
      </w:r>
      <w:r>
        <w:t>Put your trust in God if you are true believers."</w:t>
      </w:r>
    </w:p>
    <w:p>
      <w:pPr>
        <w:jc w:val="right"/>
      </w:pPr>
      <w:r>
        <w:t>Put your trust in God if you are true believers."</w:t>
      </w:r>
    </w:p>
    <w:p>
      <w:r>
        <w:rPr>
          <w:b/>
        </w:rPr>
        <w:t xml:space="preserve">[08:05] </w:t>
      </w:r>
      <w:r>
        <w:t>They said, "We will never enter it, Moses, as long as they are there. Go you and your lord and fight, and we will stay here." Moses supplicated, "Lord, I have power over none but myself and my brother, so separate us from the disobedient people."</w:t>
      </w:r>
    </w:p>
    <w:p>
      <w:pPr>
        <w:jc w:val="right"/>
      </w:pPr>
      <w:r>
        <w:t>They said, "We will never enter it, Moses, as long as they are there. Go you and your lord and fight, and we will stay here." Moses supplicated, "Lord, I have power over none but myself and my brother, so separate us from the disobedient people."</w:t>
      </w:r>
    </w:p>
    <w:p>
      <w:r>
        <w:rPr>
          <w:b/>
        </w:rPr>
        <w:t xml:space="preserve">[08:24] </w:t>
      </w:r>
      <w:r>
        <w:t>God said, "The land is forbidden to them for forty years. While they wander around the earth bewildered, do not grieve over these wicked people." Relate to them the true story of the two sons of Adam.</w:t>
      </w:r>
    </w:p>
    <w:p>
      <w:pPr>
        <w:jc w:val="right"/>
      </w:pPr>
      <w:r>
        <w:t>God said, "The land is forbidden to them for forty years. While they wander around the earth bewildered, do not grieve over these wicked people." Relate to them the true story of the two sons of Adam.</w:t>
      </w:r>
    </w:p>
    <w:p>
      <w:r>
        <w:rPr>
          <w:b/>
        </w:rPr>
        <w:t xml:space="preserve">[08:39] </w:t>
      </w:r>
      <w:r>
        <w:t>When they both presented an offering, it was accepted from one of them and not from the other.</w:t>
      </w:r>
    </w:p>
    <w:p>
      <w:pPr>
        <w:jc w:val="right"/>
      </w:pPr>
      <w:r>
        <w:t>When they both presented an offering, it was accepted from one of them and not from the other.</w:t>
      </w:r>
    </w:p>
    <w:p>
      <w:r>
        <w:rPr>
          <w:b/>
        </w:rPr>
        <w:t xml:space="preserve">[08:45] </w:t>
      </w:r>
      <w:r>
        <w:t>The latter said, "I shall kill you." The former said, "God accepts things only from the righteous. If you raise your hand to kill me, I will not raise mine to kill you.</w:t>
      </w:r>
    </w:p>
    <w:p>
      <w:pPr>
        <w:jc w:val="right"/>
      </w:pPr>
      <w:r>
        <w:t>The latter said, "I shall kill you." The former said, "God accepts things only from the righteous. If you raise your hand to kill me, I will not raise mine to kill you.</w:t>
      </w:r>
    </w:p>
    <w:p>
      <w:r>
        <w:rPr>
          <w:b/>
        </w:rPr>
        <w:t xml:space="preserve">[08:58] </w:t>
      </w:r>
      <w:r>
        <w:t>I fear God, the Lord of the universe,</w:t>
      </w:r>
    </w:p>
    <w:p>
      <w:pPr>
        <w:jc w:val="right"/>
      </w:pPr>
      <w:r>
        <w:t>I fear God, the Lord of the universe,</w:t>
      </w:r>
    </w:p>
    <w:p>
      <w:r>
        <w:rPr>
          <w:b/>
        </w:rPr>
        <w:t xml:space="preserve">[09:02] </w:t>
      </w:r>
      <w:r>
        <w:t>and I want you to bear your sins against me as well as your own sins and become an inhabitant of the fire, such is the reward of the wrongdoers." His lower self persuaded him to kill his brother, and he killed him, and he became one of the lost</w:t>
      </w:r>
    </w:p>
    <w:p>
      <w:pPr>
        <w:jc w:val="right"/>
      </w:pPr>
      <w:r>
        <w:t>and I want you to bear your sins against me as well as your own sins and become an inhabitant of the fire, such is the reward of the wrongdoers." His lower self persuaded him to kill his brother, and he killed him, and he became one of the lost</w:t>
      </w:r>
    </w:p>
    <w:p>
      <w:r>
        <w:rPr>
          <w:b/>
        </w:rPr>
        <w:t xml:space="preserve">[09:20] </w:t>
      </w:r>
      <w:r>
        <w:t>Then God sent a raven which scratched the earth so that He might show him how to hide the corpse of his brother. Alas, he cried, "I am not able even to be like this raven, so that I may hide the corpse of my brother." And he repented.</w:t>
      </w:r>
    </w:p>
    <w:p>
      <w:pPr>
        <w:jc w:val="right"/>
      </w:pPr>
      <w:r>
        <w:t>. Then God sent a raven which scratched the earth so that He might show him how to hide the corpse of his brother. Alas, he cried, "I am not able even to be like this raven, so that I may hide the corpse of my brother." And he repented.</w:t>
      </w:r>
    </w:p>
    <w:p>
      <w:r>
        <w:rPr>
          <w:b/>
        </w:rPr>
        <w:t xml:space="preserve">[09:37] </w:t>
      </w:r>
      <w:r>
        <w:t>That was why we laid it down for the children of Israel, that whoever killed a human being, except as a punishment for murder or for spreading corruption in the land, shall be regarded as having killed all mankind, and that whoever saved a human life shall be regarded as having saved all mankind.</w:t>
      </w:r>
    </w:p>
    <w:p>
      <w:pPr>
        <w:jc w:val="right"/>
      </w:pPr>
      <w:r>
        <w:t>That was why we laid it down for the children of Israel, that whoever killed a human being, except as a punishment for murder or for spreading corruption in the land, shall be regarded as having killed all mankind, and that whoever saved a human life shall be regarded as having saved all mankind.</w:t>
      </w:r>
    </w:p>
    <w:p>
      <w:r>
        <w:rPr>
          <w:b/>
        </w:rPr>
        <w:t xml:space="preserve">[09:57] </w:t>
      </w:r>
      <w:r>
        <w:t>Our messengers came to them with clear signs, but many of them continued to commit excesses in the land.</w:t>
      </w:r>
    </w:p>
    <w:p>
      <w:pPr>
        <w:jc w:val="right"/>
      </w:pPr>
      <w:r>
        <w:t>Our messengers came to them with clear signs, but many of them continued to commit excesses in the land.</w:t>
      </w:r>
    </w:p>
    <w:p>
      <w:r>
        <w:rPr>
          <w:b/>
        </w:rPr>
        <w:t xml:space="preserve">[10:05] </w:t>
      </w:r>
      <w:r>
        <w:t>Those that make war against God and His messenger and spread disorder in the land shall be put to death or crucified or have their hands and feet cut off on alternate sides or be banished from the country.</w:t>
      </w:r>
    </w:p>
    <w:p>
      <w:pPr>
        <w:jc w:val="right"/>
      </w:pPr>
      <w:r>
        <w:t>Those that make war against God and His messenger and spread disorder in the land shall be put to death or crucified or have their hands and feet cut off on alternate sides or be banished from the country.</w:t>
      </w:r>
    </w:p>
    <w:p>
      <w:r>
        <w:rPr>
          <w:b/>
        </w:rPr>
        <w:t xml:space="preserve">[10:19] </w:t>
      </w:r>
      <w:r>
        <w:t>They shall be disgraced in this world and then severely punished in the hereafter, except for those who repent before you gain power over them, for you must know that God is forgiving and merciful.</w:t>
      </w:r>
    </w:p>
    <w:p>
      <w:pPr>
        <w:jc w:val="right"/>
      </w:pPr>
      <w:r>
        <w:t>They shall be disgraced in this world and then severely punished in the hereafter, except for those who repent before you gain power over them, for you must know that God is forgiving and merciful.</w:t>
      </w:r>
    </w:p>
    <w:p>
      <w:r>
        <w:rPr>
          <w:b/>
        </w:rPr>
        <w:t xml:space="preserve">[10:34] </w:t>
      </w:r>
      <w:r>
        <w:t>Believers, fear God and seek ways to come closer to Him and strive for His cause so that you may prosper. As for those who reject faith, if they had everything on earth and twice as much again and offered it to ransom themselves from the torment of the day of resurrection, it shall not be accepted from them.</w:t>
      </w:r>
    </w:p>
    <w:p>
      <w:pPr>
        <w:jc w:val="right"/>
      </w:pPr>
      <w:r>
        <w:t>Believers, fear God and seek ways to come closer to Him and strive for His cause so that you may prosper. As for those who reject faith, if they had everything on earth and twice as much again and offered it to ransom themselves from the torment of the day of resurrection, it shall not be accepted from them.</w:t>
      </w:r>
    </w:p>
    <w:p>
      <w:r>
        <w:rPr>
          <w:b/>
        </w:rPr>
        <w:t xml:space="preserve">[10:56] </w:t>
      </w:r>
      <w:r>
        <w:t>They will have a painful punishment.</w:t>
      </w:r>
    </w:p>
    <w:p>
      <w:pPr>
        <w:jc w:val="right"/>
      </w:pPr>
      <w:r>
        <w:t>They will have a painful punishment.</w:t>
      </w:r>
    </w:p>
    <w:p>
      <w:r>
        <w:rPr>
          <w:b/>
        </w:rPr>
        <w:t xml:space="preserve">[10:59] </w:t>
      </w:r>
      <w:r>
        <w:t>They will want to get out of the fire, but they will be unable to do so. There shall be a lasting punishment: cut off the hands of thieves, whether they are male or female, as a deterrent punishment from God for what they had done.</w:t>
      </w:r>
    </w:p>
    <w:p>
      <w:pPr>
        <w:jc w:val="right"/>
      </w:pPr>
      <w:r>
        <w:t>They will want to get out of the fire, but they will be unable to do so. There shall be a lasting punishment: cut off the hands of thieves, whether they are male or female, as a deterrent punishment from God for what they had done.</w:t>
      </w:r>
    </w:p>
    <w:p>
      <w:r>
        <w:rPr>
          <w:b/>
        </w:rPr>
        <w:t xml:space="preserve">[11:16] </w:t>
      </w:r>
      <w:r>
        <w:t>God is mighty and wise. But God will surely turn in mercy to him who repents after his transgression and reforms. Surely God is most forgiving and ever merciful.</w:t>
      </w:r>
    </w:p>
    <w:p>
      <w:pPr>
        <w:jc w:val="right"/>
      </w:pPr>
      <w:r>
        <w:t>God is mighty and wise. But God will surely turn in mercy to him who repents after his transgression and reforms. Surely God is most forgiving and ever merciful.</w:t>
      </w:r>
    </w:p>
    <w:p>
      <w:r>
        <w:rPr>
          <w:b/>
        </w:rPr>
        <w:t xml:space="preserve">[11:30] </w:t>
      </w:r>
      <w:r>
        <w:t>Do you not know that the kingdom of the heavens and the earth belongs to God? He punishes whom He will and forgives whom He pleases.</w:t>
      </w:r>
    </w:p>
    <w:p>
      <w:pPr>
        <w:jc w:val="right"/>
      </w:pPr>
      <w:r>
        <w:t>Do you not know that the kingdom of the heavens and the earth belongs to God? He punishes whom He will and forgives whom He pleases.</w:t>
      </w:r>
    </w:p>
    <w:p>
      <w:r>
        <w:rPr>
          <w:b/>
        </w:rPr>
        <w:t xml:space="preserve">[11:39] </w:t>
      </w:r>
      <w:r>
        <w:t>God has power over all things. Messenger, do not be grieved by those who vie with one another in denying the truth,</w:t>
      </w:r>
    </w:p>
    <w:p>
      <w:pPr>
        <w:jc w:val="right"/>
      </w:pPr>
      <w:r>
        <w:t>God has power over all things. Messenger, do not be grieved by those who vie with one another in denying the truth,</w:t>
      </w:r>
    </w:p>
    <w:p>
      <w:r>
        <w:rPr>
          <w:b/>
        </w:rPr>
        <w:t xml:space="preserve">[11:49] </w:t>
      </w:r>
      <w:r>
        <w:t>those who say with their tongues, "We believe," but have no faith in their hearts. For among the Jews, also, there are those who listen eagerly to any lies.</w:t>
      </w:r>
    </w:p>
    <w:p>
      <w:pPr>
        <w:jc w:val="right"/>
      </w:pPr>
      <w:r>
        <w:t>those who say with their tongues, "We believe," but have no faith in their hearts. For among the Jews, also, there are those who listen eagerly to any lies.</w:t>
      </w:r>
    </w:p>
    <w:p>
      <w:r>
        <w:rPr>
          <w:b/>
        </w:rPr>
        <w:t xml:space="preserve">[12:00] </w:t>
      </w:r>
      <w:r>
        <w:t>They listen to you to convey to others, religious leaders, who do not come to you out of pride and conceit. They, these leaders, take words out of their context and say, "If this be given to you, receive it, but if not, then beware." If anyone's trial is intended by God, you cannot in the least prevail against God on His behalf.</w:t>
      </w:r>
    </w:p>
    <w:p>
      <w:pPr>
        <w:jc w:val="right"/>
      </w:pPr>
      <w:r>
        <w:t>They listen to you to convey to others, religious leaders, who do not come to you out of pride and conceit. They, these leaders, take words out of their context and say, "If this be given to you, receive it, but if not, then beware." If anyone's trial is intended by God, you cannot in the least prevail against God on His behalf.</w:t>
      </w:r>
    </w:p>
    <w:p>
      <w:r>
        <w:rPr>
          <w:b/>
        </w:rPr>
        <w:t xml:space="preserve">[12:23] </w:t>
      </w:r>
      <w:r>
        <w:t>Those whose hearts God does not intend to purify shall be subjected to disgrace in this world and a severe punishment in the hereafter.</w:t>
      </w:r>
    </w:p>
    <w:p>
      <w:pPr>
        <w:jc w:val="right"/>
      </w:pPr>
      <w:r>
        <w:t>Those whose hearts God does not intend to purify shall be subjected to disgrace in this world and a severe punishment in the hereafter.</w:t>
      </w:r>
    </w:p>
    <w:p>
      <w:r>
        <w:rPr>
          <w:b/>
        </w:rPr>
        <w:t xml:space="preserve">[12:33] </w:t>
      </w:r>
      <w:r>
        <w:t>They listen eagerly to falsehood and devour forbidden things voraciously.</w:t>
      </w:r>
    </w:p>
    <w:p>
      <w:pPr>
        <w:jc w:val="right"/>
      </w:pPr>
      <w:r>
        <w:t>They listen eagerly to falsehood and devour forbidden things voraciously.</w:t>
      </w:r>
    </w:p>
    <w:p>
      <w:r>
        <w:rPr>
          <w:b/>
        </w:rPr>
        <w:t xml:space="preserve">[12:38] </w:t>
      </w:r>
      <w:r>
        <w:t>If they come to you, then judge between them or avoid them. If you avoid them, they can in no way harm you, but if you do judge, judge them with fairness.</w:t>
      </w:r>
    </w:p>
    <w:p>
      <w:pPr>
        <w:jc w:val="right"/>
      </w:pPr>
      <w:r>
        <w:t>If they come to you, then judge between them or avoid them. If you avoid them, they can in no way harm you, but if you do judge, judge them with fairness.</w:t>
      </w:r>
    </w:p>
    <w:p>
      <w:r>
        <w:rPr>
          <w:b/>
        </w:rPr>
        <w:t xml:space="preserve">[12:51] </w:t>
      </w:r>
      <w:r>
        <w:t>God loves those that deal justly. But why do they come to you for judgment when they have the Torah, which enshrines God's own judgment</w:t>
      </w:r>
    </w:p>
    <w:p>
      <w:pPr>
        <w:jc w:val="right"/>
      </w:pPr>
      <w:r>
        <w:t>God loves those that deal justly. But why do they come to you for judgment when they have the Torah, which enshrines God's own judgment</w:t>
      </w:r>
    </w:p>
    <w:p>
      <w:r>
        <w:rPr>
          <w:b/>
        </w:rPr>
        <w:t xml:space="preserve">[13:01] </w:t>
      </w:r>
      <w:r>
        <w:t>, yet in spite of that they turn their backs and certainly they will not believe? We have revealed the Torah in which there is guidance and light.</w:t>
      </w:r>
    </w:p>
    <w:p>
      <w:pPr>
        <w:jc w:val="right"/>
      </w:pPr>
      <w:r>
        <w:t>, yet in spite of that they turn their backs and certainly they will not believe? We have revealed the Torah in which there is guidance and light.</w:t>
      </w:r>
    </w:p>
    <w:p>
      <w:r>
        <w:rPr>
          <w:b/>
        </w:rPr>
        <w:t xml:space="preserve">[13:12] </w:t>
      </w:r>
      <w:r>
        <w:t>By it, the prophets who were obedient to us judged the Jews, and so did the rabbis and the priests according to God's book, which had been entrusted to their care and to which they were witnesses.</w:t>
      </w:r>
    </w:p>
    <w:p>
      <w:pPr>
        <w:jc w:val="right"/>
      </w:pPr>
      <w:r>
        <w:t>By it, the prophets who were obedient to us judged the Jews, and so did the rabbis and the priests according to God's book, which had been entrusted to their care and to which they were witnesses.</w:t>
      </w:r>
    </w:p>
    <w:p>
      <w:r>
        <w:rPr>
          <w:b/>
        </w:rPr>
        <w:t xml:space="preserve">[13:24] </w:t>
      </w:r>
      <w:r>
        <w:t>Have no fear of man. Fear me and do not sell my revelations for a paltry sum. Those who do not judge by what God has sent down are deniers of the truth.</w:t>
      </w:r>
    </w:p>
    <w:p>
      <w:pPr>
        <w:jc w:val="right"/>
      </w:pPr>
      <w:r>
        <w:t>Have no fear of man. Fear me and do not sell my revelations for a paltry sum. Those who do not judge by what God has sent down are deniers of the truth.</w:t>
      </w:r>
    </w:p>
    <w:p>
      <w:r>
        <w:rPr>
          <w:b/>
        </w:rPr>
        <w:t xml:space="preserve">[13:36] </w:t>
      </w:r>
      <w:r>
        <w:t>We prescribe for them in the Torah: a life for a life, an eye for an eye, a nose for a nose, an ear for an ear, a tooth for a tooth, and a wound for a wound.</w:t>
      </w:r>
    </w:p>
    <w:p>
      <w:pPr>
        <w:jc w:val="right"/>
      </w:pPr>
      <w:r>
        <w:t>We prescribe for them in the Torah: a life for a life, an eye for an eye, a nose for a nose, an ear for an ear, a tooth for a tooth, and a wound for a wound.</w:t>
      </w:r>
    </w:p>
    <w:p>
      <w:r>
        <w:rPr>
          <w:b/>
        </w:rPr>
        <w:t xml:space="preserve">[13:49] </w:t>
      </w:r>
      <w:r>
        <w:t>But if anyone forgoes it, this shall be for him an expiation. Those who do not judge by what God has sent down are wrongdoers.</w:t>
      </w:r>
    </w:p>
    <w:p>
      <w:pPr>
        <w:jc w:val="right"/>
      </w:pPr>
      <w:r>
        <w:t>But if anyone forgoes it, this shall be for him an expiation. Those who do not judge by what God has sent down are wrongdoers.</w:t>
      </w:r>
    </w:p>
    <w:p>
      <w:r>
        <w:rPr>
          <w:b/>
        </w:rPr>
        <w:t xml:space="preserve">[14:00] </w:t>
      </w:r>
      <w:r>
        <w:t>We caused Jesus, Son of Mary, to follow in their footsteps, fulfilling what had been revealed before him in the Torah. We gave him the gospel which contained guidance and light, fulfilling what was revealed before it in the Torah, a guide and an admonition to the God-fearing.</w:t>
      </w:r>
    </w:p>
    <w:p>
      <w:pPr>
        <w:jc w:val="right"/>
      </w:pPr>
      <w:r>
        <w:t>We caused Jesus, Son of Mary, to follow in their footsteps, fulfilling what had been revealed before him in the Torah. We gave him the gospel which contained guidance and light, fulfilling what was revealed before it in the Torah, a guide and an admonition to the God-fearing.</w:t>
      </w:r>
    </w:p>
    <w:p>
      <w:r>
        <w:rPr>
          <w:b/>
        </w:rPr>
        <w:t xml:space="preserve">[14:19] </w:t>
      </w:r>
      <w:r>
        <w:t>Therefore, let those who follow the gospel judge according to what God has revealed in it</w:t>
      </w:r>
    </w:p>
    <w:p>
      <w:pPr>
        <w:jc w:val="right"/>
      </w:pPr>
      <w:r>
        <w:t>Therefore, let those who follow the gospel judge according to what God has revealed in it</w:t>
      </w:r>
    </w:p>
    <w:p>
      <w:r>
        <w:rPr>
          <w:b/>
        </w:rPr>
        <w:t xml:space="preserve">[14:24] </w:t>
      </w:r>
      <w:r>
        <w:t>. Those who do not judge by what God has sent down are rebellious. We have sent down the book to you with truth, fulfilling the predictions revealed in the previous scriptures and determining what is true therein and as a guardian over it.</w:t>
      </w:r>
    </w:p>
    <w:p>
      <w:pPr>
        <w:jc w:val="right"/>
      </w:pPr>
      <w:r>
        <w:t>. Those who do not judge by what God has sent down are rebellious. We have sent down the book to you with truth, fulfilling the predictions revealed in the previous scriptures and determining what is true therein and as a guardian over it.</w:t>
      </w:r>
    </w:p>
    <w:p>
      <w:r>
        <w:rPr>
          <w:b/>
        </w:rPr>
        <w:t xml:space="preserve">[14:41] </w:t>
      </w:r>
      <w:r>
        <w:t>Judge, therefore, between them by what God has revealed and do not follow their vain desires turning away from the truth that has come to you. To every one of you, we have ordained a law and a way and had God so willed, He would have made you all a single community, but He did not so will, in order that He might try you by what He has given you.</w:t>
      </w:r>
    </w:p>
    <w:p>
      <w:pPr>
        <w:jc w:val="right"/>
      </w:pPr>
      <w:r>
        <w:t>Judge, therefore, between them by what God has revealed and do not follow their vain desires turning away from the truth that has come to you. To every one of you, we have ordained a law and a way and had God so willed, He would have made you all a single community, but He did not so will, in order that He might try you by what He has given you.</w:t>
      </w:r>
    </w:p>
    <w:p>
      <w:r>
        <w:rPr>
          <w:b/>
        </w:rPr>
        <w:t xml:space="preserve">[15:04] </w:t>
      </w:r>
      <w:r>
        <w:t>Vie, then, with one another in doing good</w:t>
      </w:r>
    </w:p>
    <w:p>
      <w:pPr>
        <w:jc w:val="right"/>
      </w:pPr>
      <w:r>
        <w:t>Vie, then, with one another in doing good</w:t>
      </w:r>
    </w:p>
    <w:p>
      <w:r>
        <w:rPr>
          <w:b/>
        </w:rPr>
        <w:t xml:space="preserve">[15:07] </w:t>
      </w:r>
      <w:r>
        <w:t>works. To God you shall all return. Then He will make clear to you about what you have been disputing. Judge between them by what God has sent down and do not be led by their desires.</w:t>
      </w:r>
    </w:p>
    <w:p>
      <w:pPr>
        <w:jc w:val="right"/>
      </w:pPr>
      <w:r>
        <w:t>works. To God you shall all return. Then He will make clear to you about what you have been disputing. Judge between them by what God has sent down and do not be led by their desires.</w:t>
      </w:r>
    </w:p>
    <w:p>
      <w:r>
        <w:rPr>
          <w:b/>
        </w:rPr>
        <w:t xml:space="preserve">[15:20] </w:t>
      </w:r>
      <w:r>
        <w:t>Beware of them lest they turn you away from a part of what God has revealed to you. If they reject your judgment, know that God intends to punish them for the sins they have committed.</w:t>
      </w:r>
    </w:p>
    <w:p>
      <w:pPr>
        <w:jc w:val="right"/>
      </w:pPr>
      <w:r>
        <w:t>Beware of them lest they turn you away from a part of what God has revealed to you. If they reject your judgment, know that God intends to punish them for the sins they have committed.</w:t>
      </w:r>
    </w:p>
    <w:p>
      <w:r>
        <w:rPr>
          <w:b/>
        </w:rPr>
        <w:t xml:space="preserve">[15:31] </w:t>
      </w:r>
      <w:r>
        <w:t>Indeed, a large number of the people are disobedient. Is it the pagan laws that they wish to be judged by?</w:t>
      </w:r>
    </w:p>
    <w:p>
      <w:pPr>
        <w:jc w:val="right"/>
      </w:pPr>
      <w:r>
        <w:t>Indeed, a large number of the people are disobedient. Is it the pagan laws that they wish to be judged by?</w:t>
      </w:r>
    </w:p>
    <w:p>
      <w:r>
        <w:rPr>
          <w:b/>
        </w:rPr>
        <w:t xml:space="preserve">[15:37] </w:t>
      </w:r>
      <w:r>
        <w:t>Who is a better judge than God for men whose faith is firm? Believers, do not take the Jews and the Christians as allies.</w:t>
      </w:r>
    </w:p>
    <w:p>
      <w:pPr>
        <w:jc w:val="right"/>
      </w:pPr>
      <w:r>
        <w:t>Who is a better judge than God for men whose faith is firm? Believers, do not take the Jews and the Christians as allies.</w:t>
      </w:r>
    </w:p>
    <w:p>
      <w:r>
        <w:rPr>
          <w:b/>
        </w:rPr>
        <w:t xml:space="preserve">[15:46] </w:t>
      </w:r>
      <w:r>
        <w:t>They are allies one with another. Whoever of you takes them as an ally shall become one of them. God does not guide the wrongdoers.</w:t>
      </w:r>
    </w:p>
    <w:p>
      <w:pPr>
        <w:jc w:val="right"/>
      </w:pPr>
      <w:r>
        <w:t>They are allies one with another. Whoever of you takes them as an ally shall become one of them. God does not guide the wrongdoers.</w:t>
      </w:r>
    </w:p>
    <w:p>
      <w:r>
        <w:rPr>
          <w:b/>
        </w:rPr>
        <w:t xml:space="preserve">[15:57] </w:t>
      </w:r>
      <w:r>
        <w:t>You will see those whose minds are diseased hastening towards them, saying, "We fear less the misfortune before us." But God may well bring about a victory or make a decision which is favorable to you.</w:t>
      </w:r>
    </w:p>
    <w:p>
      <w:pPr>
        <w:jc w:val="right"/>
      </w:pPr>
      <w:r>
        <w:t>You will see those whose minds are diseased hastening towards them, saying, "We fear less the misfortune before us." But God may well bring about a victory or make a decision which is favorable to you.</w:t>
      </w:r>
    </w:p>
    <w:p>
      <w:r>
        <w:rPr>
          <w:b/>
        </w:rPr>
        <w:t xml:space="preserve">[16:10] </w:t>
      </w:r>
      <w:r>
        <w:t>Then they will repent of the thoughts which they secretly harbored in their hearts. The believers will say, "Are these the men who swore their strongest oaths by God that they</w:t>
      </w:r>
    </w:p>
    <w:p>
      <w:pPr>
        <w:jc w:val="right"/>
      </w:pPr>
      <w:r>
        <w:t>Then they will repent of the thoughts which they secretly harbored in their hearts. The believers will say, "Are these the men who swore their strongest oaths by God that they</w:t>
      </w:r>
    </w:p>
    <w:p>
      <w:r>
        <w:rPr>
          <w:b/>
        </w:rPr>
        <w:t xml:space="preserve">[16:22] </w:t>
      </w:r>
      <w:r>
        <w:t>were with you?" Their works will come to nothing and they will lose all. Believers, if any among you renounce the faith, God will replace them by others who love Him and are loved by Him, who will be kind and considerate towards believers and firm in unyielding towards those who deny the truth.</w:t>
      </w:r>
    </w:p>
    <w:p>
      <w:pPr>
        <w:jc w:val="right"/>
      </w:pPr>
      <w:r>
        <w:t>were with you?" Their works will come to nothing and they will lose all. Believers, if any among you renounce the faith, God will replace them by others who love Him and are loved by Him, who will be kind and considerate towards believers and firm in unyielding towards those who deny the truth.</w:t>
      </w:r>
    </w:p>
    <w:p>
      <w:r>
        <w:rPr>
          <w:b/>
        </w:rPr>
        <w:t xml:space="preserve">[16:43] </w:t>
      </w:r>
      <w:r>
        <w:t>They will strive hard for the cause of God and will in no way take to heart the reproaches of the fault-finder, such is God's bounty, which He gives to anyone He wishes.</w:t>
      </w:r>
    </w:p>
    <w:p>
      <w:pPr>
        <w:jc w:val="right"/>
      </w:pPr>
      <w:r>
        <w:t>They will strive hard for the cause of God and will in no way take to heart the reproaches of the fault-finder, such is God's bounty, which He gives to anyone He wishes.</w:t>
      </w:r>
    </w:p>
    <w:p>
      <w:r>
        <w:rPr>
          <w:b/>
        </w:rPr>
        <w:t xml:space="preserve">[16:54] </w:t>
      </w:r>
      <w:r>
        <w:t>God is bountiful and all-knowing. Your helpers are only God and His messenger and the believers who say their prayers and pay alms and bow down in worship.</w:t>
      </w:r>
    </w:p>
    <w:p>
      <w:pPr>
        <w:jc w:val="right"/>
      </w:pPr>
      <w:r>
        <w:t>God is bountiful and all-knowing. Your helpers are only God and His messenger and the believers who say their prayers and pay alms and bow down in worship.</w:t>
      </w:r>
    </w:p>
    <w:p>
      <w:r>
        <w:rPr>
          <w:b/>
        </w:rPr>
        <w:t xml:space="preserve">[17:05] </w:t>
      </w:r>
      <w:r>
        <w:t>Those who ally themselves with God, His messenger, and the believers must know that God's party is sure to triumph.</w:t>
      </w:r>
    </w:p>
    <w:p>
      <w:pPr>
        <w:jc w:val="right"/>
      </w:pPr>
      <w:r>
        <w:t>Those who ally themselves with God, His messenger, and the believers must know that God's party is sure to triumph.</w:t>
      </w:r>
    </w:p>
    <w:p>
      <w:r>
        <w:rPr>
          <w:b/>
        </w:rPr>
        <w:t xml:space="preserve">[17:14] </w:t>
      </w:r>
      <w:r>
        <w:t>Believers, do not seek the friendship of those who were given the book before you or the disbelievers who ridicule your religion and make a jest of it.</w:t>
      </w:r>
    </w:p>
    <w:p>
      <w:pPr>
        <w:jc w:val="right"/>
      </w:pPr>
      <w:r>
        <w:t>Believers, do not seek the friendship of those who were given the book before you or the disbelievers who ridicule your religion and make a jest of it.</w:t>
      </w:r>
    </w:p>
    <w:p>
      <w:r>
        <w:rPr>
          <w:b/>
        </w:rPr>
        <w:t xml:space="preserve">[17:24] </w:t>
      </w:r>
      <w:r>
        <w:t>Have fear of God if you are true believers.</w:t>
      </w:r>
    </w:p>
    <w:p>
      <w:pPr>
        <w:jc w:val="right"/>
      </w:pPr>
      <w:r>
        <w:t>Have fear of God if you are true believers.</w:t>
      </w:r>
    </w:p>
    <w:p>
      <w:r>
        <w:rPr>
          <w:b/>
        </w:rPr>
        <w:t xml:space="preserve">[17:27] </w:t>
      </w:r>
      <w:r>
        <w:t>When you call them to prayer, they treat it as a jest and a diversion. This is because they are devoid of understanding. Say, people of the book, do you resent us only because we believe in God and in what has been revealed to us and to others before and because most of you are disobedient?</w:t>
      </w:r>
    </w:p>
    <w:p>
      <w:pPr>
        <w:jc w:val="right"/>
      </w:pPr>
      <w:r>
        <w:t>When you call them to prayer, they treat it as a jest and a diversion. This is because they are devoid of understanding. Say, people of the book, do you resent us only because we believe in God and in what has been revealed to us and to others before and because most of you are disobedient?</w:t>
      </w:r>
    </w:p>
    <w:p>
      <w:r>
        <w:rPr>
          <w:b/>
        </w:rPr>
        <w:t xml:space="preserve">[17:49] </w:t>
      </w:r>
      <w:r>
        <w:t>Say, shall I tell you who will receive a worse reward from God? Those whom God has rejected and with whom He has been angry.</w:t>
      </w:r>
    </w:p>
    <w:p>
      <w:pPr>
        <w:jc w:val="right"/>
      </w:pPr>
      <w:r>
        <w:t>Say, shall I tell you who will receive a worse reward from God? Those whom God has rejected and with whom He has been angry.</w:t>
      </w:r>
    </w:p>
    <w:p>
      <w:r>
        <w:rPr>
          <w:b/>
        </w:rPr>
        <w:t xml:space="preserve">[17:58] </w:t>
      </w:r>
      <w:r>
        <w:t>They were condemned as apes and swine and those who worship the evil. These are in the worst plight and farthest astray from theright path.</w:t>
      </w:r>
    </w:p>
    <w:p>
      <w:pPr>
        <w:jc w:val="right"/>
      </w:pPr>
      <w:r>
        <w:t>They were condemned as apes and swine and those who worship the evil. These are in the worst plight and farthest astray from theright path.</w:t>
      </w:r>
    </w:p>
    <w:p>
      <w:r>
        <w:rPr>
          <w:b/>
        </w:rPr>
        <w:t xml:space="preserve">[18:07] </w:t>
      </w:r>
      <w:r>
        <w:t>When they come to you, they say, "We believe," but they come with the resolve to deny the truth and leave in the same state. God knows best what they are concealing.</w:t>
      </w:r>
    </w:p>
    <w:p>
      <w:pPr>
        <w:jc w:val="right"/>
      </w:pPr>
      <w:r>
        <w:t>When they come to you, they say, "We believe," but they come with the resolve to deny the truth and leave in the same state. God knows best what they are concealing.</w:t>
      </w:r>
    </w:p>
    <w:p>
      <w:r>
        <w:rPr>
          <w:b/>
        </w:rPr>
        <w:t xml:space="preserve">[18:18] </w:t>
      </w:r>
      <w:r>
        <w:t>You see many among them vie with one another in sin and transgression and practice what is unlawful</w:t>
      </w:r>
    </w:p>
    <w:p>
      <w:pPr>
        <w:jc w:val="right"/>
      </w:pPr>
      <w:r>
        <w:t>You see many among them vie with one another in sin and transgression and practice what is unlawful</w:t>
      </w:r>
    </w:p>
    <w:p>
      <w:r>
        <w:rPr>
          <w:b/>
        </w:rPr>
        <w:t xml:space="preserve">[18:25] </w:t>
      </w:r>
      <w:r>
        <w:t>. It is vile indeed what they have been doing. Why do their rabbis and scholars not forbid them to utter sinful words or to consume what is unlawful?</w:t>
      </w:r>
    </w:p>
    <w:p>
      <w:pPr>
        <w:jc w:val="right"/>
      </w:pPr>
      <w:r>
        <w:t>. It is vile indeed what they have been doing. Why do their rabbis and scholars not forbid them to utter sinful words or to consume what is unlawful?</w:t>
      </w:r>
    </w:p>
    <w:p>
      <w:r>
        <w:rPr>
          <w:b/>
        </w:rPr>
        <w:t xml:space="preserve">[18:36] </w:t>
      </w:r>
      <w:r>
        <w:t>Their actions are indeed vile. The Jews say the hand of God is tied up. May their own hands be tied up and may they be cursed for what they say.</w:t>
      </w:r>
    </w:p>
    <w:p>
      <w:pPr>
        <w:jc w:val="right"/>
      </w:pPr>
      <w:r>
        <w:t>Their actions are indeed vile. The Jews say the hand of God is tied up. May their own hands be tied up and may they be cursed for what they say.</w:t>
      </w:r>
    </w:p>
    <w:p>
      <w:r>
        <w:rPr>
          <w:b/>
        </w:rPr>
        <w:t xml:space="preserve">[18:49] </w:t>
      </w:r>
      <w:r>
        <w:t>No, indeed, His hands are both outstretched. He bestows as He will.</w:t>
      </w:r>
    </w:p>
    <w:p>
      <w:pPr>
        <w:jc w:val="right"/>
      </w:pPr>
      <w:r>
        <w:t>No, indeed, His hands are both outstretched. He bestows as He will.</w:t>
      </w:r>
    </w:p>
    <w:p>
      <w:r>
        <w:rPr>
          <w:b/>
        </w:rPr>
        <w:t xml:space="preserve">[18:55] </w:t>
      </w:r>
      <w:r>
        <w:t>What is revealed to you from your Lord will surely increase in most of them their obstinate rebellion and denial of the truth. And we have sown among them enmity and hatred to the day of resurrection.</w:t>
      </w:r>
    </w:p>
    <w:p>
      <w:pPr>
        <w:jc w:val="right"/>
      </w:pPr>
      <w:r>
        <w:t>What is revealed to you from your Lord will surely increase in most of them their obstinate rebellion and denial of the truth. And we have sown among them enmity and hatred to the day of resurrection.</w:t>
      </w:r>
    </w:p>
    <w:p>
      <w:r>
        <w:rPr>
          <w:b/>
        </w:rPr>
        <w:t xml:space="preserve">[19:08] </w:t>
      </w:r>
      <w:r>
        <w:t>Whenever they kindle the fire of war, God puts it out.</w:t>
      </w:r>
    </w:p>
    <w:p>
      <w:pPr>
        <w:jc w:val="right"/>
      </w:pPr>
      <w:r>
        <w:t>Whenever they kindle the fire of war, God puts it out.</w:t>
      </w:r>
    </w:p>
    <w:p>
      <w:r>
        <w:rPr>
          <w:b/>
        </w:rPr>
        <w:t xml:space="preserve">[19:13] </w:t>
      </w:r>
      <w:r>
        <w:t>They spread evil in the land, but God does not love the evildoers. If only the people of the book would believe and be mindful of God, we would surely pardon their sins and we would surely admit them into gardens of bliss.</w:t>
      </w:r>
    </w:p>
    <w:p>
      <w:pPr>
        <w:jc w:val="right"/>
      </w:pPr>
      <w:r>
        <w:t>They spread evil in the land, but God does not love the evildoers. If only the people of the book would believe and be mindful of God, we would surely pardon their sins and we would surely admit them into gardens of bliss.</w:t>
      </w:r>
    </w:p>
    <w:p>
      <w:r>
        <w:rPr>
          <w:b/>
        </w:rPr>
        <w:t xml:space="preserve">[19:28] </w:t>
      </w:r>
      <w:r>
        <w:t>If they had observed the Torah and the gospel and what was revealed to them from their Lord, they would surely have been nourished from above and from below.</w:t>
      </w:r>
    </w:p>
    <w:p>
      <w:pPr>
        <w:jc w:val="right"/>
      </w:pPr>
      <w:r>
        <w:t>If they had observed the Torah and the gospel and what was revealed to them from their Lord, they would surely have been nourished from above and from below.</w:t>
      </w:r>
    </w:p>
    <w:p>
      <w:r>
        <w:rPr>
          <w:b/>
        </w:rPr>
        <w:t xml:space="preserve">[19:39] </w:t>
      </w:r>
      <w:r>
        <w:t>There are some among them who are on theright course, but there are many among them who do nothing but evil. O messenger, deliver whatever has been sent down to you by your Lord.</w:t>
      </w:r>
    </w:p>
    <w:p>
      <w:pPr>
        <w:jc w:val="right"/>
      </w:pPr>
      <w:r>
        <w:t>There are some among them who are on theright course, but there are many among them who do nothing but evil. O messenger, deliver whatever has been sent down to you by your Lord.</w:t>
      </w:r>
    </w:p>
    <w:p>
      <w:r>
        <w:rPr>
          <w:b/>
        </w:rPr>
        <w:t xml:space="preserve">[19:52] </w:t>
      </w:r>
      <w:r>
        <w:t>If you do not do so, you will not have conveyed His message. God will defend you from mankind, for God does not guide those who deny the truth.</w:t>
      </w:r>
    </w:p>
    <w:p>
      <w:pPr>
        <w:jc w:val="right"/>
      </w:pPr>
      <w:r>
        <w:t>If you do not do so, you will not have conveyed His message. God will defend you from mankind, for God does not guide those who deny the truth.</w:t>
      </w:r>
    </w:p>
    <w:p>
      <w:r>
        <w:rPr>
          <w:b/>
        </w:rPr>
        <w:t xml:space="preserve">[20:04] </w:t>
      </w:r>
      <w:r>
        <w:t>Say, people of the book, you have no ground to stand on until you observe the Torah and the gospel and what is revealed to you from your Lord.</w:t>
      </w:r>
    </w:p>
    <w:p>
      <w:pPr>
        <w:jc w:val="right"/>
      </w:pPr>
      <w:r>
        <w:t>Say, people of the book, you have no ground to stand on until you observe the Torah and the gospel and what is revealed to you from your Lord.</w:t>
      </w:r>
    </w:p>
    <w:p>
      <w:r>
        <w:rPr>
          <w:b/>
        </w:rPr>
        <w:t xml:space="preserve">[20:14] </w:t>
      </w:r>
      <w:r>
        <w:t>What is revealed to you from your Lord will surely increase many of them in rebellion and in their denial of the truth. But do not grieve for those who deny the truth.</w:t>
      </w:r>
    </w:p>
    <w:p>
      <w:pPr>
        <w:jc w:val="right"/>
      </w:pPr>
      <w:r>
        <w:t>What is revealed to you from your Lord will surely increase many of them in rebellion and in their denial of the truth. But do not grieve for those who deny the truth.</w:t>
      </w:r>
    </w:p>
    <w:p>
      <w:r>
        <w:rPr>
          <w:b/>
        </w:rPr>
        <w:t xml:space="preserve">[20:25] </w:t>
      </w:r>
      <w:r>
        <w:t>Believers, Jews, Sabians, and Christians: whoever believes in God and the last day and does what isright shall have nothing to fear nor shall they grieve.</w:t>
      </w:r>
    </w:p>
    <w:p>
      <w:pPr>
        <w:jc w:val="right"/>
      </w:pPr>
      <w:r>
        <w:t>Believers, Jews, Sabians, and Christians: whoever believes in God and the last day and does what isright shall have nothing to fear nor shall they grieve.</w:t>
      </w:r>
    </w:p>
    <w:p>
      <w:r>
        <w:rPr>
          <w:b/>
        </w:rPr>
        <w:t xml:space="preserve">[20:37] </w:t>
      </w:r>
      <w:r>
        <w:t>We made a covenant with the children of Israel and sent forth messengers among them. But whenever a messenger came to them with a message that was not to their liking, some they accused of lying, while others they put to death.</w:t>
      </w:r>
    </w:p>
    <w:p>
      <w:pPr>
        <w:jc w:val="right"/>
      </w:pPr>
      <w:r>
        <w:t>We made a covenant with the children of Israel and sent forth messengers among them. But whenever a messenger came to them with a message that was not to their liking, some they accused of lying, while others they put to death.</w:t>
      </w:r>
    </w:p>
    <w:p>
      <w:r>
        <w:rPr>
          <w:b/>
        </w:rPr>
        <w:t xml:space="preserve">[20:52] </w:t>
      </w:r>
      <w:r>
        <w:t>And they imagined that no harm would come to them, and so they became blind and deaf of heart.</w:t>
      </w:r>
    </w:p>
    <w:p>
      <w:pPr>
        <w:jc w:val="right"/>
      </w:pPr>
      <w:r>
        <w:t>And they imagined that no harm would come to them, and so they became blind and deaf of heart.</w:t>
      </w:r>
    </w:p>
    <w:p>
      <w:r>
        <w:rPr>
          <w:b/>
        </w:rPr>
        <w:t xml:space="preserve">[20:59] </w:t>
      </w:r>
      <w:r>
        <w:t>God turned to them in mercy, yet again many of them became blind and deaf. God is fully aware of their actions. Indeed, they are deniers of the truth, who say, "God is the Christ, the Son of Mary." For the Christ Himself said, "Children of Israel, serve God, my Lord and your Lord." If anyone associates anything with God, God will forbid him the garden and the fire will be his home.</w:t>
      </w:r>
    </w:p>
    <w:p>
      <w:pPr>
        <w:jc w:val="right"/>
      </w:pPr>
      <w:r>
        <w:t>God turned to them in mercy, yet again many of them became blind and deaf. God is fully aware of their actions. Indeed, they are deniers of the truth, who say, "God is the Christ, the Son of Mary." For the Christ Himself said, "Children of Israel, serve God, my Lord and your Lord." If anyone associates anything with God, God will forbid him the garden and the fire will be his home.</w:t>
      </w:r>
    </w:p>
    <w:p>
      <w:r>
        <w:rPr>
          <w:b/>
        </w:rPr>
        <w:t xml:space="preserve">[21:28] </w:t>
      </w:r>
      <w:r>
        <w:t>The wrongdoers shall have no helpers. They are deniers of the truth, who say, "God is one of three." There is only one God.</w:t>
      </w:r>
    </w:p>
    <w:p>
      <w:pPr>
        <w:jc w:val="right"/>
      </w:pPr>
      <w:r>
        <w:t>The wrongdoers shall have no helpers. They are deniers of the truth, who say, "God is one of three." There is only one God.</w:t>
      </w:r>
    </w:p>
    <w:p>
      <w:r>
        <w:rPr>
          <w:b/>
        </w:rPr>
        <w:t xml:space="preserve">[21:38] </w:t>
      </w:r>
      <w:r>
        <w:t>If they do not desist from so saying, a painful punishment is bound to befall such of them as are bent on denying the truth. Why do they not turn to God and ask His forgiveness?</w:t>
      </w:r>
    </w:p>
    <w:p>
      <w:pPr>
        <w:jc w:val="right"/>
      </w:pPr>
      <w:r>
        <w:t>If they do not desist from so saying, a painful punishment is bound to befall such of them as are bent on denying the truth. Why do they not turn to God and ask His forgiveness?</w:t>
      </w:r>
    </w:p>
    <w:p>
      <w:r>
        <w:rPr>
          <w:b/>
        </w:rPr>
        <w:t xml:space="preserve">[21:51] </w:t>
      </w:r>
      <w:r>
        <w:t>God is forgiving and merciful. Christ, Son of Mary, was no more than a messenger. Many messengers passed away before him.</w:t>
      </w:r>
    </w:p>
    <w:p>
      <w:pPr>
        <w:jc w:val="right"/>
      </w:pPr>
      <w:r>
        <w:t>God is forgiving and merciful. Christ, Son of Mary, was no more than a messenger. Many messengers passed away before him.</w:t>
      </w:r>
    </w:p>
    <w:p>
      <w:r>
        <w:rPr>
          <w:b/>
        </w:rPr>
        <w:t xml:space="preserve">[22:01] </w:t>
      </w:r>
      <w:r>
        <w:t>His mother was a virtuous woman, and they both ate food like other mortals. See how we make the signs clear to them. See how they turn away.</w:t>
      </w:r>
    </w:p>
    <w:p>
      <w:pPr>
        <w:jc w:val="right"/>
      </w:pPr>
      <w:r>
        <w:t>His mother was a virtuous woman, and they both ate food like other mortals. See how we make the signs clear to them. See how they turn away.</w:t>
      </w:r>
    </w:p>
    <w:p>
      <w:r>
        <w:rPr>
          <w:b/>
        </w:rPr>
        <w:t xml:space="preserve">[22:12] </w:t>
      </w:r>
      <w:r>
        <w:t>Say, do you worship something other than God that has no power to do you harm or good?</w:t>
      </w:r>
    </w:p>
    <w:p>
      <w:pPr>
        <w:jc w:val="right"/>
      </w:pPr>
      <w:r>
        <w:t>Say, do you worship something other than God that has no power to do you harm or good?</w:t>
      </w:r>
    </w:p>
    <w:p>
      <w:r>
        <w:rPr>
          <w:b/>
        </w:rPr>
        <w:t xml:space="preserve">[22:18] </w:t>
      </w:r>
      <w:r>
        <w:t>God alone is the all-hearing and all-knowing. Say, people of the book, do not go to extremes in your religion and do not follow the whims of those who went astray before you.</w:t>
      </w:r>
    </w:p>
    <w:p>
      <w:pPr>
        <w:jc w:val="right"/>
      </w:pPr>
      <w:r>
        <w:t>God alone is the all-hearing and all-knowing. Say, people of the book, do not go to extremes in your religion and do not follow the whims of those who went astray before you.</w:t>
      </w:r>
    </w:p>
    <w:p>
      <w:r>
        <w:rPr>
          <w:b/>
        </w:rPr>
        <w:t xml:space="preserve">[22:31] </w:t>
      </w:r>
      <w:r>
        <w:t>They caused many to go astray and themselves strayed away from theright path.</w:t>
      </w:r>
    </w:p>
    <w:p>
      <w:pPr>
        <w:jc w:val="right"/>
      </w:pPr>
      <w:r>
        <w:t>They caused many to go astray and themselves strayed away from theright path.</w:t>
      </w:r>
    </w:p>
    <w:p>
      <w:r>
        <w:rPr>
          <w:b/>
        </w:rPr>
        <w:t xml:space="preserve">[22:37] </w:t>
      </w:r>
      <w:r>
        <w:t>Those of the children of Israel who were bent on denying the truth were cursed by David and Jesus, the Son of Mary. That was because they disobeyed and were given to transgression.</w:t>
      </w:r>
    </w:p>
    <w:p>
      <w:pPr>
        <w:jc w:val="right"/>
      </w:pPr>
      <w:r>
        <w:t>Those of the children of Israel who were bent on denying the truth were cursed by David and Jesus, the Son of Mary. That was because they disobeyed and were given to transgression.</w:t>
      </w:r>
    </w:p>
    <w:p>
      <w:r>
        <w:rPr>
          <w:b/>
        </w:rPr>
        <w:t xml:space="preserve">[22:49] </w:t>
      </w:r>
      <w:r>
        <w:t>They would not prevent one another from doing the wrong things they did. Evil indeed were their deeds. You see many among them allying themselves with those who deny the truth</w:t>
      </w:r>
    </w:p>
    <w:p>
      <w:pPr>
        <w:jc w:val="right"/>
      </w:pPr>
      <w:r>
        <w:t>They would not prevent one another from doing the wrong things they did. Evil indeed were their deeds. You see many among them allying themselves with those who deny the truth</w:t>
      </w:r>
    </w:p>
    <w:p>
      <w:r>
        <w:rPr>
          <w:b/>
        </w:rPr>
        <w:t xml:space="preserve">[23:00] </w:t>
      </w:r>
      <w:r>
        <w:t>. Evil is that which their souls have sent on ahead of them. They have incurred the wrath of God and shall suffer eternal punishment.</w:t>
      </w:r>
    </w:p>
    <w:p>
      <w:pPr>
        <w:jc w:val="right"/>
      </w:pPr>
      <w:r>
        <w:t>. Evil is that which their souls have sent on ahead of them. They have incurred the wrath of God and shall suffer eternal punishment.</w:t>
      </w:r>
    </w:p>
    <w:p>
      <w:r>
        <w:rPr>
          <w:b/>
        </w:rPr>
        <w:t xml:space="preserve">[23:10] </w:t>
      </w:r>
      <w:r>
        <w:t>Had they believed in God and the prophet and what was revealed to him, they would not have taken those who deny the truth as their allies, but many of them are disobedient.</w:t>
      </w:r>
    </w:p>
    <w:p>
      <w:pPr>
        <w:jc w:val="right"/>
      </w:pPr>
      <w:r>
        <w:t>Had they believed in God and the prophet and what was revealed to him, they would not have taken those who deny the truth as their allies, but many of them are disobedient.</w:t>
      </w:r>
    </w:p>
    <w:p>
      <w:r>
        <w:rPr>
          <w:b/>
        </w:rPr>
        <w:t xml:space="preserve">[23:22] </w:t>
      </w:r>
      <w:r>
        <w:t>You will find that the bitterest in their enmity to the faithful are the Jews and the polytheists. The nearest in affection to them are those who say, "We are Christians." That is because there are priests and monks among them and because they are free from pride.</w:t>
      </w:r>
    </w:p>
    <w:p>
      <w:pPr>
        <w:jc w:val="right"/>
      </w:pPr>
      <w:r>
        <w:t>You will find that the bitterest in their enmity to the faithful are the Jews and the polytheists. The nearest in affection to them are those who say, "We are Christians." That is because there are priests and monks among them and because they are free from pride.</w:t>
      </w:r>
    </w:p>
    <w:p>
      <w:r>
        <w:rPr>
          <w:b/>
        </w:rPr>
        <w:t xml:space="preserve">[23:38] </w:t>
      </w:r>
      <w:r>
        <w:t>When they listen to what has been sent down to the messenger, you see their eyes overflowing with tears because of the truth they recognize. They say, "Our Lord, we believe, so count us among those who bear witness." Why should we not believe in God and in the truth that has come down to us?</w:t>
      </w:r>
    </w:p>
    <w:p>
      <w:pPr>
        <w:jc w:val="right"/>
      </w:pPr>
      <w:r>
        <w:t>When they listen to what has been sent down to the messenger, you see their eyes overflowing with tears because of the truth they recognize. They say, "Our Lord, we believe, so count us among those who bear witness." Why should we not believe in God and in the truth that has come down to us?</w:t>
      </w:r>
    </w:p>
    <w:p>
      <w:r>
        <w:rPr>
          <w:b/>
        </w:rPr>
        <w:t xml:space="preserve">[23:58] </w:t>
      </w:r>
      <w:r>
        <w:t>We yearn for our Lord to admit us among the righteous. And for their words, God will reward them with gardens through which rivers flow, wherein they shall abide forever.</w:t>
      </w:r>
    </w:p>
    <w:p>
      <w:pPr>
        <w:jc w:val="right"/>
      </w:pPr>
      <w:r>
        <w:t>We yearn for our Lord to admit us among the righteous. And for their words, God will reward them with gardens through which rivers flow, wherein they shall abide forever.</w:t>
      </w:r>
    </w:p>
    <w:p>
      <w:r>
        <w:rPr>
          <w:b/>
        </w:rPr>
        <w:t xml:space="preserve">[24:09] </w:t>
      </w:r>
      <w:r>
        <w:t>That is the reward of those who do good. But those who deny the truth and deny our signs will become the inmates of hell. Believers, do not forbid the wholesome, good things which God made lawful to you.</w:t>
      </w:r>
    </w:p>
    <w:p>
      <w:pPr>
        <w:jc w:val="right"/>
      </w:pPr>
      <w:r>
        <w:t>That is the reward of those who do good. But those who deny the truth and deny our signs will become the inmates of hell. Believers, do not forbid the wholesome, good things which God made lawful to you.</w:t>
      </w:r>
    </w:p>
    <w:p>
      <w:r>
        <w:rPr>
          <w:b/>
        </w:rPr>
        <w:t xml:space="preserve">[24:23] </w:t>
      </w:r>
      <w:r>
        <w:t>Do not transgress.</w:t>
      </w:r>
    </w:p>
    <w:p>
      <w:pPr>
        <w:jc w:val="right"/>
      </w:pPr>
      <w:r>
        <w:t>Do not transgress.</w:t>
      </w:r>
    </w:p>
    <w:p>
      <w:r>
        <w:rPr>
          <w:b/>
        </w:rPr>
        <w:t xml:space="preserve">[24:25] </w:t>
      </w:r>
      <w:r>
        <w:t>God does not love the transgressors. Eat the lawful and wholesome things which God has given you. Fear God in whom you believe. God will not call you to account for your meaningless oaths, but He will call you to account for the oaths which you swear in earnest.</w:t>
      </w:r>
    </w:p>
    <w:p>
      <w:pPr>
        <w:jc w:val="right"/>
      </w:pPr>
      <w:r>
        <w:t>God does not love the transgressors. Eat the lawful and wholesome things which God has given you. Fear God in whom you believe. God will not call you to account for your meaningless oaths, but He will call you to account for the oaths which you swear in earnest.</w:t>
      </w:r>
    </w:p>
    <w:p>
      <w:r>
        <w:rPr>
          <w:b/>
        </w:rPr>
        <w:t xml:space="preserve">[24:43] </w:t>
      </w:r>
      <w:r>
        <w:t>The expiation for a broken oath is the feeding of ten needy men with such food as you normally offer to your own people, or the clothing of ten needy men, or the freeing of one slave.</w:t>
      </w:r>
    </w:p>
    <w:p>
      <w:pPr>
        <w:jc w:val="right"/>
      </w:pPr>
      <w:r>
        <w:t>The expiation for a broken oath is the feeding of ten needy men with such food as you normally offer to your own people, or the clothing of ten needy men, or the freeing of one slave.</w:t>
      </w:r>
    </w:p>
    <w:p>
      <w:r>
        <w:rPr>
          <w:b/>
        </w:rPr>
        <w:t xml:space="preserve">[24:55] </w:t>
      </w:r>
      <w:r>
        <w:t>Anyone who lacks the means shall fast for three days. That is the expiation of your breaking the oaths that you have sw</w:t>
      </w:r>
    </w:p>
    <w:p>
      <w:pPr>
        <w:jc w:val="right"/>
      </w:pPr>
      <w:r>
        <w:t>Anyone who lacks the means shall fast for three days. That is the expiation of your breaking the oaths that you have sw</w:t>
      </w:r>
    </w:p>
    <w:p>
      <w:r>
        <w:rPr>
          <w:b/>
        </w:rPr>
        <w:t xml:space="preserve">[25:03] </w:t>
      </w:r>
      <w:r>
        <w:t>orn. Do keep your oaths. Thus God explains to you His commandments so that you may be grateful. Believers, intoxicants and gambling and the occult dedication of stones and divining arrows are abominations devised by Satan.</w:t>
      </w:r>
    </w:p>
    <w:p>
      <w:pPr>
        <w:jc w:val="right"/>
      </w:pPr>
      <w:r>
        <w:t>orn. Do keep your oaths. Thus God explains to you His commandments so that you may be grateful. Believers, intoxicants and gambling and the occult dedication of stones and divining arrows are abominations devised by Satan.</w:t>
      </w:r>
    </w:p>
    <w:p>
      <w:r>
        <w:rPr>
          <w:b/>
        </w:rPr>
        <w:t xml:space="preserve">[25:21] </w:t>
      </w:r>
      <w:r>
        <w:t>Avoid them so that you may prosper. Satan seeks to sow enmity and hatred among you by means of wine and gambling and to keep you from the remembrance of God and from your prayers.</w:t>
      </w:r>
    </w:p>
    <w:p>
      <w:pPr>
        <w:jc w:val="right"/>
      </w:pPr>
      <w:r>
        <w:t>Avoid them so that you may prosper. Satan seeks to sow enmity and hatred among you by means of wine and gambling and to keep you from the remembrance of God and from your prayers.</w:t>
      </w:r>
    </w:p>
    <w:p>
      <w:r>
        <w:rPr>
          <w:b/>
        </w:rPr>
        <w:t xml:space="preserve">[25:34] </w:t>
      </w:r>
      <w:r>
        <w:t>Will you not then abstain?</w:t>
      </w:r>
    </w:p>
    <w:p>
      <w:pPr>
        <w:jc w:val="right"/>
      </w:pPr>
      <w:r>
        <w:t>Will you not then abstain?</w:t>
      </w:r>
    </w:p>
    <w:p>
      <w:r>
        <w:rPr>
          <w:b/>
        </w:rPr>
        <w:t xml:space="preserve">[25:36] </w:t>
      </w:r>
      <w:r>
        <w:t>Obey God and obey the messenger and be ever on your guard against evil. But if you turn away, then know that our messenger's duty is only to deliver the message clearly.</w:t>
      </w:r>
    </w:p>
    <w:p>
      <w:pPr>
        <w:jc w:val="right"/>
      </w:pPr>
      <w:r>
        <w:t>Obey God and obey the messenger and be ever on your guard against evil. But if you turn away, then know that our messenger's duty is only to deliver the message clearly.</w:t>
      </w:r>
    </w:p>
    <w:p>
      <w:r>
        <w:rPr>
          <w:b/>
        </w:rPr>
        <w:t xml:space="preserve">[25:49] </w:t>
      </w:r>
      <w:r>
        <w:t>Those who believe and do good deeds will not be blamed for what they may have consumed in the past, so long as they fear God and believe in Him and do good works, so long as they fear God and believe in Him, so long as they fear God and do good deeds.</w:t>
      </w:r>
    </w:p>
    <w:p>
      <w:pPr>
        <w:jc w:val="right"/>
      </w:pPr>
      <w:r>
        <w:t>Those who believe and do good deeds will not be blamed for what they may have consumed in the past, so long as they fear God and believe in Him and do good works, so long as they fear God and believe in Him, so long as they fear God and do good deeds.</w:t>
      </w:r>
    </w:p>
    <w:p>
      <w:r>
        <w:rPr>
          <w:b/>
        </w:rPr>
        <w:t xml:space="preserve">[26:06] </w:t>
      </w:r>
      <w:r>
        <w:t>For God loves those who do good. Believers, God will test you with game which come within the reach of your hands and spears so that He may know those who fear Him even if they cannot see Him.</w:t>
      </w:r>
    </w:p>
    <w:p>
      <w:pPr>
        <w:jc w:val="right"/>
      </w:pPr>
      <w:r>
        <w:t>For God loves those who do good. Believers, God will test you with game which come within the reach of your hands and spears so that He may know those who fear Him even if they cannot see Him.</w:t>
      </w:r>
    </w:p>
    <w:p>
      <w:r>
        <w:rPr>
          <w:b/>
        </w:rPr>
        <w:t xml:space="preserve">[26:20] </w:t>
      </w:r>
      <w:r>
        <w:t>Anyone who oversteps the limits after this will have a painful punishment. Believers, do not kill any game while you are on a pilgrimage.</w:t>
      </w:r>
    </w:p>
    <w:p>
      <w:pPr>
        <w:jc w:val="right"/>
      </w:pPr>
      <w:r>
        <w:t>Anyone who oversteps the limits after this will have a painful punishment. Believers, do not kill any game while you are on a pilgrimage.</w:t>
      </w:r>
    </w:p>
    <w:p>
      <w:r>
        <w:rPr>
          <w:b/>
        </w:rPr>
        <w:t xml:space="preserve">[26:29] </w:t>
      </w:r>
      <w:r>
        <w:t>Anyone of you who kills game deliberately shall make compensation with an animal which is the equivalent of what he has killed,</w:t>
      </w:r>
    </w:p>
    <w:p>
      <w:pPr>
        <w:jc w:val="right"/>
      </w:pPr>
      <w:r>
        <w:t>Anyone of you who kills game deliberately shall make compensation with an animal which is the equivalent of what he has killed,</w:t>
      </w:r>
    </w:p>
    <w:p>
      <w:r>
        <w:rPr>
          <w:b/>
        </w:rPr>
        <w:t xml:space="preserve">[26:37] </w:t>
      </w:r>
      <w:r>
        <w:t>to be determined by two just men from among you, as an offering brought to the Kaaba. Or he shall, in expiation, either feed the poor or do the equivalent of that in fasting, so that he may taste the consequence of his deeds.</w:t>
      </w:r>
    </w:p>
    <w:p>
      <w:pPr>
        <w:jc w:val="right"/>
      </w:pPr>
      <w:r>
        <w:t>to be determined by two just men from among you, as an offering brought to the Kaaba. Or he shall, in expiation, either feed the poor or do the equivalent of that in fasting, so that he may taste the consequence of his deeds.</w:t>
      </w:r>
    </w:p>
    <w:p>
      <w:r>
        <w:rPr>
          <w:b/>
        </w:rPr>
        <w:t xml:space="preserve">[26:51] </w:t>
      </w:r>
      <w:r>
        <w:t>God forgives what is past, but if anyone relapses into wrongdoing, God will exact His retribution. God is mighty, the Lord of retribution.</w:t>
      </w:r>
    </w:p>
    <w:p>
      <w:pPr>
        <w:jc w:val="right"/>
      </w:pPr>
      <w:r>
        <w:t>God forgives what is past, but if anyone relapses into wrongdoing, God will exact His retribution. God is mighty, the Lord of retribution.</w:t>
      </w:r>
    </w:p>
    <w:p>
      <w:r>
        <w:rPr>
          <w:b/>
        </w:rPr>
        <w:t xml:space="preserve">[27:02] </w:t>
      </w:r>
      <w:r>
        <w:t>To hunt and to eat the fish of the sea is made lawful for you, a provision made for you and for seafarers. But you are forbidden the game of the land while you are on a pilgrimage.</w:t>
      </w:r>
    </w:p>
    <w:p>
      <w:pPr>
        <w:jc w:val="right"/>
      </w:pPr>
      <w:r>
        <w:t>To hunt and to eat the fish of the sea is made lawful for you, a provision made for you and for seafarers. But you are forbidden the game of the land while you are on a pilgrimage.</w:t>
      </w:r>
    </w:p>
    <w:p>
      <w:r>
        <w:rPr>
          <w:b/>
        </w:rPr>
        <w:t xml:space="preserve">[27:13] </w:t>
      </w:r>
      <w:r>
        <w:t>Have fear of God before whom you shall be all gathered.</w:t>
      </w:r>
    </w:p>
    <w:p>
      <w:pPr>
        <w:jc w:val="right"/>
      </w:pPr>
      <w:r>
        <w:t>Have fear of God before whom you shall be all gathered.</w:t>
      </w:r>
    </w:p>
    <w:p>
      <w:r>
        <w:rPr>
          <w:b/>
        </w:rPr>
        <w:t xml:space="preserve">[27:18] </w:t>
      </w:r>
      <w:r>
        <w:t>God has made the Kaaba, the sacred house, a means of support as well as the sacred month and the sacrificial animals with their garlands.</w:t>
      </w:r>
    </w:p>
    <w:p>
      <w:pPr>
        <w:jc w:val="right"/>
      </w:pPr>
      <w:r>
        <w:t>God has made the Kaaba, the sacred house, a means of support as well as the sacred month and the sacrificial animals with their garlands.</w:t>
      </w:r>
    </w:p>
    <w:p>
      <w:r>
        <w:rPr>
          <w:b/>
        </w:rPr>
        <w:t xml:space="preserve">[27:28] </w:t>
      </w:r>
      <w:r>
        <w:t>That is so that you may know that God has knowledge of whatever is in the heavens and on the earth and that He is fully aware of all things.</w:t>
      </w:r>
    </w:p>
    <w:p>
      <w:pPr>
        <w:jc w:val="right"/>
      </w:pPr>
      <w:r>
        <w:t>That is so that you may know that God has knowledge of whatever is in the heavens and on the earth and that He is fully aware of all things.</w:t>
      </w:r>
    </w:p>
    <w:p>
      <w:r>
        <w:rPr>
          <w:b/>
        </w:rPr>
        <w:t xml:space="preserve">[27:37] </w:t>
      </w:r>
      <w:r>
        <w:t>Know that God is severe in punishment, yet most forgiving and merciful.</w:t>
      </w:r>
    </w:p>
    <w:p>
      <w:pPr>
        <w:jc w:val="right"/>
      </w:pPr>
      <w:r>
        <w:t>Know that God is severe in punishment, yet most forgiving and merciful.</w:t>
      </w:r>
    </w:p>
    <w:p>
      <w:r>
        <w:rPr>
          <w:b/>
        </w:rPr>
        <w:t xml:space="preserve">[27:44] </w:t>
      </w:r>
      <w:r>
        <w:t>The messenger's sole duty is to convey the message. God knows what you reveal and what you hide. Say, the bad and the good are not alike.</w:t>
      </w:r>
    </w:p>
    <w:p>
      <w:pPr>
        <w:jc w:val="right"/>
      </w:pPr>
      <w:r>
        <w:t>The messenger's sole duty is to convey the message. God knows what you reveal and what you hide. Say, the bad and the good are not alike.</w:t>
      </w:r>
    </w:p>
    <w:p>
      <w:r>
        <w:rPr>
          <w:b/>
        </w:rPr>
        <w:t xml:space="preserve">[27:53] </w:t>
      </w:r>
      <w:r>
        <w:t>Even though the abundance of the bad may appear pleasing to you, so fear God, O men of understanding, so that you may prosper. Believers, do not ask questions about things which, if they were made known to you, would only become burdensome for you.</w:t>
      </w:r>
    </w:p>
    <w:p>
      <w:pPr>
        <w:jc w:val="right"/>
      </w:pPr>
      <w:r>
        <w:t>Even though the abundance of the bad may appear pleasing to you, so fear God, O men of understanding, so that you may prosper. Believers, do not ask questions about things which, if they were made known to you, would only become burdensome for you.</w:t>
      </w:r>
    </w:p>
    <w:p>
      <w:r>
        <w:rPr>
          <w:b/>
        </w:rPr>
        <w:t xml:space="preserve">[28:10] </w:t>
      </w:r>
      <w:r>
        <w:t>But if you ask them when the Quran is being revealed, they shall be made plain to you. God has kept silent about them. God is most forgiving and forbearing.</w:t>
      </w:r>
    </w:p>
    <w:p>
      <w:pPr>
        <w:jc w:val="right"/>
      </w:pPr>
      <w:r>
        <w:t>But if you ask them when the Quran is being revealed, they shall be made plain to you. God has kept silent about them. God is most forgiving and forbearing.</w:t>
      </w:r>
    </w:p>
    <w:p>
      <w:r>
        <w:rPr>
          <w:b/>
        </w:rPr>
        <w:t xml:space="preserve">[28:21] </w:t>
      </w:r>
      <w:r>
        <w:t>Other people before you inquired about such things, but when they were disclosed to them, they refused to carry them out.</w:t>
      </w:r>
    </w:p>
    <w:p>
      <w:pPr>
        <w:jc w:val="right"/>
      </w:pPr>
      <w:r>
        <w:t>Other people before you inquired about such things, but when they were disclosed to them, they refused to carry them out.</w:t>
      </w:r>
    </w:p>
    <w:p>
      <w:r>
        <w:rPr>
          <w:b/>
        </w:rPr>
        <w:t xml:space="preserve">[28:29] </w:t>
      </w:r>
      <w:r>
        <w:t>God has ordained no sanctity about animals described as bahira or saiba or wasila or ham. Those who deny the truth invent falsehoods about God.</w:t>
      </w:r>
    </w:p>
    <w:p>
      <w:pPr>
        <w:jc w:val="right"/>
      </w:pPr>
      <w:r>
        <w:t>God has ordained no sanctity about animals described as bahira or saiba or wasila or ham. Those who deny the truth invent falsehoods about God.</w:t>
      </w:r>
    </w:p>
    <w:p>
      <w:r>
        <w:rPr>
          <w:b/>
        </w:rPr>
        <w:t xml:space="preserve">[28:41] </w:t>
      </w:r>
      <w:r>
        <w:t>Most of them do not use their reason. When it is said to them, "Come to what God has sent down to the messenger," they reply, "The faith we have inherited from our fathers is sufficient for us, even though their forefathers knew nothing and were not guided." Believers, take care of your own souls.</w:t>
      </w:r>
    </w:p>
    <w:p>
      <w:pPr>
        <w:jc w:val="right"/>
      </w:pPr>
      <w:r>
        <w:t>Most of them do not use their reason. When it is said to them, "Come to what God has sent down to the messenger," they reply, "The faith we have inherited from our fathers is sufficient for us, even though their forefathers knew nothing and were not guided." Believers, take care of your own souls.</w:t>
      </w:r>
    </w:p>
    <w:p>
      <w:r>
        <w:rPr>
          <w:b/>
        </w:rPr>
        <w:t xml:space="preserve">[29:01] </w:t>
      </w:r>
      <w:r>
        <w:t>The misguided cannot harm you as long as you are guided. All of you will return to God. Then He will make you realize that which you used to do.</w:t>
      </w:r>
    </w:p>
    <w:p>
      <w:pPr>
        <w:jc w:val="right"/>
      </w:pPr>
      <w:r>
        <w:t>The misguided cannot harm you as long as you are guided. All of you will return to God. Then He will make you realize that which you used to do.</w:t>
      </w:r>
    </w:p>
    <w:p>
      <w:r>
        <w:rPr>
          <w:b/>
        </w:rPr>
        <w:t xml:space="preserve">[29:10] </w:t>
      </w:r>
      <w:r>
        <w:t>Believers, when death approaches you, let two just men from among you act as witnesses when you make your testimony, or two men from another tribe, if the calamity of death overtakes you while you are traveling in the land.</w:t>
      </w:r>
    </w:p>
    <w:p>
      <w:pPr>
        <w:jc w:val="right"/>
      </w:pPr>
      <w:r>
        <w:t>Believers, when death approaches you, let two just men from among you act as witnesses when you make your testimony, or two men from another tribe, if the calamity of death overtakes you while you are traveling in the land.</w:t>
      </w:r>
    </w:p>
    <w:p>
      <w:r>
        <w:rPr>
          <w:b/>
        </w:rPr>
        <w:t xml:space="preserve">[29:24] </w:t>
      </w:r>
      <w:r>
        <w:t>Detain them after prayers, and if you doubt their honesty, let them swear by God, "We will not sell our testimony for any price, even to a kinsman, and we will not conceal the testimony of God." If we did, we would indeed be guilty of sin.</w:t>
      </w:r>
    </w:p>
    <w:p>
      <w:pPr>
        <w:jc w:val="right"/>
      </w:pPr>
      <w:r>
        <w:t>Detain them after prayers, and if you doubt their honesty, let them swear by God, "We will not sell our testimony for any price, even to a kinsman, and we will not conceal the testimony of God." If we did, we would indeed be guilty of sin.</w:t>
      </w:r>
    </w:p>
    <w:p>
      <w:r>
        <w:rPr>
          <w:b/>
        </w:rPr>
        <w:t xml:space="preserve">[29:41] </w:t>
      </w:r>
      <w:r>
        <w:t>If it turns out that both proved dishonest, two others should take their place from amongst those whose rights have been usurped and let them swear by God, saying, "Our testimony is indeed truer than the testimony of these two, and we have not been guilty of any misstatement," for then indeed we would be the transgressors.</w:t>
      </w:r>
    </w:p>
    <w:p>
      <w:pPr>
        <w:jc w:val="right"/>
      </w:pPr>
      <w:r>
        <w:t>If it turns out that both proved dishonest, two others should take their place from amongst those whose rights have been usurped and let them swear by God, saying, "Our testimony is indeed truer than the testimony of these two, and we have not been guilty of any misstatement," for then indeed we would be the transgressors.</w:t>
      </w:r>
    </w:p>
    <w:p>
      <w:r>
        <w:rPr>
          <w:b/>
        </w:rPr>
        <w:t xml:space="preserve">[30:03] </w:t>
      </w:r>
      <w:r>
        <w:t>That makes it more likely that people will bear true witness, or else they will fear their oaths will be contradicted by the oaths of others. Heed God and listen.</w:t>
      </w:r>
    </w:p>
    <w:p>
      <w:pPr>
        <w:jc w:val="right"/>
      </w:pPr>
      <w:r>
        <w:t>That makes it more likely that people will bear true witness, or else they will fear their oaths will be contradicted by the oaths of others. Heed God and listen.</w:t>
      </w:r>
    </w:p>
    <w:p>
      <w:r>
        <w:rPr>
          <w:b/>
        </w:rPr>
        <w:t xml:space="preserve">[30:14] </w:t>
      </w:r>
      <w:r>
        <w:t>God does not guide a rebellious, disobedient people.</w:t>
      </w:r>
    </w:p>
    <w:p>
      <w:pPr>
        <w:jc w:val="right"/>
      </w:pPr>
      <w:r>
        <w:t>God does not guide a rebellious, disobedient people.</w:t>
      </w:r>
    </w:p>
    <w:p>
      <w:r>
        <w:rPr>
          <w:b/>
        </w:rPr>
        <w:t xml:space="preserve">[30:19] </w:t>
      </w:r>
      <w:r>
        <w:t>The day when God assembles the messengers and asks them, "What was the response you received from the people?" they will reply, "We have no knowledge of it</w:t>
      </w:r>
    </w:p>
    <w:p>
      <w:pPr>
        <w:jc w:val="right"/>
      </w:pPr>
      <w:r>
        <w:t>The day when God assembles the messengers and asks them, "What was the response you received from the people?" they will reply, "We have no knowledge of it</w:t>
      </w:r>
    </w:p>
    <w:p>
      <w:r>
        <w:rPr>
          <w:b/>
        </w:rPr>
        <w:t xml:space="preserve">[30:29] </w:t>
      </w:r>
      <w:r>
        <w:t>. You alone know what is hidden."</w:t>
      </w:r>
    </w:p>
    <w:p>
      <w:pPr>
        <w:jc w:val="right"/>
      </w:pPr>
      <w:r>
        <w:t>. You alone know what is hidden."</w:t>
      </w:r>
    </w:p>
    <w:p>
      <w:r>
        <w:rPr>
          <w:b/>
        </w:rPr>
        <w:t xml:space="preserve">[30:32] </w:t>
      </w:r>
      <w:r>
        <w:t>Then God will say, "Jesus, Son of Mary, remember my favor to you and to your mother, how</w:t>
      </w:r>
    </w:p>
    <w:p>
      <w:pPr>
        <w:jc w:val="right"/>
      </w:pPr>
      <w:r>
        <w:t>Then God will say, "Jesus, Son of Mary, remember my favor to you and to your mother, how</w:t>
      </w:r>
    </w:p>
    <w:p>
      <w:r>
        <w:rPr>
          <w:b/>
        </w:rPr>
        <w:t xml:space="preserve">[30:39] </w:t>
      </w:r>
      <w:r>
        <w:t>I strengthened you with the Holy Spirit, so that you could speak to the people in childhood and</w:t>
      </w:r>
    </w:p>
    <w:p>
      <w:pPr>
        <w:jc w:val="right"/>
      </w:pPr>
      <w:r>
        <w:t>I strengthened you with the Holy Spirit, so that you could speak to the people in childhood and</w:t>
      </w:r>
    </w:p>
    <w:p>
      <w:r>
        <w:rPr>
          <w:b/>
        </w:rPr>
        <w:t xml:space="preserve">[30:44] </w:t>
      </w:r>
      <w:r>
        <w:t>in maturity, and how I taught you the book and the wisdom, the Torah and the gospel, how</w:t>
      </w:r>
    </w:p>
    <w:p>
      <w:pPr>
        <w:jc w:val="right"/>
      </w:pPr>
      <w:r>
        <w:t>in maturity, and how I taught you the book and the wisdom, the Torah and the gospel, how</w:t>
      </w:r>
    </w:p>
    <w:p>
      <w:r>
        <w:rPr>
          <w:b/>
        </w:rPr>
        <w:t xml:space="preserve">[30:51] </w:t>
      </w:r>
      <w:r>
        <w:t>by my leave you fashioned from clay the shape of a bird and blew upon it, so that</w:t>
      </w:r>
    </w:p>
    <w:p>
      <w:pPr>
        <w:jc w:val="right"/>
      </w:pPr>
      <w:r>
        <w:t>by my leave you fashioned from clay the shape of a bird and blew upon it, so that</w:t>
      </w:r>
    </w:p>
    <w:p>
      <w:r>
        <w:rPr>
          <w:b/>
        </w:rPr>
        <w:t xml:space="preserve">[30:57] </w:t>
      </w:r>
      <w:r>
        <w:t>by my leave it became a bird,</w:t>
      </w:r>
    </w:p>
    <w:p>
      <w:pPr>
        <w:jc w:val="right"/>
      </w:pPr>
      <w:r>
        <w:t>by my leave it became a bird,</w:t>
      </w:r>
    </w:p>
    <w:p>
      <w:r>
        <w:rPr>
          <w:b/>
        </w:rPr>
        <w:t xml:space="preserve">[30:59] </w:t>
      </w:r>
      <w:r>
        <w:t>and healed the blind and the leper by my permission, and when you brought forth the dead by my permission, and how I prevented the children of Israel from harming you, when you came to them with clear signs, when those of them who denied the truth said, 'This is sheer magic.' Remember the time when I inspired the disciples to believe in me and in my messenger</w:t>
      </w:r>
    </w:p>
    <w:p>
      <w:pPr>
        <w:jc w:val="right"/>
      </w:pPr>
      <w:r>
        <w:t>and healed the blind and the leper by my permission, and when you brought forth the dead by my permission, and how I prevented the children of Israel from harming you, when you came to them with clear signs, when those of them who denied the truth said, 'This is sheer magic.' Remember the time when I inspired the disciples to believe in me and in my messenger</w:t>
      </w:r>
    </w:p>
    <w:p>
      <w:r>
        <w:rPr>
          <w:b/>
        </w:rPr>
        <w:t xml:space="preserve">[31:22] </w:t>
      </w:r>
      <w:r>
        <w:t>? They replied, "We believe. Bear witness that we have submitted." When the disciples said, "O Jesus, Son of Mary, can your Lord send down to us from heaven a table spread with food?</w:t>
      </w:r>
    </w:p>
    <w:p>
      <w:pPr>
        <w:jc w:val="right"/>
      </w:pPr>
      <w:r>
        <w:t>? They replied, "We believe. Bear witness that we have submitted." When the disciples said, "O Jesus, Son of Mary, can your Lord send down to us from heaven a table spread with food?</w:t>
      </w:r>
    </w:p>
    <w:p>
      <w:r>
        <w:rPr>
          <w:b/>
        </w:rPr>
        <w:t xml:space="preserve">[31:36] </w:t>
      </w:r>
      <w:r>
        <w:t>" he replied, "Have fear of God if you are true believers." They said, "We want to eat from it so that we may satisfy our hearts and know that you have told us the truth and that we should be witnesses of it." Jesus, Son of Mary, said,</w:t>
      </w:r>
    </w:p>
    <w:p>
      <w:pPr>
        <w:jc w:val="right"/>
      </w:pPr>
      <w:r>
        <w:t>" he replied, "Have fear of God if you are true believers." They said, "We want to eat from it so that we may satisfy our hearts and know that you have told us the truth and that we should be witnesses of it." Jesus, Son of Mary, said,</w:t>
      </w:r>
    </w:p>
    <w:p>
      <w:r>
        <w:rPr>
          <w:b/>
        </w:rPr>
        <w:t xml:space="preserve">[31:53] </w:t>
      </w:r>
      <w:r>
        <w:t>"O God, our Lord, send down for us a table spread with food from heaven so that it may be a feast for us, for the first of us and for the last of us, a sign from you.</w:t>
      </w:r>
    </w:p>
    <w:p>
      <w:pPr>
        <w:jc w:val="right"/>
      </w:pPr>
      <w:r>
        <w:t>"O God, our Lord, send down for us a table spread with food from heaven so that it may be a feast for us, for the first of us and for the last of us, a sign from you.</w:t>
      </w:r>
    </w:p>
    <w:p>
      <w:r>
        <w:rPr>
          <w:b/>
        </w:rPr>
        <w:t xml:space="preserve">[32:06] </w:t>
      </w:r>
      <w:r>
        <w:t>Give us our sustenance, for you are the best of sustainers." God replied, "I will certainly send it down to you, but whosoever of you denies the truth thereafter will be punished with a punishment such as I have never meted out to anyone else in the world." When God says,</w:t>
      </w:r>
    </w:p>
    <w:p>
      <w:pPr>
        <w:jc w:val="right"/>
      </w:pPr>
      <w:r>
        <w:t>Give us our sustenance, for you are the best of sustainers." God replied, "I will certainly send it down to you, but whosoever of you denies the truth thereafter will be punished with a punishment such as I have never meted out to anyone else in the world." When God says,</w:t>
      </w:r>
    </w:p>
    <w:p>
      <w:r>
        <w:rPr>
          <w:b/>
        </w:rPr>
        <w:t xml:space="preserve">[32:26] </w:t>
      </w:r>
      <w:r>
        <w:t>"Jesus, Son of Mary, did you say to people, 'Take me and my mother as two deities,</w:t>
      </w:r>
    </w:p>
    <w:p>
      <w:pPr>
        <w:jc w:val="right"/>
      </w:pPr>
      <w:r>
        <w:t>"Jesus, Son of Mary, did you say to people, 'Take me and my mother as two deities,</w:t>
      </w:r>
    </w:p>
    <w:p>
      <w:r>
        <w:rPr>
          <w:b/>
        </w:rPr>
        <w:t xml:space="preserve">[32:33] </w:t>
      </w:r>
      <w:r>
        <w:t>besides God?'" he will answer, "Glory be to you. How could I ever say that to which I have noright? If I had ever said so, you would surely have known it.</w:t>
      </w:r>
    </w:p>
    <w:p>
      <w:pPr>
        <w:jc w:val="right"/>
      </w:pPr>
      <w:r>
        <w:t>besides God?'" he will answer, "Glory be to you. How could I ever say that to which I have noright? If I had ever said so, you would surely have known it.</w:t>
      </w:r>
    </w:p>
    <w:p>
      <w:r>
        <w:rPr>
          <w:b/>
        </w:rPr>
        <w:t xml:space="preserve">[32:44] </w:t>
      </w:r>
      <w:r>
        <w:t>You know what is in my mind while I do not know anything that is within yours. You alone are the knower of unseen things.</w:t>
      </w:r>
    </w:p>
    <w:p>
      <w:pPr>
        <w:jc w:val="right"/>
      </w:pPr>
      <w:r>
        <w:t>You know what is in my mind while I do not know anything that is within yours. You alone are the knower of unseen things.</w:t>
      </w:r>
    </w:p>
    <w:p>
      <w:r>
        <w:rPr>
          <w:b/>
        </w:rPr>
        <w:t xml:space="preserve">[32:54] </w:t>
      </w:r>
      <w:r>
        <w:t>I told them only what you commanded me to: worship God, my Lord and your Lord.</w:t>
      </w:r>
    </w:p>
    <w:p>
      <w:pPr>
        <w:jc w:val="right"/>
      </w:pPr>
      <w:r>
        <w:t>I told them only what you commanded me to: worship God, my Lord and your Lord.</w:t>
      </w:r>
    </w:p>
    <w:p>
      <w:r>
        <w:rPr>
          <w:b/>
        </w:rPr>
        <w:t xml:space="preserve">[33:00] </w:t>
      </w:r>
      <w:r>
        <w:t>I was a witness to what they did as long as I remained among them, and when you took my soul, you were the watcher over them. You are the witness of all things.</w:t>
      </w:r>
    </w:p>
    <w:p>
      <w:pPr>
        <w:jc w:val="right"/>
      </w:pPr>
      <w:r>
        <w:t>I was a witness to what they did as long as I remained among them, and when you took my soul, you were the watcher over them. You are the witness of all things.</w:t>
      </w:r>
    </w:p>
    <w:p>
      <w:r>
        <w:rPr>
          <w:b/>
        </w:rPr>
        <w:t xml:space="preserve">[33:11] </w:t>
      </w:r>
      <w:r>
        <w:t>And if you punish them, they are surely your servants, and if you forgive them, you are surely the mighty and wise." God will say, "This is the day when the truthful will benefit from their truthfulness.</w:t>
      </w:r>
    </w:p>
    <w:p>
      <w:pPr>
        <w:jc w:val="right"/>
      </w:pPr>
      <w:r>
        <w:t>And if you punish them, they are surely your servants, and if you forgive them, you are surely the mighty and wise." God will say, "This is the day when the truthful will benefit from their truthfulness.</w:t>
      </w:r>
    </w:p>
    <w:p>
      <w:r>
        <w:rPr>
          <w:b/>
        </w:rPr>
        <w:t xml:space="preserve">[33:26] </w:t>
      </w:r>
      <w:r>
        <w:t>They will forever dwell in gardens through which rivers flow.</w:t>
      </w:r>
    </w:p>
    <w:p>
      <w:pPr>
        <w:jc w:val="right"/>
      </w:pPr>
      <w:r>
        <w:t>They will forever dwell in gardens through which rivers flow.</w:t>
      </w:r>
    </w:p>
    <w:p>
      <w:r>
        <w:rPr>
          <w:b/>
        </w:rPr>
        <w:t xml:space="preserve">[33:30] </w:t>
      </w:r>
      <w:r>
        <w:t>God is pleased with them and they with him. That is the supreme triumph. The kingdom of the heavens and the earth and everything in them belongs to God.</w:t>
      </w:r>
    </w:p>
    <w:p>
      <w:pPr>
        <w:jc w:val="right"/>
      </w:pPr>
      <w:r>
        <w:t>God is pleased with them and they with him. That is the supreme triumph. The kingdom of the heavens and the earth and everything in them belongs to God.</w:t>
      </w:r>
    </w:p>
    <w:p>
      <w:r>
        <w:rPr>
          <w:b/>
        </w:rPr>
        <w:t xml:space="preserve">[33:41] </w:t>
      </w:r>
      <w:r>
        <w:t>He has power over all things."</w:t>
      </w:r>
    </w:p>
    <w:p>
      <w:pPr>
        <w:jc w:val="right"/>
      </w:pPr>
      <w:r>
        <w:t>He has power over all things."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