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God's Way of Shock Treatment April 19, 2020 Maulana Wahiduddin Khan</w:t>
      </w:r>
    </w:p>
    <w:p>
      <w:r>
        <w:t>https://www.youtube.com/watch?v=MtNdT66yOLA</w:t>
      </w:r>
    </w:p>
    <w:p>
      <w:r>
        <w:rPr>
          <w:b/>
        </w:rPr>
        <w:t xml:space="preserve">[00:14] </w:t>
      </w:r>
      <w:r>
        <w:t>bismillah hir rahman nir rahim.</w:t>
      </w:r>
    </w:p>
    <w:p>
      <w:pPr>
        <w:jc w:val="right"/>
      </w:pPr>
      <w:r>
        <w:t>بسم اللہ الرحمن الرحیم۔</w:t>
      </w:r>
    </w:p>
    <w:p>
      <w:r>
        <w:rPr>
          <w:b/>
        </w:rPr>
        <w:t xml:space="preserve">[00:19] </w:t>
      </w:r>
      <w:r>
        <w:t>Aaj ka topic hai "joint science". Is ayat ko le kar hai: wa qayyim min aatiruhu sawatun wallarzu yamuruna alayhim wa na mardoon</w:t>
      </w:r>
    </w:p>
    <w:p>
      <w:pPr>
        <w:jc w:val="right"/>
      </w:pPr>
      <w:r>
        <w:t>آج کا ٹاپک ہے "جوائن سائنس"۔ اس آیت کو لے کر ہے: وَقَيِّمْ مِنْ آَتِرِهُ سَوَاطٌ وَالْلَّرْزُ يَمُرُونَ عَلَيْهَمْ وَنَا مُرْضُونَ</w:t>
      </w:r>
    </w:p>
    <w:p>
      <w:r>
        <w:rPr>
          <w:b/>
        </w:rPr>
        <w:t xml:space="preserve">[00:40] </w:t>
      </w:r>
      <w:r>
        <w:t>yeh qad nishaniyan hain zameen o aasman mein, jin se log guzarte hain, woh so Glenn they.</w:t>
      </w:r>
    </w:p>
    <w:p>
      <w:pPr>
        <w:jc w:val="right"/>
      </w:pPr>
      <w:r>
        <w:t>یہ قدِ نشانیاں ہیں زمین و آسمان میں، جن سے لوگ گزرتے ہیں، وہ سوگ لینے تھے۔</w:t>
      </w:r>
    </w:p>
    <w:p>
      <w:r>
        <w:rPr>
          <w:b/>
        </w:rPr>
        <w:t xml:space="preserve">[00:51] </w:t>
      </w:r>
      <w:r>
        <w:t>to main sochta tha ke jo zameen, aisi nishaniyan jo zameen o aasman mein phaili hui hain, wahan kaun guzarta hai?</w:t>
      </w:r>
    </w:p>
    <w:p>
      <w:pPr>
        <w:jc w:val="right"/>
      </w:pPr>
      <w:r>
        <w:t>تو میں سوچتا تھا کہ جو زمین، ایسی نشانیاں جو زمین و آسمان میں پھیلی ہوئی ہیں، وہاں کون گزرتا ہے؟</w:t>
      </w:r>
    </w:p>
    <w:p>
      <w:r>
        <w:rPr>
          <w:b/>
        </w:rPr>
        <w:t xml:space="preserve">[01:01] </w:t>
      </w:r>
      <w:r>
        <w:t>aisi koi sabir, hamare paas sabir</w:t>
      </w:r>
    </w:p>
    <w:p>
      <w:pPr>
        <w:jc w:val="right"/>
      </w:pPr>
      <w:r>
        <w:t>ایسی کوئی صابر، ہمارے پاس صابر</w:t>
      </w:r>
    </w:p>
    <w:p>
      <w:r>
        <w:rPr>
          <w:b/>
        </w:rPr>
        <w:t xml:space="preserve">[01:05] </w:t>
      </w:r>
      <w:r>
        <w:t>nahi hai jin ki, jo itne bade pemane par log safar karaye.</w:t>
      </w:r>
    </w:p>
    <w:p>
      <w:pPr>
        <w:jc w:val="right"/>
      </w:pPr>
      <w:r>
        <w:t>نہیں ہے جن کی، جو اتنے بڑے پیمانے پر لوگ سفر کرائے۔</w:t>
      </w:r>
    </w:p>
    <w:p>
      <w:r>
        <w:rPr>
          <w:b/>
        </w:rPr>
        <w:t xml:space="preserve">[01:18] </w:t>
      </w:r>
      <w:r>
        <w:t>to is se pehle murad, main ne samjha, aaya ke is se murad history hai.</w:t>
      </w:r>
    </w:p>
    <w:p>
      <w:pPr>
        <w:jc w:val="right"/>
      </w:pPr>
      <w:r>
        <w:t>تو اس سے پہلے مراد، میں نے سمجھا، آیا کہ اس سے مراد ہسٹری ہے۔</w:t>
      </w:r>
    </w:p>
    <w:p>
      <w:r>
        <w:rPr>
          <w:b/>
        </w:rPr>
        <w:t xml:space="preserve">[01:26] </w:t>
      </w:r>
      <w:r>
        <w:t>yani wahan ja kar ke safar karna aur join science ko janna, yeh matlab nahi hai. history ko padhte ho to history mein tum ko nishaniyan milti hain.</w:t>
      </w:r>
    </w:p>
    <w:p>
      <w:pPr>
        <w:jc w:val="right"/>
      </w:pPr>
      <w:r>
        <w:t>یعنی وہاں جا کر کے سفر کرنا اور جوائن سائنس کو جاننا، یہ مطلب نہیں ہے۔ ہسٹری کو پڑھتے ہو تو ہسٹری میں تم کو نشانیاں ملتی ہیں۔</w:t>
      </w:r>
    </w:p>
    <w:p>
      <w:r>
        <w:rPr>
          <w:b/>
        </w:rPr>
        <w:t xml:space="preserve">[01:43] </w:t>
      </w:r>
      <w:r>
        <w:t>yeh ek bahut hi important pehlu hai quran ko samajhne ka.</w:t>
      </w:r>
    </w:p>
    <w:p>
      <w:pPr>
        <w:jc w:val="right"/>
      </w:pPr>
      <w:r>
        <w:t>یہ ایک بہت ہی امپورٹنٹ پہلو ہے قرآن کو سمجھنے کا۔</w:t>
      </w:r>
    </w:p>
    <w:p>
      <w:r>
        <w:rPr>
          <w:b/>
        </w:rPr>
        <w:t xml:space="preserve">[01:51] </w:t>
      </w:r>
      <w:r>
        <w:t>kyun ke</w:t>
      </w:r>
    </w:p>
    <w:p>
      <w:pPr>
        <w:jc w:val="right"/>
      </w:pPr>
      <w:r>
        <w:t>کیونکہ</w:t>
      </w:r>
    </w:p>
    <w:p>
      <w:r>
        <w:rPr>
          <w:b/>
        </w:rPr>
        <w:t xml:space="preserve">[01:56] </w:t>
      </w:r>
      <w:r>
        <w:t>quran mein koi mahdood, unhon ne mahdood had bandi kar di hai. jaise koi kehta hai ke sahib, woh nazm, nazm ban ayat, nazm ban sur, yeh sab mahdoodiyat hai.</w:t>
      </w:r>
    </w:p>
    <w:p>
      <w:pPr>
        <w:jc w:val="right"/>
      </w:pPr>
      <w:r>
        <w:t>قرآن میں کوئی محدود، انہوں نے محدود حد بندی کر دی ہے۔ جیسے کوئی کہتا ہے کہ صاحب، وہ نظم، نظم بن آیات، نظم بن سور، یہ سب محدودیت ہے۔</w:t>
      </w:r>
    </w:p>
    <w:p>
      <w:r>
        <w:rPr>
          <w:b/>
        </w:rPr>
        <w:t xml:space="preserve">[02:17] </w:t>
      </w:r>
      <w:r>
        <w:t>is se aap quran ki bade bade mafahim par pahunch nahi sakte.</w:t>
      </w:r>
    </w:p>
    <w:p>
      <w:pPr>
        <w:jc w:val="right"/>
      </w:pPr>
      <w:r>
        <w:t>اس سے آپ قرآن کی بڑے بڑے مفاہیم پر پہنچ نہیں سکتے۔</w:t>
      </w:r>
    </w:p>
    <w:p>
      <w:r>
        <w:rPr>
          <w:b/>
        </w:rPr>
        <w:t xml:space="preserve">[02:29] </w:t>
      </w:r>
      <w:r>
        <w:t>yani is ka matlab yeh hai ke log history ko padhte hain, is mein waqeat milte hain un ko, log use samajh lete hain.</w:t>
      </w:r>
    </w:p>
    <w:p>
      <w:pPr>
        <w:jc w:val="right"/>
      </w:pPr>
      <w:r>
        <w:t>یعنی اس کا مطلب یہ ہے کہ لوگ ہسٹری کو پڑھتے ہیں، اس میں واقعات ملتے ہیں ان کو، لوگ اسے سمجھ لیتے ہیں۔</w:t>
      </w:r>
    </w:p>
    <w:p>
      <w:r>
        <w:rPr>
          <w:b/>
        </w:rPr>
        <w:t xml:space="preserve">[02:38] </w:t>
      </w:r>
      <w:r>
        <w:t>misal ke taur par dekhiye,</w:t>
      </w:r>
    </w:p>
    <w:p>
      <w:pPr>
        <w:jc w:val="right"/>
      </w:pPr>
      <w:r>
        <w:t>مثلاً دیکھیے،</w:t>
      </w:r>
    </w:p>
    <w:p>
      <w:r>
        <w:rPr>
          <w:b/>
        </w:rPr>
        <w:t xml:space="preserve">[02:44] </w:t>
      </w:r>
      <w:r>
        <w:t>sikka dwalwar ek tareekhi waqea hai, logon ne bahut padha, lekin is ki jo</w:t>
      </w:r>
    </w:p>
    <w:p>
      <w:pPr>
        <w:jc w:val="right"/>
      </w:pPr>
      <w:r>
        <w:t>سکہ ڈوالوار ایک تاریخی واقعہ ہے، لوگوں نے بہت پڑھا، لیکن اس کی جو</w:t>
      </w:r>
    </w:p>
    <w:p>
      <w:r>
        <w:rPr>
          <w:b/>
        </w:rPr>
        <w:t xml:space="preserve">[03:00] </w:t>
      </w:r>
      <w:r>
        <w:t>sabak hai, is ko kab logon ne pakda?</w:t>
      </w:r>
    </w:p>
    <w:p>
      <w:pPr>
        <w:jc w:val="right"/>
      </w:pPr>
      <w:r>
        <w:t>سبق ہے، اس کو کب لوگوں نے پکڑا؟</w:t>
      </w:r>
    </w:p>
    <w:p>
      <w:r>
        <w:rPr>
          <w:b/>
        </w:rPr>
        <w:t xml:space="preserve">[03:07] </w:t>
      </w:r>
      <w:r>
        <w:t>is liye ke log aisi baatein karte hain ke first walwar</w:t>
      </w:r>
    </w:p>
    <w:p>
      <w:pPr>
        <w:jc w:val="right"/>
      </w:pPr>
      <w:r>
        <w:t>اس لیے کہ لوگ ایسی باتیں کرتے ہیں کہ فرسٹ ولوار</w:t>
      </w:r>
    </w:p>
    <w:p>
      <w:r>
        <w:rPr>
          <w:b/>
        </w:rPr>
        <w:t xml:space="preserve">[03:16] </w:t>
      </w:r>
      <w:r>
        <w:t>hui aur is mein itne nuksan hue, log maare gaye isi. nahi, dekhiye, first walwar ke baad logon mein yeh soch jaagi, ek nayi soch ke yeh jo ladaiyan hoti hain, koi sarhaden, mutayyan sarhaden nahi hain, jo chahe ja guzar jaye.</w:t>
      </w:r>
    </w:p>
    <w:p>
      <w:pPr>
        <w:jc w:val="right"/>
      </w:pPr>
      <w:r>
        <w:t>ہوئی اور اس میں اتنے نقصان ہوئے، لوگ مارے گئے اسی۔ نہیں، دیکھیے، فرسٹ ولوار کے بعد لوگوں میں یہ سوچ جاگی، ایک نئی سوچ کہ یہ جو لڑائیاں ہوتی ہیں، کوئی سرحدیں، متعین سرحدیں نہیں ہیں، جو چاہے جا گزر جائے۔</w:t>
      </w:r>
    </w:p>
    <w:p>
      <w:r>
        <w:rPr>
          <w:b/>
        </w:rPr>
        <w:t xml:space="preserve">[03:39] </w:t>
      </w:r>
      <w:r>
        <w:t>to yeh soch jaagi ke mutayyan sarhaden barqarar ki jayen.</w:t>
      </w:r>
    </w:p>
    <w:p>
      <w:pPr>
        <w:jc w:val="right"/>
      </w:pPr>
      <w:r>
        <w:t>تو یہ سوچ جاگی کہ متعین سرحدیں برقرار کی جائیں۔</w:t>
      </w:r>
    </w:p>
    <w:p>
      <w:r>
        <w:rPr>
          <w:b/>
        </w:rPr>
        <w:t xml:space="preserve">[03:49] </w:t>
      </w:r>
      <w:r>
        <w:t>tab ja kar ke geographical boundaries ka nazariya bana aur mulk wajood mein aaya.</w:t>
      </w:r>
    </w:p>
    <w:p>
      <w:pPr>
        <w:jc w:val="right"/>
      </w:pPr>
      <w:r>
        <w:t>تب جا کر کے جیوگرافیکل باؤنڈریز کا نظریہ بنا اور ملک وجود میں آیا۔</w:t>
      </w:r>
    </w:p>
    <w:p>
      <w:r>
        <w:rPr>
          <w:b/>
        </w:rPr>
        <w:t xml:space="preserve">[04:05] </w:t>
      </w:r>
      <w:r>
        <w:t>aur duniya mein</w:t>
      </w:r>
    </w:p>
    <w:p>
      <w:pPr>
        <w:jc w:val="right"/>
      </w:pPr>
      <w:r>
        <w:t>اور دنیا میں</w:t>
      </w:r>
    </w:p>
    <w:p>
      <w:r>
        <w:rPr>
          <w:b/>
        </w:rPr>
        <w:t xml:space="preserve">[04:07] </w:t>
      </w:r>
      <w:r>
        <w:t>phir is ke baad visa aur</w:t>
      </w:r>
    </w:p>
    <w:p>
      <w:pPr>
        <w:jc w:val="right"/>
      </w:pPr>
      <w:r>
        <w:t>پھر اس کے بعد ویزا اور</w:t>
      </w:r>
    </w:p>
    <w:p>
      <w:r>
        <w:rPr>
          <w:b/>
        </w:rPr>
        <w:t xml:space="preserve">[04:18] </w:t>
      </w:r>
      <w:r>
        <w:t>jo aaj aap travel karte hain, woh kaise karte hain? aap pass visa aur passport, jis ko kehte hain travel document, shayad duniya mein chahte hain.</w:t>
      </w:r>
    </w:p>
    <w:p>
      <w:pPr>
        <w:jc w:val="right"/>
      </w:pPr>
      <w:r>
        <w:t>جو آج آپ ٹریول کرتے ہیں، وہ کیسے کرتے ہیں؟ آپ پاس ویزا اور پاسپورٹ، جس کو کہتے ہیں ٹریول ڈاکومنٹ، شاید دنیا میں چاہتے ہیں۔</w:t>
      </w:r>
    </w:p>
    <w:p>
      <w:r>
        <w:rPr>
          <w:b/>
        </w:rPr>
        <w:t xml:space="preserve">[04:33] </w:t>
      </w:r>
      <w:r>
        <w:t>ji,</w:t>
      </w:r>
    </w:p>
    <w:p>
      <w:pPr>
        <w:jc w:val="right"/>
      </w:pPr>
      <w:r>
        <w:t>جی،</w:t>
      </w:r>
    </w:p>
    <w:p>
      <w:r>
        <w:rPr>
          <w:b/>
        </w:rPr>
        <w:t xml:space="preserve">[04:34] </w:t>
      </w:r>
      <w:r>
        <w:t>yeh naya concept paida hua first waldar ke baad.</w:t>
      </w:r>
    </w:p>
    <w:p>
      <w:pPr>
        <w:jc w:val="right"/>
      </w:pPr>
      <w:r>
        <w:t>یہ نیا کانسیپٹ پیدا ہوا فرسٹ ولوار کے بعد۔</w:t>
      </w:r>
    </w:p>
    <w:p>
      <w:r>
        <w:rPr>
          <w:b/>
        </w:rPr>
        <w:t xml:space="preserve">[04:42] </w:t>
      </w:r>
      <w:r>
        <w:t>pehlay dawat, yani aik mulk se doosre mulk mein ja kar dawat dena, hamesha ladaai hoti thi.</w:t>
      </w:r>
    </w:p>
    <w:p>
      <w:pPr>
        <w:jc w:val="right"/>
      </w:pPr>
      <w:r>
        <w:t>پہلے دعوت، یعنی ایک ملک سے دوسرے ملک میں جا کر دعوت دینا، ہمیشہ لڑائی ہوتی تھی۔</w:t>
      </w:r>
    </w:p>
    <w:p>
      <w:r>
        <w:rPr>
          <w:b/>
        </w:rPr>
        <w:t xml:space="preserve">[04:53] </w:t>
      </w:r>
      <w:r>
        <w:t>ladaai ko invite karne ke liye hamara hota tha. jitne</w:t>
      </w:r>
    </w:p>
    <w:p>
      <w:pPr>
        <w:jc w:val="right"/>
      </w:pPr>
      <w:r>
        <w:t>لڑائی کو انوائٹ کرنے کے لیے ہمارا ہوتا تھا۔ جتنے</w:t>
      </w:r>
    </w:p>
    <w:p>
      <w:r>
        <w:rPr>
          <w:b/>
        </w:rPr>
        <w:t xml:space="preserve">[05:01] </w:t>
      </w:r>
      <w:r>
        <w:t>jo ghazwaat bataye jatay hain islami daur mein, woh sab is liye thay ke boundary fix nahi thi us zamane mein.</w:t>
      </w:r>
    </w:p>
    <w:p>
      <w:pPr>
        <w:jc w:val="right"/>
      </w:pPr>
      <w:r>
        <w:t>جو غزوات بتائے جاتے ہیں اسلامی دور میں، وہ سب اس لیے تھے کہ باؤنڈری فکس نہیں تھی اس زمانے میں۔</w:t>
      </w:r>
    </w:p>
    <w:p>
      <w:r>
        <w:rPr>
          <w:b/>
        </w:rPr>
        <w:t xml:space="preserve">[05:14] </w:t>
      </w:r>
      <w:r>
        <w:t>yeh mumkin nahi tha ke aap ki jeb mein travel document ho to jahan chale jaiye.</w:t>
      </w:r>
    </w:p>
    <w:p>
      <w:pPr>
        <w:jc w:val="right"/>
      </w:pPr>
      <w:r>
        <w:t>یہ ممکن نہیں تھا کہ آپ کی جیب میں ٹریول ڈاکومنٹ ہو تو جہاں چلے جائیے۔</w:t>
      </w:r>
    </w:p>
    <w:p>
      <w:r>
        <w:rPr>
          <w:b/>
        </w:rPr>
        <w:t xml:space="preserve">[05:21] </w:t>
      </w:r>
      <w:r>
        <w:t>yeh baat koi paida hua hai. to yeh sab, yeh Allah taala ka tareeqa hai. yani is ko kehte hain shock treatment.</w:t>
      </w:r>
    </w:p>
    <w:p>
      <w:pPr>
        <w:jc w:val="right"/>
      </w:pPr>
      <w:r>
        <w:t>یہ بات کوئی پیدا ہوا ہے۔ تو یہ سب، یہ اللہ تعالیٰ کا طریقہ ہے۔ یعنی اس کو کہتے ہیں شاک ٹریٹمنٹ۔</w:t>
      </w:r>
    </w:p>
    <w:p>
      <w:r>
        <w:rPr>
          <w:b/>
        </w:rPr>
        <w:t xml:space="preserve">[05:33] </w:t>
      </w:r>
      <w:r>
        <w:t>Allah taala hamesha shock treatment ke zariye</w:t>
      </w:r>
    </w:p>
    <w:p>
      <w:pPr>
        <w:jc w:val="right"/>
      </w:pPr>
      <w:r>
        <w:t>اللہ تعالیٰ ہمیشہ شاک ٹریٹمنٹ کے ذریعے</w:t>
      </w:r>
    </w:p>
    <w:p>
      <w:r>
        <w:rPr>
          <w:b/>
        </w:rPr>
        <w:t xml:space="preserve">[05:39] </w:t>
      </w:r>
      <w:r>
        <w:t>sabak dete hain logon ko. maslan</w:t>
      </w:r>
    </w:p>
    <w:p>
      <w:pPr>
        <w:jc w:val="right"/>
      </w:pPr>
      <w:r>
        <w:t>سبق دیتے ہیں لوگوں کو۔ مثلاً</w:t>
      </w:r>
    </w:p>
    <w:p>
      <w:r>
        <w:rPr>
          <w:b/>
        </w:rPr>
        <w:t xml:space="preserve">[05:46] </w:t>
      </w:r>
      <w:r>
        <w:t>Newton ne gravitation ka law daryaft kiya to woh apprise shock ke baad hua hai. aise hi yeh jo sarhadain muqarrar huin aur</w:t>
      </w:r>
    </w:p>
    <w:p>
      <w:pPr>
        <w:jc w:val="right"/>
      </w:pPr>
      <w:r>
        <w:t>نیوٹن نے گریویٹیشن کا لا دریافت کیا تو وہ ایپریس شاک کے بعد ہوا ہے۔ ایسے ہی یہ جو سرحدیں مقرر ہوئیں اور</w:t>
      </w:r>
    </w:p>
    <w:p>
      <w:r>
        <w:rPr>
          <w:b/>
        </w:rPr>
        <w:t xml:space="preserve">[06:05] </w:t>
      </w:r>
      <w:r>
        <w:t>Quran safar mumkin ho gaya, yeh first waldar ke baad paida hua. aise hi sikka dwaldar ke baad bhi bohat si faiday huay.</w:t>
      </w:r>
    </w:p>
    <w:p>
      <w:pPr>
        <w:jc w:val="right"/>
      </w:pPr>
      <w:r>
        <w:t>قرآن سفر ممکن ہو گیا، یہ فرسٹ ولوار کے بعد پیدا ہوا۔ ایسے ہی سکہ ڈوالوار کے بعد بھی بہت سی فائدے ہوئے۔</w:t>
      </w:r>
    </w:p>
    <w:p>
      <w:r>
        <w:rPr>
          <w:b/>
        </w:rPr>
        <w:t xml:space="preserve">[06:21] </w:t>
      </w:r>
      <w:r>
        <w:t>to yeh shock hota hai,</w:t>
      </w:r>
    </w:p>
    <w:p>
      <w:pPr>
        <w:jc w:val="right"/>
      </w:pPr>
      <w:r>
        <w:t>تو یہ شاک ہوتا ہے،</w:t>
      </w:r>
    </w:p>
    <w:p>
      <w:r>
        <w:rPr>
          <w:b/>
        </w:rPr>
        <w:t xml:space="preserve">[06:24] </w:t>
      </w:r>
      <w:r>
        <w:t>Allah taala ki taraf se aik shock dala jata hai, phir is se soch kar aap sabak nikalte hain.</w:t>
      </w:r>
    </w:p>
    <w:p>
      <w:pPr>
        <w:jc w:val="right"/>
      </w:pPr>
      <w:r>
        <w:t>اللہ تعالیٰ کی طرف سے ایک شاک ڈالا جاتا ہے، پھر اس سے سوچ کر آپ سبق نکالتے ہیں۔</w:t>
      </w:r>
    </w:p>
    <w:p>
      <w:r>
        <w:rPr>
          <w:b/>
        </w:rPr>
        <w:t xml:space="preserve">[06:33] </w:t>
      </w:r>
      <w:r>
        <w:t>to isi tareeqe se aaj ka mamla yeh hai. aaj kal jo corona virus jo hai, aik aik crisis hai, aik shock hai,</w:t>
      </w:r>
    </w:p>
    <w:p>
      <w:pPr>
        <w:jc w:val="right"/>
      </w:pPr>
      <w:r>
        <w:t>تو اسی طریقے سے آج کا معاملہ یہ ہے۔ آج کل جو کرونا وائرس جو ہے، ایک ایک کرائسز ہے، ایک شاک ہے،</w:t>
      </w:r>
    </w:p>
    <w:p>
      <w:r>
        <w:rPr>
          <w:b/>
        </w:rPr>
        <w:t xml:space="preserve">[06:45] </w:t>
      </w:r>
      <w:r>
        <w:t>is se bhi aik bohat cheez nikalne wala hai, balkay nikal raha hai. woh yeh ke insaan mein aik soch jaagi hai ke jis jis Khuda ne yeh sab paida kiya hai,</w:t>
      </w:r>
    </w:p>
    <w:p>
      <w:pPr>
        <w:jc w:val="right"/>
      </w:pPr>
      <w:r>
        <w:t>اس سے بھی ایک بہت چیز نکلنے والا ہے، بلکہ نکل رہا ہے۔ وہ یہ کہ انسان میں ایک سوچ جاگی ہے کہ جس جس خدا نے یہ سب پیدا کیا ہے،</w:t>
      </w:r>
    </w:p>
    <w:p>
      <w:r>
        <w:rPr>
          <w:b/>
        </w:rPr>
        <w:t xml:space="preserve">[07:01] </w:t>
      </w:r>
      <w:r>
        <w:t>is ko hum acknowledge nahi karte aur istemal khoob karte hain.</w:t>
      </w:r>
    </w:p>
    <w:p>
      <w:pPr>
        <w:jc w:val="right"/>
      </w:pPr>
      <w:r>
        <w:t>اس کو ہم ایکنالج نہیں کرتے اور استعمال خوب کرتے ہیں۔</w:t>
      </w:r>
    </w:p>
    <w:p>
      <w:r>
        <w:rPr>
          <w:b/>
        </w:rPr>
        <w:t xml:space="preserve">[07:08] </w:t>
      </w:r>
      <w:r>
        <w:t>sooraj</w:t>
      </w:r>
    </w:p>
    <w:p>
      <w:pPr>
        <w:jc w:val="right"/>
      </w:pPr>
      <w:r>
        <w:t>سورج</w:t>
      </w:r>
    </w:p>
    <w:p>
      <w:r>
        <w:rPr>
          <w:b/>
        </w:rPr>
        <w:t xml:space="preserve">[07:12] </w:t>
      </w:r>
      <w:r>
        <w:t>ki roshni ke baghair hum zinda nahi reh sakte, lekin sooraj ko aitbaar, acknowledge karna hai, itraaf karna, is ke liye shukr ada karna, Khaliq ka, yeh sab kahan hai?</w:t>
      </w:r>
    </w:p>
    <w:p>
      <w:pPr>
        <w:jc w:val="right"/>
      </w:pPr>
      <w:r>
        <w:t>کی روشنی کے بغیر ہم زندہ نہیں رہ سکتے، لیکن سورج کو اعتبار، ایکنالج کرنا ہے، اعتراف کرنا، اس کے لیے شکر ادا کرنا، خالق کا، یہ سب کہاں ہے؟</w:t>
      </w:r>
    </w:p>
    <w:p>
      <w:r>
        <w:rPr>
          <w:b/>
        </w:rPr>
        <w:t xml:space="preserve">[07:26] </w:t>
      </w:r>
      <w:r>
        <w:t>yeh shock hai, yeh</w:t>
      </w:r>
    </w:p>
    <w:p>
      <w:pPr>
        <w:jc w:val="right"/>
      </w:pPr>
      <w:r>
        <w:t>یہ شاک ہے، یہ</w:t>
      </w:r>
    </w:p>
    <w:p>
      <w:r>
        <w:rPr>
          <w:b/>
        </w:rPr>
        <w:t xml:space="preserve">[07:28] </w:t>
      </w:r>
      <w:r>
        <w:t>aaj kal jo aaya hai, yeh corona virus, yeh shock hai aur is se aik aik nai cheez emerge hone wali hai. woh hai Allah Rabb ul Alameen ka engagement,</w:t>
      </w:r>
    </w:p>
    <w:p>
      <w:pPr>
        <w:jc w:val="right"/>
      </w:pPr>
      <w:r>
        <w:t>آج کل جو آیا ہے، یہ کرونا وائرس، یہ شاک ہے اور اس سے ایک ایک نئی چیز ایمرج کرنے والی ہے۔ وہ ہے اللہ رب العالمین کا انگارجمنٹ،</w:t>
      </w:r>
    </w:p>
    <w:p>
      <w:r>
        <w:rPr>
          <w:b/>
        </w:rPr>
        <w:t xml:space="preserve">[07:44] </w:t>
      </w:r>
      <w:r>
        <w:t>inshallah,</w:t>
      </w:r>
    </w:p>
    <w:p>
      <w:pPr>
        <w:jc w:val="right"/>
      </w:pPr>
      <w:r>
        <w:t>انشاءاللہ،</w:t>
      </w:r>
    </w:p>
    <w:p>
      <w:r>
        <w:rPr>
          <w:b/>
        </w:rPr>
        <w:t xml:space="preserve">[07:45] </w:t>
      </w:r>
      <w:r>
        <w:t>is se naye dawat, dawat o baq khulenge.</w:t>
      </w:r>
    </w:p>
    <w:p>
      <w:pPr>
        <w:jc w:val="right"/>
      </w:pPr>
      <w:r>
        <w:t>اس سے نئے دعوت، دعوت و باق کھلیں گے۔</w:t>
      </w:r>
    </w:p>
    <w:p>
      <w:r>
        <w:rPr>
          <w:b/>
        </w:rPr>
        <w:t xml:space="preserve">[07:54] </w:t>
      </w:r>
      <w:r>
        <w:t>to main samajhta hoon ke sab se zaroori cheez isi liye hai, Quran fehmi mein sab se zaroori cheez hai tadabbur.</w:t>
      </w:r>
    </w:p>
    <w:p>
      <w:pPr>
        <w:jc w:val="right"/>
      </w:pPr>
      <w:r>
        <w:t>تو میں سمجھتا ہوں کہ سب سے ضروری چیز اسی لیے ہے، قرآن فہمی میں سب سے ضروری چیز ہے تدبر۔</w:t>
      </w:r>
    </w:p>
    <w:p>
      <w:r>
        <w:rPr>
          <w:b/>
        </w:rPr>
        <w:t xml:space="preserve">[08:05] </w:t>
      </w:r>
      <w:r>
        <w:t>tadabbur,</w:t>
      </w:r>
    </w:p>
    <w:p>
      <w:pPr>
        <w:jc w:val="right"/>
      </w:pPr>
      <w:r>
        <w:t>تدبر،</w:t>
      </w:r>
    </w:p>
    <w:p>
      <w:r>
        <w:rPr>
          <w:b/>
        </w:rPr>
        <w:t xml:space="preserve">[08:09] </w:t>
      </w:r>
      <w:r>
        <w:t>tadabbur se darwazay khulte hain Quran ko samajhne ke.</w:t>
      </w:r>
    </w:p>
    <w:p>
      <w:pPr>
        <w:jc w:val="right"/>
      </w:pPr>
      <w:r>
        <w:t>تدبر سے دروازے کھلتے ہیں قرآن کو سمجھنے کے۔</w:t>
      </w:r>
    </w:p>
    <w:p>
      <w:r>
        <w:rPr>
          <w:b/>
        </w:rPr>
        <w:t xml:space="preserve">[08:17] </w:t>
      </w:r>
      <w:r>
        <w:t>to jab main ne ghor kiya ke yeh shock kyun hai, Quran virus ka shock kyun hai, yeh shock is liye ke insaan jo hai, shakir ban kar duniya mein jeena seekhe.</w:t>
      </w:r>
    </w:p>
    <w:p>
      <w:pPr>
        <w:jc w:val="right"/>
      </w:pPr>
      <w:r>
        <w:t>تو جب میں نے غور کیا کہ یہ شاک کیوں ہے، قرآن وائرس کا شاک کیوں ہے، یہ شاک اس لیے کہ انسان جو ہے، شاکر بن کر دنیا میں جینا سیکھے۔</w:t>
      </w:r>
    </w:p>
    <w:p>
      <w:r>
        <w:rPr>
          <w:b/>
        </w:rPr>
        <w:t xml:space="preserve">[08:36] </w:t>
      </w:r>
      <w:r>
        <w:t>woh Allah rab ul alameen ko iqrar kar ke dunya mein zindagi guzare ga.</w:t>
      </w:r>
    </w:p>
    <w:p>
      <w:pPr>
        <w:jc w:val="right"/>
      </w:pPr>
      <w:r>
        <w:t>وہ اللہ رب العالمین کو اقرار کر کے دنیا میں زندگی گزارے گا۔</w:t>
      </w:r>
    </w:p>
    <w:p>
      <w:r>
        <w:rPr>
          <w:b/>
        </w:rPr>
        <w:t xml:space="preserve">[08:48] </w:t>
      </w:r>
      <w:r>
        <w:t>to mein aap logon ko dawat deta hoon ke Quran ko aap parhein to ziyada ghor o fikr ke sath parhein.</w:t>
      </w:r>
    </w:p>
    <w:p>
      <w:pPr>
        <w:jc w:val="right"/>
      </w:pPr>
      <w:r>
        <w:t>تو میں آپ لوگوں کو دعوت دیتا ہوں کہ قرآن کو آپ پڑھیں تو زیادہ غور و فکر کے ساتھ پڑھیں۔</w:t>
      </w:r>
    </w:p>
    <w:p>
      <w:r>
        <w:rPr>
          <w:b/>
        </w:rPr>
        <w:t xml:space="preserve">[08:58] </w:t>
      </w:r>
      <w:r>
        <w:t>chand baatein jo tasweeron mein batai gayi hain, isi ko sab kuch na samjhein.</w:t>
      </w:r>
    </w:p>
    <w:p>
      <w:pPr>
        <w:jc w:val="right"/>
      </w:pPr>
      <w:r>
        <w:t>چند باتیں جو تصویروں میں بتائی گئی ہیں، اسی کو سب کچھ نہ سمجھیں۔</w:t>
      </w:r>
    </w:p>
    <w:p>
      <w:r>
        <w:rPr>
          <w:b/>
        </w:rPr>
        <w:t xml:space="preserve">[09:08] </w:t>
      </w:r>
      <w:r>
        <w:t>to aaj mein yahi baat rakhta hoon aap logon ke samne. ab aap log jo sawalat karenge, woh sawalat se mere par khulenge, inshallah.</w:t>
      </w:r>
    </w:p>
    <w:p>
      <w:pPr>
        <w:jc w:val="right"/>
      </w:pPr>
      <w:r>
        <w:t>تو آج میں یہی بات رکھتا ہوں آپ لوگوں کے سامنے۔ اب آپ لوگ جو سوالات کریں گے، وہ سوالات سے میرے پر کھلیں گے، انشاءاللہ۔</w:t>
      </w:r>
    </w:p>
    <w:p>
      <w:r>
        <w:rPr>
          <w:b/>
        </w:rPr>
        <w:t xml:space="preserve">[09:20] </w:t>
      </w:r>
      <w:r>
        <w:t>astaghfirullah</w:t>
      </w:r>
    </w:p>
    <w:p>
      <w:pPr>
        <w:jc w:val="right"/>
      </w:pPr>
      <w:r>
        <w:t>استغفراللہ</w:t>
      </w:r>
    </w:p>
    <w:p>
      <w:r>
        <w:rPr>
          <w:b/>
        </w:rPr>
        <w:t xml:space="preserve">[09:29] </w:t>
      </w:r>
      <w:r>
        <w:t>Allah, yani khulasa meri baat ki yeh hai ke khaliq ka jo tareeqa hai, woh hai shock treatment.</w:t>
      </w:r>
    </w:p>
    <w:p>
      <w:pPr>
        <w:jc w:val="right"/>
      </w:pPr>
      <w:r>
        <w:t>اللہ، یعنی خلاصہ میری بات کی یہ ہے کہ خالق کا جو طریقہ ہے، وہ ہے شاک ٹریٹمنٹ۔</w:t>
      </w:r>
    </w:p>
    <w:p>
      <w:r>
        <w:rPr>
          <w:b/>
        </w:rPr>
        <w:t xml:space="preserve">[09:39] </w:t>
      </w:r>
      <w:r>
        <w:t>shock dala jata hai, shock. is ke baad insan ka zehn jagta hai,</w:t>
      </w:r>
    </w:p>
    <w:p>
      <w:pPr>
        <w:jc w:val="right"/>
      </w:pPr>
      <w:r>
        <w:t>شاک ڈالا جاتا ہے، شاک۔ اس کے بعد انسان کا ذہن جاگتا ہے،</w:t>
      </w:r>
    </w:p>
    <w:p>
      <w:r>
        <w:rPr>
          <w:b/>
        </w:rPr>
        <w:t xml:space="preserve">[09:48] </w:t>
      </w:r>
      <w:r>
        <w:t>insan ka zehn jagta hai. phir nai nai baatein sar mein aati hain. to yeh jo corona virus hai, yeh bhi aik shock hai.</w:t>
      </w:r>
    </w:p>
    <w:p>
      <w:pPr>
        <w:jc w:val="right"/>
      </w:pPr>
      <w:r>
        <w:t>انسان کا ذہن جاگتا ہے۔ پھر نئی نئی باتیں سر میں آتی ہیں۔ تو یہ جو کرونا وائرس ہے، یہ بھی ایک شاک ہے۔</w:t>
      </w:r>
    </w:p>
    <w:p>
      <w:r>
        <w:rPr>
          <w:b/>
        </w:rPr>
        <w:t xml:space="preserve">[09:58] </w:t>
      </w:r>
      <w:r>
        <w:t>aur yeh hamare achhe ke liye hai. ya yeh azab nahi hai,</w:t>
      </w:r>
    </w:p>
    <w:p>
      <w:pPr>
        <w:jc w:val="right"/>
      </w:pPr>
      <w:r>
        <w:t>اور یہ ہمارے اچھے کے لیے ہے۔ یا یہ عذاب نہیں ہے،</w:t>
      </w:r>
    </w:p>
    <w:p>
      <w:r>
        <w:rPr>
          <w:b/>
        </w:rPr>
        <w:t xml:space="preserve">[10:05] </w:t>
      </w:r>
      <w:r>
        <w:t>yeh koi evil nahi hai.</w:t>
      </w:r>
    </w:p>
    <w:p>
      <w:pPr>
        <w:jc w:val="right"/>
      </w:pPr>
      <w:r>
        <w:t>یہ کوئی ایول نہیں ہے۔</w:t>
      </w:r>
    </w:p>
    <w:p>
      <w:r>
        <w:rPr>
          <w:b/>
        </w:rPr>
        <w:t xml:space="preserve">[10:09] </w:t>
      </w:r>
      <w:r>
        <w:t>yeh hamare achhe ke liye hai.</w:t>
      </w:r>
    </w:p>
    <w:p>
      <w:pPr>
        <w:jc w:val="right"/>
      </w:pPr>
      <w:r>
        <w:t>یہ ہمارے اچھے کے لیے ہے۔</w:t>
      </w:r>
    </w:p>
    <w:p>
      <w:r>
        <w:rPr>
          <w:b/>
        </w:rPr>
        <w:t xml:space="preserve">[10:23] </w:t>
      </w:r>
      <w:r>
        <w:t>Maulana sahib, aap ne jo abhi baat kahi ke yeh corona virus jo hai, aik shock treatment ka kaam kare ga, to kare ga, koi future ki baat nahi, balke already kar raha hai.</w:t>
      </w:r>
    </w:p>
    <w:p>
      <w:pPr>
        <w:jc w:val="right"/>
      </w:pPr>
      <w:r>
        <w:t>مولانا صاحب، آپ نے جو ابھی بات کہی کہ یہ کرونا وائرس جو ہے، ایک شاک ٹریٹمنٹ کا کام کرے گا، تو کرے گا، کوئی فیوچر کی بات نہیں، بلکہ الریڈی کر رہا ہے۔</w:t>
      </w:r>
    </w:p>
    <w:p>
      <w:r>
        <w:rPr>
          <w:b/>
        </w:rPr>
        <w:t xml:space="preserve">[10:34] </w:t>
      </w:r>
      <w:r>
        <w:t>Masha Allah. tamam log jo hain, pehle se bohat ziyada serious ho gaye hain aur sara kaam, sari activities online jo ho rahi hain, aur pehle se bohat bare paimane par ho rahi hain.</w:t>
      </w:r>
    </w:p>
    <w:p>
      <w:pPr>
        <w:jc w:val="right"/>
      </w:pPr>
      <w:r>
        <w:t>ماشاءاللہ۔ تمام لوگ جو ہیں، پہلے سے بہت زیادہ سیریس ہو گئے ہیں اور سارا کام، ساری ایکٹیویٹیز آن لائن جو ہو رہی ہیں، اور پہلے سے بہت بڑے پیمانے پر ہو رہی ہیں۔</w:t>
      </w:r>
    </w:p>
    <w:p>
      <w:r>
        <w:rPr>
          <w:b/>
        </w:rPr>
        <w:t xml:space="preserve">[10:46] </w:t>
      </w:r>
      <w:r>
        <w:t>Masha Allah, Masha Allah. aap in logon ke liye dua ki</w:t>
      </w:r>
    </w:p>
    <w:p>
      <w:pPr>
        <w:jc w:val="right"/>
      </w:pPr>
      <w:r>
        <w:t>ماشاءاللہ، ماشاءاللہ۔ آپ ان لوگوں کے لیے دعا کی</w:t>
      </w:r>
    </w:p>
    <w:p>
      <w:r>
        <w:rPr>
          <w:b/>
        </w:rPr>
        <w:t xml:space="preserve">[10:50] </w:t>
      </w:r>
      <w:r>
        <w:t>jiyega. zaroor, Allah taala aap ki madad farmaye, koi zaroorat ho to rastay kholay.</w:t>
      </w:r>
    </w:p>
    <w:p>
      <w:pPr>
        <w:jc w:val="right"/>
      </w:pPr>
      <w:r>
        <w:t>جیے گا۔ ضرور، اللہ تعالیٰ آپ کی مدد فرمائے، کوئی ضرورت ہو تو راستے کھولے۔</w:t>
      </w:r>
    </w:p>
    <w:p>
      <w:r>
        <w:rPr>
          <w:b/>
        </w:rPr>
        <w:t xml:space="preserve">[11:01] </w:t>
      </w:r>
      <w:r>
        <w:t>bohat khushi ki baat hai ke already woh process jari ho gaya hai.</w:t>
      </w:r>
    </w:p>
    <w:p>
      <w:pPr>
        <w:jc w:val="right"/>
      </w:pPr>
      <w:r>
        <w:t>بہت خوشی کی بات ہے کہ الریڈی وہ پراسیس جاری ہو گیا ہے۔</w:t>
      </w:r>
    </w:p>
    <w:p>
      <w:r>
        <w:rPr>
          <w:b/>
        </w:rPr>
        <w:t xml:space="preserve">[11:12] </w:t>
      </w:r>
      <w:r>
        <w:t>Sajid Anwar sahib ne Bombay se sawal poocha hai. Maulana my question is aap ne dil ko, sorry, apne dil ko sakht hone se kaise bachaya jaye</w:t>
      </w:r>
    </w:p>
    <w:p>
      <w:pPr>
        <w:jc w:val="right"/>
      </w:pPr>
      <w:r>
        <w:t>ساجد انور صاحب نے بمبے سے سوال پوچھا ہے۔ مولانا my question is آپ نے دل کو، سوری، اپنے دل کو سخت ہونے سے کیسے بچایا جائے</w:t>
      </w:r>
    </w:p>
    <w:p>
      <w:r>
        <w:rPr>
          <w:b/>
        </w:rPr>
        <w:t xml:space="preserve">[11:26] </w:t>
      </w:r>
      <w:r>
        <w:t>? Allah ki nematton ko ziyada se ziyada yaad rakhna, kyunke dil ko sakht kiya cheez banati hai?</w:t>
      </w:r>
    </w:p>
    <w:p>
      <w:pPr>
        <w:jc w:val="right"/>
      </w:pPr>
      <w:r>
        <w:t>؟ اللہ کی نعمتوں کو زیادہ سے زیادہ یاد رکھنا، کیونکہ دل کو سخت کیا چیز بناتی ہے؟</w:t>
      </w:r>
    </w:p>
    <w:p>
      <w:r>
        <w:rPr>
          <w:b/>
        </w:rPr>
        <w:t xml:space="preserve">[11:38] </w:t>
      </w:r>
      <w:r>
        <w:t>woh aap ka mein ka jazba, mein, mein ne yeh ghar banaya hai, mein ne yeh car khareedi hai, mein yeh kar raha hoon, woh kar raha hoon.</w:t>
      </w:r>
    </w:p>
    <w:p>
      <w:pPr>
        <w:jc w:val="right"/>
      </w:pPr>
      <w:r>
        <w:t>وہ آپ کا میں کا جذبہ، میں، میں نے یہ گھر بنایا ہے، میں نے یہ کار خریدی ہے، میں یہ کر رہا ہوں، وہ کر رہا ہوں۔</w:t>
      </w:r>
    </w:p>
    <w:p>
      <w:r>
        <w:rPr>
          <w:b/>
        </w:rPr>
        <w:t xml:space="preserve">[11:49] </w:t>
      </w:r>
      <w:r>
        <w:t>to mein kuch nahi hai, sab kuch Allah ke hath se milta hai. to mein to hadaf ho jata hai, agar is ka aap sochein.</w:t>
      </w:r>
    </w:p>
    <w:p>
      <w:pPr>
        <w:jc w:val="right"/>
      </w:pPr>
      <w:r>
        <w:t>تو میں کچھ نہیں ہے، سب کچھ اللہ کے ہاتھ سے ملتا ہے۔ تو میں تو ہدف ہو جاتا ہے، اگر اس کا آپ سوچیں۔</w:t>
      </w:r>
    </w:p>
    <w:p>
      <w:r>
        <w:rPr>
          <w:b/>
        </w:rPr>
        <w:t xml:space="preserve">[12:02] </w:t>
      </w:r>
      <w:r>
        <w:t>Allah ko acknowledge karte hue jab sochte hain to apna aap mein hadaf ho jaye ga, aur phir sakhti bhi kabhi nahi paida ho, paida ho, nahi paida hogi.</w:t>
      </w:r>
    </w:p>
    <w:p>
      <w:pPr>
        <w:jc w:val="right"/>
      </w:pPr>
      <w:r>
        <w:t>اللہ کو ایکنالج کرتے ہوئے جب سوچتے ہیں تو اپنا آپ میں ہدف ہو جائے گا، اور پھر سختی بھی کبھی نہیں پیدا ہو، پیدا ہو، نہیں پیدا ہوگی۔</w:t>
      </w:r>
    </w:p>
    <w:p>
      <w:r>
        <w:rPr>
          <w:b/>
        </w:rPr>
        <w:t xml:space="preserve">[12:26] </w:t>
      </w:r>
      <w:r>
        <w:t>Maulana sahib, Dr. Naghma Siddiqui ne aap se poocha hai: "I think God has put us into a compulsive shock treatment training course for a month.</w:t>
      </w:r>
    </w:p>
    <w:p>
      <w:pPr>
        <w:jc w:val="right"/>
      </w:pPr>
      <w:r>
        <w:t>مولانا صاحب، ڈاکٹر نغمہ صدیقی نے آپ سے پوچھا ہے: "I think God has put us into a compulsive shock treatment training course for a month.</w:t>
      </w:r>
    </w:p>
    <w:p>
      <w:r>
        <w:rPr>
          <w:b/>
        </w:rPr>
        <w:t xml:space="preserve">[12:40] </w:t>
      </w:r>
      <w:r>
        <w:t>How can I continue to think and live a need-based life so as to prepare for my hereafter</w:t>
      </w:r>
    </w:p>
    <w:p>
      <w:pPr>
        <w:jc w:val="right"/>
      </w:pPr>
      <w:r>
        <w:t>How can I continue to think and live a need-based life so as to prepare for my hereafter</w:t>
      </w:r>
    </w:p>
    <w:p>
      <w:r>
        <w:rPr>
          <w:b/>
        </w:rPr>
        <w:t xml:space="preserve">[12:49] </w:t>
      </w:r>
      <w:r>
        <w:t>?" dekhiye, har cheez ka</w:t>
      </w:r>
    </w:p>
    <w:p>
      <w:pPr>
        <w:jc w:val="right"/>
      </w:pPr>
      <w:r>
        <w:t>?" دیکھیے، ہر چیز کا</w:t>
      </w:r>
    </w:p>
    <w:p>
      <w:r>
        <w:rPr>
          <w:b/>
        </w:rPr>
        <w:t xml:space="preserve">[12:54] </w:t>
      </w:r>
      <w:r>
        <w:t>jo jar hai, woh soch, soch, sochna. aap khud sochiye, jitna soche gi, utna hi is tarah yeh taqat jaage gi.</w:t>
      </w:r>
    </w:p>
    <w:p>
      <w:pPr>
        <w:jc w:val="right"/>
      </w:pPr>
      <w:r>
        <w:t>جو جڑ ہے، وہ سوچ، سوچ، سوچنا۔ آپ خود سوچیے، جتنا سوچے گی، اتنا ہی اس طرح یہ طاقت جاگے گی۔</w:t>
      </w:r>
    </w:p>
    <w:p>
      <w:r>
        <w:rPr>
          <w:b/>
        </w:rPr>
        <w:t xml:space="preserve">[13:11] </w:t>
      </w:r>
      <w:r>
        <w:t>jo roz guzarta hai hamare upar ramzan ke mahine mein, woh rozana ka muamla hai. rozana,</w:t>
      </w:r>
    </w:p>
    <w:p>
      <w:pPr>
        <w:jc w:val="right"/>
      </w:pPr>
      <w:r>
        <w:t>جو روز گزرتا ہے ہمارے اوپر رمضان کے مہینے میں، وہ روزانہ کا معاملہ ہے۔ روزانہ،</w:t>
      </w:r>
    </w:p>
    <w:p>
      <w:r>
        <w:rPr>
          <w:b/>
        </w:rPr>
        <w:t xml:space="preserve">[13:25] </w:t>
      </w:r>
      <w:r>
        <w:t>rozana hi qaum guzarta hai. jaise mein apni baatein karta hoon ke aaj mein, aaj kal mein dawaiyan bohat kha raha hoon, to mera jo test birds hain, us se mutasir ho gaye hain.</w:t>
      </w:r>
    </w:p>
    <w:p>
      <w:pPr>
        <w:jc w:val="right"/>
      </w:pPr>
      <w:r>
        <w:t>روزانہ ہی قوم گزرتا ہے۔ جیسے میں اپنی باتیں کرتا ہوں کہ آج میں، آج کل میں دوائیں بہت کھا رہا ہوں، تو میرا جو ٹیسٹ برڈز ہیں، اس سے متاثر ہو گئے ہیں۔</w:t>
      </w:r>
    </w:p>
    <w:p>
      <w:r>
        <w:rPr>
          <w:b/>
        </w:rPr>
        <w:t xml:space="preserve">[13:39] </w:t>
      </w:r>
      <w:r>
        <w:t>ab mujhe khana,</w:t>
      </w:r>
    </w:p>
    <w:p>
      <w:pPr>
        <w:jc w:val="right"/>
      </w:pPr>
      <w:r>
        <w:t>اب مجھے کھانا،</w:t>
      </w:r>
    </w:p>
    <w:p>
      <w:r>
        <w:rPr>
          <w:b/>
        </w:rPr>
        <w:t xml:space="preserve">[13:42] </w:t>
      </w:r>
      <w:r>
        <w:t>pani, har cheez ka test ajeeb o ghareeb ho jata hai. to mein har cheez ko sochta hoon ke agar ab test birds na hon to kis cheez ke, hamein kisi cheez mein hamein koi khushgawar, yaani is mein</w:t>
      </w:r>
    </w:p>
    <w:p>
      <w:pPr>
        <w:jc w:val="right"/>
      </w:pPr>
      <w:r>
        <w:t>پانی، ہر چیز کا ٹیسٹ عجیب و غریب ہو جاتا ہے۔ تو میں ہر چیز کو سوچتا ہوں کہ اگر اب ٹیسٹ برڈز نہ ہوں تو کس چیز کے، ہمیں کسی چیز میں ہمیں کوئی خوشگوار، یعنی اس میں</w:t>
      </w:r>
    </w:p>
    <w:p>
      <w:r>
        <w:rPr>
          <w:b/>
        </w:rPr>
        <w:t xml:space="preserve">[14:01] </w:t>
      </w:r>
      <w:r>
        <w:t>maza na milay. to har cheez mein wohi same, har cheez mein wohi same</w:t>
      </w:r>
    </w:p>
    <w:p>
      <w:pPr>
        <w:jc w:val="right"/>
      </w:pPr>
      <w:r>
        <w:t>مزہ نہ ملے۔ تو ہر چیز میں وہی سیم، ہر چیز میں وہی سیم</w:t>
      </w:r>
    </w:p>
    <w:p>
      <w:r>
        <w:rPr>
          <w:b/>
        </w:rPr>
        <w:t xml:space="preserve">[14:16] </w:t>
      </w:r>
      <w:r>
        <w:t>sabak maujood hai. sochne ki baat hai, aap sochiye to sab sabak hi sabak hai.</w:t>
      </w:r>
    </w:p>
    <w:p>
      <w:pPr>
        <w:jc w:val="right"/>
      </w:pPr>
      <w:r>
        <w:t>سبق موجود ہے۔ سوچنے کی بات ہے، آپ سوچیے تو سب سبق ہی سبق ہے۔</w:t>
      </w:r>
    </w:p>
    <w:p>
      <w:r>
        <w:rPr>
          <w:b/>
        </w:rPr>
        <w:t xml:space="preserve">[14:31] </w:t>
      </w:r>
      <w:r>
        <w:t>maulana sahib, riyaz bhatt sahib ne aap se, un ka ek comment hai, balkay Maulana sahib assalam o alaikum corona shock is having a positive effect.</w:t>
      </w:r>
    </w:p>
    <w:p>
      <w:pPr>
        <w:jc w:val="right"/>
      </w:pPr>
      <w:r>
        <w:t>مولانا صاحب، ریاض بھٹ صاحب نے آپ سے، ان کا ایک کمنٹ ہے، بلکہ مولانا صاحب السلام علیکم کرونا شاک از ہیونگ ا پازیٹیو ایفیکٹ۔</w:t>
      </w:r>
    </w:p>
    <w:p>
      <w:r>
        <w:rPr>
          <w:b/>
        </w:rPr>
        <w:t xml:space="preserve">[14:42] </w:t>
      </w:r>
      <w:r>
        <w:t>the creator has sent a reminder to the human race. this will indeed smoothen path of god realization for human beings.</w:t>
      </w:r>
    </w:p>
    <w:p>
      <w:pPr>
        <w:jc w:val="right"/>
      </w:pPr>
      <w:r>
        <w:t>دا کریٹر ہیز سینڈ ا ریمائنڈر ٹو دا ہیومن ریس۔ دس ول انڈیڈ اسمودن پاتھ اف گاڈ ریلائزیشن فار ہیومن بینگز۔</w:t>
      </w:r>
    </w:p>
    <w:p>
      <w:r>
        <w:rPr>
          <w:b/>
        </w:rPr>
        <w:t xml:space="preserve">[14:56] </w:t>
      </w:r>
      <w:r>
        <w:t>this learning has interested us with more responsibility towards the mission of dawah.</w:t>
      </w:r>
    </w:p>
    <w:p>
      <w:pPr>
        <w:jc w:val="right"/>
      </w:pPr>
      <w:r>
        <w:t>دس لرننگ ہیز انٹرسٹڈ اس ود مور ریسپانسبیلٹی ٹورڈز دی مشن اف دعوی۔</w:t>
      </w:r>
    </w:p>
    <w:p>
      <w:r>
        <w:rPr>
          <w:b/>
        </w:rPr>
        <w:t xml:space="preserve">[15:05] </w:t>
      </w:r>
      <w:r>
        <w:t>dua karein hum apni zimmedari poori karein, poori karne mein kamyab ho jayein.</w:t>
      </w:r>
    </w:p>
    <w:p>
      <w:pPr>
        <w:jc w:val="right"/>
      </w:pPr>
      <w:r>
        <w:t>دعا کریں ہم اپنی ذمہ داری پوری کریں، پوری کرنے میں کامیاب ہو جائیں۔</w:t>
      </w:r>
    </w:p>
    <w:p>
      <w:r>
        <w:rPr>
          <w:b/>
        </w:rPr>
        <w:t xml:space="preserve">[15:12] </w:t>
      </w:r>
      <w:r>
        <w:t>inshallah, inshallah, inshallah. Maulana sahib, israr khatib umri ne likha hai: Maulana, aap ne apni ek kitab mein likha hai ke islam ki khidmat ke do pehlu hain:</w:t>
      </w:r>
    </w:p>
    <w:p>
      <w:pPr>
        <w:jc w:val="right"/>
      </w:pPr>
      <w:r>
        <w:t>انشاءاللہ، انشاءاللہ، انشاءاللہ۔ مولانا صاحب، اسرار خطیب عمری نے لکھا ہے: مولانا، آپ نے اپنی ایک کتاب میں لکھا ہے کہ اسلام کی خدمت کے دو پہلو ہیں:</w:t>
      </w:r>
    </w:p>
    <w:p>
      <w:r>
        <w:rPr>
          <w:b/>
        </w:rPr>
        <w:t xml:space="preserve">[15:32] </w:t>
      </w:r>
      <w:r>
        <w:t>ek is baat islam aur doosra tojeeh islam. Maulana, is ki aur wazahat farmayein.</w:t>
      </w:r>
    </w:p>
    <w:p>
      <w:pPr>
        <w:jc w:val="right"/>
      </w:pPr>
      <w:r>
        <w:t>ایک اس اس بات اسلام اور دوسرا توجیح اسلام۔ مولانا، اس کی اور وضاحت فرمائیں۔</w:t>
      </w:r>
    </w:p>
    <w:p>
      <w:r>
        <w:rPr>
          <w:b/>
        </w:rPr>
        <w:t xml:space="preserve">[15:45] </w:t>
      </w:r>
      <w:r>
        <w:t>is baat islam ko bohat wazeh hai. har zamanay ke log ghoomte hain, un ke sawalat hote hain, un ke kuch huqooq hote hain.</w:t>
      </w:r>
    </w:p>
    <w:p>
      <w:pPr>
        <w:jc w:val="right"/>
      </w:pPr>
      <w:r>
        <w:t>اس بات اسلام کو بہت واضح ہے۔ ہر زمانے کے لوگ گھومتے ہیں، ان کے سوالات ہوتے ہیں، ان کے کچھ حقوق ہوتے ہیں۔</w:t>
      </w:r>
    </w:p>
    <w:p>
      <w:r>
        <w:rPr>
          <w:b/>
        </w:rPr>
        <w:t xml:space="preserve">[15:56] </w:t>
      </w:r>
      <w:r>
        <w:t>is ko wazeh karna aur islam ki sadaqat ko dobara wazeh karna. aur doosri cheez yeh hai ke ab</w:t>
      </w:r>
    </w:p>
    <w:p>
      <w:pPr>
        <w:jc w:val="right"/>
      </w:pPr>
      <w:r>
        <w:t>اس کو واضح کرنا اور اسلام کی صداقت کو دوبارہ واضح کرنا۔ اور دوسری چیز یہ ہے کہ اب</w:t>
      </w:r>
    </w:p>
    <w:p>
      <w:r>
        <w:rPr>
          <w:b/>
        </w:rPr>
        <w:t xml:space="preserve">[16:09] </w:t>
      </w:r>
      <w:r>
        <w:t>doosri cheez yeh hai ke tojeeh, yaani hamesha interpretation ki zaroorat hoti hai.</w:t>
      </w:r>
    </w:p>
    <w:p>
      <w:pPr>
        <w:jc w:val="right"/>
      </w:pPr>
      <w:r>
        <w:t>دوسری چیز یہ ہے کہ توجیح، یعنی ہمیشہ انٹرپریٹیشن کی ضرورت ہوتی ہے۔</w:t>
      </w:r>
    </w:p>
    <w:p>
      <w:r>
        <w:rPr>
          <w:b/>
        </w:rPr>
        <w:t xml:space="preserve">[16:19] </w:t>
      </w:r>
      <w:r>
        <w:t>naya interpretation doosra hai jo ke yaqeen mein izafa ho. to interpretation ki zaroorat hamesha waqai hoti hai, warna yaqeen khatam ho jaye ga logon ka.</w:t>
      </w:r>
    </w:p>
    <w:p>
      <w:pPr>
        <w:jc w:val="right"/>
      </w:pPr>
      <w:r>
        <w:t>نیا انٹرپریٹیشن دوسرا ہے جو کہ یقین میں اضافہ ہو۔ تو انٹرپریٹیشن کی ضرورت ہمیشہ واقعی ہوتی ہے، ورنہ یقین ختم ہو جائے گا لوگوں کا۔</w:t>
      </w:r>
    </w:p>
    <w:p>
      <w:r>
        <w:rPr>
          <w:b/>
        </w:rPr>
        <w:t xml:space="preserve">[16:41] </w:t>
      </w:r>
      <w:r>
        <w:t>aur Maulana sahib, jo nai nai scientific discoveries hoti rehti hain, us ki roshni mein bhi aap islam ki sadaqaton ko explain karte hain.</w:t>
      </w:r>
    </w:p>
    <w:p>
      <w:pPr>
        <w:jc w:val="right"/>
      </w:pPr>
      <w:r>
        <w:t>اور مولانا صاحب، جو نئی نئی سائنٹیفک ڈسکوریز ہوتی رہتی ہیں، اس کی روشنی میں بھی آپ اسلام کی صداقتوں کو ایکسپلین کرتے ہیں۔</w:t>
      </w:r>
    </w:p>
    <w:p>
      <w:r>
        <w:rPr>
          <w:b/>
        </w:rPr>
        <w:t xml:space="preserve">[16:52] </w:t>
      </w:r>
      <w:r>
        <w:t>haan, woh bhi bohat important hai, bohat important hai.</w:t>
      </w:r>
    </w:p>
    <w:p>
      <w:pPr>
        <w:jc w:val="right"/>
      </w:pPr>
      <w:r>
        <w:t>ہاں، وہ بھی بہت امپورٹنٹ ہے، بہت امپورٹنٹ ہے۔</w:t>
      </w:r>
    </w:p>
    <w:p>
      <w:r>
        <w:rPr>
          <w:b/>
        </w:rPr>
        <w:t xml:space="preserve">[16:58] </w:t>
      </w:r>
      <w:r>
        <w:t>ali raza likhte hain: assalam o alaikum Maulana, aap ne jab taabeer ki ghalati kitab likhi to us ke shuru mein aap ne yeh likha ke mera dil karta hai ke is kitab ke shaya hone ke baad mein kahin ja kar chup jaon aur wohin mujhe maut aa jaye.</w:t>
      </w:r>
    </w:p>
    <w:p>
      <w:pPr>
        <w:jc w:val="right"/>
      </w:pPr>
      <w:r>
        <w:t>علی رضا لکھتے ہیں: السلام علیکم مولانا، آپ نے جب تعبیر کی غلطی کتاب لکھی تو اس کے شروع میں آپ نے یہ لکھا کہ میرا دل کرتا ہے کہ اس کتاب کے شائع ہونے کے بعد میں کہیں جا کر چھپ جاؤں اور وہیں مجھے موت آ جائے۔</w:t>
      </w:r>
    </w:p>
    <w:p>
      <w:r>
        <w:rPr>
          <w:b/>
        </w:rPr>
        <w:t xml:space="preserve">[17:20] </w:t>
      </w:r>
      <w:r>
        <w:t>Maulana, aap ke likhne ki kya wajah hai? aur Maulana Maududi ne aap ke khatoot ka koi musbat jawab kyun pesh nahi kiya?</w:t>
      </w:r>
    </w:p>
    <w:p>
      <w:pPr>
        <w:jc w:val="right"/>
      </w:pPr>
      <w:r>
        <w:t>مولانا، آپ کے لکھنے کی کیا وجہ ہے؟ اور مولانا مودودی نے آپ کے خطوط کا کوئی مثبت جواب کیوں پیش نہیں کیا؟</w:t>
      </w:r>
    </w:p>
    <w:p>
      <w:r>
        <w:rPr>
          <w:b/>
        </w:rPr>
        <w:t xml:space="preserve">[17:30] </w:t>
      </w:r>
      <w:r>
        <w:t>is liye ke un ki baat radd radd ho rahi thi. taibeen ki ghalati ko mannay ke maani hain ke Maududi sahib bhi jarhi ko ghalat bata dein.</w:t>
      </w:r>
    </w:p>
    <w:p>
      <w:pPr>
        <w:jc w:val="right"/>
      </w:pPr>
      <w:r>
        <w:t>اس لیے کہ ان کی بات رد رد ہو رہی تھی۔ طائبین کی غلطی کو ماننے کے معنی ہیں کہ مودودی صاحب بھی جڑھی کو غلط بتا دیں۔</w:t>
      </w:r>
    </w:p>
    <w:p>
      <w:r>
        <w:rPr>
          <w:b/>
        </w:rPr>
        <w:t xml:space="preserve">[17:40] </w:t>
      </w:r>
      <w:r>
        <w:t>un ki jo un ki jo fikr hai, wohi ghalat sabit ho raha tha. to kaisay koi manay ga ke mera fikr ghalat ho?</w:t>
      </w:r>
    </w:p>
    <w:p>
      <w:pPr>
        <w:jc w:val="right"/>
      </w:pPr>
      <w:r>
        <w:t>ان کی جو ان کی جو فکر ہے، وہی غلط ثابت ہو رہا تھا۔ تو کیسے کوئی مانے گا کہ میرا فکر غلط ہو؟</w:t>
      </w:r>
    </w:p>
    <w:p>
      <w:r>
        <w:rPr>
          <w:b/>
        </w:rPr>
        <w:t xml:space="preserve">[17:53] </w:t>
      </w:r>
      <w:r>
        <w:t>yeh mushkil tareen kaam hai.</w:t>
      </w:r>
    </w:p>
    <w:p>
      <w:pPr>
        <w:jc w:val="right"/>
      </w:pPr>
      <w:r>
        <w:t>یہ مشکل ترین کام ہے۔</w:t>
      </w:r>
    </w:p>
    <w:p>
      <w:r>
        <w:rPr>
          <w:b/>
        </w:rPr>
        <w:t xml:space="preserve">[17:57] </w:t>
      </w:r>
      <w:r>
        <w:t>safia khanoom likhti hain: assalam o alaikum Maulana, please guide me. what should i do when someone says negative things about about one?</w:t>
      </w:r>
    </w:p>
    <w:p>
      <w:pPr>
        <w:jc w:val="right"/>
      </w:pPr>
      <w:r>
        <w:t>صفیہ خانم لکھتی ہیں: السلام علیکم مولانا، پلیز گائیڈ می۔ واٹ شوڈ آئی ڈو وین سم ون سیز نیگیٹیو تھنگز اباؤٹ اباؤٹ ون؟</w:t>
      </w:r>
    </w:p>
    <w:p>
      <w:r>
        <w:rPr>
          <w:b/>
        </w:rPr>
        <w:t xml:space="preserve">[18:10] </w:t>
      </w:r>
      <w:r>
        <w:t>i should, should i ignore this kind of thing or try to convince them? or is there any other better way?</w:t>
      </w:r>
    </w:p>
    <w:p>
      <w:pPr>
        <w:jc w:val="right"/>
      </w:pPr>
      <w:r>
        <w:t>آئی شوڈ، شوڈ آئی اگنور دس کائنڈ آف تھنگ اور ٹرائی ٹو کنونس دیم؟ اور از دیر اینی ادر بیٹر وے؟</w:t>
      </w:r>
    </w:p>
    <w:p>
      <w:r>
        <w:rPr>
          <w:b/>
        </w:rPr>
        <w:t xml:space="preserve">[18:20] </w:t>
      </w:r>
      <w:r>
        <w:t>please guide us.</w:t>
      </w:r>
    </w:p>
    <w:p>
      <w:pPr>
        <w:jc w:val="right"/>
      </w:pPr>
      <w:r>
        <w:t>پلیز گائیڈ اس۔</w:t>
      </w:r>
    </w:p>
    <w:p>
      <w:r>
        <w:rPr>
          <w:b/>
        </w:rPr>
        <w:t xml:space="preserve">[18:22] </w:t>
      </w:r>
      <w:r>
        <w:t>zindagi mein dekhiye, hamesha aisa hota hai ke aap ko kuch baaton se shakk lagta hai to aap ignore kijiye, ignore kijiye, ignore kijiye.</w:t>
      </w:r>
    </w:p>
    <w:p>
      <w:pPr>
        <w:jc w:val="right"/>
      </w:pPr>
      <w:r>
        <w:t>زندگی میں دیکھیے، ہمیشہ ایسا ہوتا ہے کہ آپ کو کچھ باتوں سے شک لگتا ہے تو آپ اگنور کیجیے، اگنور کیجیے، اگنور کیجیے۔</w:t>
      </w:r>
    </w:p>
    <w:p>
      <w:r>
        <w:rPr>
          <w:b/>
        </w:rPr>
        <w:t xml:space="preserve">[18:36] </w:t>
      </w:r>
      <w:r>
        <w:t>ignore karna ek wisdom hai, wisdom. jitna aap wisdom janenge, utna hi aap ko spiritual development jari rahega.</w:t>
      </w:r>
    </w:p>
    <w:p>
      <w:pPr>
        <w:jc w:val="right"/>
      </w:pPr>
      <w:r>
        <w:t>اگنور کرنا ایک وزڈم ہے، وزڈم۔ جتنا آپ وزڈم جانیں گے، اتنا ہی آپ کو ریچول ڈیویلپمنٹ جاری رہے گا۔</w:t>
      </w:r>
    </w:p>
    <w:p>
      <w:r>
        <w:rPr>
          <w:b/>
        </w:rPr>
        <w:t xml:space="preserve">[18:50] </w:t>
      </w:r>
      <w:r>
        <w:t>har har masle se ulajhna aadmi ki wisdom ki taraqqi ko rokta hai aur masle ko ignore karna aage badhne mein madadgar hota hai.</w:t>
      </w:r>
    </w:p>
    <w:p>
      <w:pPr>
        <w:jc w:val="right"/>
      </w:pPr>
      <w:r>
        <w:t>ہر ہر مسئلے سے الجھنا آدمی کی وزڈم کی ترقی کو روکتا ہے اور مسئلے کو اگنور کرنا آگے بڑھنے میں مددگار ہوتا ہے۔</w:t>
      </w:r>
    </w:p>
    <w:p>
      <w:r>
        <w:rPr>
          <w:b/>
        </w:rPr>
        <w:t xml:space="preserve">[19:18] </w:t>
      </w:r>
      <w:r>
        <w:t>battu singh likhte hain: the beauty of submission to the will of god lies in the fact that it doesn't lead us to despair no matter what the situation.</w:t>
      </w:r>
    </w:p>
    <w:p>
      <w:pPr>
        <w:jc w:val="right"/>
      </w:pPr>
      <w:r>
        <w:t>بٹو سنگھ لکھتے ہیں: دا بیوٹی آف سبمیشن ٹو دا ول آف گاڈ لائیز ان دا فیکٹ دیٹ اٹ ڈزنٹ لیڈ اس ٹو ڈیسپیئر نو میٹر واٹ دا سچویشن۔</w:t>
      </w:r>
    </w:p>
    <w:p>
      <w:r>
        <w:rPr>
          <w:b/>
        </w:rPr>
        <w:t xml:space="preserve">[19:33] </w:t>
      </w:r>
      <w:r>
        <w:t>to bohat sahi baat hai, yeh to bohat sahi baat hai. har aadmi ko yahi karna chahiye, har aadmi ko yahi karna chahiye.</w:t>
      </w:r>
    </w:p>
    <w:p>
      <w:pPr>
        <w:jc w:val="right"/>
      </w:pPr>
      <w:r>
        <w:t>تو بہت صحیح بات ہے، یہ تو بہت صحیح بات ہے۔ ہر آدمی کو یہی کرنا چاہیے، ہر آدمی کو یہی کرنا چاہیے۔</w:t>
      </w:r>
    </w:p>
    <w:p>
      <w:r>
        <w:rPr>
          <w:b/>
        </w:rPr>
        <w:t xml:space="preserve">[19:49] </w:t>
      </w:r>
      <w:r>
        <w:t>maulana farhad ahmed likhte hain: there is a hadith narrated by abu darda: the prophet said: "you may wisem,</w:t>
      </w:r>
    </w:p>
    <w:p>
      <w:pPr>
        <w:jc w:val="right"/>
      </w:pPr>
      <w:r>
        <w:t>مولانا فرہاد احمد لکھتے ہیں: دیر از ا حدیث نیریٹڈ بائی ابو دردہ: دی پرافٹ سیڈ: "یومی ویسم،</w:t>
      </w:r>
    </w:p>
    <w:p>
      <w:r>
        <w:rPr>
          <w:b/>
        </w:rPr>
        <w:t xml:space="preserve">[20:04] </w:t>
      </w:r>
      <w:r>
        <w:t>your love for a thing causes blindness and deafness. my question is that if strong affection for god also causes blindness and deafness</w:t>
      </w:r>
    </w:p>
    <w:p>
      <w:pPr>
        <w:jc w:val="right"/>
      </w:pPr>
      <w:r>
        <w:t>یور لو فار ا تھنگ کاز بلائنڈنس اینڈ ڈیفنس۔ مائی کوئسچن از دیٹ اف سٹرانگ افیکشن فار گاڈ السو کاز بلائنڈنس اینڈ ڈیفنس</w:t>
      </w:r>
    </w:p>
    <w:p>
      <w:r>
        <w:rPr>
          <w:b/>
        </w:rPr>
        <w:t xml:space="preserve">[20:21] </w:t>
      </w:r>
      <w:r>
        <w:t>. nahi, yeh baat hai, is ko stand mat kijiye. yeh rozana ki zindagi mein ke aap apply kiye, is ko is ko bohat badle chahiye.</w:t>
      </w:r>
    </w:p>
    <w:p>
      <w:pPr>
        <w:jc w:val="right"/>
      </w:pPr>
      <w:r>
        <w:t>۔" نہیں، یہ بات ہے، اس کو اسٹینڈ مت کیجیے۔ یہ روزانہ کی زندگی میں کہ آپ اپلائی کیے، اس کو اس کو بہت بدلے چاہیے۔</w:t>
      </w:r>
    </w:p>
    <w:p>
      <w:r>
        <w:rPr>
          <w:b/>
        </w:rPr>
        <w:t xml:space="preserve">[20:36] </w:t>
      </w:r>
      <w:r>
        <w:t>yeh to galat depression hua.</w:t>
      </w:r>
    </w:p>
    <w:p>
      <w:pPr>
        <w:jc w:val="right"/>
      </w:pPr>
      <w:r>
        <w:t>یہ تو غلط ڈیپریشن ہوا۔</w:t>
      </w:r>
    </w:p>
    <w:p>
      <w:r>
        <w:rPr>
          <w:b/>
        </w:rPr>
        <w:t xml:space="preserve">[20:41] </w:t>
      </w:r>
      <w:r>
        <w:t>sajid ahmed khan ka ek comment hai: quran par tadabbur karna hi woh rasta hai jis ke zariye hum apne paida kiye jaane ka maqsad jaan sakte hain.</w:t>
      </w:r>
    </w:p>
    <w:p>
      <w:pPr>
        <w:jc w:val="right"/>
      </w:pPr>
      <w:r>
        <w:t>ساجد احمد خان کا ایک کمنٹ ہے: قرآن پر تدبر کرنا ہی وہ راستہ ہے جس کے ذریعے ہم اپنے پیدا کیے جانے کا مقصد جان سکتے ہیں۔</w:t>
      </w:r>
    </w:p>
    <w:p>
      <w:r>
        <w:rPr>
          <w:b/>
        </w:rPr>
        <w:t xml:space="preserve">[20:59] </w:t>
      </w:r>
      <w:r>
        <w:t>likhi hui tafsir ko hi sab kuch na samjhein, yahi mera aaj ka take away hai. jazak allah maulana</w:t>
      </w:r>
    </w:p>
    <w:p>
      <w:pPr>
        <w:jc w:val="right"/>
      </w:pPr>
      <w:r>
        <w:t>لکھی ہوئی تفسیر کو ہی سب کچھ نہ سمجھیں، یہی میرا آج کا ٹیک اوے ہے۔ جزاک اللہ مولانا</w:t>
      </w:r>
    </w:p>
    <w:p>
      <w:r>
        <w:rPr>
          <w:b/>
        </w:rPr>
        <w:t xml:space="preserve">[21:10] </w:t>
      </w:r>
      <w:r>
        <w:t>. mashallah, mashallah, bohat sahi take away aap ka hai.</w:t>
      </w:r>
    </w:p>
    <w:p>
      <w:pPr>
        <w:jc w:val="right"/>
      </w:pPr>
      <w:r>
        <w:t>۔ ماشاءاللہ، ماشاءاللہ، بہت صحیح ٹیک اوے آپ کا ہے۔</w:t>
      </w:r>
    </w:p>
    <w:p>
      <w:r>
        <w:rPr>
          <w:b/>
        </w:rPr>
        <w:t xml:space="preserve">[21:28] </w:t>
      </w:r>
      <w:r>
        <w:t>syed</w:t>
      </w:r>
    </w:p>
    <w:p>
      <w:pPr>
        <w:jc w:val="right"/>
      </w:pPr>
      <w:r>
        <w:t>سید</w:t>
      </w:r>
    </w:p>
    <w:p>
      <w:r>
        <w:rPr>
          <w:b/>
        </w:rPr>
        <w:t xml:space="preserve">[21:31] </w:t>
      </w:r>
      <w:r>
        <w:t>zakirullah mazharullah, mein isa alaihissalam ki amad e thani ko le kar confused hoon.</w:t>
      </w:r>
    </w:p>
    <w:p>
      <w:pPr>
        <w:jc w:val="right"/>
      </w:pPr>
      <w:r>
        <w:t>ذاکر اللہ مظہر اللہ، میں عیسیٰ علیہ السلام کی امد ثانی کو لے کر کنفیوز ہوں۔</w:t>
      </w:r>
    </w:p>
    <w:p>
      <w:r>
        <w:rPr>
          <w:b/>
        </w:rPr>
        <w:t xml:space="preserve">[21:45] </w:t>
      </w:r>
      <w:r>
        <w:t>kis par bharosa kiya jaye? aap par ya darul uloom deoband par</w:t>
      </w:r>
    </w:p>
    <w:p>
      <w:pPr>
        <w:jc w:val="right"/>
      </w:pPr>
      <w:r>
        <w:t>کس پر بھروسہ کیا جائے؟ آپ پر یا دارالعلوم دیوبند پر</w:t>
      </w:r>
    </w:p>
    <w:p>
      <w:r>
        <w:rPr>
          <w:b/>
        </w:rPr>
        <w:t xml:space="preserve">[21:51] </w:t>
      </w:r>
      <w:r>
        <w:t>? kisi par bharosa mat kijiye, aap khud sochiye, kisi par bharosa nahi karna chahiye. aap ko apni aqal se jo aap samjhenge, wahi wahi sahi hai aap ke liye.</w:t>
      </w:r>
    </w:p>
    <w:p>
      <w:pPr>
        <w:jc w:val="right"/>
      </w:pPr>
      <w:r>
        <w:t>؟ کسی پر بھروسہ مت کیجیے، آپ خود سوچیے، کسی پر بھروسہ نہیں کرنا چاہیے۔ آپ کو اپنی عقل سے جو آپ سمجھیں گے، وہی وہی صحیح ہے آپ کے لیے۔</w:t>
      </w:r>
    </w:p>
    <w:p>
      <w:r>
        <w:rPr>
          <w:b/>
        </w:rPr>
        <w:t xml:space="preserve">[22:11] </w:t>
      </w:r>
      <w:r>
        <w:t>sardar shahid rehan finland se pooch rahe hain: "how i stop worrying about the future?"</w:t>
      </w:r>
    </w:p>
    <w:p>
      <w:pPr>
        <w:jc w:val="right"/>
      </w:pPr>
      <w:r>
        <w:t>سردار شاہد ریحان فن لینڈ سے پوچھ رہے ہیں: "ہاؤ آئی سٹاپ ورنگ اباؤٹ دا فیوچر؟"</w:t>
      </w:r>
    </w:p>
    <w:p>
      <w:r>
        <w:rPr>
          <w:b/>
        </w:rPr>
        <w:t xml:space="preserve">[22:23] </w:t>
      </w:r>
      <w:r>
        <w:t>bohat aasan hai, aap allah rabbul alameen par chhod dijiye. yeh to har ek ke liye masla hai. mujhe, mujhe, mera bhi, mera bhi masla hai.</w:t>
      </w:r>
    </w:p>
    <w:p>
      <w:pPr>
        <w:jc w:val="right"/>
      </w:pPr>
      <w:r>
        <w:t>بہت آسان ہے، آپ اللہ رب العالمین پٹھا دیجیے۔ یہ تو ہر ایک کے لیے مسئلہ ہے۔ مجھے، مجھے، میرا بھی، میرا بھی مسئلہ ہے۔</w:t>
      </w:r>
    </w:p>
    <w:p>
      <w:r>
        <w:rPr>
          <w:b/>
        </w:rPr>
        <w:t xml:space="preserve">[22:36] </w:t>
      </w:r>
      <w:r>
        <w:t>to mein, mein is ko allah par chhod deta hoon.</w:t>
      </w:r>
    </w:p>
    <w:p>
      <w:pPr>
        <w:jc w:val="right"/>
      </w:pPr>
      <w:r>
        <w:t>تو میں، میں اس کو اللہ پٹھا دیتا ہوں۔</w:t>
      </w:r>
    </w:p>
    <w:p>
      <w:r>
        <w:rPr>
          <w:b/>
        </w:rPr>
        <w:t xml:space="preserve">[22:45] </w:t>
      </w:r>
      <w:r>
        <w:t>is se aasan to aur koi nahi ho sakta.</w:t>
      </w:r>
    </w:p>
    <w:p>
      <w:pPr>
        <w:jc w:val="right"/>
      </w:pPr>
      <w:r>
        <w:t>اس سے آسان تو اور کوئی نہیں ہو سکتا۔</w:t>
      </w:r>
    </w:p>
    <w:p>
      <w:r>
        <w:rPr>
          <w:b/>
        </w:rPr>
        <w:t xml:space="preserve">[22:52] </w:t>
      </w:r>
      <w:r>
        <w:t>doctor rajat malhotra likhte hain: maulana, why is it that a person remembers negative experiences more than positive experiences?</w:t>
      </w:r>
    </w:p>
    <w:p>
      <w:pPr>
        <w:jc w:val="right"/>
      </w:pPr>
      <w:r>
        <w:t>ڈاکٹر رجت ملحوترہ لکھتے ہیں: مولانا، وائی از اٹ دیٹ ا پرسن ریممبرز نیگیٹیو ایکسپیرینسز مور دین پازیٹیو ایکسپیرینسز؟</w:t>
      </w:r>
    </w:p>
    <w:p>
      <w:r>
        <w:rPr>
          <w:b/>
        </w:rPr>
        <w:t xml:space="preserve">[23:05] </w:t>
      </w:r>
      <w:r>
        <w:t>mind always remembers negative experiences and forgets positive ones.</w:t>
      </w:r>
    </w:p>
    <w:p>
      <w:pPr>
        <w:jc w:val="right"/>
      </w:pPr>
      <w:r>
        <w:t>مائنڈ الویز ریممبرز نیگیٹیو ایکسپیرینسز اینڈ فارگیٹس پازیٹیو ونز۔</w:t>
      </w:r>
    </w:p>
    <w:p>
      <w:r>
        <w:rPr>
          <w:b/>
        </w:rPr>
        <w:t xml:space="preserve">[23:14] </w:t>
      </w:r>
      <w:r>
        <w:t>yeh sab ke liye nahi kar sakte. aap misaal ke taur par mein to negative experience ko remember karta hi nahi, positive baaton ko yaad karta hoon.</w:t>
      </w:r>
    </w:p>
    <w:p>
      <w:pPr>
        <w:jc w:val="right"/>
      </w:pPr>
      <w:r>
        <w:t>یہ سب کے لیے نہیں کر سکتے۔ آپ مثلاً میں تو نیگیٹیو ایکسپیرینس کو ریممبر کرتا ہی نہیں، پازیٹیو باتوں کو یاد کرتا ہوں۔</w:t>
      </w:r>
    </w:p>
    <w:p>
      <w:r>
        <w:rPr>
          <w:b/>
        </w:rPr>
        <w:t xml:space="preserve">[23:29] </w:t>
      </w:r>
      <w:r>
        <w:t>to yeh koi general baat nahi hai.</w:t>
      </w:r>
    </w:p>
    <w:p>
      <w:pPr>
        <w:jc w:val="right"/>
      </w:pPr>
      <w:r>
        <w:t>تو یہ کوئی جنرل بات نہیں ہے۔</w:t>
      </w:r>
    </w:p>
    <w:p>
      <w:r>
        <w:rPr>
          <w:b/>
        </w:rPr>
        <w:t xml:space="preserve">[23:35] </w:t>
      </w:r>
      <w:r>
        <w:t>jitna zyada aap positive thinking mein jiyenge, utna hi aap ki intellectual development hoga. to apne aap ko bachana padta hai, apne aap ko bachaiye</w:t>
      </w:r>
    </w:p>
    <w:p>
      <w:pPr>
        <w:jc w:val="right"/>
      </w:pPr>
      <w:r>
        <w:t>جتنا زیادہ آپ پازیٹیو تھنکنگ میں جئیں گے، اتنا ہی آپ کی انٹلیکچول ڈیویلپمنٹ ہوگا۔ تو اپنے آپ کو بچانا پڑتا ہے، اپنے آپ کو بچانا بچائیے</w:t>
      </w:r>
    </w:p>
    <w:p>
      <w:r>
        <w:rPr>
          <w:b/>
        </w:rPr>
        <w:t xml:space="preserve">[23:54] </w:t>
      </w:r>
      <w:r>
        <w:t>negative thinking se. khud apne ko bachane ke liye negative thinking se mein koi door karna padta hai.</w:t>
      </w:r>
    </w:p>
    <w:p>
      <w:pPr>
        <w:jc w:val="right"/>
      </w:pPr>
      <w:r>
        <w:t>نیگیٹیو تھنکنگ سے۔ خود اپنے کو بچانے کے لیے نیگیٹیو تھنکنگ سے میں کوئی دور کرنا پڑتا ہے۔</w:t>
      </w:r>
    </w:p>
    <w:p>
      <w:r>
        <w:rPr>
          <w:b/>
        </w:rPr>
        <w:t xml:space="preserve">[24:08] </w:t>
      </w:r>
      <w:r>
        <w:t>Maulana sahib, maine dekha hai ke aap jo hain, ek dum negative koi baat aap ko batai jaye to aap us ko aisa jaise aap ko aap ke zehan mein woh baithti hi nahi hai.</w:t>
      </w:r>
    </w:p>
    <w:p>
      <w:pPr>
        <w:jc w:val="right"/>
      </w:pPr>
      <w:r>
        <w:t>مولانا صاحب، میں نے دیکھا ہے کہ آپ جو ہیں، ایک دم نیگیٹیو کوئی بات آپ کو بتائی جائے تو آپ اس کو ایسا جیسے آپ کو آپ کے ذہن میں وہ بیٹھتی ہی نہیں ہے۔</w:t>
      </w:r>
    </w:p>
    <w:p>
      <w:r>
        <w:rPr>
          <w:b/>
        </w:rPr>
        <w:t xml:space="preserve">[24:19] </w:t>
      </w:r>
      <w:r>
        <w:t>to yeh aam aadmi to aisa nahi hota hai. is ke liye kya kuch suggestion? har aadmi aisa ho sakta hai, har aadmi aisa ho sakta hai.</w:t>
      </w:r>
    </w:p>
    <w:p>
      <w:pPr>
        <w:jc w:val="right"/>
      </w:pPr>
      <w:r>
        <w:t>تو یہ عام آدمی تو ایسا نہیں ہوتا ہے۔ اس کے لیے کیا کچھ سجیشن؟ ہر آدمی ایسا ہو سکتا ہے، ہر آدمی ایسا ہو سکتا ہے۔</w:t>
      </w:r>
    </w:p>
    <w:p>
      <w:r>
        <w:rPr>
          <w:b/>
        </w:rPr>
        <w:t xml:space="preserve">[24:28] </w:t>
      </w:r>
      <w:r>
        <w:t>apne ko train kijiye. main jaisa bana hoon to training thori ki thori bana hoon.</w:t>
      </w:r>
    </w:p>
    <w:p>
      <w:pPr>
        <w:jc w:val="right"/>
      </w:pPr>
      <w:r>
        <w:t>اپنے کو ٹرین کیجیے۔ میں جیسا بنا ہوں تو ٹریننگ تھوڑی کی تھوڑی بنا ہوں۔</w:t>
      </w:r>
    </w:p>
    <w:p>
      <w:r>
        <w:rPr>
          <w:b/>
        </w:rPr>
        <w:t xml:space="preserve">[24:41] </w:t>
      </w:r>
      <w:r>
        <w:t>to aap ne apne ko kaise train kiya? ke jab koi negative baat karta hai to us ko ignore karta hoon, sochta hi nahi.</w:t>
      </w:r>
    </w:p>
    <w:p>
      <w:pPr>
        <w:jc w:val="right"/>
      </w:pPr>
      <w:r>
        <w:t>تو آپ نے اپنے کو کیسے ٹرین کیا؟ کہ جب کوئی نیگیٹیو بات کرتا ہے تو اس کو اگنور کرتا ہوں، سوچتا ہی نہیں۔</w:t>
      </w:r>
    </w:p>
    <w:p>
      <w:r>
        <w:rPr>
          <w:b/>
        </w:rPr>
        <w:t xml:space="preserve">[24:50] </w:t>
      </w:r>
      <w:r>
        <w:t>us ko</w:t>
      </w:r>
    </w:p>
    <w:p>
      <w:pPr>
        <w:jc w:val="right"/>
      </w:pPr>
      <w:r>
        <w:t>اس کو</w:t>
      </w:r>
    </w:p>
    <w:p>
      <w:r>
        <w:rPr>
          <w:b/>
        </w:rPr>
        <w:t xml:space="preserve">[24:53] </w:t>
      </w:r>
      <w:r>
        <w:t>sochta hi nahi. positive baat ko le kar sochta hoon.</w:t>
      </w:r>
    </w:p>
    <w:p>
      <w:pPr>
        <w:jc w:val="right"/>
      </w:pPr>
      <w:r>
        <w:t>سوچتا ہی نہیں۔ پازیٹیو بات کو لے کر سوچتا ہوں۔</w:t>
      </w:r>
    </w:p>
    <w:p>
      <w:r>
        <w:rPr>
          <w:b/>
        </w:rPr>
        <w:t xml:space="preserve">[25:03] </w:t>
      </w:r>
      <w:r>
        <w:t>farz kiye koi mujh se kahe ke yeh jo aaj kal siyasat aaya hai ya America ki saazish hai, to main haath haath se taal doonga.</w:t>
      </w:r>
    </w:p>
    <w:p>
      <w:pPr>
        <w:jc w:val="right"/>
      </w:pPr>
      <w:r>
        <w:t>فرض کیے کوئی مجھ سے کہے کہ یہ جو آج کل سیاست آیا ہے یا امریکہ کی سازش ہے، تو میں ہاتھ ہاتھ سے ٹال دوں گا۔</w:t>
      </w:r>
    </w:p>
    <w:p>
      <w:r>
        <w:rPr>
          <w:b/>
        </w:rPr>
        <w:t xml:space="preserve">[25:17] </w:t>
      </w:r>
      <w:r>
        <w:t>main is par kuch sochunga nahi.</w:t>
      </w:r>
    </w:p>
    <w:p>
      <w:pPr>
        <w:jc w:val="right"/>
      </w:pPr>
      <w:r>
        <w:t>میں اس پر کچھ سوچوں گا نہیں۔</w:t>
      </w:r>
    </w:p>
    <w:p>
      <w:r>
        <w:rPr>
          <w:b/>
        </w:rPr>
        <w:t xml:space="preserve">[25:24] </w:t>
      </w:r>
      <w:r>
        <w:t>ya China ki saazish hai, to main us ko sochunga nahi. maine apne zehan ko is tarah banaya hai ke main negative baat ko sochta hi nahi, hamesha positive baat ko le kar sochta hoon.</w:t>
      </w:r>
    </w:p>
    <w:p>
      <w:pPr>
        <w:jc w:val="right"/>
      </w:pPr>
      <w:r>
        <w:t>یا چائنہ کی سازش ہے، تو میں اس کو سوچوں گا نہیں۔ میں نے اپنے ذہن کو اس طرح بنایا ہے کہ میں نیگیٹیو بات کو سوچتا ہی نہیں، ہمیشہ پازیٹیو بات کو لے کر سوچتا ہوں۔</w:t>
      </w:r>
    </w:p>
    <w:p>
      <w:r>
        <w:rPr>
          <w:b/>
        </w:rPr>
        <w:t xml:space="preserve">[25:40] </w:t>
      </w:r>
      <w:r>
        <w:t>yeh to maine bhi dekha hai ke bar bar aap se baat kehte rahe negative, to aap us ko ek dum jaise dhyan hi nahi dete hain.</w:t>
      </w:r>
    </w:p>
    <w:p>
      <w:pPr>
        <w:jc w:val="right"/>
      </w:pPr>
      <w:r>
        <w:t>یہ تو میں نے بھی دیکھا ہے کہ بار بار آپ سے بات کہتے رہے نیگیٹیو، تو آپ اس کو ایک دم جیسے دھیان ہی نہیں دیتے ہیں۔</w:t>
      </w:r>
    </w:p>
    <w:p>
      <w:r>
        <w:rPr>
          <w:b/>
        </w:rPr>
        <w:t xml:space="preserve">[25:52] </w:t>
      </w:r>
      <w:r>
        <w:t>kai logon ne aap se kaha hai ke please pray for everyone. koi keh raha hai please pray for my family. koi keh raha hai please pray for madaris</w:t>
      </w:r>
    </w:p>
    <w:p>
      <w:pPr>
        <w:jc w:val="right"/>
      </w:pPr>
      <w:r>
        <w:t>کئی لوگوں نے آپ سے کہا ہے کہ پلیز پری فار ایوری ون۔ کوئی کہہ رہا ہے پلیز پری فار مائی فیملی۔ کوئی کہہ رہا ہے پلیز پری فار مدارس</w:t>
      </w:r>
    </w:p>
    <w:p>
      <w:r>
        <w:rPr>
          <w:b/>
        </w:rPr>
        <w:t xml:space="preserve">[26:05] </w:t>
      </w:r>
      <w:r>
        <w:t>. to haan, hum sab ke liye dua karte hain, sab ke liye dua karte hain, sab ke liye dua karte hain.</w:t>
      </w:r>
    </w:p>
    <w:p>
      <w:pPr>
        <w:jc w:val="right"/>
      </w:pPr>
      <w:r>
        <w:t>۔ تو ہاں، ہم سب کے لیے دعا کرتے ہیں، سب کے لیے دعا کرتے ہیں، سب کے لیے دعا کرتے ہیں۔</w:t>
      </w:r>
    </w:p>
    <w:p>
      <w:r>
        <w:rPr>
          <w:b/>
        </w:rPr>
        <w:t xml:space="preserve">[26:19] </w:t>
      </w:r>
      <w:r>
        <w:t>Zainab Heera aap se poochti hain: "Please explain Ijtihad, Maulana sahib.</w:t>
      </w:r>
    </w:p>
    <w:p>
      <w:pPr>
        <w:jc w:val="right"/>
      </w:pPr>
      <w:r>
        <w:t>زینب ہیرا آپ سے پوچھتی ہیں: "پلیز ایکسپلین اجتہاد، مولانا صاحب۔</w:t>
      </w:r>
    </w:p>
    <w:p>
      <w:r>
        <w:rPr>
          <w:b/>
        </w:rPr>
        <w:t xml:space="preserve">[26:27] </w:t>
      </w:r>
      <w:r>
        <w:t>" yeh Ijtihad ka sawal itna aasan sawal nahi hai, yeh ek bahut hi zyada</w:t>
      </w:r>
    </w:p>
    <w:p>
      <w:pPr>
        <w:jc w:val="right"/>
      </w:pPr>
      <w:r>
        <w:t>" یہ اجتہاد کا سوال اتنا آسان سوال نہیں ہے، یہ ایک بہت ہی زیادہ</w:t>
      </w:r>
    </w:p>
    <w:p>
      <w:r>
        <w:rPr>
          <w:b/>
        </w:rPr>
        <w:t xml:space="preserve">[26:39] </w:t>
      </w:r>
      <w:r>
        <w:t>bada question hai. to is pe hum ne ek poori kitaab likhi hai, poori kitaab Ijtihad ke masle par.</w:t>
      </w:r>
    </w:p>
    <w:p>
      <w:pPr>
        <w:jc w:val="right"/>
      </w:pPr>
      <w:r>
        <w:t>بڑا کوئسچن ہے۔ تو اس پہ ہم نے ایک پوری کتاب لکھی ہے، پوری کتاب اجتہاد کے مسئلے پر۔</w:t>
      </w:r>
    </w:p>
    <w:p>
      <w:r>
        <w:rPr>
          <w:b/>
        </w:rPr>
        <w:t xml:space="preserve">[26:48] </w:t>
      </w:r>
      <w:r>
        <w:t>kya naam hai is ka? Masail Ijtihad hain. Masail</w:t>
      </w:r>
    </w:p>
    <w:p>
      <w:pPr>
        <w:jc w:val="right"/>
      </w:pPr>
      <w:r>
        <w:t>کیا نام ہے اس کا؟ مسائل اجتہاد ہیں۔ مسائل</w:t>
      </w:r>
    </w:p>
    <w:p>
      <w:r>
        <w:rPr>
          <w:b/>
        </w:rPr>
        <w:t xml:space="preserve">[26:52] </w:t>
      </w:r>
      <w:r>
        <w:t>Ijtihad. Masail Ijtihad ek moti si kitaab hai baqayda, to aap us ko padhiye. padhne ke baad agar koi cheez aap ko wazeh na ho to woh poochiye.</w:t>
      </w:r>
    </w:p>
    <w:p>
      <w:pPr>
        <w:jc w:val="right"/>
      </w:pPr>
      <w:r>
        <w:t>اجتہاد۔ مسائل اجتہاد ایک موٹی سی کتاب ہے باقاعدہ، تو آپ اس کو پڑھیے۔ پڑھنے کے بعد اگر کوئی چیز آپ کو واضح نہ ہو تو وہ پوچھیے۔</w:t>
      </w:r>
    </w:p>
    <w:p>
      <w:r>
        <w:rPr>
          <w:b/>
        </w:rPr>
        <w:t xml:space="preserve">[27:09] </w:t>
      </w:r>
      <w:r>
        <w:t>Riyaz Bhatt sahib ne aap se poocha hai: "Taqwa ki sahi translation kya ho sakta hai?"</w:t>
      </w:r>
    </w:p>
    <w:p>
      <w:pPr>
        <w:jc w:val="right"/>
      </w:pPr>
      <w:r>
        <w:t>ریاض بھٹ صاحب نے آپ سے پوچھا ہے: "تقویٰ کی صحیح ٹرانسلیشن کیا ہو سکتا ہے؟"</w:t>
      </w:r>
    </w:p>
    <w:p>
      <w:r>
        <w:rPr>
          <w:b/>
        </w:rPr>
        <w:t xml:space="preserve">[27:20] </w:t>
      </w:r>
      <w:r>
        <w:t>dekhiye, taqwa ka lafzi maani hai bachna, bachna.</w:t>
      </w:r>
    </w:p>
    <w:p>
      <w:pPr>
        <w:jc w:val="right"/>
      </w:pPr>
      <w:r>
        <w:t>دیکھیے، تقویٰ کا لفظی معنی ہے بچنا، بچنا۔</w:t>
      </w:r>
    </w:p>
    <w:p>
      <w:r>
        <w:rPr>
          <w:b/>
        </w:rPr>
        <w:t xml:space="preserve">[27:28] </w:t>
      </w:r>
      <w:r>
        <w:t>to yeh is ki is ka matlab yeh hai ke har us cheez se bachna jo aap ke liye abrus ho.</w:t>
      </w:r>
    </w:p>
    <w:p>
      <w:pPr>
        <w:jc w:val="right"/>
      </w:pPr>
      <w:r>
        <w:t>تو یہ اس کی اس کا مطلب یہ ہے کہ ہر اس چیز سے بچنا جو آپ کے لیے ابرس ہو۔</w:t>
      </w:r>
    </w:p>
    <w:p>
      <w:r>
        <w:rPr>
          <w:b/>
        </w:rPr>
        <w:t xml:space="preserve">[27:42] </w:t>
      </w:r>
      <w:r>
        <w:t>yeh is ka asal</w:t>
      </w:r>
    </w:p>
    <w:p>
      <w:pPr>
        <w:jc w:val="right"/>
      </w:pPr>
      <w:r>
        <w:t>یہ اس کا اصل</w:t>
      </w:r>
    </w:p>
    <w:p>
      <w:r>
        <w:rPr>
          <w:b/>
        </w:rPr>
        <w:t xml:space="preserve">[27:47] </w:t>
      </w:r>
      <w:r>
        <w:t>aap pe yeh yeh</w:t>
      </w:r>
    </w:p>
    <w:p>
      <w:pPr>
        <w:jc w:val="right"/>
      </w:pPr>
      <w:r>
        <w:t>آپ پہ یہ یہ</w:t>
      </w:r>
    </w:p>
    <w:p>
      <w:r>
        <w:rPr>
          <w:b/>
        </w:rPr>
        <w:t xml:space="preserve">[27:51] </w:t>
      </w:r>
      <w:r>
        <w:t>yeh zehan jab ban jaye to aadmi har cheez se bachta hai jo Allah ki se aap ko door karne wala ho,</w:t>
      </w:r>
    </w:p>
    <w:p>
      <w:pPr>
        <w:jc w:val="right"/>
      </w:pPr>
      <w:r>
        <w:t>یہ ذہن جب بن جائے تو آدمی ہر چیز سے بچتا ہے جو اللہ کی سے آپ کو دور کرنے والا ہو،</w:t>
      </w:r>
    </w:p>
    <w:p>
      <w:r>
        <w:rPr>
          <w:b/>
        </w:rPr>
        <w:t xml:space="preserve">[28:05] </w:t>
      </w:r>
      <w:r>
        <w:t>jo aap ko jannat se door karne wala ho, un se bachte hain aap.</w:t>
      </w:r>
    </w:p>
    <w:p>
      <w:pPr>
        <w:jc w:val="right"/>
      </w:pPr>
      <w:r>
        <w:t>جو آپ کو جنت سے دور کرنے والا ہو، ان سے بچتے ہیں آپ۔</w:t>
      </w:r>
    </w:p>
    <w:p>
      <w:r>
        <w:rPr>
          <w:b/>
        </w:rPr>
        <w:t xml:space="preserve">[28:13] </w:t>
      </w:r>
      <w:r>
        <w:t>asal is ka jo hai taqwa ka bachna.</w:t>
      </w:r>
    </w:p>
    <w:p>
      <w:pPr>
        <w:jc w:val="right"/>
      </w:pPr>
      <w:r>
        <w:t>اصل اس کا جو ہے تقویٰ کا بچنا۔</w:t>
      </w:r>
    </w:p>
    <w:p>
      <w:r>
        <w:rPr>
          <w:b/>
        </w:rPr>
        <w:t xml:space="preserve">[28:22] </w:t>
      </w:r>
      <w:r>
        <w:t>maulana sahib, muhammad asad ne taqwa ka translation "god consciousness" kiya hai, to yeh sahih translation hai?</w:t>
      </w:r>
    </w:p>
    <w:p>
      <w:pPr>
        <w:jc w:val="right"/>
      </w:pPr>
      <w:r>
        <w:t>مولانا صاحب، محمد اسد نے تقویٰ کا ٹرانسلیشن "گاڈ کانشیسنس" کیا ہے، تو یہ صحیح ٹرانسلیشن ہے؟</w:t>
      </w:r>
    </w:p>
    <w:p>
      <w:r>
        <w:rPr>
          <w:b/>
        </w:rPr>
        <w:t xml:space="preserve">[28:31] </w:t>
      </w:r>
      <w:r>
        <w:t>yeh lafzi tarjuma nahi hai, sahih hai lekin lekin woh lafzi tarjuma nahi hai.</w:t>
      </w:r>
    </w:p>
    <w:p>
      <w:pPr>
        <w:jc w:val="right"/>
      </w:pPr>
      <w:r>
        <w:t>یہ لفظی ترجمہ نہیں ہے، صحیح ہے لیکن لیکن وہ لفظی ترجمہ نہیں ہے۔</w:t>
      </w:r>
    </w:p>
    <w:p>
      <w:r>
        <w:rPr>
          <w:b/>
        </w:rPr>
        <w:t xml:space="preserve">[28:44] </w:t>
      </w:r>
      <w:r>
        <w:t>muhammad saleh ibrahim likhte hain: "maulana sahib, assalam o alaikum. please guide us how to spend quarantine time as we are facing frustration,</w:t>
      </w:r>
    </w:p>
    <w:p>
      <w:pPr>
        <w:jc w:val="right"/>
      </w:pPr>
      <w:r>
        <w:t>محمد صالح ابراہیم لکھتے ہیں: "مولانا صاحب، السلام علیکم۔ پلیز گائیڈ اس ہاؤ ٹو سپینڈ قارنٹین ٹائم ایز وی آر فیسنگ فرسٹریشن،</w:t>
      </w:r>
    </w:p>
    <w:p>
      <w:r>
        <w:rPr>
          <w:b/>
        </w:rPr>
        <w:t xml:space="preserve">[29:00] </w:t>
      </w:r>
      <w:r>
        <w:t>so far as sitting idle at home is concerned</w:t>
      </w:r>
    </w:p>
    <w:p>
      <w:pPr>
        <w:jc w:val="right"/>
      </w:pPr>
      <w:r>
        <w:t>سو فار ایز سٹنگ ائیڈل ایٹ ہوم از کنسرنڈ</w:t>
      </w:r>
    </w:p>
    <w:p>
      <w:r>
        <w:rPr>
          <w:b/>
        </w:rPr>
        <w:t xml:space="preserve">[29:05] </w:t>
      </w:r>
      <w:r>
        <w:t>. ab to yeh to kya peshi peshi is se bachen aur is mein agar aap yani is mein aap agar aap mubtala ho jayen to sabr kijiye.</w:t>
      </w:r>
    </w:p>
    <w:p>
      <w:pPr>
        <w:jc w:val="right"/>
      </w:pPr>
      <w:r>
        <w:t>۔" اب تو یہ تو کیا پیشی پیشی اس سے بچیں اور اس میں اگر آپ یعنی اس میں آپ اگر آپ مبتلا ہو جائیں تو صبر کیجیے۔</w:t>
      </w:r>
    </w:p>
    <w:p>
      <w:r>
        <w:rPr>
          <w:b/>
        </w:rPr>
        <w:t xml:space="preserve">[29:26] </w:t>
      </w:r>
      <w:r>
        <w:t>woh apna time kaise bitayen? sochiye, allah ko yaad kijiye, apni ghalti ko yaad kijiye.</w:t>
      </w:r>
    </w:p>
    <w:p>
      <w:pPr>
        <w:jc w:val="right"/>
      </w:pPr>
      <w:r>
        <w:t>وہ اپنا ٹائم کیسے بتائیں؟ سوچیے، اللہ کو یاد کیجیے، اپنی غلطی کو یاد کیجیے۔</w:t>
      </w:r>
    </w:p>
    <w:p>
      <w:r>
        <w:rPr>
          <w:b/>
        </w:rPr>
        <w:t xml:space="preserve">[29:37] </w:t>
      </w:r>
      <w:r>
        <w:t>jo aap kehte hain introspection karen. haan, transposition karen.</w:t>
      </w:r>
    </w:p>
    <w:p>
      <w:pPr>
        <w:jc w:val="right"/>
      </w:pPr>
      <w:r>
        <w:t>جو آپ کہتے ہیں انٹراسپیکشن کریں۔ ہاں، ٹرانسپیکشن کریں۔</w:t>
      </w:r>
    </w:p>
    <w:p>
      <w:r>
        <w:rPr>
          <w:b/>
        </w:rPr>
        <w:t xml:space="preserve">[29:50] </w:t>
      </w:r>
      <w:r>
        <w:t>saeed ur rehman aap se sawal puchte hain: "can we prove allah through science</w:t>
      </w:r>
    </w:p>
    <w:p>
      <w:pPr>
        <w:jc w:val="right"/>
      </w:pPr>
      <w:r>
        <w:t>سعید الرحمن آپ سے سوال پوچھتے ہیں: "کین وی پروف اللہ تھرو سائنس</w:t>
      </w:r>
    </w:p>
    <w:p>
      <w:r>
        <w:rPr>
          <w:b/>
        </w:rPr>
        <w:t xml:space="preserve">[29:58] </w:t>
      </w:r>
      <w:r>
        <w:t>?" haan. "can we prove allah through science?" science ke zariye se kya hum khuda ko ka ka saboot faraham</w:t>
      </w:r>
    </w:p>
    <w:p>
      <w:pPr>
        <w:jc w:val="right"/>
      </w:pPr>
      <w:r>
        <w:t>؟" ہاں۔ "کین وی پروف اللہ تھرو سائنس؟" سائنس کے ذریعے سے کیا ہم خدا کو کا کا ثبوت فراہم</w:t>
      </w:r>
    </w:p>
    <w:p>
      <w:r>
        <w:rPr>
          <w:b/>
        </w:rPr>
        <w:t xml:space="preserve">[30:07] </w:t>
      </w:r>
      <w:r>
        <w:t>kar sakte hain? bilkul science hai hi, science jo hai wahi ilm o khalaawandi ka naam.</w:t>
      </w:r>
    </w:p>
    <w:p>
      <w:pPr>
        <w:jc w:val="right"/>
      </w:pPr>
      <w:r>
        <w:t>کر سکتے ہیں؟ بالکل سائنس ہے ہی، سائنس جو ہے وہی علم و خلاوندی کا نام۔</w:t>
      </w:r>
    </w:p>
    <w:p>
      <w:r>
        <w:rPr>
          <w:b/>
        </w:rPr>
        <w:t xml:space="preserve">[30:18] </w:t>
      </w:r>
      <w:r>
        <w:t>is pe maine kai kitabein likhi hain, aap us ko padhiye. urdu mein hai "god rises", english mein "god rises" aur urdu mein hai yani is pe urdu mein bhi kitabein hain hamari aur english mein bhi kitabein hain, aap padhiye us ko</w:t>
      </w:r>
    </w:p>
    <w:p>
      <w:pPr>
        <w:jc w:val="right"/>
      </w:pPr>
      <w:r>
        <w:t>اس پہ میں نے کئی کتابیں لکھی ہیں، آپ اس کو پڑھیے۔ اردو میں ہے "گاڈ رائزز"، انگلش میں "گاڈ رائزز" اور اردو میں ہے یعنی اس پہ اردو میں بھی کتابیں ہیں ہماری اور انگلش میں بھی کتابیں ہیں، آپ پڑھیے اس کو</w:t>
      </w:r>
    </w:p>
    <w:p>
      <w:r>
        <w:rPr>
          <w:b/>
        </w:rPr>
        <w:t xml:space="preserve">[30:40] </w:t>
      </w:r>
      <w:r>
        <w:t>. urdu mein "mazhab aur jadeed challenge", haan "izhaar e deen" bhi isi topic par hai, haan haan, aur "ma'rifat e quran" bhi isi par hai.</w:t>
      </w:r>
    </w:p>
    <w:p>
      <w:pPr>
        <w:jc w:val="right"/>
      </w:pPr>
      <w:r>
        <w:t>۔ اردو میں "مذہب اور جدید چیلنج"، ہاں "اظہار دین" بھی اسی ٹاپک پر ہے، ہاں ہاں، اور "معرفت قرآن" بھی اسی پر ہے۔</w:t>
      </w:r>
    </w:p>
    <w:p>
      <w:r>
        <w:rPr>
          <w:b/>
        </w:rPr>
        <w:t xml:space="preserve">[30:49] </w:t>
      </w:r>
      <w:r>
        <w:t>saihh hai, sahih hai.</w:t>
      </w:r>
    </w:p>
    <w:p>
      <w:pPr>
        <w:jc w:val="right"/>
      </w:pPr>
      <w:r>
        <w:t>صحیح ہے، صحیح ہے۔</w:t>
      </w:r>
    </w:p>
    <w:p>
      <w:r>
        <w:rPr>
          <w:b/>
        </w:rPr>
        <w:t xml:space="preserve">[30:54] </w:t>
      </w:r>
      <w:r>
        <w:t>abu muhammad khan kehte hain: "hasad kise kehte hain?" hasad kise kehte hain?</w:t>
      </w:r>
    </w:p>
    <w:p>
      <w:pPr>
        <w:jc w:val="right"/>
      </w:pPr>
      <w:r>
        <w:t>ابو محمد خان کہتے ہیں: "حسد کسے کہتے ہیں؟" حسد کسے کہتے ہیں؟</w:t>
      </w:r>
    </w:p>
    <w:p>
      <w:r>
        <w:rPr>
          <w:b/>
        </w:rPr>
        <w:t xml:space="preserve">[31:03] </w:t>
      </w:r>
      <w:r>
        <w:t>hasad ka matlab hota hai jalan, yani doosre ko taraqqi, doosre ki taraqqi par jalan hona.</w:t>
      </w:r>
    </w:p>
    <w:p>
      <w:pPr>
        <w:jc w:val="right"/>
      </w:pPr>
      <w:r>
        <w:t>حسد کا مطلب ہوتا ہے جلن، یعنی دوسرے کو ترقی، دوسرے کی ترقی پر جلن ہونا۔</w:t>
      </w:r>
    </w:p>
    <w:p>
      <w:r>
        <w:rPr>
          <w:b/>
        </w:rPr>
        <w:t xml:space="preserve">[31:13] </w:t>
      </w:r>
      <w:r>
        <w:t>to ek hai, doosre ki taraqqi par khush hona, yeh sawab hai. agar aap doosre ki taraqqi par khush hon to yeh sawab hai, aur agar doosre ki taraqqi par jalan ho aap ko to yeh gunah hai.</w:t>
      </w:r>
    </w:p>
    <w:p>
      <w:pPr>
        <w:jc w:val="right"/>
      </w:pPr>
      <w:r>
        <w:t>تو ایک ہے، دوسرے کی ترقی پر خوش ہونا، یہ ثواب ہے۔ اگر آپ دوسرے کی ترقی پر خوش ہوں تو یہ ثواب ہے، اور اگر دوسرے کی ترقی پر جلن ہو آپ کو تو یہ گناہ ہے۔</w:t>
      </w:r>
    </w:p>
    <w:p>
      <w:r>
        <w:rPr>
          <w:b/>
        </w:rPr>
        <w:t xml:space="preserve">[31:34] </w:t>
      </w:r>
      <w:r>
        <w:t>sutuh malhotra ne aap se poocha hai: "maulana, should the divine science be taken as a lesson to introspect?"</w:t>
      </w:r>
    </w:p>
    <w:p>
      <w:pPr>
        <w:jc w:val="right"/>
      </w:pPr>
      <w:r>
        <w:t>سطوح ملحوترہ نے آپ سے پوچھا ہے: "مولانا، شوڈ دا ڈیوائن سائنس بی ٹیکن ایز ا لیسن ٹو انٹراسپیکٹ؟"</w:t>
      </w:r>
    </w:p>
    <w:p>
      <w:r>
        <w:rPr>
          <w:b/>
        </w:rPr>
        <w:t xml:space="preserve">[31:47] </w:t>
      </w:r>
      <w:r>
        <w:t>divine science jo hai woh hamare liye ek lesson hai taake hum introspection karen. yaqeenan dekhiye, sahih keh rahe hain aap, zaroor</w:t>
      </w:r>
    </w:p>
    <w:p>
      <w:pPr>
        <w:jc w:val="right"/>
      </w:pPr>
      <w:r>
        <w:t>ڈیوائن سائنس جو ہے وہ ہمارے لیے ایک لیسن ہے تاکہ ہم انٹراسپیکشن کریں۔ یقینا دیکھیں، صحیح کہہ رہے ہیں آپ، ضرور</w:t>
      </w:r>
    </w:p>
    <w:p>
      <w:r>
        <w:rPr>
          <w:b/>
        </w:rPr>
        <w:t xml:space="preserve">[31:59] </w:t>
      </w:r>
      <w:r>
        <w:t>. morocco se koi dekh raha hai aap ka program, yaseen raza, woh keh rahe hain ke "al love and respect from morocco, make dua for me".</w:t>
      </w:r>
    </w:p>
    <w:p>
      <w:pPr>
        <w:jc w:val="right"/>
      </w:pPr>
      <w:r>
        <w:t>۔ مراکو سے کوئی دیکھ رہا ہے آپ کا پروگرام، یاسین رضا، وہ کہہ رہے ہیں کہ "ال لو اینڈ ریسپیکٹ فرام مراکو، میک دعا فار می"۔</w:t>
      </w:r>
    </w:p>
    <w:p>
      <w:r>
        <w:rPr>
          <w:b/>
        </w:rPr>
        <w:t xml:space="preserve">[32:13] </w:t>
      </w:r>
      <w:r>
        <w:t>hamare liye dua karen. zaroor, hum aap ke liye dua karte hain, zaroor, hum aap ke liye dua karte hain. main morocco gaya hoon, bada acha mulk hai.</w:t>
      </w:r>
    </w:p>
    <w:p>
      <w:pPr>
        <w:jc w:val="right"/>
      </w:pPr>
      <w:r>
        <w:t>ہمارے لیے دعا کریں۔ ضرور، ہم آپ کے لیے دعا کرتے ہیں، ضرور، ہم آپ کے لیے دعا کرتے ہیں۔ میں مراکو گیا ہوں، بڑا اچھا ملک ہے۔</w:t>
      </w:r>
    </w:p>
    <w:p>
      <w:r>
        <w:rPr>
          <w:b/>
        </w:rPr>
        <w:t xml:space="preserve">[32:26] </w:t>
      </w:r>
      <w:r>
        <w:t>abdul majeed likhte hain: "assalam o alaikum. i have read your book 'kitab ma'rifat' and i question myself that so many human beings have come to this world from adam till now and in future as well.</w:t>
      </w:r>
    </w:p>
    <w:p>
      <w:pPr>
        <w:jc w:val="right"/>
      </w:pPr>
      <w:r>
        <w:t>عبدالماجد لکھتے ہیں: "السلام علیکم۔ آئی ہیو ریڈ یور بک 'کتاب معرفت' اینڈ آئی کوئسچن مائی سیلف دیٹ سو مینی ہیومن بینگز ہیو کم ٹو دس ورلڈ فرام ایڈم ٹل ناؤ اینڈ ان فیوچر ایز ویل۔</w:t>
      </w:r>
    </w:p>
    <w:p>
      <w:r>
        <w:rPr>
          <w:b/>
        </w:rPr>
        <w:t xml:space="preserve">[32:44] </w:t>
      </w:r>
      <w:r>
        <w:t>why allah has created this system where the all mighty is hidden, though visible through his all creations?</w:t>
      </w:r>
    </w:p>
    <w:p>
      <w:pPr>
        <w:jc w:val="right"/>
      </w:pPr>
      <w:r>
        <w:t>وائی اللہ ہیز کریٹڈ دس سسٹم ویئر دا ال مائٹی از ہڈن، دو ویزیبل تھرو ہز ال کریشنز؟</w:t>
      </w:r>
    </w:p>
    <w:p>
      <w:r>
        <w:rPr>
          <w:b/>
        </w:rPr>
        <w:t xml:space="preserve">[32:56] </w:t>
      </w:r>
      <w:r>
        <w:t>" taake aap sochen, agar ek dam saamne khada ho aap ke to aap sochen ge kya? taake kyunke tadabbur bohat hi zaroori hai, tadabbur se kaam deen khul, darwaze khulte hain.</w:t>
      </w:r>
    </w:p>
    <w:p>
      <w:pPr>
        <w:jc w:val="right"/>
      </w:pPr>
      <w:r>
        <w:t>" تاکہ آپ سوچیں، اگر ایک دم سامنے کھڑا ہو آپ کے تو آپ سوچیں گے کیا؟ تاکہ کیونکہ تدبر بہت ہی ضروری ہے، تدبر سے کام دین کھل، دروازے کھلتے ہیں۔</w:t>
      </w:r>
    </w:p>
    <w:p>
      <w:r>
        <w:rPr>
          <w:b/>
        </w:rPr>
        <w:t xml:space="preserve">[33:17] </w:t>
      </w:r>
      <w:r>
        <w:t>maulana iqbal umri aap se poochte hain: "tajassus aur tehqeeq mein kya farq hai?"</w:t>
      </w:r>
    </w:p>
    <w:p>
      <w:pPr>
        <w:jc w:val="right"/>
      </w:pPr>
      <w:r>
        <w:t>مولانا اقبال عمری آپ سے پوچھتے ہیں: "تجسس اور تحقیق میں کیا فرق ہے؟"</w:t>
      </w:r>
    </w:p>
    <w:p>
      <w:r>
        <w:rPr>
          <w:b/>
        </w:rPr>
        <w:t xml:space="preserve">[33:25] </w:t>
      </w:r>
      <w:r>
        <w:t>mera khayal bohat qareeb qareeb alfaaz hain dono, bohat yaani bohat baeed ta'alluq nahi hai, bareek farq hai.</w:t>
      </w:r>
    </w:p>
    <w:p>
      <w:pPr>
        <w:jc w:val="right"/>
      </w:pPr>
      <w:r>
        <w:t>میرا خیال بہت قریب قریب الفاظ ہیں دونوں، بہت یعنی بہت بعید تعلق نہیں ہے، باریک فرق ہے۔</w:t>
      </w:r>
    </w:p>
    <w:p>
      <w:r>
        <w:rPr>
          <w:b/>
        </w:rPr>
        <w:t xml:space="preserve">[33:39] </w:t>
      </w:r>
      <w:r>
        <w:t>b2 singh likhte hain: "sab kuch jaante samajhte hue hum sahi raaste par chal kyun nahi paate?</w:t>
      </w:r>
    </w:p>
    <w:p>
      <w:pPr>
        <w:jc w:val="right"/>
      </w:pPr>
      <w:r>
        <w:t>بی ٹو سنگھ لکھتے ہیں: "سب کچھ جانتے سمجھتے ہوئے ہم صحیح راستے پر چل کیوں نہیں پاتے؟</w:t>
      </w:r>
    </w:p>
    <w:p>
      <w:r>
        <w:rPr>
          <w:b/>
        </w:rPr>
        <w:t xml:space="preserve">[33:50] </w:t>
      </w:r>
      <w:r>
        <w:t>kis cheez ki kami reh jaati hai aakhir</w:t>
      </w:r>
    </w:p>
    <w:p>
      <w:pPr>
        <w:jc w:val="right"/>
      </w:pPr>
      <w:r>
        <w:t>کس چیز کی کمی رہ جاتی ہے آخر</w:t>
      </w:r>
    </w:p>
    <w:p>
      <w:r>
        <w:rPr>
          <w:b/>
        </w:rPr>
        <w:t xml:space="preserve">[33:55] </w:t>
      </w:r>
      <w:r>
        <w:t>?" desire aadmi ko rok band karti hai, aadmi desire mein phans jaata hai. agar desire mein na phanse to woh foran sachai tak pahunch jaaye.</w:t>
      </w:r>
    </w:p>
    <w:p>
      <w:pPr>
        <w:jc w:val="right"/>
      </w:pPr>
      <w:r>
        <w:t>؟" ڈیزائر آدمی کو روک بند کرتی ہے، آدمی ڈیزائر میں پھنس جاتا ہے۔ اگر ڈیزائر میں نہ پھنسے تو وہ فوراً سچائی تک پہنچ جائے۔</w:t>
      </w:r>
    </w:p>
    <w:p>
      <w:r>
        <w:rPr>
          <w:b/>
        </w:rPr>
        <w:t xml:space="preserve">[34:10] </w:t>
      </w:r>
      <w:r>
        <w:t>aadmi ko bachana hai desire se, desire se bachana hai.</w:t>
      </w:r>
    </w:p>
    <w:p>
      <w:pPr>
        <w:jc w:val="right"/>
      </w:pPr>
      <w:r>
        <w:t>آدمی کو بچانا ہے ڈیزائر سے، ڈیزائر سے بچانا ہے۔</w:t>
      </w:r>
    </w:p>
    <w:p>
      <w:r>
        <w:rPr>
          <w:b/>
        </w:rPr>
        <w:t xml:space="preserve">[34:29] </w:t>
      </w:r>
      <w:r>
        <w:t>mehak mushtaq likhti hain: "assalam o alaikum. maulana sahib, hum zindagi mein balance kaise rakh sakte hain jis mein hum saabit qadam rahein?"</w:t>
      </w:r>
    </w:p>
    <w:p>
      <w:pPr>
        <w:jc w:val="right"/>
      </w:pPr>
      <w:r>
        <w:t>مہک مشتاق لکھتی ہیں: "السلام علیکم۔ مولانا صاحب، ہم زندگی میں بیلنس کیسے رکھ سکتے ہیں جس میں ہم ثابت قدم رہیں؟"</w:t>
      </w:r>
    </w:p>
    <w:p>
      <w:r>
        <w:rPr>
          <w:b/>
        </w:rPr>
        <w:t xml:space="preserve">[34:51] </w:t>
      </w:r>
      <w:r>
        <w:t>bas sochte rahiye ke aap ka kaam balance par hai, yeh to hate hain. sab se ahem cheez sochna, sab se ahem cheez hai sochna, hamesha sochte rahiye ke hum kahan khade hain.</w:t>
      </w:r>
    </w:p>
    <w:p>
      <w:pPr>
        <w:jc w:val="right"/>
      </w:pPr>
      <w:r>
        <w:t>بس سوچتے رہیے کہ آپ کا کام بیلنس پر ہے، یہ تو ہٹے ہیں۔ سب سے اہم چیز سوچنا، سب سے اہم چیز ہے سوچنا، ہمیشہ سوچتے رہیے کہ ہم کہاں کھڑے ہیں۔</w:t>
      </w:r>
    </w:p>
    <w:p>
      <w:r>
        <w:rPr>
          <w:b/>
        </w:rPr>
        <w:t xml:space="preserve">[35:19] </w:t>
      </w:r>
      <w:r>
        <w:t>abdul majeed likhte hain: "allah aap ko apni aafiyat mein rakhe aur humein aap ke ilm se mustafeed hone ka aur waqt ata karein." inshallah, inshallah.</w:t>
      </w:r>
    </w:p>
    <w:p>
      <w:pPr>
        <w:jc w:val="right"/>
      </w:pPr>
      <w:r>
        <w:t>عبدالماجد لکھتے ہیں: "اللہ آپ کو اپنی عافیت میں رکھیں اور ہمیں آپ کے علم سے مستفید ہونے کا اور وقت عطا کریں۔" انشاءاللہ، انشاءاللہ۔</w:t>
      </w:r>
    </w:p>
    <w:p>
      <w:r>
        <w:rPr>
          <w:b/>
        </w:rPr>
        <w:t xml:space="preserve">[35:36] </w:t>
      </w:r>
      <w:r>
        <w:t>fehmiida khan: "maulana, please explain this hadith. umar ibn al-khattab narrates that the prophet said that god will elevate some people through his book and will bring down some others through it."</w:t>
      </w:r>
    </w:p>
    <w:p>
      <w:pPr>
        <w:jc w:val="right"/>
      </w:pPr>
      <w:r>
        <w:t>فہمیدہ خان: "مولانا، پلیز ایکسپلین دس حدیث۔ عمر ابن الخطاب نیریٹس دیٹ دی پرافٹ سیڈ دیٹ گاڈ ول ایلیویٹ سم پیپل تھرو ہز بک اینڈ ول برنگ ڈاؤن سم ادر تھرو اٹ۔"</w:t>
      </w:r>
    </w:p>
    <w:p>
      <w:r>
        <w:rPr>
          <w:b/>
        </w:rPr>
        <w:t xml:space="preserve">[36:02] </w:t>
      </w:r>
      <w:r>
        <w:t>dekhiye ji, is mein jo baat allah ki taraf mansoob ki gayi hai woh haqeeqatan insaan ki taraf mansoob hoti hai. aap ko allah uthata girata nahi hai, yaani kuch aadmi is pe seedha to sochte hain to un ko taraqqi milti hai,</w:t>
      </w:r>
    </w:p>
    <w:p>
      <w:pPr>
        <w:jc w:val="right"/>
      </w:pPr>
      <w:r>
        <w:t>دیکھیے جی، اس میں جو بات اللہ کی طرف منسوب کی گئی ہے وہ حقیقتاً انسان کی طرف منسوب ہوتی ہے۔ آپ کو اللہ اٹھاتا گراتا نہیں ہے، یعنی کچھ آدمی اس پہ سیدہ تو سوچتے ہیں تو ان کو ترقی ملتی ہے،</w:t>
      </w:r>
    </w:p>
    <w:p>
      <w:r>
        <w:rPr>
          <w:b/>
        </w:rPr>
        <w:t xml:space="preserve">[36:25] </w:t>
      </w:r>
      <w:r>
        <w:t>intellectual development hota hai. ab kuch kuch log hain ke woh ghair zaroori sawalaat mein ulajh jaate hain, sochein phans kar rehte hain, sachai ko nahi daryaft kar paate.</w:t>
      </w:r>
    </w:p>
    <w:p>
      <w:pPr>
        <w:jc w:val="right"/>
      </w:pPr>
      <w:r>
        <w:t>انٹلیکچول ڈیولپمنٹ ہوتا ہے۔ اب کچھ کچھ لوگ ہیں کہ وہ غیر ضروری سوالات میں الجھ جاتے ہیں، سوچیں پھنس کر رہتے ہیں، سچائی کو نہیں دریافت کر پاتے۔</w:t>
      </w:r>
    </w:p>
    <w:p>
      <w:r>
        <w:rPr>
          <w:b/>
        </w:rPr>
        <w:t xml:space="preserve">[36:40] </w:t>
      </w:r>
      <w:r>
        <w:t>to woh khuda nahi aisa karta, insaan khud apne aap ko aisa karta hai.</w:t>
      </w:r>
    </w:p>
    <w:p>
      <w:pPr>
        <w:jc w:val="right"/>
      </w:pPr>
      <w:r>
        <w:t>تو وہ خدا نہیں ایسا کرتا، انسان خود اپنے آپ کو ایسا کرتا ہے۔</w:t>
      </w:r>
    </w:p>
    <w:p>
      <w:r>
        <w:rPr>
          <w:b/>
        </w:rPr>
        <w:t xml:space="preserve">[36:51] </w:t>
      </w:r>
      <w:r>
        <w:t>ek sawal aap ke liye hai jihad babu ki taraf se, woh keh rahe hain ke main aaj kal ke jo halaat hain is mein namaz nahi parhne ja sakta masjid, to main ghar mein namaz parh loon to yeh sahi hoga?</w:t>
      </w:r>
    </w:p>
    <w:p>
      <w:pPr>
        <w:jc w:val="right"/>
      </w:pPr>
      <w:r>
        <w:t>ایک سوال آپ کے لیے ہے جہاد بابو کی طرف سے، وہ کہہ رہے ہیں کہ میں آج کل کے جو حالات ہیں اس میں نماز نہیں پڑھنے جا سکتا مسجد، تو میں گھر میں نماز پڑھ لوں تو یہ صحیح ہوگا؟</w:t>
      </w:r>
    </w:p>
    <w:p>
      <w:r>
        <w:rPr>
          <w:b/>
        </w:rPr>
        <w:t xml:space="preserve">[37:05] </w:t>
      </w:r>
      <w:r>
        <w:t>zaroor sahi hai, bilkul sahi hai,</w:t>
      </w:r>
    </w:p>
    <w:p>
      <w:pPr>
        <w:jc w:val="right"/>
      </w:pPr>
      <w:r>
        <w:t>ضرور صحیح ہے، بالکل صحیح ہے،</w:t>
      </w:r>
    </w:p>
    <w:p>
      <w:r>
        <w:rPr>
          <w:b/>
        </w:rPr>
        <w:t xml:space="preserve">[37:10] </w:t>
      </w:r>
      <w:r>
        <w:t>bilkul sahi hai.</w:t>
      </w:r>
    </w:p>
    <w:p>
      <w:pPr>
        <w:jc w:val="right"/>
      </w:pPr>
      <w:r>
        <w:t>بالکل صحیح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