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Q&amp;A 04 May 2008 Maulana Wahiduddin Khan</w:t>
      </w:r>
    </w:p>
    <w:p>
      <w:r>
        <w:t>https://www.youtube.com/watch?v=rERrdfZb-lg</w:t>
      </w:r>
    </w:p>
    <w:p>
      <w:r>
        <w:rPr>
          <w:b/>
        </w:rPr>
        <w:t xml:space="preserve">[00:11] </w:t>
      </w:r>
      <w:r>
        <w:t>this question is from idrees. some of my friends are vegetarian, and they often ask, "why in islam it is allowed to kill animals, and that too in the name of god?"</w:t>
      </w:r>
    </w:p>
    <w:p>
      <w:pPr>
        <w:jc w:val="right"/>
      </w:pPr>
      <w:r>
        <w:t>दिस क्वेश्चन इज़ फ्रॉम इद्रीस। सम ऑफ माय फ्रेंड्स आर वेजिटेरियन, एंड दे ऑफन आस्क, "व्हाई इन इस्लाम इट इज़ अलाउड टू किल एनिमल्स, एंड दैट टू इन द नेम ऑफ गॉड?"</w:t>
      </w:r>
    </w:p>
    <w:p>
      <w:r>
        <w:rPr>
          <w:b/>
        </w:rPr>
        <w:t xml:space="preserve">[00:28] </w:t>
      </w:r>
      <w:r>
        <w:t>dekhiye, yeh ek faila hai.</w:t>
      </w:r>
    </w:p>
    <w:p>
      <w:pPr>
        <w:jc w:val="right"/>
      </w:pPr>
      <w:r>
        <w:t>देखिए, यह एक फैले है।</w:t>
      </w:r>
    </w:p>
    <w:p>
      <w:r>
        <w:rPr>
          <w:b/>
        </w:rPr>
        <w:t xml:space="preserve">[00:33] </w:t>
      </w:r>
      <w:r>
        <w:t>faila, yaani yeh law of islam ki baat nahi hai, yeh law of nature ki baat hai.</w:t>
      </w:r>
    </w:p>
    <w:p>
      <w:pPr>
        <w:jc w:val="right"/>
      </w:pPr>
      <w:r>
        <w:t>फैले, यानी यह लॉ ऑफ इस्लाम की बात नहीं है, यह लॉ ऑफ नेचर की बात है।</w:t>
      </w:r>
    </w:p>
    <w:p>
      <w:r>
        <w:rPr>
          <w:b/>
        </w:rPr>
        <w:t xml:space="preserve">[00:43] </w:t>
      </w:r>
      <w:r>
        <w:t>jis duniya mein aap hain, woh aap ne nahi banaya, maine nahi banaya hai. woh banaya kisi aur ne. us ke jo laws hain, wahi prevail karenge. hamari aap ki desire nahi prevail karenge. woh kaise?</w:t>
      </w:r>
    </w:p>
    <w:p>
      <w:pPr>
        <w:jc w:val="right"/>
      </w:pPr>
      <w:r>
        <w:t>जिस दुनिया में आप हैं, वह आपने नहीं बनाया, मैंने नहीं बनाया है। वो बनाया किसी और ने। उसके जो लाज हैं, वही प्रीवेल करेंगे। हमारी आपकी डिजायर नहीं प्रीवेल करेंगे। वो कैसे?</w:t>
      </w:r>
    </w:p>
    <w:p>
      <w:r>
        <w:rPr>
          <w:b/>
        </w:rPr>
        <w:t xml:space="preserve">[01:00] </w:t>
      </w:r>
      <w:r>
        <w:t>jinhone kaha hai, woh doodh peete honge. un se kahiye ke doodh ko woh microscope mein dekhein. woh sabzi khate honge. sabzi ko microscope ke sheeshe par rakh kar dekhein. har cheez mein jaan hai, har cheez mein jeev hai. ab aap jab doodh peete hain, jab sabzi khate hain, jab phal khate hain,</w:t>
      </w:r>
    </w:p>
    <w:p>
      <w:pPr>
        <w:jc w:val="right"/>
      </w:pPr>
      <w:r>
        <w:t>जिन्होंने कहा है, वह दूध पीते होंगे। उनसे कहिए कि दूध को वह माइक्रोस्कोप में देखें। वह सब्जी खाते होंगे। सब्जी को माइक्रोस्कोप के शीशे पर रखकर देखें। हर चीज में जान है, हर चीज में जीव है। अब आप जब दूध पीते हैं, जब सब्जी खाते हैं, जब फल खाते हैं,</w:t>
      </w:r>
    </w:p>
    <w:p>
      <w:r>
        <w:rPr>
          <w:b/>
        </w:rPr>
        <w:t xml:space="preserve">[01:24] </w:t>
      </w:r>
      <w:r>
        <w:t>to aap million and million jeev ko apne andar solve kar lete hain. yeh to law of nature hai. kya karenge aap?</w:t>
      </w:r>
    </w:p>
    <w:p>
      <w:pPr>
        <w:jc w:val="right"/>
      </w:pPr>
      <w:r>
        <w:t>तो आप मिलियन एंड मिलियन जूस को अपने अंदर सॉल्व कर लेते हैं। यह तो लॉ ऑफ नेचर है। क्या करेंगे आप?</w:t>
      </w:r>
    </w:p>
    <w:p>
      <w:r>
        <w:rPr>
          <w:b/>
        </w:rPr>
        <w:t xml:space="preserve">[01:35] </w:t>
      </w:r>
      <w:r>
        <w:t>ya to mar jaiye, ya le le of nature ko follow kijiye. yeh masla hamare choice ka nahi hai. yaad rakhiye, yeh natural law ko follow karne ka hai. main khud to vegetarian hoon,</w:t>
      </w:r>
    </w:p>
    <w:p>
      <w:pPr>
        <w:jc w:val="right"/>
      </w:pPr>
      <w:r>
        <w:t>या तो मर जाइए, या ले ले ऑफ नेचर को फॉलो कीजिए। यह मसला हमारे चॉइस का नहीं है। याद रखिए, यह नेचरल लॉ को फॉलो करने का है। मैं खुद तो वेजिटेरियन हूं,</w:t>
      </w:r>
    </w:p>
    <w:p>
      <w:r>
        <w:rPr>
          <w:b/>
        </w:rPr>
        <w:t xml:space="preserve">[01:52] </w:t>
      </w:r>
      <w:r>
        <w:t>kyun ke vegetarian hone ka matlab yeh hai ke main agar gosht na khaoon, machhli na khaoon, tab bhi main sabzi kha raha hoon. aur sabzi mein usi sabzi mein usi tarah se jaan hai, jis tarah se meat mein jaan hai.</w:t>
      </w:r>
    </w:p>
    <w:p>
      <w:pPr>
        <w:jc w:val="right"/>
      </w:pPr>
      <w:r>
        <w:t>क्योंकि वेजिटेरियन होने का मतलब यह है कि मैं अगर गोश्त ना खाऊं, मछली ना खाऊं, तब भी मैं सब्जी खा रहा हूं। और सब्जी में उसी सब्जी में उसी तरह से जान है, जिस तरह से मीट में जान है।</w:t>
      </w:r>
    </w:p>
    <w:p>
      <w:r>
        <w:rPr>
          <w:b/>
        </w:rPr>
        <w:t xml:space="preserve">[02:10] </w:t>
      </w:r>
      <w:r>
        <w:t>is wajah se yeh baatein jo hain, bohat hi unscientific hain. aur jo log yeh baatein karte hain, woh kuch jaante nahi. woh samajhte hain ke yeh law of islam ki baat hai. nahi, yeh law of nature ki baat hai.</w:t>
      </w:r>
    </w:p>
    <w:p>
      <w:pPr>
        <w:jc w:val="right"/>
      </w:pPr>
      <w:r>
        <w:t>इस वजह से यह बातें जो हैं, बहुत ही अनसाइंटिफिक हैं। और जो लोग यह बातें करते हैं, वह कुछ जानते नहीं। वह समझते हैं कि यह लॉ ऑफ इस्लाम की बात है। नहीं, यह लॉ ऑफ नेचर की बात है।</w:t>
      </w:r>
    </w:p>
    <w:p>
      <w:r>
        <w:rPr>
          <w:b/>
        </w:rPr>
        <w:t xml:space="preserve">[02:28] </w:t>
      </w:r>
      <w:r>
        <w:t>this question is from ramesh. is there a mention of prophet mohammad in the bible or torah?</w:t>
      </w:r>
    </w:p>
    <w:p>
      <w:pPr>
        <w:jc w:val="right"/>
      </w:pPr>
      <w:r>
        <w:t>दिस क्वेश्चन इज़ फ्रॉम रामेश। इज़ देयर अ मेंशन ऑफ प्रोफेट मोहम्मद इन द बाइबल और टोरा?</w:t>
      </w:r>
    </w:p>
    <w:p>
      <w:r>
        <w:rPr>
          <w:b/>
        </w:rPr>
        <w:t xml:space="preserve">[02:38] </w:t>
      </w:r>
      <w:r>
        <w:t>if yes, then why do christians and jews not believe in prophet mohammad?</w:t>
      </w:r>
    </w:p>
    <w:p>
      <w:pPr>
        <w:jc w:val="right"/>
      </w:pPr>
      <w:r>
        <w:t>इफ यस, देन व्हाई डू क्रिश्चियंस एंड जूस नॉट बिलीव इन प्रोफेट मोहम्मद?</w:t>
      </w:r>
    </w:p>
    <w:p>
      <w:r>
        <w:rPr>
          <w:b/>
        </w:rPr>
        <w:t xml:space="preserve">[02:46] </w:t>
      </w:r>
      <w:r>
        <w:t>yeh sahi hai ke us mein bohat se references hain, bohat jagah mention kiya hai bible mein, yaani old testament mein bhi aur new testament mein dono mein. lekin aap jante hain ke is tarah ke jo references hote hain, woh is tarah nahi hote ke mohammad bin abdullah bin abdul muttalib, is tarah nahi hote.</w:t>
      </w:r>
    </w:p>
    <w:p>
      <w:pPr>
        <w:jc w:val="right"/>
      </w:pPr>
      <w:r>
        <w:t>यह सही है कि उसमें बहुत से रेफरेंसेस हैं, बहुत जगह मेंशन किया है बाइबल में, यानी ओल्ड टेस्टामेंट में भी और न्यू टेस्टामेंट में दोनों में। लेकिन आप जानते हैं कि इस तरह के जो रेफरेंसेस होते हैं, वह इस तरह नहीं होते कि मोहम्मद बिन अब्दुल्ला बिन अब्दुल मुत्तलिम, इस तरह नहीं होते।</w:t>
      </w:r>
    </w:p>
    <w:p>
      <w:r>
        <w:rPr>
          <w:b/>
        </w:rPr>
        <w:t xml:space="preserve">[03:10] </w:t>
      </w:r>
      <w:r>
        <w:t>balki wahan par woh hota hai kisi na kisi symbolic language mein. hota hai. toh mauka rehta hai unko ke doosre dhang se interpretation de dein. usko misaal ke taur par bible mein hai ek lafz farak leet, paraclete.</w:t>
      </w:r>
    </w:p>
    <w:p>
      <w:pPr>
        <w:jc w:val="right"/>
      </w:pPr>
      <w:r>
        <w:t>बल्कि वहां पर वह होता है किसी न किसी सिंबॉलिक लैंग्वेज में। होता है। तो मौका रहता है उनको कि दूसरेढंग से इंटरप्रिटेशन दे दें। उसको मिसाल के तौर पर बाइबल में है एक लफ्ज फारक लीत, पैराक्लीट।</w:t>
      </w:r>
    </w:p>
    <w:p>
      <w:r>
        <w:rPr>
          <w:b/>
        </w:rPr>
        <w:t xml:space="preserve">[03:29] </w:t>
      </w:r>
      <w:r>
        <w:t>ab paraclete jo hai, woh hum samajhte hain ke mohammad ke liye hai. unhone khud se ek comforter banaya, uske liye le liya. unhone toh yeh jo interpretation ki baat hai, yeh hamesha rehti hai har cheez mein.</w:t>
      </w:r>
    </w:p>
    <w:p>
      <w:pPr>
        <w:jc w:val="right"/>
      </w:pPr>
      <w:r>
        <w:t>अब पैराक्लीट जो है, वह हम समझते हैं कि मोहम्मद के लिए है। उन्होंने खुद से एक कंफर्टर बनाया, उसके लिए ले लिया। उन्होंने तो यह जो इंटरप्रिटेशन की बात है, यह हमेशा रहती है हर चीज में।</w:t>
      </w:r>
    </w:p>
    <w:p>
      <w:r>
        <w:rPr>
          <w:b/>
        </w:rPr>
        <w:t xml:space="preserve">[03:50] </w:t>
      </w:r>
      <w:r>
        <w:t>toh interpretation karke aadmi ek cheez ka matlab doosra nikal leta hai. aur yeh baat is cheez ki nahi hai. khud musalmanon mein dekhiye, quran ko alag alag dhang se matlab nikal lete hain uska. aur ek aisi baat quran se nikal lete hain, jo quran mein nahi hai.</w:t>
      </w:r>
    </w:p>
    <w:p>
      <w:pPr>
        <w:jc w:val="right"/>
      </w:pPr>
      <w:r>
        <w:t>तो इंटरप्रिटेशन करके आदमी एक चीज का मतलब दूसरा निकाल लेता है। और यह बात इस चीज की नहीं है। खुद मुसलमानों में देखिए, कुरान को अलग-अलगढंग से मतलब निकाल लेते हैं उसका। और एक ऐसी बात कुरान से निकाल लेते हैं, जो कुरान में नहीं है।</w:t>
      </w:r>
    </w:p>
    <w:p>
      <w:r>
        <w:rPr>
          <w:b/>
        </w:rPr>
        <w:t xml:space="preserve">[04:11] </w:t>
      </w:r>
      <w:r>
        <w:t>yeh saare musalman yeh samajhte hain ke rasoolullah sallam jo hain, woh shafaat kar denge. saare musalman ikatthe jannat mein chale jayenge. saare musalman samajhte hain, halanki bilkul baseless baat hai. toh quran ko galat dhang se usko interpretation dekar ke yeh baat nikali gayi hai.</w:t>
      </w:r>
    </w:p>
    <w:p>
      <w:pPr>
        <w:jc w:val="right"/>
      </w:pPr>
      <w:r>
        <w:t>यह सारे मुसलमान ये समझते हैं कि रसूलल्लाह सलम जो हैं, वह शफात कर देंगे। सारे मुसलमान इकट्ठे जन्नत में चले जाएंगे। सारे मुसलमान समझते हैं, हालांकि बिल्कुल बेसलेस बात है। तो कुरान को गलतढंग से उसको इंटरप्रिटेशन देकर के यह बात निकाली गई है।</w:t>
      </w:r>
    </w:p>
    <w:p>
      <w:r>
        <w:rPr>
          <w:b/>
        </w:rPr>
        <w:t xml:space="preserve">[04:30] </w:t>
      </w:r>
      <w:r>
        <w:t>toh basic baat hai ke insaan jo hai, surrender nahi karna chahta. christian ki baat nahi, yeh musalman bhi surrender nahi karna chahte. isliye khud hi khud matlab nikalne gaye aur kahenge, "dekho, quran mein ye likha hua hai."</w:t>
      </w:r>
    </w:p>
    <w:p>
      <w:pPr>
        <w:jc w:val="right"/>
      </w:pPr>
      <w:r>
        <w:t>तो बेसिक बात है कि इंसान जो है, सरेंडर नहीं करना चाहता। क्रिश्चियन की बात नहीं, यह मुसलमान भी सरेंडर नहीं करना चाहते। इसलिए खुद ही खुद मतलब निकालने गए और कहेंगे, "देखो, कुरान में ये लिखा हुआ है।"</w:t>
      </w:r>
    </w:p>
    <w:p>
      <w:r>
        <w:rPr>
          <w:b/>
        </w:rPr>
        <w:t xml:space="preserve">[04:47] </w:t>
      </w:r>
      <w:r>
        <w:t>abhi kal parson mere paas ek sahab ka telephone aaya isi baat par ke sahab rasoolullah toh woh shafaat karenge aur saare musalmanon ki, saare ummate mohammadi ki shafaat kar denge. woh toh shabul bud nabin hain. woh saare musalman unki shafaat se</w:t>
      </w:r>
    </w:p>
    <w:p>
      <w:pPr>
        <w:jc w:val="right"/>
      </w:pPr>
      <w:r>
        <w:t>अभी कल परसों मेरे पास एक साहब का टेलीफोन आया इसी बात पर कि साहब रसूलल्लाह तो वो शफात करेंगे और सारे मुसलमानों की, सारे उम्मते मोहम्मदी की शफात कर देंगे। वो तो शबूल बुद नबीन हैं। वो सारे मुसलमान उनकी शफात से</w:t>
      </w:r>
    </w:p>
    <w:p>
      <w:r>
        <w:rPr>
          <w:b/>
        </w:rPr>
        <w:t xml:space="preserve">[05:05] </w:t>
      </w:r>
      <w:r>
        <w:t>chale jayenge paradise mein. aur hadith gadh rakhi hai, bohat sari quran se bhi nikalte hain. toh yaad rakhiye, asal cheez yeh nahi hai ke woh cheez khule tareeqe par mention ki gayi ho. kahin asal cheez hai ke surrender karne ki spirit hona chahiye.</w:t>
      </w:r>
    </w:p>
    <w:p>
      <w:pPr>
        <w:jc w:val="right"/>
      </w:pPr>
      <w:r>
        <w:t>चले जाएंगे पैराडाइज में। और हदीस गढ़ रखी है, बहुत सारी कुरान से भी निकालते हैं। तो याद रखिए, असल चीज यह नहीं है कि वह चीज खुले तरीके पर मेंशन की गई हो। कहीं असल चीज है कि सरेंडर करने की स्पिरिट होना चाहिए।</w:t>
      </w:r>
    </w:p>
    <w:p>
      <w:r>
        <w:rPr>
          <w:b/>
        </w:rPr>
        <w:t xml:space="preserve">[05:22] </w:t>
      </w:r>
      <w:r>
        <w:t>agar surrender karne ki spirit nahi hai, toh quran ko mankar bhi ulta matlab nikala jayega.</w:t>
      </w:r>
    </w:p>
    <w:p>
      <w:pPr>
        <w:jc w:val="right"/>
      </w:pPr>
      <w:r>
        <w:t>अगर सरेंडर करने की स्पिरिट नहीं है, तो कुरान को मानकर भी उल्टा मतलब निकाला जाएगा।</w:t>
      </w:r>
    </w:p>
    <w:p>
      <w:r>
        <w:rPr>
          <w:b/>
        </w:rPr>
        <w:t xml:space="preserve">[05:32] </w:t>
      </w:r>
      <w:r>
        <w:t>bible ko mankar bhi wahan bhi ulta matlab nikala jayega. toh yeh har jagah ho raha hai.</w:t>
      </w:r>
    </w:p>
    <w:p>
      <w:pPr>
        <w:jc w:val="right"/>
      </w:pPr>
      <w:r>
        <w:t>बाइबल को मानकर भी वहां भी उल्टा मतलब निकाला जाएगा। तो यह हर जगह हो रहा है।</w:t>
      </w:r>
    </w:p>
    <w:p>
      <w:r>
        <w:rPr>
          <w:b/>
        </w:rPr>
        <w:t xml:space="preserve">[05:40] </w:t>
      </w:r>
      <w:r>
        <w:t>this question is from shamshad ahmad. quran mein woh kaun se ahkamat hain jinke mukhatib sirf nabi ki zaat hai?</w:t>
      </w:r>
    </w:p>
    <w:p>
      <w:pPr>
        <w:jc w:val="right"/>
      </w:pPr>
      <w:r>
        <w:t>दिस क्वेश्चन इज़ फ्रॉम शमशाद अहमद। कुरान में वह कौन से अहका मात हैं जिनके मुखातिब सिर्फ नबी की जात है?</w:t>
      </w:r>
    </w:p>
    <w:p>
      <w:r>
        <w:rPr>
          <w:b/>
        </w:rPr>
        <w:t xml:space="preserve">[05:54] </w:t>
      </w:r>
      <w:r>
        <w:t>koi bhi nahin.</w:t>
      </w:r>
    </w:p>
    <w:p>
      <w:pPr>
        <w:jc w:val="right"/>
      </w:pPr>
      <w:r>
        <w:t>कोई भी नहीं।</w:t>
      </w:r>
    </w:p>
    <w:p>
      <w:r>
        <w:rPr>
          <w:b/>
        </w:rPr>
        <w:t xml:space="preserve">[05:56] </w:t>
      </w:r>
      <w:r>
        <w:t>nabi ko le kar ke jahan kaha gaya, wahan bhi wo naya watan hai.</w:t>
      </w:r>
    </w:p>
    <w:p>
      <w:pPr>
        <w:jc w:val="right"/>
      </w:pPr>
      <w:r>
        <w:t>नबी को लेकर के जहां कहा गया, वहां भी वो नया वतन है।</w:t>
      </w:r>
    </w:p>
    <w:p>
      <w:r>
        <w:rPr>
          <w:b/>
        </w:rPr>
        <w:t xml:space="preserve">[06:01] </w:t>
      </w:r>
      <w:r>
        <w:t>yani nabi ko kaha gaya, lekin murad sab log hain.</w:t>
      </w:r>
    </w:p>
    <w:p>
      <w:pPr>
        <w:jc w:val="right"/>
      </w:pPr>
      <w:r>
        <w:t>यानी नबी को कहा गया, लेकिन मुराद सब लोग हैं।</w:t>
      </w:r>
    </w:p>
    <w:p>
      <w:r>
        <w:rPr>
          <w:b/>
        </w:rPr>
        <w:t xml:space="preserve">[06:04] </w:t>
      </w:r>
      <w:r>
        <w:t>jaise quran mein ek ya nabi tal nabi</w:t>
      </w:r>
    </w:p>
    <w:p>
      <w:pPr>
        <w:jc w:val="right"/>
      </w:pPr>
      <w:r>
        <w:t>जैसे कुरान में एक या नबी तल नबी</w:t>
      </w:r>
    </w:p>
    <w:p>
      <w:r>
        <w:rPr>
          <w:b/>
        </w:rPr>
        <w:t xml:space="preserve">[06:09] </w:t>
      </w:r>
      <w:r>
        <w:t>ko keh kar ke talaq ka bataya gaya.</w:t>
      </w:r>
    </w:p>
    <w:p>
      <w:pPr>
        <w:jc w:val="right"/>
      </w:pPr>
      <w:r>
        <w:t>को कह कर के तलाक का बताया गया।</w:t>
      </w:r>
    </w:p>
    <w:p>
      <w:r>
        <w:rPr>
          <w:b/>
        </w:rPr>
        <w:t xml:space="preserve">[06:11] </w:t>
      </w:r>
      <w:r>
        <w:t>yahan par tareeqa kyunke uska matlab nahi ke sirf nabi murad hai.</w:t>
      </w:r>
    </w:p>
    <w:p>
      <w:pPr>
        <w:jc w:val="right"/>
      </w:pPr>
      <w:r>
        <w:t>यहां पर तरीका क्योंकि उसका मतलब नहीं कि सिर्फ नबी मुराद है।</w:t>
      </w:r>
    </w:p>
    <w:p>
      <w:r>
        <w:rPr>
          <w:b/>
        </w:rPr>
        <w:t xml:space="preserve">[06:17] </w:t>
      </w:r>
      <w:r>
        <w:t>nabi ko keh kar ke sare logon ko bataya gaya.</w:t>
      </w:r>
    </w:p>
    <w:p>
      <w:pPr>
        <w:jc w:val="right"/>
      </w:pPr>
      <w:r>
        <w:t>नबी को कह कर के सारे लोगों को बताया गया।</w:t>
      </w:r>
    </w:p>
    <w:p>
      <w:r>
        <w:rPr>
          <w:b/>
        </w:rPr>
        <w:t xml:space="preserve">[06:20] </w:t>
      </w:r>
      <w:r>
        <w:t>to yeh aisi koi cheez nahi hai quran reed mein jo bas nabi ke liye ho, doosron ke</w:t>
      </w:r>
    </w:p>
    <w:p>
      <w:pPr>
        <w:jc w:val="right"/>
      </w:pPr>
      <w:r>
        <w:t>तो यह ऐसी कोई चीज नहीं है कुरान रीद में जो बस नबी के लिए हो, दूसरों के</w:t>
      </w:r>
    </w:p>
    <w:p>
      <w:r>
        <w:rPr>
          <w:b/>
        </w:rPr>
        <w:t xml:space="preserve">[06:24] </w:t>
      </w:r>
      <w:r>
        <w:t>liye na ho.</w:t>
      </w:r>
    </w:p>
    <w:p>
      <w:pPr>
        <w:jc w:val="right"/>
      </w:pPr>
      <w:r>
        <w:t>लिए ना हो।</w:t>
      </w:r>
    </w:p>
    <w:p>
      <w:r>
        <w:rPr>
          <w:b/>
        </w:rPr>
        <w:t xml:space="preserve">[06:26] </w:t>
      </w:r>
      <w:r>
        <w:t>chahe nabi ka naam lekar ho, chahe nabi ke naam liye baghair ho, sab jab baat sabke liye</w:t>
      </w:r>
    </w:p>
    <w:p>
      <w:pPr>
        <w:jc w:val="right"/>
      </w:pPr>
      <w:r>
        <w:t>चाहे नबी का नाम लेकर हो, चाहे नबी के नाम लिए बगैर हो, सब जब बात सबके लिए</w:t>
      </w:r>
    </w:p>
    <w:p>
      <w:r>
        <w:rPr>
          <w:b/>
        </w:rPr>
        <w:t xml:space="preserve">[06:30] </w:t>
      </w:r>
      <w:r>
        <w:t>hai. aap koi ayat bataye, agar to main usko explain karunga.</w:t>
      </w:r>
    </w:p>
    <w:p>
      <w:pPr>
        <w:jc w:val="right"/>
      </w:pPr>
      <w:r>
        <w:t>है। आप कोई आयत बताएं, अगर तो मैं उसको एक्सप्लेन करूंगा।</w:t>
      </w:r>
    </w:p>
    <w:p>
      <w:r>
        <w:rPr>
          <w:b/>
        </w:rPr>
        <w:t xml:space="preserve">[06:35] </w:t>
      </w:r>
      <w:r>
        <w:t>aisi koi ayat agar bataye aap to.</w:t>
      </w:r>
    </w:p>
    <w:p>
      <w:pPr>
        <w:jc w:val="right"/>
      </w:pPr>
      <w:r>
        <w:t>ऐसी कोई आयत अगर बताएं आप तो।</w:t>
      </w:r>
    </w:p>
    <w:p>
      <w:r>
        <w:rPr>
          <w:b/>
        </w:rPr>
        <w:t xml:space="preserve">[06:40] </w:t>
      </w:r>
      <w:r>
        <w:t>this question is from imran. taking and giving interest on money is prohibited in islam. in light of this, can having a bank account be justified</w:t>
      </w:r>
    </w:p>
    <w:p>
      <w:pPr>
        <w:jc w:val="right"/>
      </w:pPr>
      <w:r>
        <w:t>दिस क्वेश्चन इज़ फ्रॉम इमरान। टेकिंग एंड गिविंग इंटरेस्ट ऑन मनी इज़ प्रोहिबिटेड इन इस्लाम। इन लाइट ऑफ दिस, कैन हैविंग अ बैंक अकाउंट बी जस्टिफाइड</w:t>
      </w:r>
    </w:p>
    <w:p>
      <w:r>
        <w:rPr>
          <w:b/>
        </w:rPr>
        <w:t xml:space="preserve">[06:55] </w:t>
      </w:r>
      <w:r>
        <w:t>? dekhiye, hum is masle par kuch nahi bolte. is masle par main kahunga, ya toh aap apne common sense par chaliye ya darul ifta se fatwa le lijiye. bas hum yahan par is par kuch nahi bolenge. hum is par apne magazine bhi likhte nahi hain.</w:t>
      </w:r>
    </w:p>
    <w:p>
      <w:pPr>
        <w:jc w:val="right"/>
      </w:pPr>
      <w:r>
        <w:t>? देखिए, हम इस मसले पर कुछ नहीं बोलते। इस मसले पर मैं कहूंगा, या तो आप अपने कॉमन सेंस पर चलिए या दारुल इफ्ता से फतवा ले लीजिए। बस हम यहां पर इस पर कुछ नहीं बोलेंगे। हम इस पर अपने मैगजीन भी लिखते नहीं हैं।</w:t>
      </w:r>
    </w:p>
    <w:p>
      <w:r>
        <w:rPr>
          <w:b/>
        </w:rPr>
        <w:t xml:space="preserve">[07:13] </w:t>
      </w:r>
      <w:r>
        <w:t>yeh bohat hi controversial issue hai. yeh sab toh main kahunga ke aapke do option hain. hadith batati hai ke it kalb ka ya apne common sense se jaan lo. toh ya toh aap apne common sense par chaliye</w:t>
      </w:r>
    </w:p>
    <w:p>
      <w:pPr>
        <w:jc w:val="right"/>
      </w:pPr>
      <w:r>
        <w:t>यह बहुत ही कंट्रोवर्शियल इशू है। यह सब तो मैं कहूंगा कि आपके दो ऑप्शन हैं। हदीस बताती है कि इत कलब का या अपने कॉमन सेंस से जान लो। तो या तो आप अपने कॉमन सेंस पर चलिए</w:t>
      </w:r>
    </w:p>
    <w:p>
      <w:r>
        <w:rPr>
          <w:b/>
        </w:rPr>
        <w:t xml:space="preserve">[07:30] </w:t>
      </w:r>
      <w:r>
        <w:t>ya phir aap jo darul ifta hai, madarson mein usko bhejiye. jo kehte ifta, yaani unse puchiye. toh jo bataye, us par amal kijiye. do hi shakal hai. main is par kuch nahi kahunga. main isse mera program jo hai, sirf dawat hai.</w:t>
      </w:r>
    </w:p>
    <w:p>
      <w:pPr>
        <w:jc w:val="right"/>
      </w:pPr>
      <w:r>
        <w:t>या फिर आप जो दारुल इफ्ता है, मदरसों में उसको भेजिए। जो कहते इफ्ता, यानी उनसे पूछिए। तो जो बताए, उस पर अमल कीजिए। दो ही शक्ल है। मैं इस पर कुछ नहीं कहूंगा। मैं इससे मेरा प्रोग्राम जो है, सिर्फ दावत है।</w:t>
      </w:r>
    </w:p>
    <w:p>
      <w:r>
        <w:rPr>
          <w:b/>
        </w:rPr>
        <w:t xml:space="preserve">[07:50] </w:t>
      </w:r>
      <w:r>
        <w:t>dawat ka kaam hum us waqt tak nahi kar sakte jab hum saare issue par chup ho jayein. log yeh galti karte hain ke dawat ka kaam bhi karenge aur saare issue par bolenge. is tarah dawat kaam nahi ho sakta hai. toh hum strictly dawat issue par</w:t>
      </w:r>
    </w:p>
    <w:p>
      <w:pPr>
        <w:jc w:val="right"/>
      </w:pPr>
      <w:r>
        <w:t>दावत का काम हम उस वक्त तक नहीं कर सकते जब हम सारे इशू पर चुप हो जाएं। लोग यह गलती करते हैं कि दावत का काम भी करेंगे और सारे इशू पर बोलेंगे। इस तरह दावत काम नहीं हो सकता है। तो हम स्ट्रिक्टली दावा इशू पर</w:t>
      </w:r>
    </w:p>
    <w:p>
      <w:r>
        <w:rPr>
          <w:b/>
        </w:rPr>
        <w:t xml:space="preserve">[08:08] </w:t>
      </w:r>
      <w:r>
        <w:t>apne aap ko centralize kiye hue hain. baqi jo issue hain, woh aadmi ka khud apna masla hai. woh khud samjhe ya darul ifta se poochkar maloom kare.</w:t>
      </w:r>
    </w:p>
    <w:p>
      <w:pPr>
        <w:jc w:val="right"/>
      </w:pPr>
      <w:r>
        <w:t>अपने आप को सेंट्रलाइज किए हुए हैं। बाकी जो इशू हैं, वह आदमी का खुद अपना मसला है। वह खुद समझे या दारुल इफ्ता से पूछकर मालूम करें।</w:t>
      </w:r>
    </w:p>
    <w:p>
      <w:r>
        <w:rPr>
          <w:b/>
        </w:rPr>
        <w:t xml:space="preserve">[08:25] </w:t>
      </w:r>
      <w:r>
        <w:t>this question is from tuzaffur parveen. how does god decide a person's fate and why we depend upon it?</w:t>
      </w:r>
    </w:p>
    <w:p>
      <w:pPr>
        <w:jc w:val="right"/>
      </w:pPr>
      <w:r>
        <w:t>दिस क्वेश्चन इज़ फ्रॉम तजफ्फुर परवीन। हाउ डज गॉड डिसाइड अ पर्सन फेट एंड व्हाई वी डिपेंड अपॉन इट?</w:t>
      </w:r>
    </w:p>
    <w:p>
      <w:r>
        <w:rPr>
          <w:b/>
        </w:rPr>
        <w:t xml:space="preserve">[08:35] </w:t>
      </w:r>
      <w:r>
        <w:t>dekhiye, yeh baat sahi nahi hai ke khuda ne muqaddar kar diya hai. bas wahi hota hai, wahi hota hai, wahi hota hai. nahi, khuda ne insaan ko azadi di hai. poori azadi, total freedom. aur jo kuch aap karte hain,</w:t>
      </w:r>
    </w:p>
    <w:p>
      <w:pPr>
        <w:jc w:val="right"/>
      </w:pPr>
      <w:r>
        <w:t>देखिए, यह बात सही नहीं है कि खुदा ने मुकद्दर कर दिया है। बस वही होता है, वही होता है, वही होता है। नहीं, खुदा ने इंसान को आजादी दी है। पूरी आजादी, टोटल फ्रीडम। और जो कुछ आप करते हैं,</w:t>
      </w:r>
    </w:p>
    <w:p>
      <w:r>
        <w:rPr>
          <w:b/>
        </w:rPr>
        <w:t xml:space="preserve">[08:55] </w:t>
      </w:r>
      <w:r>
        <w:t>woh aapki responsibility hoti hai.</w:t>
      </w:r>
    </w:p>
    <w:p>
      <w:pPr>
        <w:jc w:val="right"/>
      </w:pPr>
      <w:r>
        <w:t>वह आपकी रिस्पांसिबिलिटी होती है।</w:t>
      </w:r>
    </w:p>
    <w:p>
      <w:r>
        <w:rPr>
          <w:b/>
        </w:rPr>
        <w:t xml:space="preserve">[08:59] </w:t>
      </w:r>
      <w:r>
        <w:t>dekhiye, is maamle mein jo hamari kitabein hain, usmein</w:t>
      </w:r>
    </w:p>
    <w:p>
      <w:pPr>
        <w:jc w:val="right"/>
      </w:pPr>
      <w:r>
        <w:t>देखिए, इस मामले में जो हमारी किताबें हैं, उसमें</w:t>
      </w:r>
    </w:p>
    <w:p>
      <w:r>
        <w:rPr>
          <w:b/>
        </w:rPr>
        <w:t xml:space="preserve">[09:03] </w:t>
      </w:r>
      <w:r>
        <w:t>teen school bataye gaye hain: qadriya, jabri aur wasti.</w:t>
      </w:r>
    </w:p>
    <w:p>
      <w:pPr>
        <w:jc w:val="right"/>
      </w:pPr>
      <w:r>
        <w:t>तीन स्कूल बताए गए हैं: कदरिया, जबरी और वसती।</w:t>
      </w:r>
    </w:p>
    <w:p>
      <w:r>
        <w:rPr>
          <w:b/>
        </w:rPr>
        <w:t xml:space="preserve">[09:09] </w:t>
      </w:r>
      <w:r>
        <w:t>teen school. to do school to woh hain ke extremist</w:t>
      </w:r>
    </w:p>
    <w:p>
      <w:pPr>
        <w:jc w:val="right"/>
      </w:pPr>
      <w:r>
        <w:t>तीन स्कूल। तो दो स्कूल तो वह हैं कि एक्सट्रीमिस्ट</w:t>
      </w:r>
    </w:p>
    <w:p>
      <w:r>
        <w:rPr>
          <w:b/>
        </w:rPr>
        <w:t xml:space="preserve">[09:15] </w:t>
      </w:r>
      <w:r>
        <w:t>school. main kahunga unko ke woh mante hain.</w:t>
      </w:r>
    </w:p>
    <w:p>
      <w:pPr>
        <w:jc w:val="right"/>
      </w:pPr>
      <w:r>
        <w:t>स्कूल। मैं कहूंगा उनको कि वह मानते हैं।</w:t>
      </w:r>
    </w:p>
    <w:p>
      <w:r>
        <w:rPr>
          <w:b/>
        </w:rPr>
        <w:t xml:space="preserve">[09:18] </w:t>
      </w:r>
      <w:r>
        <w:t>ek ek tabqa manta hai ke sirf taqdeer hai.</w:t>
      </w:r>
    </w:p>
    <w:p>
      <w:pPr>
        <w:jc w:val="right"/>
      </w:pPr>
      <w:r>
        <w:t>एक एक तबका मानता है कि सिर्फ तकदीर है।</w:t>
      </w:r>
    </w:p>
    <w:p>
      <w:r>
        <w:rPr>
          <w:b/>
        </w:rPr>
        <w:t xml:space="preserve">[09:21] </w:t>
      </w:r>
      <w:r>
        <w:t>ek kehta hai ke sirf tadbeer hai.</w:t>
      </w:r>
    </w:p>
    <w:p>
      <w:pPr>
        <w:jc w:val="right"/>
      </w:pPr>
      <w:r>
        <w:t>एक कहता है कि सिर्फ तदबीर है।</w:t>
      </w:r>
    </w:p>
    <w:p>
      <w:r>
        <w:rPr>
          <w:b/>
        </w:rPr>
        <w:t xml:space="preserve">[09:24] </w:t>
      </w:r>
      <w:r>
        <w:t>main kahunga wasti.</w:t>
      </w:r>
    </w:p>
    <w:p>
      <w:pPr>
        <w:jc w:val="right"/>
      </w:pPr>
      <w:r>
        <w:t>मैं कहूंगा वसती।</w:t>
      </w:r>
    </w:p>
    <w:p>
      <w:r>
        <w:rPr>
          <w:b/>
        </w:rPr>
        <w:t xml:space="preserve">[09:25] </w:t>
      </w:r>
      <w:r>
        <w:t>wasti matlab beech ka.</w:t>
      </w:r>
    </w:p>
    <w:p>
      <w:pPr>
        <w:jc w:val="right"/>
      </w:pPr>
      <w:r>
        <w:t>वसती मतलब बीच का।</w:t>
      </w:r>
    </w:p>
    <w:p>
      <w:r>
        <w:rPr>
          <w:b/>
        </w:rPr>
        <w:t xml:space="preserve">[09:28] </w:t>
      </w:r>
      <w:r>
        <w:t>yeh beech ka maamla hai.</w:t>
      </w:r>
    </w:p>
    <w:p>
      <w:pPr>
        <w:jc w:val="right"/>
      </w:pPr>
      <w:r>
        <w:t>यह बीच का मामला है।</w:t>
      </w:r>
    </w:p>
    <w:p>
      <w:r>
        <w:rPr>
          <w:b/>
        </w:rPr>
        <w:t xml:space="preserve">[09:29] </w:t>
      </w:r>
      <w:r>
        <w:t>woh kaise?</w:t>
      </w:r>
    </w:p>
    <w:p>
      <w:pPr>
        <w:jc w:val="right"/>
      </w:pPr>
      <w:r>
        <w:t>वह कैसे?</w:t>
      </w:r>
    </w:p>
    <w:p>
      <w:r>
        <w:rPr>
          <w:b/>
        </w:rPr>
        <w:t xml:space="preserve">[09:32] </w:t>
      </w:r>
      <w:r>
        <w:t>dekhiye, yeh glass mein pani hai. main chahu toh piu, chahe toh na piu. lekin yeh glass jis material se bana hai, woh material nahi bana sakta. main yeh pani jis tarah bana hai, woh pani nahi bana sakta. main toh glass ka material</w:t>
      </w:r>
    </w:p>
    <w:p>
      <w:pPr>
        <w:jc w:val="right"/>
      </w:pPr>
      <w:r>
        <w:t>देखिए, यह गिलास में पानी है। मैं चाहूं तो पिऊ, चाहे तो ना पिऊ। लेकिन यह गिलास जिस मटेरियल से बना है, वह मटेरियल नहीं बना सकता। मैं यह पानी जिस तरह बना है, वह पानी नहीं बना सकता। मैं तो गिलास का मटेरियल</w:t>
      </w:r>
    </w:p>
    <w:p>
      <w:r>
        <w:rPr>
          <w:b/>
        </w:rPr>
        <w:t xml:space="preserve">[09:51] </w:t>
      </w:r>
      <w:r>
        <w:t>pani kaise bana hai, woh cheez kaise rain aur barish kaise ho, woh sab. yeh sab khuda karta hai. isko main kahun ke infrastructure. toh do cheez hai. ek hai meri freedom, ek hai natural mein infrastructure. infrastructure hum koi doosra create nahi kar sakte.</w:t>
      </w:r>
    </w:p>
    <w:p>
      <w:pPr>
        <w:jc w:val="right"/>
      </w:pPr>
      <w:r>
        <w:t>पानी कैसे बना है, वह चीज कैसे रेन और बारिश कैसे हो, वह सब। यह सब खुदा करता है। इसको मैं कहूं कि इंफ्रास्ट्रक्चर। तो दो चीज है। एक है मेरी फ्रीडम, एक है नेचरल में इंफ्रास्ट्रक्चर। इंफ्रास्ट्रक्चर हम कोई दूसरा क्रिएट नहीं कर सकते।</w:t>
      </w:r>
    </w:p>
    <w:p>
      <w:r>
        <w:rPr>
          <w:b/>
        </w:rPr>
        <w:t xml:space="preserve">[10:11] </w:t>
      </w:r>
      <w:r>
        <w:t>yeh naam impossible hai ke hum ek pani ki jagah ek alternative bana le. uska aisa nahi ho sakta. wahi pani hamein use karna hai jo pani nature mein maujood hai. yahan par hum majboor hain. vasti ka beech ka jo hai,</w:t>
      </w:r>
    </w:p>
    <w:p>
      <w:pPr>
        <w:jc w:val="right"/>
      </w:pPr>
      <w:r>
        <w:t>यह नाम इंपॉसिबल है कि हम एक पानी की जगह एक अल्टरनेटिव बना ले। उसका ऐसा नहीं हो सकता। वही पानी हमें यूज करना है जो पानी नेचर में मौजूद है। यहां पर हम मजबूर हैं। वसती का बीच का जो है,</w:t>
      </w:r>
    </w:p>
    <w:p>
      <w:r>
        <w:rPr>
          <w:b/>
        </w:rPr>
        <w:t xml:space="preserve">[10:26] </w:t>
      </w:r>
      <w:r>
        <w:t>ek lehaz se hum</w:t>
      </w:r>
    </w:p>
    <w:p>
      <w:pPr>
        <w:jc w:val="right"/>
      </w:pPr>
      <w:r>
        <w:t>एक लिहाज से हम</w:t>
      </w:r>
    </w:p>
    <w:p>
      <w:r>
        <w:rPr>
          <w:b/>
        </w:rPr>
        <w:t xml:space="preserve">[10:28] </w:t>
      </w:r>
      <w:r>
        <w:t>depend karte hain Khuda par. doosre lehaz se hum aazad hain. to iske liye main ek lafz bolunga ke ek hai infrastructure, ek hai mera freedom. to infrastructure jo hai, wahan par main koi uska alternative nahi bana sakta.</w:t>
      </w:r>
    </w:p>
    <w:p>
      <w:pPr>
        <w:jc w:val="right"/>
      </w:pPr>
      <w:r>
        <w:t>डिपेंड करते हैं खुदा पर। दूसरे लिहाज से हम आजाद हैं। तो इसके लिए मैं एक लफ्ज बोलूंगा कि एक है इंफ्रास्ट्रक्चर, एक है मेरा फ्रीडम। तो इंफ्रास्ट्रक्चर जो है, वहां पर मैं कोई उसका अल्टरनेटिव नहीं बना सकता।</w:t>
      </w:r>
    </w:p>
    <w:p>
      <w:r>
        <w:rPr>
          <w:b/>
        </w:rPr>
        <w:t xml:space="preserve">[10:45] </w:t>
      </w:r>
      <w:r>
        <w:t>usmein wahi hoga jo hai, jaise ke maine abhi bataya ke Khuda ne jo nizam banaya hai, usmein zindagiyan jo hain, sirf animal, so called animal mein nahi hai. har cheez mein zindagi hai. to aap jab khayenge, to zindagi ko kill karenge. aap,</w:t>
      </w:r>
    </w:p>
    <w:p>
      <w:pPr>
        <w:jc w:val="right"/>
      </w:pPr>
      <w:r>
        <w:t>उसमें वही होगा जो है, जैसे कि मैंने अभी बताया कि खुदा ने जो निजाम बनाया है, उसमें जिंदगियां जो हैं, सिर्फ एनिमल, सो कॉल्ड एनिमल में नहीं है। हर चीज में जिंदगी है। तो आप जब खाएंगे, तो जिंदगी को किल करेंगे। आप,</w:t>
      </w:r>
    </w:p>
    <w:p>
      <w:r>
        <w:rPr>
          <w:b/>
        </w:rPr>
        <w:t xml:space="preserve">[11:04] </w:t>
      </w:r>
      <w:r>
        <w:t>yaani bhed bakri mein zindagi nahi hai. doodh mein hai, pani mein hai, sabzi mein hai, phal mein hai. wahan bhi zindagi hai. wahan hum hum koi doosra alternative nahi bana sakte. iska ya ek aisi duniya jahan ke pani mein, jaakar dhoop mein, jaakar sabzi mein, jaakar gosht, phal mein zindagi na ho,</w:t>
      </w:r>
    </w:p>
    <w:p>
      <w:pPr>
        <w:jc w:val="right"/>
      </w:pPr>
      <w:r>
        <w:t>यानी भेड़ बकरी में जिंदगी नहीं है। दूध में है, पानी में है, सब्जी में है, फल में है। वहां भी जिंदगी है। वहां हम हम कोई दूसरा अल्टरनेटिव नहीं बना सकते। इसका या एक ऐसी दुनिया जहां के पानी में, जाकर धूप में, जाकर सब्जी में, जाकर गोश्त, फल में जिंदगी ना हो,</w:t>
      </w:r>
    </w:p>
    <w:p>
      <w:r>
        <w:rPr>
          <w:b/>
        </w:rPr>
        <w:t xml:space="preserve">[11:24] </w:t>
      </w:r>
      <w:r>
        <w:t>woh hamare bas mein nahi hai. yahan hum majboor hain. lekin phir bhi main freedom jo hai, chahoon to main na khaoon, chahoon to na pani piioon. ya apni freedom ko main use kar sakta hoon. yahan par to apni freedom ko use karne ke mamle mein aadmi poori tarah aazad hai.</w:t>
      </w:r>
    </w:p>
    <w:p>
      <w:pPr>
        <w:jc w:val="right"/>
      </w:pPr>
      <w:r>
        <w:t>वह हमारे बस में नहीं है। यहां हम मजबूर हैं। लेकिन फिर भी मैं फ्रीडम जो है, चाहूं तो मैं ना खाऊं, चाहूं तो ना पानी पिऊं। या अपनी फ्रीडम को मैं यूज कर सकता हूं। यहां पर तो अपनी फ्रीडम को यूज करने के मामले में आदमी पूरी तरह आजाद है।</w:t>
      </w:r>
    </w:p>
    <w:p>
      <w:r>
        <w:rPr>
          <w:b/>
        </w:rPr>
        <w:t xml:space="preserve">[11:43] </w:t>
      </w:r>
      <w:r>
        <w:t>lekin infrastructure ke mamle mein wo majboor hai ke wo nature ka jo infrastructure hai, usi ko istemal kare, usi ko follow kare. yeh hai vasti.</w:t>
      </w:r>
    </w:p>
    <w:p>
      <w:pPr>
        <w:jc w:val="right"/>
      </w:pPr>
      <w:r>
        <w:t>लेकिन इंफ्रास्ट्रक्चर के मामले में व मजबूर है कि वह नेचर का जो इंफ्रास्ट्रक्चर है, उसी को इस्तेमाल करे, उसी को फॉलो करे। यह है वसती।</w:t>
      </w:r>
    </w:p>
    <w:p>
      <w:r>
        <w:rPr>
          <w:b/>
        </w:rPr>
        <w:t xml:space="preserve">[11:55] </w:t>
      </w:r>
      <w:r>
        <w:t>this question is from rajiya. man has an inner urge to make a god like entity. their soul concern. so why is it that he is unable to carry out the psychological verification for god?</w:t>
      </w:r>
    </w:p>
    <w:p>
      <w:pPr>
        <w:jc w:val="right"/>
      </w:pPr>
      <w:r>
        <w:t>दिस क्वेश्चन इज़ फ्रॉम राजिया। मैन हैज़ एन इनर अर्ज टू मेक अ गॉड लाइक एंटिटी। देर सोल कंसर्न। सो व्हाई इज़ इट दैट ही इज़ अनेबल टू कैरी आउट द साइकोलॉजिकल वेरिफिकेशन फॉर गॉड?</w:t>
      </w:r>
    </w:p>
    <w:p>
      <w:r>
        <w:rPr>
          <w:b/>
        </w:rPr>
        <w:t xml:space="preserve">[12:14] </w:t>
      </w:r>
      <w:r>
        <w:t>wohi to hai.</w:t>
      </w:r>
    </w:p>
    <w:p>
      <w:pPr>
        <w:jc w:val="right"/>
      </w:pPr>
      <w:r>
        <w:t>वही तो है।</w:t>
      </w:r>
    </w:p>
    <w:p>
      <w:r>
        <w:rPr>
          <w:b/>
        </w:rPr>
        <w:t xml:space="preserve">[12:14] </w:t>
      </w:r>
      <w:r>
        <w:t>usi ko to maine kaha, psychological verification ke andar hai.</w:t>
      </w:r>
    </w:p>
    <w:p>
      <w:pPr>
        <w:jc w:val="right"/>
      </w:pPr>
      <w:r>
        <w:t>उसी को तो मैंने कहा, साइकोलॉजिकल वेरिफिकेशन कि अंदर है।</w:t>
      </w:r>
    </w:p>
    <w:p>
      <w:r>
        <w:rPr>
          <w:b/>
        </w:rPr>
        <w:t xml:space="preserve">[12:18] </w:t>
      </w:r>
      <w:r>
        <w:t>woh woh kehta hai ke sahi hai khuda ka concept.</w:t>
      </w:r>
    </w:p>
    <w:p>
      <w:pPr>
        <w:jc w:val="right"/>
      </w:pPr>
      <w:r>
        <w:t>वह वह कहता है कि सही है खुदा का कांसेप्ट।</w:t>
      </w:r>
    </w:p>
    <w:p>
      <w:r>
        <w:rPr>
          <w:b/>
        </w:rPr>
        <w:t xml:space="preserve">[12:25] </w:t>
      </w:r>
      <w:r>
        <w:t>jaise ke maine misaal di abhi jo paper mein ke america ki jo theist, woh kahega hum</w:t>
      </w:r>
    </w:p>
    <w:p>
      <w:pPr>
        <w:jc w:val="right"/>
      </w:pPr>
      <w:r>
        <w:t>जैसे कि मैंने मिसाल दी अभी जो पेपर में कि अमेरिका की जो थिस्ट है, वह कहेगा हम</w:t>
      </w:r>
    </w:p>
    <w:p>
      <w:r>
        <w:rPr>
          <w:b/>
        </w:rPr>
        <w:t xml:space="preserve">[12:33] </w:t>
      </w:r>
      <w:r>
        <w:t>khuda ko nahi mante.</w:t>
      </w:r>
    </w:p>
    <w:p>
      <w:pPr>
        <w:jc w:val="right"/>
      </w:pPr>
      <w:r>
        <w:t>खुदा को नहीं मानते।</w:t>
      </w:r>
    </w:p>
    <w:p>
      <w:r>
        <w:rPr>
          <w:b/>
        </w:rPr>
        <w:t xml:space="preserve">[12:34] </w:t>
      </w:r>
      <w:r>
        <w:t>lekin saath-saath yeh bhi kahe ke hamein ek church banana hai, ek aur church.</w:t>
      </w:r>
    </w:p>
    <w:p>
      <w:pPr>
        <w:jc w:val="right"/>
      </w:pPr>
      <w:r>
        <w:t>लेकिन साथ-साथ यह भी कहे कि हमें एक चर्च बनाना है, एक और चर्च।</w:t>
      </w:r>
    </w:p>
    <w:p>
      <w:r>
        <w:rPr>
          <w:b/>
        </w:rPr>
        <w:t xml:space="preserve">[12:39] </w:t>
      </w:r>
      <w:r>
        <w:t>church without god hum chahte hain, church with god nahin.</w:t>
      </w:r>
    </w:p>
    <w:p>
      <w:pPr>
        <w:jc w:val="right"/>
      </w:pPr>
      <w:r>
        <w:t>चर्च विदाउट गॉड हम चाहते हैं, चर्च विद गॉड नहीं।</w:t>
      </w:r>
    </w:p>
    <w:p>
      <w:r>
        <w:rPr>
          <w:b/>
        </w:rPr>
        <w:t xml:space="preserve">[12:42] </w:t>
      </w:r>
      <w:r>
        <w:t>to sawal yeh hai ke tum church with god kyon chahte ho?</w:t>
      </w:r>
    </w:p>
    <w:p>
      <w:pPr>
        <w:jc w:val="right"/>
      </w:pPr>
      <w:r>
        <w:t>तो सवाल यह है कि तुम चर्च विद गॉड क्यों चाहते हो?</w:t>
      </w:r>
    </w:p>
    <w:p>
      <w:r>
        <w:rPr>
          <w:b/>
        </w:rPr>
        <w:t xml:space="preserve">[12:46] </w:t>
      </w:r>
      <w:r>
        <w:t>kyun chahte ho? tum kyun nahi kehte hamein club kafi hai? iski wajah hai ke jab wo refuse kar rahe hain Khuda ko, tab bhi unka nature unaddressed pada hua hai. unka nature jo unaddressed pada hua hai, kyunke wo jo urge hai andar,</w:t>
      </w:r>
    </w:p>
    <w:p>
      <w:pPr>
        <w:jc w:val="right"/>
      </w:pPr>
      <w:r>
        <w:t>क्यों चाहते हो? तुम क्यों नहीं कहते हमें क्लब काफी है? इसकी वजह है कि जब वह रिफ्यूज कर रहे हैं खुदा को, तब भी उनका नेचर अन एड्रेस पड़ा हुआ है। उनका नेचर जो अन एड्रेस पड़ा हुआ है, क्योंकि वो जो अर्ज है अंदर,</w:t>
      </w:r>
    </w:p>
    <w:p>
      <w:r>
        <w:rPr>
          <w:b/>
        </w:rPr>
        <w:t xml:space="preserve">[13:03] </w:t>
      </w:r>
      <w:r>
        <w:t>psychological urge, wo to abhi bhi address hui nahi. Khuda ka inkar kar sakte hain. aap apne nature ko kya karenge? aap</w:t>
      </w:r>
    </w:p>
    <w:p>
      <w:pPr>
        <w:jc w:val="right"/>
      </w:pPr>
      <w:r>
        <w:t>साइकोलॉजिकल अर्ज, वो तो अभी भी एड्रेस हुई नहीं। खुदा का इंकार कर सकते हैं। आप अपने नेचर को क्या करेंगे? आप</w:t>
      </w:r>
    </w:p>
    <w:p>
      <w:r>
        <w:rPr>
          <w:b/>
        </w:rPr>
        <w:t xml:space="preserve">[13:11] </w:t>
      </w:r>
      <w:r>
        <w:t>wo to hai. yahan par un logon ka jo case hai, wo batata hai aapko ke unka unka nature unaddressed pada hua hai. chunke to chahte hain ke wo kuch ek aurdhang ka church banaye, jahan par unka nature address ho. to psychological verification ka matlab isi sense mein maine bola hoon</w:t>
      </w:r>
    </w:p>
    <w:p>
      <w:pPr>
        <w:jc w:val="right"/>
      </w:pPr>
      <w:r>
        <w:t>वो तो है। यहां पर उन लोगों का जो केस है, वो बताता है आपको कि उनका उनका नेचर अन एड्रेस पड़ा हुआ है। चूंकि तो चाहते हैं कि वह कुछ एक औरढंग का चर्च बनाए, जहां पर उनका नेचर एड्रेस हो। तो साइकोलॉजिकल वेरिफिकेशन का मतलब इसी सेंस में मैंने बोला हूं</w:t>
      </w:r>
    </w:p>
    <w:p>
      <w:r>
        <w:rPr>
          <w:b/>
        </w:rPr>
        <w:t xml:space="preserve">[13:32] </w:t>
      </w:r>
      <w:r>
        <w:t>ke already hamare andar source of verification maujood hai. maujood hai. wo verify kar raha hai. to kuch objective data humne ikattha kiya, scientific data. usmein humne jaana</w:t>
      </w:r>
    </w:p>
    <w:p>
      <w:pPr>
        <w:jc w:val="right"/>
      </w:pPr>
      <w:r>
        <w:t>कि ऑलरेडी हमारे अंदर सोर्स ऑफ वेरिफिकेशन मौजूद है। मौजूद है। वह वेरीफाई कर रहा है। तो कुछ ऑब्जेक्टिव डाटा हमने इकट्ठा किया, साइंटिफिक डाटा। उसमें हमने जाना</w:t>
      </w:r>
    </w:p>
    <w:p>
      <w:r>
        <w:rPr>
          <w:b/>
        </w:rPr>
        <w:t xml:space="preserve">[13:50] </w:t>
      </w:r>
      <w:r>
        <w:t>ke usmein hamein ek conviction, hamein ya hum unko technical level par ya aap objective level par hamein ek cheez ki jaankari hui. ab uske baad doosra jo hai</w:t>
      </w:r>
    </w:p>
    <w:p>
      <w:pPr>
        <w:jc w:val="right"/>
      </w:pPr>
      <w:r>
        <w:t>कि उसमें हमें एक कन्विक्शन, हमें या हम उनको टेक्निकल लेवल पर या आप ऑब्जेक्टिव लेवल पर हमें एक चीज की जानकारी हुई। अब उसके बाद दूसरा जो है</w:t>
      </w:r>
    </w:p>
    <w:p>
      <w:r>
        <w:rPr>
          <w:b/>
        </w:rPr>
        <w:t xml:space="preserve">[14:09] </w:t>
      </w:r>
      <w:r>
        <w:t>ke mere andar wo affection, wo love bane, wo hoga through psychology. yeh main keh raha hoon. to wo jo American log hain, wo god ka inkar karke bhi dekh rahe hain ke mera nature to</w:t>
      </w:r>
    </w:p>
    <w:p>
      <w:pPr>
        <w:jc w:val="right"/>
      </w:pPr>
      <w:r>
        <w:t>कि मेरे अंदर वह अफेक्शन, वह लव बने, वह होगा थ्रू साइकोलॉजी। यह मैं कह रहा हूं। तो वह जो अमेरिकन लोग हैं, वह गॉड का इंकार करके भी देख रहे हैं कि मेरा नेचर तो</w:t>
      </w:r>
    </w:p>
    <w:p>
      <w:r>
        <w:rPr>
          <w:b/>
        </w:rPr>
        <w:t xml:space="preserve">[14:26] </w:t>
      </w:r>
      <w:r>
        <w:t>unaddressed pada hua hai. abhi tak</w:t>
      </w:r>
    </w:p>
    <w:p>
      <w:pPr>
        <w:jc w:val="right"/>
      </w:pPr>
      <w:r>
        <w:t>अन एड्रेस पड़ा हुआ है। अभी तक</w:t>
      </w:r>
    </w:p>
    <w:p>
      <w:r>
        <w:rPr>
          <w:b/>
        </w:rPr>
        <w:t xml:space="preserve">[14:29] </w:t>
      </w:r>
      <w:r>
        <w:t>aap kya karen?</w:t>
      </w:r>
    </w:p>
    <w:p>
      <w:pPr>
        <w:jc w:val="right"/>
      </w:pPr>
      <w:r>
        <w:t>आप क्या करें?</w:t>
      </w:r>
    </w:p>
    <w:p>
      <w:r>
        <w:rPr>
          <w:b/>
        </w:rPr>
        <w:t xml:space="preserve">[14:29] </w:t>
      </w:r>
      <w:r>
        <w:t>woh to chahte hain khud se ek invent karen khuda.</w:t>
      </w:r>
    </w:p>
    <w:p>
      <w:pPr>
        <w:jc w:val="right"/>
      </w:pPr>
      <w:r>
        <w:t>वह तो चाहते हैं खुद से एक इन्वेंट करें खुदा।</w:t>
      </w:r>
    </w:p>
    <w:p>
      <w:r>
        <w:rPr>
          <w:b/>
        </w:rPr>
        <w:t xml:space="preserve">[14:32] </w:t>
      </w:r>
      <w:r>
        <w:t>to yeh kyon hai?</w:t>
      </w:r>
    </w:p>
    <w:p>
      <w:pPr>
        <w:jc w:val="right"/>
      </w:pPr>
      <w:r>
        <w:t>तो यह क्यों है?</w:t>
      </w:r>
    </w:p>
    <w:p>
      <w:r>
        <w:rPr>
          <w:b/>
        </w:rPr>
        <w:t xml:space="preserve">[14:34] </w:t>
      </w:r>
      <w:r>
        <w:t>kyonke unhen kisi ne bataya nahin in baaton ko.</w:t>
      </w:r>
    </w:p>
    <w:p>
      <w:pPr>
        <w:jc w:val="right"/>
      </w:pPr>
      <w:r>
        <w:t>क्योंकि उन्हें किसी ने बताया नहीं इन बातों को।</w:t>
      </w:r>
    </w:p>
    <w:p>
      <w:r>
        <w:rPr>
          <w:b/>
        </w:rPr>
        <w:t xml:space="preserve">[14:37] </w:t>
      </w:r>
      <w:r>
        <w:t>aap log jo yeh baaten yahan sun rahe hain, to aap samajhte hain ke yeh bahut hi seedhi</w:t>
      </w:r>
    </w:p>
    <w:p>
      <w:pPr>
        <w:jc w:val="right"/>
      </w:pPr>
      <w:r>
        <w:t>आप लोग जो यह बातें यहां सुन रहे हैं, तो आप समझते हैं कि यह बहुत ही सीधी</w:t>
      </w:r>
    </w:p>
    <w:p>
      <w:r>
        <w:rPr>
          <w:b/>
        </w:rPr>
        <w:t xml:space="preserve">[14:41] </w:t>
      </w:r>
      <w:r>
        <w:t>sadhi baaten hain.</w:t>
      </w:r>
    </w:p>
    <w:p>
      <w:pPr>
        <w:jc w:val="right"/>
      </w:pPr>
      <w:r>
        <w:t>साधी बातें हैं।</w:t>
      </w:r>
    </w:p>
    <w:p>
      <w:r>
        <w:rPr>
          <w:b/>
        </w:rPr>
        <w:t xml:space="preserve">[14:42] </w:t>
      </w:r>
      <w:r>
        <w:t>poori duniya mein kahin bhi is tarah ki baaten nahin ho rahi hain.</w:t>
      </w:r>
    </w:p>
    <w:p>
      <w:pPr>
        <w:jc w:val="right"/>
      </w:pPr>
      <w:r>
        <w:t>पूरी दुनिया में कहीं भी इस तरह की बातें नहीं हो रही हैं।</w:t>
      </w:r>
    </w:p>
    <w:p>
      <w:r>
        <w:rPr>
          <w:b/>
        </w:rPr>
        <w:t xml:space="preserve">[14:46] </w:t>
      </w:r>
      <w:r>
        <w:t>poori duniya mein maine duniya bhar ka safar kiya hai.</w:t>
      </w:r>
    </w:p>
    <w:p>
      <w:pPr>
        <w:jc w:val="right"/>
      </w:pPr>
      <w:r>
        <w:t>पूरी दुनिया में मैंने दुनिया भर का सफर किया है।</w:t>
      </w:r>
    </w:p>
    <w:p>
      <w:r>
        <w:rPr>
          <w:b/>
        </w:rPr>
        <w:t xml:space="preserve">[14:49] </w:t>
      </w:r>
      <w:r>
        <w:t>aap jaiye, ghoom aaiye.</w:t>
      </w:r>
    </w:p>
    <w:p>
      <w:pPr>
        <w:jc w:val="right"/>
      </w:pPr>
      <w:r>
        <w:t>आप जाइए, घूम आइए।</w:t>
      </w:r>
    </w:p>
    <w:p>
      <w:r>
        <w:rPr>
          <w:b/>
        </w:rPr>
        <w:t xml:space="preserve">[14:51] </w:t>
      </w:r>
      <w:r>
        <w:t>kahin bhi yeh baaten aapko batai nahin ja rahi hain.</w:t>
      </w:r>
    </w:p>
    <w:p>
      <w:pPr>
        <w:jc w:val="right"/>
      </w:pPr>
      <w:r>
        <w:t>कहीं भी यह बातें आपको बताई नहीं जा रही हैं।</w:t>
      </w:r>
    </w:p>
    <w:p>
      <w:r>
        <w:rPr>
          <w:b/>
        </w:rPr>
        <w:t xml:space="preserve">[14:54] </w:t>
      </w:r>
      <w:r>
        <w:t>woh bechare andhe, woh bekhabar banenge.</w:t>
      </w:r>
    </w:p>
    <w:p>
      <w:pPr>
        <w:jc w:val="right"/>
      </w:pPr>
      <w:r>
        <w:t>वो बेचारे अंधे, वो बेखबर बनेंगे।</w:t>
      </w:r>
    </w:p>
    <w:p>
      <w:r>
        <w:rPr>
          <w:b/>
        </w:rPr>
        <w:t xml:space="preserve">[14:59] </w:t>
      </w:r>
      <w:r>
        <w:t>aapko awareness aa gayi hai.</w:t>
      </w:r>
    </w:p>
    <w:p>
      <w:pPr>
        <w:jc w:val="right"/>
      </w:pPr>
      <w:r>
        <w:t>आपको अवेयरनेस आ गई है।</w:t>
      </w:r>
    </w:p>
    <w:p>
      <w:r>
        <w:rPr>
          <w:b/>
        </w:rPr>
        <w:t xml:space="preserve">[15:00] </w:t>
      </w:r>
      <w:r>
        <w:t>kyonke aap attend karte hain.</w:t>
      </w:r>
    </w:p>
    <w:p>
      <w:pPr>
        <w:jc w:val="right"/>
      </w:pPr>
      <w:r>
        <w:t>क्योंकि आप अटेंड करते हैं।</w:t>
      </w:r>
    </w:p>
    <w:p>
      <w:r>
        <w:rPr>
          <w:b/>
        </w:rPr>
        <w:t xml:space="preserve">[15:02] </w:t>
      </w:r>
      <w:r>
        <w:t>aap warna iske bahar, aap isi delhi mein, isi india mein, isi duniya mein kahin bhi jaiye, kahin</w:t>
      </w:r>
    </w:p>
    <w:p>
      <w:pPr>
        <w:jc w:val="right"/>
      </w:pPr>
      <w:r>
        <w:t>आप वरना इसके बाहर, आप इसी दिल्ली में, इसी इंडिया में, इसी दुनिया में कहीं भी जाइए, कहीं</w:t>
      </w:r>
    </w:p>
    <w:p>
      <w:r>
        <w:rPr>
          <w:b/>
        </w:rPr>
        <w:t xml:space="preserve">[15:07] </w:t>
      </w:r>
      <w:r>
        <w:t>bhi jaiye, kahin bhi jaiye.</w:t>
      </w:r>
    </w:p>
    <w:p>
      <w:pPr>
        <w:jc w:val="right"/>
      </w:pPr>
      <w:r>
        <w:t>भी जाइए, कहीं भी जाइए।</w:t>
      </w:r>
    </w:p>
    <w:p>
      <w:r>
        <w:rPr>
          <w:b/>
        </w:rPr>
        <w:t xml:space="preserve">[15:09] </w:t>
      </w:r>
      <w:r>
        <w:t>main poore conviction ke saath kehta hoon ke kahin bhi nahin hai.</w:t>
      </w:r>
    </w:p>
    <w:p>
      <w:pPr>
        <w:jc w:val="right"/>
      </w:pPr>
      <w:r>
        <w:t>मैं पूरे कन्विक्शन के साथ कहता हूं कि कहीं भी नहीं है।</w:t>
      </w:r>
    </w:p>
    <w:p>
      <w:r>
        <w:rPr>
          <w:b/>
        </w:rPr>
        <w:t xml:space="preserve">[15:12] </w:t>
      </w:r>
      <w:r>
        <w:t>aap paayenge ke logon ki baaten batai</w:t>
      </w:r>
    </w:p>
    <w:p>
      <w:pPr>
        <w:jc w:val="right"/>
      </w:pPr>
      <w:r>
        <w:t>आप पाएंगे कि लोगों की बातें बताई</w:t>
      </w:r>
    </w:p>
    <w:p>
      <w:r>
        <w:rPr>
          <w:b/>
        </w:rPr>
        <w:t xml:space="preserve">[15:14] </w:t>
      </w:r>
      <w:r>
        <w:t>ja rahi hain.</w:t>
      </w:r>
    </w:p>
    <w:p>
      <w:pPr>
        <w:jc w:val="right"/>
      </w:pPr>
      <w:r>
        <w:t>जा रही हैं।</w:t>
      </w:r>
    </w:p>
    <w:p>
      <w:r>
        <w:rPr>
          <w:b/>
        </w:rPr>
        <w:t xml:space="preserve">[15:17] </w:t>
      </w:r>
      <w:r>
        <w:t>yeh ek problem hai, universal problem. aap jab chahe isko kahin jaakar ke dekh sakte hain.</w:t>
      </w:r>
    </w:p>
    <w:p>
      <w:pPr>
        <w:jc w:val="right"/>
      </w:pPr>
      <w:r>
        <w:t>यह एक प्रॉब्लम है, यूनिवर्सल प्रॉब्लम। आप जब चाहे इसको कहीं जाकर के देख सकते हैं।</w:t>
      </w:r>
    </w:p>
    <w:p>
      <w:r>
        <w:rPr>
          <w:b/>
        </w:rPr>
        <w:t xml:space="preserve">[15:29] </w:t>
      </w:r>
      <w:r>
        <w:t>this question is from sadiya. what is the importance of education? please comment in the light of quran and hadith.</w:t>
      </w:r>
    </w:p>
    <w:p>
      <w:pPr>
        <w:jc w:val="right"/>
      </w:pPr>
      <w:r>
        <w:t>दिस क्वेश्चन इज़ फ्रॉम सादिया। व्हाट इज़ द इंपॉर्टेंस ऑफ एजुकेशन? प्लीज कमेंट इन द लाइट ऑफ कुरान एंड हदीस।</w:t>
      </w:r>
    </w:p>
    <w:p>
      <w:r>
        <w:rPr>
          <w:b/>
        </w:rPr>
        <w:t xml:space="preserve">[15:41] </w:t>
      </w:r>
      <w:r>
        <w:t>dekhiye, education ki importance to supreme hai. pehli verse jo utri, wo iqra thi. padho.</w:t>
      </w:r>
    </w:p>
    <w:p>
      <w:pPr>
        <w:jc w:val="right"/>
      </w:pPr>
      <w:r>
        <w:t>देखिए, एजुकेशन की इंपॉर्टेंस तो सुप्रीम है। पहली वर्स जो उतरी, वह इकरा थी। पढ़ो।</w:t>
      </w:r>
    </w:p>
    <w:p>
      <w:r>
        <w:rPr>
          <w:b/>
        </w:rPr>
        <w:t xml:space="preserve">[15:52] </w:t>
      </w:r>
      <w:r>
        <w:t>to padhe bagair hamara andar jo hai, wo unfold nahi hota. yaani potential jo hamare andar hai, us potential ko unfold karne ke liye hamein padhna padta hai. education bagair education ke,</w:t>
      </w:r>
    </w:p>
    <w:p>
      <w:pPr>
        <w:jc w:val="right"/>
      </w:pPr>
      <w:r>
        <w:t>तो पढ़े बगैर हमारा अंदर जो है, वह अनफोल्ड नहीं होता। यानी पोटेंशियल जो हमारे अंदर है, उस पोटेंशियल को अनफोल्ड करने के लिए हमें पढ़ना पड़ता है। एजुकेशन बगैर एजुकेशन के,</w:t>
      </w:r>
    </w:p>
    <w:p>
      <w:r>
        <w:rPr>
          <w:b/>
        </w:rPr>
        <w:t xml:space="preserve">[16:09] </w:t>
      </w:r>
      <w:r>
        <w:t>wo unfold nahi hoga. main yeh manta hoon ke sab kuch mere andar maujood hai, potentially. lekin us potential ko actual kaise banaye, uske liye zaroorat hai education ki.</w:t>
      </w:r>
    </w:p>
    <w:p>
      <w:pPr>
        <w:jc w:val="right"/>
      </w:pPr>
      <w:r>
        <w:t>वह अनफोल्ड नहीं होगा। मैं यह मानता हूं कि सब कुछ मेरे अंदर मौजूद है, पोटेंशियली। लेकिन उस पोटेंशियल को एक्चुअल कैसे बनाए, उसके लिए जरूरत है एजुकेशन की।</w:t>
      </w:r>
    </w:p>
    <w:p>
      <w:r>
        <w:rPr>
          <w:b/>
        </w:rPr>
        <w:t xml:space="preserve">[16:24] </w:t>
      </w:r>
      <w:r>
        <w:t>jitna zyada education hogi, jitna zyada study hogi, utni zyada aap prepared mind banenge. to education aapko prepared mind banati hai. bagair education ke, aap prepared mind nahi hote. baaton ko samajh nahi sakte.</w:t>
      </w:r>
    </w:p>
    <w:p>
      <w:pPr>
        <w:jc w:val="right"/>
      </w:pPr>
      <w:r>
        <w:t>जितना ज्यादा एजुकेशन होगी, जितना ज्यादा स्टडी होगी, उतनी ज्यादा आप प्रिपेयर्ड माइंड बनेंगे। तो एजुकेशन आपको प्रिपेयर्ड माइंड बनाती है। बगैर एजुकेशन के, आप प्रिपेयर्ड माइंड नहीं होते। बातों को समझ नहीं सकते।</w:t>
      </w:r>
    </w:p>
    <w:p>
      <w:r>
        <w:rPr>
          <w:b/>
        </w:rPr>
        <w:t xml:space="preserve">[16:42] </w:t>
      </w:r>
      <w:r>
        <w:t>yeh hai masla. to education to main samajhta hoon ke bahut zyada important hai. bahut. ab aajkal dekhiye, kya hai?</w:t>
      </w:r>
    </w:p>
    <w:p>
      <w:pPr>
        <w:jc w:val="right"/>
      </w:pPr>
      <w:r>
        <w:t>यह है मसला। तो एजुकेशन तो मैं समझता हूं कि बहुत ज्यादा इंपॉर्टेंट है। बहुत। अब आजकल देखिए, क्या है?</w:t>
      </w:r>
    </w:p>
    <w:p>
      <w:r>
        <w:rPr>
          <w:b/>
        </w:rPr>
        <w:t xml:space="preserve">[16:52] </w:t>
      </w:r>
      <w:r>
        <w:t>education ka matlab log samajhte hain ke profession. professional education ke sense mein lete hain. padho aur degree le lo aur kahin job karne lago. yeh education ka bahut hi, yaani</w:t>
      </w:r>
    </w:p>
    <w:p>
      <w:pPr>
        <w:jc w:val="right"/>
      </w:pPr>
      <w:r>
        <w:t>एजुकेशन का मतलब लोग समझते हैं कि प्रोफेशन। प्रोफेशनल एजुकेशन के सेंस में लेते हैं। पढ़ो और डिग्री ले लो और कहीं जॉब करने लगो। यह एजुकेशन का बहुत ही, यानी</w:t>
      </w:r>
    </w:p>
    <w:p>
      <w:r>
        <w:rPr>
          <w:b/>
        </w:rPr>
        <w:t xml:space="preserve">[17:10] </w:t>
      </w:r>
      <w:r>
        <w:t>woh hai lower level ka istemal hai. bada istemal nahi, main manta hoon isko. kyunke sabzi jo bechta hai, woh bhi paisa kama raha hai. joota bechta hai, woh bhi paisa kama raha hai.</w:t>
      </w:r>
    </w:p>
    <w:p>
      <w:pPr>
        <w:jc w:val="right"/>
      </w:pPr>
      <w:r>
        <w:t>वह है लोअर लेवल का इस्तेमाल है। बड़ा इस्तेमाल नहीं, मैं मानता हूं इसको। क्योंकि सब्जी जो बेचता है, वह भी पैसा कमा रहा है। जूता बेचता है, वह भी पैसा कमा रहा है।</w:t>
      </w:r>
    </w:p>
    <w:p>
      <w:r>
        <w:rPr>
          <w:b/>
        </w:rPr>
        <w:t xml:space="preserve">[17:28] </w:t>
      </w:r>
      <w:r>
        <w:t>toh padh likh kar ke bhi aap yahi karein. toh aapne lower level par istemal kiya usko. toh zyada bada istemal jo hai education ka, woh yeh hai ke aap apne ko prepared mind banayein badi-badi baaton ko samajhne ke liye. badi-badi baaton ko samajhne ke liye. jaise ke hum yahan jo baatein kehte hain, agar aap yahan aise logon ko laayein jo educated na ho, toh hamari baat kuch bhi nahi samjhenge. woh</w:t>
      </w:r>
    </w:p>
    <w:p>
      <w:pPr>
        <w:jc w:val="right"/>
      </w:pPr>
      <w:r>
        <w:t>तो पढ़ लिख करके भी आप यही करें। तो आपने लोअर लेवल पर इस्तेमाल किया उसको। तो ज्यादा बड़ा इस्तेमाल जो है एजुकेशन का, वो यह है कि आप अपने को प्रिपेयर्ड माइंड बनाएं बड़ी-बड़ी बातों को समझने के लिए। बड़ी-बड़ी बातों को समझने के लिए। जैसे कि हम यहां जो बातें कहते हैं, अगर आप यहां ऐसे लोगों को लाएं जो एजुकेटेड ना हो, तो हमारी बात कुछ भी नहीं समझेंगे। वो</w:t>
      </w:r>
    </w:p>
    <w:p>
      <w:r>
        <w:rPr>
          <w:b/>
        </w:rPr>
        <w:t xml:space="preserve">[17:54] </w:t>
      </w:r>
      <w:r>
        <w:t>hamara term nahi samjhenge, hamari language nahi samjhenge, kuch bhi nahi samjhenge. woh isliye hum kehte hain ke hamara jo target hai, educated log hain. kyunke educated log prepared mind hote hain. educated log jo hain, prepared mind hote hain. is sense mein education ki importance bahut zyada hai.</w:t>
      </w:r>
    </w:p>
    <w:p>
      <w:pPr>
        <w:jc w:val="right"/>
      </w:pPr>
      <w:r>
        <w:t>हमारा टर्म नहीं समझेंगे, हमारी लैंग्वेज नहीं समझेंगे, कुछ भी नहीं समझेंगे। वो इसलिए हम कहते हैं कि हमारा जो टारगेट है, एजुकेटेड लोग हैं। क्योंकि एजुकेटेड लोग प्रिपेयर्ड माइंड होते हैं। एजुकेटेड लोग जो हैं, प्रिपेयर्ड माइंड होते हैं। इस सेंस में एजुकेशन की इंपॉर्टेंस बहुत ज्यादा है।</w:t>
      </w:r>
    </w:p>
    <w:p>
      <w:r>
        <w:rPr>
          <w:b/>
        </w:rPr>
        <w:t xml:space="preserve">[18:16] </w:t>
      </w:r>
      <w:r>
        <w:t>she has another question. while i was explaining to a friend that life is a test, she said to me, "i have only one question. why did god create me without my permission and put me through this test that is life?"</w:t>
      </w:r>
    </w:p>
    <w:p>
      <w:pPr>
        <w:jc w:val="right"/>
      </w:pPr>
      <w:r>
        <w:t>शी हैज़ अनदर क्वेश्चन। वाइल आई वास एक्सप्लेनिंग टू अ फ्रेंड दैट लाइफ इज़ अ टेस्ट, शी सेड टू मी, "आई हैव ओनली वन क्वेश्चन। व्हाई डिड गॉड क्रिएट मी विदाउट माय परमिशन एंड पुट मी थ्रू दिस टेस्ट दैट इज़ लाइफ?"</w:t>
      </w:r>
    </w:p>
    <w:p>
      <w:r>
        <w:rPr>
          <w:b/>
        </w:rPr>
        <w:t xml:space="preserve">[18:36] </w:t>
      </w:r>
      <w:r>
        <w:t>dekhiye, yeh toh stupid question hai.</w:t>
      </w:r>
    </w:p>
    <w:p>
      <w:pPr>
        <w:jc w:val="right"/>
      </w:pPr>
      <w:r>
        <w:t>देखिए, यह तो स्टिपिड क्वेश्चन है।</w:t>
      </w:r>
    </w:p>
    <w:p>
      <w:r>
        <w:rPr>
          <w:b/>
        </w:rPr>
        <w:t xml:space="preserve">[18:41] </w:t>
      </w:r>
      <w:r>
        <w:t>yeh stupid question hai. iske siwa doosre cheezon mein woh aisi stupidity nahi dikhayegi. woh fashion mein, kapde mein, khane mein khoob hoshiyari dikhayegi. yahan par stupid bani hui hai. dekhiye, yeh khuda ki bahut badi blessing hai. test ka matlab kya hai?</w:t>
      </w:r>
    </w:p>
    <w:p>
      <w:pPr>
        <w:jc w:val="right"/>
      </w:pPr>
      <w:r>
        <w:t>यह स्टिपिड क्वेश्चन है। इसके सिवा दूसरे चीजों में वो ऐसी स्टिपिडिटी नहीं दिखाएगी। वो फैशन में, कपड़े में, खाने में खूब होशियारी दिखाएगी। यहां पर स्टिपिड बनी हुई है। देखिए, यह खुदा की बहुत बड़ी ब्लेसिंग है। टेस्ट का मतलब क्या है?</w:t>
      </w:r>
    </w:p>
    <w:p>
      <w:r>
        <w:rPr>
          <w:b/>
        </w:rPr>
        <w:t xml:space="preserve">[19:03] </w:t>
      </w:r>
      <w:r>
        <w:t>test ka matlab hai ke aapko prepare karna paradise ke liye. test ka matlab yeh hai jo test hota hai. aaj you bhi samjhiye, jo test hota hai, woh kis liye hota hai</w:t>
      </w:r>
    </w:p>
    <w:p>
      <w:pPr>
        <w:jc w:val="right"/>
      </w:pPr>
      <w:r>
        <w:t>टेस्ट का मतलब है कि आपको प्रिपेयर करना पैराडाइस के लिए। टेस्ट का मतलब यह है जो टेस्ट होता है। आज यू भी समझिए, जो टेस्ट होता है, वह किस लिए होता है</w:t>
      </w:r>
    </w:p>
    <w:p>
      <w:r>
        <w:rPr>
          <w:b/>
        </w:rPr>
        <w:t xml:space="preserve">[19:15] </w:t>
      </w:r>
      <w:r>
        <w:t>? aapko prepare karta hai woh ke aage aap jo hai, woh jo cheez, woh aapko mil sake. toh ek bahut hi short period mein, 50 saal, 70 saal ke period mein, aapko ek chance diya khuda ne</w:t>
      </w:r>
    </w:p>
    <w:p>
      <w:pPr>
        <w:jc w:val="right"/>
      </w:pPr>
      <w:r>
        <w:t>? आपको प्रिपेयर करता है वो कि आगे आप जो है, वह जो चीज, वो आपको मिल सके। तो एक बहुत ही शॉर्ट पीरियड में, 50 साल, 70 साल के पीरियड में, आपको एक चांस दिया खुदा ने</w:t>
      </w:r>
    </w:p>
    <w:p>
      <w:r>
        <w:rPr>
          <w:b/>
        </w:rPr>
        <w:t xml:space="preserve">[19:32] </w:t>
      </w:r>
      <w:r>
        <w:t>ke yahan par tum ek life guzaro, apne aap ko prepare karo, aur phir at a life mein tumko paradise milegi. isse achhi scheme kya ho sakti hai, bataiye. doosri baat yeh hai ke log,</w:t>
      </w:r>
    </w:p>
    <w:p>
      <w:pPr>
        <w:jc w:val="right"/>
      </w:pPr>
      <w:r>
        <w:t>कि यहां पर तुम एक लाइफ गुजारो, अपने आप को प्रिपेयर करो, और फिर एट अ लाइफ में तुमको पैराडाइस मिलेगी। इससे अच्छी स्कीम क्या हो सकती है, बताइए। दूसरी बात यह है कि लोग,</w:t>
      </w:r>
    </w:p>
    <w:p>
      <w:r>
        <w:rPr>
          <w:b/>
        </w:rPr>
        <w:t xml:space="preserve">[19:47] </w:t>
      </w:r>
      <w:r>
        <w:t>har aadmi apne aap ko dekhta hai ke desire se bhara hua hai.</w:t>
      </w:r>
    </w:p>
    <w:p>
      <w:pPr>
        <w:jc w:val="right"/>
      </w:pPr>
      <w:r>
        <w:t>हर आदमी अपने आप को देखता है कि डिजायर से भरा हुआ है।</w:t>
      </w:r>
    </w:p>
    <w:p>
      <w:r>
        <w:rPr>
          <w:b/>
        </w:rPr>
        <w:t xml:space="preserve">[19:54] </w:t>
      </w:r>
      <w:r>
        <w:t>har aadmi ke andar desire hai, desire hai, desire hai. lekin koi aadmi apni desire ko fulfill nahi kar pata. toh har aadmi ka case unfulfilled desire ka case hai. yeh jo hai concept paradise ka, yeh answer deta hai aapko</w:t>
      </w:r>
    </w:p>
    <w:p>
      <w:pPr>
        <w:jc w:val="right"/>
      </w:pPr>
      <w:r>
        <w:t>हर आदमी के अंदर डिजायर है, डिजायर है, डिजायर है। लेकिन कोई आदमी अपनी डिजायर को फुलफिल नहीं कर पाता। तो हर आदमी का केस अनफुलफिल डिजायर का केस है। यह जो है कांसेप्ट पैराडाइस का, यह आंसर देता है आपको</w:t>
      </w:r>
    </w:p>
    <w:p>
      <w:r>
        <w:rPr>
          <w:b/>
        </w:rPr>
        <w:t xml:space="preserve">[20:11] </w:t>
      </w:r>
      <w:r>
        <w:t>ke kyun aisa hai ke saare log, chahe king ho ya wealthy log ho ya koi bhi ho, koi bhi ho, koi bhi ho ya film star ho, kyun woh apne desire ko fulfill nahi kar paate.</w:t>
      </w:r>
    </w:p>
    <w:p>
      <w:pPr>
        <w:jc w:val="right"/>
      </w:pPr>
      <w:r>
        <w:t>कि क्यों ऐसा है कि सारे लोग, चाहे किंग हो या विलदी लोग हो या कोई भी हो, कोई भी हो, कोई भी हो या फिल्म स्टार हो, क्यों वह अपने डिजायर को फुलफिल नहीं कर पाते।</w:t>
      </w:r>
    </w:p>
    <w:p>
      <w:r>
        <w:rPr>
          <w:b/>
        </w:rPr>
        <w:t xml:space="preserve">[20:26] </w:t>
      </w:r>
      <w:r>
        <w:t>why everyone dies with unfulfilled desire? yeh ek universal question hai. why every one dies without fulfilling his desires?</w:t>
      </w:r>
    </w:p>
    <w:p>
      <w:pPr>
        <w:jc w:val="right"/>
      </w:pPr>
      <w:r>
        <w:t>व्हाई एवरीवन डाइज विद अनफुलफिल डिजायर? यह एक यूनिवर्सल क्वेश्चन है। व्हाई एवरी वन डाइज विदाउट फुलफिलिंग हिज डिजायर्स?</w:t>
      </w:r>
    </w:p>
    <w:p>
      <w:r>
        <w:rPr>
          <w:b/>
        </w:rPr>
        <w:t xml:space="preserve">[20:42] </w:t>
      </w:r>
      <w:r>
        <w:t>toh yeh yeh question hai. ab sawal hai ke woh kyun desire hai mere andar, fulfill kahan hogi</w:t>
      </w:r>
    </w:p>
    <w:p>
      <w:pPr>
        <w:jc w:val="right"/>
      </w:pPr>
      <w:r>
        <w:t>तो यह यह क्वेश्चन है। अब सवाल है कि वो क्यों डिजायर है मेरे अंदर, फुलफिल कहां होगी</w:t>
      </w:r>
    </w:p>
    <w:p>
      <w:r>
        <w:rPr>
          <w:b/>
        </w:rPr>
        <w:t xml:space="preserve">[20:50] </w:t>
      </w:r>
      <w:r>
        <w:t>? isi ka jawab hai ke fulfillment jo hai, paradise mein hai. toh chhota sa ek period hai yahan par. us period mein kuch kuch norms hain. us norms ko follow karna hai,</w:t>
      </w:r>
    </w:p>
    <w:p>
      <w:pPr>
        <w:jc w:val="right"/>
      </w:pPr>
      <w:r>
        <w:t>? इसी का जवाब है कि फुलफिलमेंट जो है, पैराडाइस में है। तो छोटा सा एक पीरियड है यहां पर। उस पीरियड में कुछ कुछ नॉर्म्स हैं। उस नॉर्म्स को फॉलो करना है,</w:t>
      </w:r>
    </w:p>
    <w:p>
      <w:r>
        <w:rPr>
          <w:b/>
        </w:rPr>
        <w:t xml:space="preserve">[21:05] </w:t>
      </w:r>
      <w:r>
        <w:t>apne aap ko prepare karna hai. uske baad aapko woh duniya milegi, jahan poora fulfillment milega. aapko poora fulfillment. isse achhi scheme kya ho sakti hai?</w:t>
      </w:r>
    </w:p>
    <w:p>
      <w:pPr>
        <w:jc w:val="right"/>
      </w:pPr>
      <w:r>
        <w:t>अपने आप को प्रिपेयर करना है। उसके बाद आपको वह दुनिया मिलेगी, जहां पूरा फुलफिलमेंट मिलेगा। आपको पूरा फुलफिलमेंट। इससे अच्छी स्कीम क्या हो सकती है?</w:t>
      </w:r>
    </w:p>
    <w:p>
      <w:r>
        <w:rPr>
          <w:b/>
        </w:rPr>
        <w:t xml:space="preserve">[21:15] </w:t>
      </w:r>
      <w:r>
        <w:t>isse achhi scheme kya ho sakti hai?</w:t>
      </w:r>
    </w:p>
    <w:p>
      <w:pPr>
        <w:jc w:val="right"/>
      </w:pPr>
      <w:r>
        <w:t>इससे अच्छी स्कीम क्या हो सकती है?</w:t>
      </w:r>
    </w:p>
    <w:p>
      <w:r>
        <w:rPr>
          <w:b/>
        </w:rPr>
        <w:t xml:space="preserve">[21:18] </w:t>
      </w:r>
      <w:r>
        <w:t>quran mein hai ke wabsu li fiam lam. isi cheez ke liye logon ko kaam karna chahiye. isse achhi, isse achha koi goal nahi hai jiske liye aadmi daude, jiske liye woh mehnat kare. next question is,</w:t>
      </w:r>
    </w:p>
    <w:p>
      <w:pPr>
        <w:jc w:val="right"/>
      </w:pPr>
      <w:r>
        <w:t>कुरान में है कि वबस लिहाज फयाम लामल। इसी चीज के लिए लोगों को काम करना चाहिए। इससे अच्छी, इससे अच्छा कोई गोल नहीं है जिसके लिए आदमी दौड़े, जिसके लिए वह मेहनत करे। नेक्स्ट क्वेश्चन इज,</w:t>
      </w:r>
    </w:p>
    <w:p>
      <w:r>
        <w:rPr>
          <w:b/>
        </w:rPr>
        <w:t xml:space="preserve">[21:37] </w:t>
      </w:r>
      <w:r>
        <w:t>is there any verse in the quran in which god says that he would reveal to man the mysteries and secrets of life in the next phase of life?</w:t>
      </w:r>
    </w:p>
    <w:p>
      <w:pPr>
        <w:jc w:val="right"/>
      </w:pPr>
      <w:r>
        <w:t>इज देयर एनी वर्स इन द कुरान इन विच गॉड सेज दैट ही वुड रिवील टू मैन द मिस्ट्रीज एंड सीक्रेट्स ऑफ लाइफ इन द नेक्स्ट फेज ऑफ लाइफ?</w:t>
      </w:r>
    </w:p>
    <w:p>
      <w:r>
        <w:rPr>
          <w:b/>
        </w:rPr>
        <w:t xml:space="preserve">[21:51] </w:t>
      </w:r>
      <w:r>
        <w:t>mere khayal se aisi koi ayat toh quran mein nahi hai. lekin common sense se samajh mein aata hai ke is duniya mein humko sirf limited knowledge milti hai. zyada knowledge jo hai, woh toh wahan milegi aapko. toh ekdam isi tarah ki koi word toh mujhe yaad nahi hai. lekin common sense mera batata hai ke yeh duniya limited duniya hai. is duniya mein hum limitation ke saath jeena padta hai. humein toh saari knowledge humein aani hogi.</w:t>
      </w:r>
    </w:p>
    <w:p>
      <w:pPr>
        <w:jc w:val="right"/>
      </w:pPr>
      <w:r>
        <w:t>मेरे ख्याल से ऐसी कोई आयत तो कुरान में नहीं है। लेकिन कॉमन सेंस से समझ में आता है कि इस दुनिया में हमको सिर्फ लिमिटेड नॉलेज मिलती है। ज्यादा नॉलेज जो है, वो तो वही मिलेगी आपको। तो एकदम इसी तरह की कोई वर्ड तो मुझे याद नहीं है। लेकिन कॉमन सेंस मेरा बताता है कि यह दुनिया लिमिटेड दुनिया है। इस दुनिया में हम लिमिटेशन के साथ जीना पड़ता है। हमें तो सारी नॉलेज हमें आनी होगी।</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