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04 Mar 2012 Maulana Wahiduddin Khan</w:t>
      </w:r>
    </w:p>
    <w:p>
      <w:r>
        <w:t>https://www.youtube.com/watch?v=txRmutuvWQI</w:t>
      </w:r>
    </w:p>
    <w:p>
      <w:r>
        <w:rPr>
          <w:b/>
        </w:rPr>
        <w:t xml:space="preserve">[00:10] </w:t>
      </w:r>
      <w:r>
        <w:t>ah, molana, yeh sawal aaya hai karachi, pakistan se mr abdul latif sahib ka. unhone poocha hai: "asiyai mulkon ke log aksar yeh kehte hain ke chunke hamare mulkon mein ghurbat aur mehengai hai,</w:t>
      </w:r>
    </w:p>
    <w:p>
      <w:pPr>
        <w:jc w:val="right"/>
      </w:pPr>
      <w:r>
        <w:t>اہ، مولانا، یہ سوال آیا ہے کراچی، پاکستان سے مسٹر عبداللطیف صاحب کا۔ انہوں نے پوچھا ہے: "ایشیائی ملکوں کے لوگ اکثر یہ کہتے ہیں کہ چونکہ ہمارے ملکوں میں غربت اور مہنگائی ہے،</w:t>
      </w:r>
    </w:p>
    <w:p>
      <w:r>
        <w:rPr>
          <w:b/>
        </w:rPr>
        <w:t xml:space="preserve">[00:26] </w:t>
      </w:r>
      <w:r>
        <w:t>jis ki wajah se hamari maashi zarooriyat poori nahi ho sakti, aur hamein tension mein jeena padta hai, is liye hum europe aur america jaise mulkon ka rukh karte hain taake hum apni maashi zarooriyat ko poora kar sakein aur tension free life mein reh sakein." molana sahib, yeh baat kis had tak sahi hai?</w:t>
      </w:r>
    </w:p>
    <w:p>
      <w:pPr>
        <w:jc w:val="right"/>
      </w:pPr>
      <w:r>
        <w:t>جس کی وجہ سے ہماری معاشی ضرورتیں پوری نہیں ہو سکتی، اور ہمیں ٹینشن میں جینا پڑتا ہے، اس لیے ہم یورپ اور امریکہ جیسے ملکوں کا رخ کرتے ہیں تاکہ ہم اپنی معاشی ضرورتوں کو پورا کر سکیں اور ٹینشن فری لائف میں رہ سکیں۔" مولانا صاحب، یہ بات کس حد تک صحیح ہے؟</w:t>
      </w:r>
    </w:p>
    <w:p>
      <w:r>
        <w:rPr>
          <w:b/>
        </w:rPr>
        <w:t xml:space="preserve">[00:53] </w:t>
      </w:r>
      <w:r>
        <w:t>bilkul galat hai. america mein har aadmi tension mein jeeta hai. wahan ka president bhi tension mein jeeta hai. wahan tension milegi kisi ko?</w:t>
      </w:r>
    </w:p>
    <w:p>
      <w:pPr>
        <w:jc w:val="right"/>
      </w:pPr>
      <w:r>
        <w:t>بالکل غلط ہے۔ امریکہ میں ہر آدمی ٹینشن میں جیتا ہے۔ وہاں کا پریزیڈنٹ بھی ٹینشن میں جیتا ہے۔ وہاں ٹینشن ملے گی کسی کو؟</w:t>
      </w:r>
    </w:p>
    <w:p>
      <w:r>
        <w:rPr>
          <w:b/>
        </w:rPr>
        <w:t xml:space="preserve">[01:05] </w:t>
      </w:r>
      <w:r>
        <w:t>america mein main ghaliban</w:t>
      </w:r>
    </w:p>
    <w:p>
      <w:pPr>
        <w:jc w:val="right"/>
      </w:pPr>
      <w:r>
        <w:t>امریکہ میں میں غالباً</w:t>
      </w:r>
    </w:p>
    <w:p>
      <w:r>
        <w:rPr>
          <w:b/>
        </w:rPr>
        <w:t xml:space="preserve">[01:10] </w:t>
      </w:r>
      <w:r>
        <w:t>10 baar ya 12 baar gaya hoon. koi aadmi wahan aisa nahi jo tension free rehta ho. tension se bachne ka raaz forans nahi hai,</w:t>
      </w:r>
    </w:p>
    <w:p>
      <w:pPr>
        <w:jc w:val="right"/>
      </w:pPr>
      <w:r>
        <w:t>10 بار یا 12 بار گیا ہوں۔ کوئی آدمی وہاں ایسا نہیں جو ٹینشن فری رہتا ہو۔ ٹینشن سے بچنے کا راز افورینس نہیں ہے،</w:t>
      </w:r>
    </w:p>
    <w:p>
      <w:r>
        <w:rPr>
          <w:b/>
        </w:rPr>
        <w:t xml:space="preserve">[01:25] </w:t>
      </w:r>
      <w:r>
        <w:t>qanaat hai.</w:t>
      </w:r>
    </w:p>
    <w:p>
      <w:pPr>
        <w:jc w:val="right"/>
      </w:pPr>
      <w:r>
        <w:t>قناعت ہے۔</w:t>
      </w:r>
    </w:p>
    <w:p>
      <w:r>
        <w:rPr>
          <w:b/>
        </w:rPr>
        <w:t xml:space="preserve">[01:27] </w:t>
      </w:r>
      <w:r>
        <w:t>zyada kamane se tension nahi khatam hoti kisi ka. ala bi zikrullahi tatmainnul quloob aap jahan hain wohin par aap ke liye mawaqe hain,</w:t>
      </w:r>
    </w:p>
    <w:p>
      <w:pPr>
        <w:jc w:val="right"/>
      </w:pPr>
      <w:r>
        <w:t>زیادہ کمانے سے ٹینشن نہیں ختم ہوتی کسی کا۔ أَلَا بَذِكْرِ اللَّهِ تَطْمَئِنُ الْقُلُوبُ آپ جہاں ہیں وہیں پر آپ کے لیے مواقع ہیں۔</w:t>
      </w:r>
    </w:p>
    <w:p>
      <w:r>
        <w:rPr>
          <w:b/>
        </w:rPr>
        <w:t xml:space="preserve">[01:39] </w:t>
      </w:r>
      <w:r>
        <w:t>kahin ghurbat nahi hai. yeh yeh bhi ek jhooti ek ek hai ke log ghurbat mein</w:t>
      </w:r>
    </w:p>
    <w:p>
      <w:pPr>
        <w:jc w:val="right"/>
      </w:pPr>
      <w:r>
        <w:t>کہیں غربت نہیں ہے۔ یہ یہ بھی ایک جھوٹی ایک ایک ہے کہ لوگ غربت میں</w:t>
      </w:r>
    </w:p>
    <w:p>
      <w:r>
        <w:rPr>
          <w:b/>
        </w:rPr>
        <w:t xml:space="preserve">[01:45] </w:t>
      </w:r>
      <w:r>
        <w:t>ghurbat mein nahi hain, zyada chahte hain kam mila hua. yeh masla hai.</w:t>
      </w:r>
    </w:p>
    <w:p>
      <w:pPr>
        <w:jc w:val="right"/>
      </w:pPr>
      <w:r>
        <w:t>غربت میں نہیں ہیں، زیادہ چاہتے ہیں کم ملا ہوا۔ یہ مسئلہ ہے۔</w:t>
      </w:r>
    </w:p>
    <w:p>
      <w:r>
        <w:rPr>
          <w:b/>
        </w:rPr>
        <w:t xml:space="preserve">[01:54] </w:t>
      </w:r>
      <w:r>
        <w:t>aur zyada chahne ka zehan jo hai America mein zyada taskeen nahi milti hai. wahan bhi log zyada aur zyada aur zyada ki wajah se wahan phir bhi tension hi baqi rehta hai.</w:t>
      </w:r>
    </w:p>
    <w:p>
      <w:pPr>
        <w:jc w:val="right"/>
      </w:pPr>
      <w:r>
        <w:t>اور زیادہ چاہنے کا ذہن جو ہے امریکہ میں زیادہ تسکین نہیں ملتی ہے۔ وہاں بھی لوگ زیادہ اور زیادہ اور زیادہ کی وجہ سے وہاں پھر بھی ٹینشن ہی باقی رہتا ہے۔</w:t>
      </w:r>
    </w:p>
    <w:p>
      <w:r>
        <w:rPr>
          <w:b/>
        </w:rPr>
        <w:t xml:space="preserve">[02:04] </w:t>
      </w:r>
      <w:r>
        <w:t>jis ki aakhri had yeh hai ke America mein ek sahab jo rehte hain 20-25 saal se, unhone mujh se kaha</w:t>
      </w:r>
    </w:p>
    <w:p>
      <w:pPr>
        <w:jc w:val="right"/>
      </w:pPr>
      <w:r>
        <w:t>جس کی آخری حد یہ ہے کہ امریکہ میں ایک صاحب جو رہتے ہیں 20-25 سال سے، انہوں نے مجھ سے کہا</w:t>
      </w:r>
    </w:p>
    <w:p>
      <w:r>
        <w:rPr>
          <w:b/>
        </w:rPr>
        <w:t xml:space="preserve">[02:12] </w:t>
      </w:r>
      <w:r>
        <w:t>ke America mein bohat zyada stress rehta hai. stress. sab stress mein jeete hain. to jo weekend unka hai, weekend mein unhone yeh socha ke holiday karein, jayein idhar udhar outing karein,</w:t>
      </w:r>
    </w:p>
    <w:p>
      <w:pPr>
        <w:jc w:val="right"/>
      </w:pPr>
      <w:r>
        <w:t>کہ امریکہ میں بہت زیادہ اسٹریس رہتا ہے۔ اسٹریس۔ سب اسٹریس میں جیتے ہیں۔ تو جو ویک اینڈ ان کا ہے، ویک اینڈ میں انہوں نے یہ سوچا کہ ہالی ڈے کریں، جائیں ادھر ادھر آؤٹنگ کریں،</w:t>
      </w:r>
    </w:p>
    <w:p>
      <w:r>
        <w:rPr>
          <w:b/>
        </w:rPr>
        <w:t xml:space="preserve">[02:33] </w:t>
      </w:r>
      <w:r>
        <w:t>apna stress ko khatam karne ke liye. yaani de-stressing ke liye. to unhone bataya ke ek naya stress paida ho gaya ke wahan jate hain to lotate hain to ek ek ek nayi museebat le kar ke.</w:t>
      </w:r>
    </w:p>
    <w:p>
      <w:pPr>
        <w:jc w:val="right"/>
      </w:pPr>
      <w:r>
        <w:t>اپنا اسٹریس کو ختم کرنے کے لیے۔ یعنی ڈی اسٹریسنگ کے لیے۔ تو انہوں نے بتایا کہ ایک نیا اسٹریس پیدا ہو گیا کہ وہاں جاتے ہیں تو لوٹتے ہیں تو ایک ایک ایک نئی مصیبت لے کر کے۔</w:t>
      </w:r>
    </w:p>
    <w:p>
      <w:r>
        <w:rPr>
          <w:b/>
        </w:rPr>
        <w:t xml:space="preserve">[02:45] </w:t>
      </w:r>
      <w:r>
        <w:t>iska naam hai holiday stress. holiday stress.</w:t>
      </w:r>
    </w:p>
    <w:p>
      <w:pPr>
        <w:jc w:val="right"/>
      </w:pPr>
      <w:r>
        <w:t>اس کا نام ہے ہالی ڈے اسٹریس۔ ہالی ڈے اسٹریس۔</w:t>
      </w:r>
    </w:p>
    <w:p>
      <w:r>
        <w:rPr>
          <w:b/>
        </w:rPr>
        <w:t xml:space="preserve">[02:51] </w:t>
      </w:r>
      <w:r>
        <w:t>yeh bilkul yeh sab bilkul yaani be-sias baatein hain. yaad rakhiye, tension free life ka jo formula hai Quran majeed mein woh hai ala bi zikrullahi tatmainnul quloob yaani Khuda ko daryaft karein aap.</w:t>
      </w:r>
    </w:p>
    <w:p>
      <w:pPr>
        <w:jc w:val="right"/>
      </w:pPr>
      <w:r>
        <w:t>یہ بالکل یہ سب بالکل یعنی بے سس باتیں ہیں۔ یاد رکھیے، ٹینشن فری لائف کا جو فارمولا ہے قرآن مجید میں وہ ہے أَلَا بَذِكْرِ اللَّهِ تَطْمَئِنُ الْقُلُوبُ یعنی خدا کو دریافت کریں آپ۔</w:t>
      </w:r>
    </w:p>
    <w:p>
      <w:r>
        <w:rPr>
          <w:b/>
        </w:rPr>
        <w:t xml:space="preserve">[03:07] </w:t>
      </w:r>
      <w:r>
        <w:t>dollar ko nahi.</w:t>
      </w:r>
    </w:p>
    <w:p>
      <w:pPr>
        <w:jc w:val="right"/>
      </w:pPr>
      <w:r>
        <w:t>ڈالر کو نہیں۔</w:t>
      </w:r>
    </w:p>
    <w:p>
      <w:r>
        <w:rPr>
          <w:b/>
        </w:rPr>
        <w:t xml:space="preserve">[03:10] </w:t>
      </w:r>
      <w:r>
        <w:t>dollar ko aur gold aur silver ko jo daryaft karega, woh uska tension kabhi khatam nahi hoga. lekin jo Khuda ko daryaft karega, woh bilashuba tension free life us ko hasil ho jayegi, inshallah.</w:t>
      </w:r>
    </w:p>
    <w:p>
      <w:pPr>
        <w:jc w:val="right"/>
      </w:pPr>
      <w:r>
        <w:t>ڈالر کو اور گولڈ اور سلور کو جو دریافت کرے گا، وہ اس کا ٹینشن کبھی ختم نہیں ہوگا۔ لیکن جو خدا کو دریافت کرے گا، وہ بلاشبہ ٹینشن فری لائف اس کو حاصل ہو جائے گی، انشاءاللہ۔</w:t>
      </w:r>
    </w:p>
    <w:p>
      <w:r>
        <w:rPr>
          <w:b/>
        </w:rPr>
        <w:t xml:space="preserve">[03:24] </w:t>
      </w:r>
      <w:r>
        <w:t>Maulana, agla sawal aaya hai Delhi se Mr. Shahnawaz Zafar sahib ka. unhone likha hai: "Maulana sahib, as you suggest, the best formula for universal peace is to have patience and sabr for anything wrong happening around.</w:t>
      </w:r>
    </w:p>
    <w:p>
      <w:pPr>
        <w:jc w:val="right"/>
      </w:pPr>
      <w:r>
        <w:t>مولانا، اگلا سوال آیا ہے دلی سے مسٹر شاہنواز ظفر صاحب کا۔ انہوں نے لکھا ہے: "مولانا صاحب، ایز یو سجیسٹ، دا بیسٹ فارمولا فار یونیورسل پیس از ٹو ہیو پیشنس اینڈ صبر فار اینی تھنگ رونگ ہیپننگ اراؤنڈ۔</w:t>
      </w:r>
    </w:p>
    <w:p>
      <w:r>
        <w:rPr>
          <w:b/>
        </w:rPr>
        <w:t xml:space="preserve">[03:43] </w:t>
      </w:r>
      <w:r>
        <w:t>It means we should avoid to react or retaliate against anything which is wrong. But this kind of act comes under the third lowest level of iman, as the third level of iman is to feel bad in her heart about anything wrong happening in front of her eyes.</w:t>
      </w:r>
    </w:p>
    <w:p>
      <w:pPr>
        <w:jc w:val="right"/>
      </w:pPr>
      <w:r>
        <w:t>اٹ مینز وی شوڈ اوائڈ ٹو ری ایکٹ اور ریٹیلیٹ اگینسٹ اینی تھنگ وچ از رونگ۔ بٹ دس کائنڈ اف ایکٹ کمز انڈر دا تھرڈ لوئسٹ لیول اف ایمان، ایز دی تھرڈ لیول اف ایمان از ٹو فیل بیڈ ان ہر ہارٹ اباؤٹ اینی تھنگ رونگ ہیپننگ ان فرنٹ اف ہر ائیز۔</w:t>
      </w:r>
    </w:p>
    <w:p>
      <w:r>
        <w:rPr>
          <w:b/>
        </w:rPr>
        <w:t xml:space="preserve">[04:03] </w:t>
      </w:r>
      <w:r>
        <w:t>I understand that level one of iman will be applicable in the case of Islamic rule, that is you stop the thing forcefully which is wrong, but can't be at least speak and tell the people in a peaceful manner that what you are doing is wrong, and it comes under level two of iman.</w:t>
      </w:r>
    </w:p>
    <w:p>
      <w:pPr>
        <w:jc w:val="right"/>
      </w:pPr>
      <w:r>
        <w:t>ائی انڈرسٹینڈ دیٹ لیول ون اف ایمان ول بی ایپلیکیبل ان دی کیس اف اسلامک رول، دیٹ از یو سٹاپ دا تھنگ فورس فلی وچ از رونگ، بٹ کانٹ بی ایٹ لیسٹ سپیک اینڈ ٹیل دا پیپل ان ا پیس فل مینر دیٹ واٹ یو آر ڈوئنگ از رونگ، اینڈ اٹ کمز انڈر لیول ٹو اف ایمان۔</w:t>
      </w:r>
    </w:p>
    <w:p>
      <w:r>
        <w:rPr>
          <w:b/>
        </w:rPr>
        <w:t xml:space="preserve">[04:24] </w:t>
      </w:r>
      <w:r>
        <w:t>Similarly, any peaceful protest for a valid reason of wrong activity comes under the level two of iman.</w:t>
      </w:r>
    </w:p>
    <w:p>
      <w:pPr>
        <w:jc w:val="right"/>
      </w:pPr>
      <w:r>
        <w:t>سمیلرلی، اینی پیس فل پروٹیسٹ فار ا ویلڈ ریزن اف رونگ ایکٹیویٹی کمز انڈر دا لیول ٹو اف ایمان۔</w:t>
      </w:r>
    </w:p>
    <w:p>
      <w:r>
        <w:rPr>
          <w:b/>
        </w:rPr>
        <w:t xml:space="preserve">[04:33] </w:t>
      </w:r>
      <w:r>
        <w:t>Can you please explain how to fit ourselves in iman categories in today's scenario? We should scale our iman, keeping in mind the result of what?</w:t>
      </w:r>
    </w:p>
    <w:p>
      <w:pPr>
        <w:jc w:val="right"/>
      </w:pPr>
      <w:r>
        <w:t>کین یو پلیز ایکسپلین ہاؤ ٹو فٹ اور سیلف ان ایمان کیٹگریز ان ٹوڈے سنیریو؟ وی شوڈ سکیل اور ایمان، کیپنگ ان مائنڈ دا رزلٹ اف واٹ؟</w:t>
      </w:r>
    </w:p>
    <w:p>
      <w:r>
        <w:rPr>
          <w:b/>
        </w:rPr>
        <w:t xml:space="preserve">[04:44] </w:t>
      </w:r>
      <w:r>
        <w:t>Kindly advice.</w:t>
      </w:r>
    </w:p>
    <w:p>
      <w:pPr>
        <w:jc w:val="right"/>
      </w:pPr>
      <w:r>
        <w:t>کائنڈلی ایڈوائس۔</w:t>
      </w:r>
    </w:p>
    <w:p>
      <w:r>
        <w:rPr>
          <w:b/>
        </w:rPr>
        <w:t xml:space="preserve">[04:49] </w:t>
      </w:r>
      <w:r>
        <w:t>is hadith ka is se koi talluq nahi hai jis zamane mein liya hai aap ne is ko. yeh political protest aur political hungama is ka kya talluq is hadith se?</w:t>
      </w:r>
    </w:p>
    <w:p>
      <w:pPr>
        <w:jc w:val="right"/>
      </w:pPr>
      <w:r>
        <w:t>اس حدیث کا اس سے کوئی تعلق نہیں ہے جس زمانے میں لیا ہے آپ نے اس کو۔ یہ پولیٹیکل پروٹیسٹ اور پولیٹیکل ہنگامہ اس کا کیا تعلق اس حدیث سے؟</w:t>
      </w:r>
    </w:p>
    <w:p>
      <w:r>
        <w:rPr>
          <w:b/>
        </w:rPr>
        <w:t xml:space="preserve">[05:00] </w:t>
      </w:r>
      <w:r>
        <w:t>dekhiye, daily life jo hamari hai, is se talluq hai. daily life. is ka kuch bhi party se koi talluq nahi hai.</w:t>
      </w:r>
    </w:p>
    <w:p>
      <w:pPr>
        <w:jc w:val="right"/>
      </w:pPr>
      <w:r>
        <w:t>دیکھیے، ڈیلی لائف جو ہماری ہے، اس سے تعلق ہے۔ ڈیلی لائف۔ اس کا کچھ بھی پارٹی سے کوئی تعلق نہیں ہے۔</w:t>
      </w:r>
    </w:p>
    <w:p>
      <w:r>
        <w:rPr>
          <w:b/>
        </w:rPr>
        <w:t xml:space="preserve">[05:08] </w:t>
      </w:r>
      <w:r>
        <w:t>yeh jo hungame ho rahe hain mukhtalif mulkon mein, parties ko le kar ke, woh to bilkul haram kaam hai. haram. is mein koi shakk hi nahi.</w:t>
      </w:r>
    </w:p>
    <w:p>
      <w:pPr>
        <w:jc w:val="right"/>
      </w:pPr>
      <w:r>
        <w:t>یہ جو ہنگامے ہو رہے ہیں مختلف ملکوں میں، پارٹیز کو لے کر کے، وہ تو بالکل حرام کام ہے۔ حرام۔ اس میں کوئی شک ہی نہیں۔</w:t>
      </w:r>
    </w:p>
    <w:p>
      <w:r>
        <w:rPr>
          <w:b/>
        </w:rPr>
        <w:t xml:space="preserve">[05:17] </w:t>
      </w:r>
      <w:r>
        <w:t>yeh jo hai daily life mein,</w:t>
      </w:r>
    </w:p>
    <w:p>
      <w:pPr>
        <w:jc w:val="right"/>
      </w:pPr>
      <w:r>
        <w:t>یہ جو ہے ڈیلی لائف میں،</w:t>
      </w:r>
    </w:p>
    <w:p>
      <w:r>
        <w:rPr>
          <w:b/>
        </w:rPr>
        <w:t xml:space="preserve">[05:23] </w:t>
      </w:r>
      <w:r>
        <w:t>kya agar is mein yeh yeh unhone galat likha hai yeh ke forcefully us ko khatam karte hain hum? matlab yeh baghze istataat hamein is mein koshish karna chahiye.</w:t>
      </w:r>
    </w:p>
    <w:p>
      <w:pPr>
        <w:jc w:val="right"/>
      </w:pPr>
      <w:r>
        <w:t>کیا اگر اس میں یہ یہ انہوں نے غلط لکھا ہے یہ کہ فورس کر دیا اس کو ختم کرتے ہیں ہم؟ مطلب یہ اس بغض استطاعت ہمیں اس میں کوشش کرنا چاہیے۔</w:t>
      </w:r>
    </w:p>
    <w:p>
      <w:r>
        <w:rPr>
          <w:b/>
        </w:rPr>
        <w:t xml:space="preserve">[05:34] </w:t>
      </w:r>
      <w:r>
        <w:t>is mein istataat. to daily life mein aap jab kahin dekhein</w:t>
      </w:r>
    </w:p>
    <w:p>
      <w:pPr>
        <w:jc w:val="right"/>
      </w:pPr>
      <w:r>
        <w:t>اس میں استطاعت۔ تو ڈیلی لائف میں آپ جب کہیں دیکھیں</w:t>
      </w:r>
    </w:p>
    <w:p>
      <w:r>
        <w:rPr>
          <w:b/>
        </w:rPr>
        <w:t xml:space="preserve">[05:42] </w:t>
      </w:r>
      <w:r>
        <w:t>koi cheez burai ki, daily life mein, chahe ghar mein ya ghar ke bahar, to wahan hamein yeh karna hai ke agar hum mana karne par qadir hon to mana karein.</w:t>
      </w:r>
    </w:p>
    <w:p>
      <w:pPr>
        <w:jc w:val="right"/>
      </w:pPr>
      <w:r>
        <w:t>کوئی چیز برائی کی، ڈیلی لائف میں، چاہے گھر میں یا گھر کے باہر، تو وہاں ہمیں یہ کرنا ہے کہ اگر ہم منع کرنے پر قادر ہوں تو منع کریں۔</w:t>
      </w:r>
    </w:p>
    <w:p>
      <w:r>
        <w:rPr>
          <w:b/>
        </w:rPr>
        <w:t xml:space="preserve">[06:00] </w:t>
      </w:r>
      <w:r>
        <w:t>lekin mana karne par jhagda badhta ho to hum is ke liye dua karein. dil mein is mein hai ke fabaqalbehi kamane ke is ke liye dua karna.</w:t>
      </w:r>
    </w:p>
    <w:p>
      <w:pPr>
        <w:jc w:val="right"/>
      </w:pPr>
      <w:r>
        <w:t>لیکن منع کرنے پر جھگڑا بڑھتا ہو تو ہم اس کے لیے دعا کریں۔ دل میں اس میں ہے کہ فبقلبہ کمانے کہ اس کے لیے دعا کرنا۔</w:t>
      </w:r>
    </w:p>
    <w:p>
      <w:r>
        <w:rPr>
          <w:b/>
        </w:rPr>
        <w:t xml:space="preserve">[06:14] </w:t>
      </w:r>
      <w:r>
        <w:t>is ka hargiz yeh matlab nahi hai ke aap is ke burai khatam karne par</w:t>
      </w:r>
    </w:p>
    <w:p>
      <w:pPr>
        <w:jc w:val="right"/>
      </w:pPr>
      <w:r>
        <w:t>اس کا ہرگز یہ مطلب نہیں ہے کہ آپ اس کے برائی ختم کرنے پر</w:t>
      </w:r>
    </w:p>
    <w:p>
      <w:r>
        <w:rPr>
          <w:b/>
        </w:rPr>
        <w:t xml:space="preserve">[06:19] </w:t>
      </w:r>
      <w:r>
        <w:t>khare ho jayein, protest karne aur ek naya blood shed ho, naya khoon kharaba ho. jo kehte hain counter productive, woh to haram hai Islam mein.</w:t>
      </w:r>
    </w:p>
    <w:p>
      <w:pPr>
        <w:jc w:val="right"/>
      </w:pPr>
      <w:r>
        <w:t>کھڑے ہو جائیں، پروٹیسٹ کرنے اور ایک نیا بلڈ شیڈ ہو، نیا خون خرابہ ہو۔ جو کہتے ہیں کاؤنٹر پروڈکٹیو، وہ تو حرام ہے اسلام میں۔</w:t>
      </w:r>
    </w:p>
    <w:p>
      <w:r>
        <w:rPr>
          <w:b/>
        </w:rPr>
        <w:t xml:space="preserve">[06:28] </w:t>
      </w:r>
      <w:r>
        <w:t>haram. sab se pehle aap ko dekhna parega ke jo situation hai, kya woh situation mere qabu ki hai? wahan kuch positive role kar sakta hoon mein?</w:t>
      </w:r>
    </w:p>
    <w:p>
      <w:pPr>
        <w:jc w:val="right"/>
      </w:pPr>
      <w:r>
        <w:t>حرام۔ سب سے پہلے آپ کو دیکھنا پڑے گا کہ جو سچوئیشن ہے، کیا وہ سچوئیشن میرے قابو کی ہے؟ وہاں کچھ پازیٹیو رول کر سکتا ہوں میں؟</w:t>
      </w:r>
    </w:p>
    <w:p>
      <w:r>
        <w:rPr>
          <w:b/>
        </w:rPr>
        <w:t xml:space="preserve">[06:39] </w:t>
      </w:r>
      <w:r>
        <w:t>nahi to chup chap ja ke masjid ja ke dua kijiye.</w:t>
      </w:r>
    </w:p>
    <w:p>
      <w:pPr>
        <w:jc w:val="right"/>
      </w:pPr>
      <w:r>
        <w:t>نہیں تو چپ چاپ جا کے مسجد جا کے دعا کیجئے۔</w:t>
      </w:r>
    </w:p>
    <w:p>
      <w:r>
        <w:rPr>
          <w:b/>
        </w:rPr>
        <w:t xml:space="preserve">[06:42] </w:t>
      </w:r>
      <w:r>
        <w:t>yeh to bilkul haram hai ke aap karne ki position mein nahi hain, aap jhanda le ke khare ho jayein aur is ke baad goliyan chalein aur bomb barsein aur log marein katein. yeh yeh is ka is hadith se is ka koi talluq nahi.</w:t>
      </w:r>
    </w:p>
    <w:p>
      <w:pPr>
        <w:jc w:val="right"/>
      </w:pPr>
      <w:r>
        <w:t>یہ تو بالکل حرام ہے کہ آپ کرنے کی پوزیشن میں نہیں ہیں، آپ جھنڈا لے کے کھڑے ہو جائیں اور اس کے بعد گولیاں چلیں اور بم برسیں اور لوگ مرے کٹیں۔ یہ یہ اس کا اس حدیث سے اس کا کوئی تعلق نہیں۔</w:t>
      </w:r>
    </w:p>
    <w:p>
      <w:r>
        <w:rPr>
          <w:b/>
        </w:rPr>
        <w:t xml:space="preserve">[06:54] </w:t>
      </w:r>
      <w:r>
        <w:t>woh to super haram hai, bilashuba. jo aaj kal ho raha hai hum is mamle mein jagah jagah, yeh sab haram hai. haram. is ka is ka hadith se koi talluq nahi.</w:t>
      </w:r>
    </w:p>
    <w:p>
      <w:pPr>
        <w:jc w:val="right"/>
      </w:pPr>
      <w:r>
        <w:t>وہ تو سپر حرام ہے، بلاشبہ۔ جو آج کل ہو رہا ہے ہم اس معاملے میں جگہ جگہ، یہ سب حرام ہے۔ حرام۔ اس کا اس کا حدیث سے کوئی تعلق نہیں۔</w:t>
      </w:r>
    </w:p>
    <w:p>
      <w:r>
        <w:rPr>
          <w:b/>
        </w:rPr>
        <w:t xml:space="preserve">[07:03] </w:t>
      </w:r>
      <w:r>
        <w:t>hadith mein hai ke peaceful tareeqe se, result oriented tareeqe se, baqt istitaat, aap agar kisi burai ke bare mein kuch kar sakte hain to kijiye.</w:t>
      </w:r>
    </w:p>
    <w:p>
      <w:pPr>
        <w:jc w:val="right"/>
      </w:pPr>
      <w:r>
        <w:t>حدیث میں ہے کہ پیس فل طریقے سے، رزلٹ اورینٹڈ طریقے سے، بقت استطاعت، آپ اگر کسی برائی کے بارے میں کچھ کر سکتے ہیں تو کیجئے۔</w:t>
      </w:r>
    </w:p>
    <w:p>
      <w:r>
        <w:rPr>
          <w:b/>
        </w:rPr>
        <w:t xml:space="preserve">[07:14] </w:t>
      </w:r>
      <w:r>
        <w:t>nahi to chup chap ja ke masjid mein dua kijiye. aur political protest ka to hargiz hargiz talluq nahi is se. is hadith se.</w:t>
      </w:r>
    </w:p>
    <w:p>
      <w:pPr>
        <w:jc w:val="right"/>
      </w:pPr>
      <w:r>
        <w:t>نہیں تو چپ چاپ جا کے مسجد میں دعا کیجئے۔ اور پولیٹیکل پروٹیسٹ کا تو ہرگز ہرگز تعلق نہیں اس سے۔ اس حدیث سے۔</w:t>
      </w:r>
    </w:p>
    <w:p>
      <w:r>
        <w:rPr>
          <w:b/>
        </w:rPr>
        <w:t xml:space="preserve">[07:23] </w:t>
      </w:r>
      <w:r>
        <w:t>bilkul is ka talluq nahi. mein is ko political protest ko haram samajhta hoon. is is liye haram samajhta hoon ke sahaba ne kabhi aisa kiya nahi. Rasool Allah ne kabhi aisa kiya nahi.</w:t>
      </w:r>
    </w:p>
    <w:p>
      <w:pPr>
        <w:jc w:val="right"/>
      </w:pPr>
      <w:r>
        <w:t>بالکل اس کا تعلق نہیں۔ میں اس کو پولیٹیکل پروٹیسٹ کو حرام سمجھتا ہوں۔ اس اس لیے حرام سمجھتا ہوں کہ صحابہ نے کبھی ایسا کیا نہیں۔ رسول اللہ نے کبھی ایسا کیا نہیں۔</w:t>
      </w:r>
    </w:p>
    <w:p>
      <w:r>
        <w:rPr>
          <w:b/>
        </w:rPr>
        <w:t xml:space="preserve">[07:33] </w:t>
      </w:r>
      <w:r>
        <w:t>Makkah mein woh sab masail maujood the jis ko le kar kaha ke political protest kiya jata hai. opposition kiya thi.</w:t>
      </w:r>
    </w:p>
    <w:p>
      <w:pPr>
        <w:jc w:val="right"/>
      </w:pPr>
      <w:r>
        <w:t>مکہ میں وہ سب مسائل موجود تھے جس کو لے کر کہا کہ پولیٹیکل پروٹیسٹ کیا جاتا ہے۔ اپوزیشن کیا تھی۔</w:t>
      </w:r>
    </w:p>
    <w:p>
      <w:r>
        <w:rPr>
          <w:b/>
        </w:rPr>
        <w:t xml:space="preserve">[07:41] </w:t>
      </w:r>
      <w:r>
        <w:t>rasool Allah ne aisa nahi kiya. is wajah se mein is ko haram kehta hoon. yaani opposition ke jo tareeqe aaj kal chal rahe hain duniya mein, rights ko le kar ke aur political demand ko le kar, woh sab ke asbab maujood the Makkah mein.</w:t>
      </w:r>
    </w:p>
    <w:p>
      <w:pPr>
        <w:jc w:val="right"/>
      </w:pPr>
      <w:r>
        <w:t>رسول اللہ نے ایسا نہیں کیا۔ اس وجہ سے میں اس کو حرام کہتا ہوں۔ یعنی اپوزیشن کے جو طریقے آج کل چل رہے ہیں دنیا میں، رائٹس کو لے کر کے اور پولیٹیکل ڈیمانڈ کو لے کر، وہ سب کے اسباب موجود تھے مکہ میں۔</w:t>
      </w:r>
    </w:p>
    <w:p>
      <w:r>
        <w:rPr>
          <w:b/>
        </w:rPr>
        <w:t xml:space="preserve">[07:54] </w:t>
      </w:r>
      <w:r>
        <w:t>rasool Allah ne nahi kaha is ko. to Usman karte hain to is ko feal haram karte hain.</w:t>
      </w:r>
    </w:p>
    <w:p>
      <w:pPr>
        <w:jc w:val="right"/>
      </w:pPr>
      <w:r>
        <w:t>رسول اللہ نے نہیں کہا اس کو۔ تو عثمان کرتے ہیں تو اس کو فعل حرام کرتے ہیں۔</w:t>
      </w:r>
    </w:p>
    <w:p>
      <w:r>
        <w:rPr>
          <w:b/>
        </w:rPr>
        <w:t xml:space="preserve">[08:00] </w:t>
      </w:r>
      <w:r>
        <w:t>mujhe zara bhi is mein shaq nahi ke haram hai yeh. jo hadith mein hai, woh sirf yeh hai ke rozmarra ki zindagi mein, ghar ke andar, ghar ke bahar, aap logon ko naseehat karein.</w:t>
      </w:r>
    </w:p>
    <w:p>
      <w:pPr>
        <w:jc w:val="right"/>
      </w:pPr>
      <w:r>
        <w:t>مجھے ذرا بھی اس میں شک نہیں کہ حرام ہے یہ۔ جو حدیث میں ہے، وہ صرف یہ ہے کہ روزمرہ کی زندگی میں، گھر کے اندر، گھر کے باہر، آپ لوگوں کو نصیحت کریں۔</w:t>
      </w:r>
    </w:p>
    <w:p>
      <w:r>
        <w:rPr>
          <w:b/>
        </w:rPr>
        <w:t xml:space="preserve">[08:10] </w:t>
      </w:r>
      <w:r>
        <w:t>koi baat dekha hai to naseehat karein. bashart ke aap ko wahan par baat aur bigadne ka andesha na ho.</w:t>
      </w:r>
    </w:p>
    <w:p>
      <w:pPr>
        <w:jc w:val="right"/>
      </w:pPr>
      <w:r>
        <w:t>کوئی بات دیکھا ہے تو نصیحت کریں۔ بشرط کہ آپ کو وہاں پر بات اور بگڑنے کا اندیشہ نہ ہو۔</w:t>
      </w:r>
    </w:p>
    <w:p>
      <w:r>
        <w:rPr>
          <w:b/>
        </w:rPr>
        <w:t xml:space="preserve">[08:19] </w:t>
      </w:r>
      <w:r>
        <w:t>misal ke taur par dekhiye, masjidon mein ek ek ek imam phat ke masjid mein aa gaya. aap ka khayal hai ke imam jo hai galat imam hai.</w:t>
      </w:r>
    </w:p>
    <w:p>
      <w:pPr>
        <w:jc w:val="right"/>
      </w:pPr>
      <w:r>
        <w:t>مثال کے طور پر دیکھیے، مسجدوں میں ایک ایک ایک امام پھٹ کے مسجد میں آ گیا۔ آپ کا خیال ہے کہ امام جو ہے غلط امام ہے۔</w:t>
      </w:r>
    </w:p>
    <w:p>
      <w:r>
        <w:rPr>
          <w:b/>
        </w:rPr>
        <w:t xml:space="preserve">[08:30] </w:t>
      </w:r>
      <w:r>
        <w:t>to kya karte hain? muqtadi is ka hungama khara karte hain. is ke phir namaz najayaz hai. yeh bilkul galat kaam hai yeh.</w:t>
      </w:r>
    </w:p>
    <w:p>
      <w:pPr>
        <w:jc w:val="right"/>
      </w:pPr>
      <w:r>
        <w:t>تو کیا کرتے ہیں؟ مقتدی اس کا ہنگامہ کھڑا کرتے ہیں۔ اس کے پھر نماز ناجائز ہے۔ یہ بالکل غلط کام ہے یہ۔</w:t>
      </w:r>
    </w:p>
    <w:p>
      <w:r>
        <w:rPr>
          <w:b/>
        </w:rPr>
        <w:t xml:space="preserve">[08:37] </w:t>
      </w:r>
      <w:r>
        <w:t>aap ko sirf yeh haq hai ke muqtadiyon se kahein ke yeh imam sahi nahi hai to aur hum imam ko badal lein. narmi se kahein.</w:t>
      </w:r>
    </w:p>
    <w:p>
      <w:pPr>
        <w:jc w:val="right"/>
      </w:pPr>
      <w:r>
        <w:t>آپ کو صرف یہ حق ہے کہ مقتدیوں سے کہیں کہ یہ امام صحیح نہیں ہے تو اور ہم امام کو بدل لیں۔ نرمی سے کہیں۔</w:t>
      </w:r>
    </w:p>
    <w:p>
      <w:r>
        <w:rPr>
          <w:b/>
        </w:rPr>
        <w:t xml:space="preserve">[08:45] </w:t>
      </w:r>
      <w:r>
        <w:t>agar muqtadi tayar is ke nahi hain to chup chap se aap namaz padh ke chale jaiye. aur kuch aap ko haq nahi kuch karne ka.</w:t>
      </w:r>
    </w:p>
    <w:p>
      <w:pPr>
        <w:jc w:val="right"/>
      </w:pPr>
      <w:r>
        <w:t>اگر مقتدی تیار اس کے نہیں ہیں تو چپ چاپ سے آپ نماز پڑھ کے چلے جائیے۔ اور کچھ آپ کو حق نہیں کچھ کرنے کا۔</w:t>
      </w:r>
    </w:p>
    <w:p>
      <w:r>
        <w:rPr>
          <w:b/>
        </w:rPr>
        <w:t xml:space="preserve">[08:54] </w:t>
      </w:r>
      <w:r>
        <w:t>to khamosh aur result oriented naseehat is se murad hai. bas is se zyada kuch nahi. result oriented naseehat.</w:t>
      </w:r>
    </w:p>
    <w:p>
      <w:pPr>
        <w:jc w:val="right"/>
      </w:pPr>
      <w:r>
        <w:t>تو خاموش اور رزلٹ اورینٹڈ نصیحت اس سے مراد ہے۔ بس اس سے زیادہ کچھ نہیں۔ رزلٹ اورینٹڈ نصیحت۔</w:t>
      </w:r>
    </w:p>
    <w:p>
      <w:r>
        <w:rPr>
          <w:b/>
        </w:rPr>
        <w:t xml:space="preserve">[09:04] </w:t>
      </w:r>
      <w:r>
        <w:t>is se zyada kuch nahi. yaani result oriented counseling. is hadith mein</w:t>
      </w:r>
    </w:p>
    <w:p>
      <w:pPr>
        <w:jc w:val="right"/>
      </w:pPr>
      <w:r>
        <w:t>اس سے زیادہ کچھ نہیں۔ یعنی رزلٹ اورینٹڈ کونسلنگ۔ اس حدیث میں</w:t>
      </w:r>
    </w:p>
    <w:p>
      <w:r>
        <w:rPr>
          <w:b/>
        </w:rPr>
        <w:t xml:space="preserve">[09:11] </w:t>
      </w:r>
      <w:r>
        <w:t>result oriented counseling ki baat kahi gayi hai na ke protest ki. protest bilkul haram hai Islam mein.</w:t>
      </w:r>
    </w:p>
    <w:p>
      <w:pPr>
        <w:jc w:val="right"/>
      </w:pPr>
      <w:r>
        <w:t>رزلٹ اورینٹڈ کونسلنگ کی بات کہی گئی ہے نہ کہ پروٹیسٹ کی۔ پروٹیسٹ بالکل حرام ہے اسلام میں۔</w:t>
      </w:r>
    </w:p>
    <w:p>
      <w:r>
        <w:rPr>
          <w:b/>
        </w:rPr>
        <w:t xml:space="preserve">[09:19] </w:t>
      </w:r>
      <w:r>
        <w:t>Maulana, agla sawal Miss Naghma Siddiqui ka hai Delhi se. unhone aap se poocha hai: "What is the formula to live in modesty?"</w:t>
      </w:r>
    </w:p>
    <w:p>
      <w:pPr>
        <w:jc w:val="right"/>
      </w:pPr>
      <w:r>
        <w:t>مولانا، اگلا سوال مس نغمہ صدیقی کا ہے دلی سے۔ انہوں نے آپ سے پوچھا ہے: "واٹ از دا فارمولا ٹو لیو ان موڈیس</w:t>
      </w:r>
    </w:p>
    <w:p>
      <w:r>
        <w:rPr>
          <w:b/>
        </w:rPr>
        <w:t xml:space="preserve">[09:28] </w:t>
      </w:r>
      <w:r>
        <w:t>formula to mein ne arz kar diya ke ek hai shaitan ka rasta, ek hai farishton ka rasta. aap dekhiye is is waqe mein ke farishte jo the woh modesty par qaim rahe ikhtilaf ke bawajood,</w:t>
      </w:r>
    </w:p>
    <w:p>
      <w:pPr>
        <w:jc w:val="right"/>
      </w:pPr>
      <w:r>
        <w:t>ٹی؟" فارمولا تو میں نے عرض کر دیا کہ ایک ہے شیطان کا راستہ، ایک ہے فرشتوں کا راستہ۔ آپ دیکھیے اس اس واقعے میں کہ فرشتے جو تھے وہ موڈیسٹی پر قائم رہے اختلاف کے باوجود،</w:t>
      </w:r>
    </w:p>
    <w:p>
      <w:r>
        <w:rPr>
          <w:b/>
        </w:rPr>
        <w:t xml:space="preserve">[09:45] </w:t>
      </w:r>
      <w:r>
        <w:t>aur shaitan ne ikhtilaf ko le kar ke aggar gathh ban gaya. is ko sochiye ke agar main modesty ka tareeqa chhodunga to main shaitan ka aik khoon bhai ban jaunga, shaitan ka bhai.</w:t>
      </w:r>
    </w:p>
    <w:p>
      <w:pPr>
        <w:jc w:val="right"/>
      </w:pPr>
      <w:r>
        <w:t>اور شیطان نے اختلاف کو لے کر کے اگڑ گٹھ بن گیا۔ اس کو سوچیے کہ اگر میں موڈیسٹی کا طریقہ چھوڑوں گا تو میں شیطان کا ایک خون بھائی بن جاؤں گا، شیطان کا بھائی۔</w:t>
      </w:r>
    </w:p>
    <w:p>
      <w:r>
        <w:rPr>
          <w:b/>
        </w:rPr>
        <w:t xml:space="preserve">[10:00] </w:t>
      </w:r>
      <w:r>
        <w:t>halankeh mujhe farishton ki majlis mein baithna hai. to jitna zyada aadmi sochega is ko ke uska result jo hai kya niklega, is result ko le kar jitna zyada sochega, utni zyada us ke andar modesty paida hogi.</w:t>
      </w:r>
    </w:p>
    <w:p>
      <w:pPr>
        <w:jc w:val="right"/>
      </w:pPr>
      <w:r>
        <w:t>حالانکہ مجھے فرشتوں کی مجلس میں بیٹھنا ہے۔ تو جتنا زیادہ آدمی سوچے گا اس کو کہ اس کا رزلٹ جو ہے کیا نکلے گا، اس رزلٹ کو لے کر جتنا زیادہ سوچے گا، اتنی زیادہ اس کے اندر موڈیسٹی پیدا ہوگی۔</w:t>
      </w:r>
    </w:p>
    <w:p>
      <w:r>
        <w:rPr>
          <w:b/>
        </w:rPr>
        <w:t xml:space="preserve">[10:19] </w:t>
      </w:r>
      <w:r>
        <w:t>maulana, agla sawal hai doctor pajhma siddiqi ka dilli se. unhon ne aap se poocha hai: "kindly comment on the reference and the meaning of tabadida abilahab."</w:t>
      </w:r>
    </w:p>
    <w:p>
      <w:pPr>
        <w:jc w:val="right"/>
      </w:pPr>
      <w:r>
        <w:t>مولانا، اگلا سوال ہے ڈاکٹر پجمہ صدیقی کا دلی سے۔ انہوں نے آپ سے پوچھا ہے: "کائنڈلی کمنٹ ان دا ریفرنس اینڈ دا میننگ اف تبادیدا ابی لہاب۔"</w:t>
      </w:r>
    </w:p>
    <w:p>
      <w:r>
        <w:rPr>
          <w:b/>
        </w:rPr>
        <w:t xml:space="preserve">[10:32] </w:t>
      </w:r>
      <w:r>
        <w:t>tabtida abilahab.</w:t>
      </w:r>
    </w:p>
    <w:p>
      <w:pPr>
        <w:jc w:val="right"/>
      </w:pPr>
      <w:r>
        <w:t>تبتیدا ابی لہاب۔</w:t>
      </w:r>
    </w:p>
    <w:p>
      <w:r>
        <w:rPr>
          <w:b/>
        </w:rPr>
        <w:t xml:space="preserve">[10:46] </w:t>
      </w:r>
      <w:r>
        <w:t>dekhiye, makkah mein</w:t>
      </w:r>
    </w:p>
    <w:p>
      <w:pPr>
        <w:jc w:val="right"/>
      </w:pPr>
      <w:r>
        <w:t>دیکھیے، مکہ میں</w:t>
      </w:r>
    </w:p>
    <w:p>
      <w:r>
        <w:rPr>
          <w:b/>
        </w:rPr>
        <w:t xml:space="preserve">[10:52] </w:t>
      </w:r>
      <w:r>
        <w:t>jis ko kehte hain yaani kamina pan, kamina pan ka kirdaar sirf aik hi tha, abu lahab ka tha. woh to aur log jo thay, jaise abujahal hai, woh sarkashi ki thi us ne.</w:t>
      </w:r>
    </w:p>
    <w:p>
      <w:pPr>
        <w:jc w:val="right"/>
      </w:pPr>
      <w:r>
        <w:t>جس کو کہتے ہیں یعنی کمینہ پن، کمینہ پن کا کردار صرف ایک ہی تھا، ابو لہب کا تھا۔ وہ تو اور لوگ جو تھے، جیسے ابوجہل ہے، وہ سرکشی کی تھی اس نے۔</w:t>
      </w:r>
    </w:p>
    <w:p>
      <w:r>
        <w:rPr>
          <w:b/>
        </w:rPr>
        <w:t xml:space="preserve">[11:05] </w:t>
      </w:r>
      <w:r>
        <w:t>lekin aik hai sarkashi karna, aik hai kamina pan,</w:t>
      </w:r>
    </w:p>
    <w:p>
      <w:pPr>
        <w:jc w:val="right"/>
      </w:pPr>
      <w:r>
        <w:t>لیکن ایک ہے سرکشی کرنا، ایک ہے کمینہ پن،</w:t>
      </w:r>
    </w:p>
    <w:p>
      <w:r>
        <w:rPr>
          <w:b/>
        </w:rPr>
        <w:t xml:space="preserve">[11:09] </w:t>
      </w:r>
      <w:r>
        <w:t>kamina ban jana mukhalifat mein. to sarkashi bhi buri cheez hai, lekin abujahal ka naam le kar kahin quran majeed mein nahi aaya hai.</w:t>
      </w:r>
    </w:p>
    <w:p>
      <w:pPr>
        <w:jc w:val="right"/>
      </w:pPr>
      <w:r>
        <w:t>کمینہ بن جانا مخالفت میں۔ تو سرکشی بھی بری چیز ہے، لیکن ابوجہل کا نام لے کر کہیں قرآن مجید میں نہیں آیا ہے۔</w:t>
      </w:r>
    </w:p>
    <w:p>
      <w:r>
        <w:rPr>
          <w:b/>
        </w:rPr>
        <w:t xml:space="preserve">[11:21] </w:t>
      </w:r>
      <w:r>
        <w:t>lekin abu abu lahab ke bare mein naam le kar bura bataya gaya hai is ko.</w:t>
      </w:r>
    </w:p>
    <w:p>
      <w:pPr>
        <w:jc w:val="right"/>
      </w:pPr>
      <w:r>
        <w:t>لیکن ابو ابو لہب کے بارے میں نام لے کر برا بتایا گیا ہے اس کو۔</w:t>
      </w:r>
    </w:p>
    <w:p>
      <w:r>
        <w:rPr>
          <w:b/>
        </w:rPr>
        <w:t xml:space="preserve">[11:27] </w:t>
      </w:r>
      <w:r>
        <w:t>to is se main jo nateeja pahuncha hoon woh yeh hai ke allah ki nazar mein kamina pan bohat hi buri cheez hai.</w:t>
      </w:r>
    </w:p>
    <w:p>
      <w:pPr>
        <w:jc w:val="right"/>
      </w:pPr>
      <w:r>
        <w:t>تو اس سے میں جو نتیجہ پہنچا ہوں وہ یہ ہے کہ اللہ کی نظر میں کمینہ پن بہت ہی بری چیز ہے۔</w:t>
      </w:r>
    </w:p>
    <w:p>
      <w:r>
        <w:rPr>
          <w:b/>
        </w:rPr>
        <w:t xml:space="preserve">[11:36] </w:t>
      </w:r>
      <w:r>
        <w:t>sarkashi bhi buri hai, lekin kamina pan is se zyada bura hai. kamina pan kya hai? aib lagana, ilzaam lagana, badnaam karna,</w:t>
      </w:r>
    </w:p>
    <w:p>
      <w:pPr>
        <w:jc w:val="right"/>
      </w:pPr>
      <w:r>
        <w:t>سرکشی بھی بری ہے، لیکن کمینہ پن اس سے زیادہ برا ہے۔ کمینہ پن کیا ہے؟ عیب لگانا، الزام لگانا، بدنام کرنا،</w:t>
      </w:r>
    </w:p>
    <w:p>
      <w:r>
        <w:rPr>
          <w:b/>
        </w:rPr>
        <w:t xml:space="preserve">[11:45] </w:t>
      </w:r>
      <w:r>
        <w:t>yaani kisi ki ko jo character assistant karna waghera. main aik misaal deta hoon aap ko ke rasool allah sallallahu alaihi wasallam ne abu lahab bhi aap ka chacha tha, abu talib bhi aap ke chacha thay.</w:t>
      </w:r>
    </w:p>
    <w:p>
      <w:pPr>
        <w:jc w:val="right"/>
      </w:pPr>
      <w:r>
        <w:t>یعنی کسی کی کو جو کریکٹر اسسٹنٹ کرنا وغیرہ۔ میں ایک مثال دیتا ہوں آپ کو کہ رسول اللہ صلی اللہ علیہ وسلم نے ابو لہب بھی آپ کا چچا تھا، ابو طالب بھی آپ کے چچا تھے۔</w:t>
      </w:r>
    </w:p>
    <w:p>
      <w:r>
        <w:rPr>
          <w:b/>
        </w:rPr>
        <w:t xml:space="preserve">[12:00] </w:t>
      </w:r>
      <w:r>
        <w:t>to rasool allah sallallahu alaihi wasallam ne jab nabuwat mili to aap ne wahan par bulaya logon ko.</w:t>
      </w:r>
    </w:p>
    <w:p>
      <w:pPr>
        <w:jc w:val="right"/>
      </w:pPr>
      <w:r>
        <w:t>تو رسول اللہ صلی اللہ علیہ وسلم نے جب نبوت ملی تو آپ نے وہاں پر بلایا لوگوں کو۔</w:t>
      </w:r>
    </w:p>
    <w:p>
      <w:r>
        <w:rPr>
          <w:b/>
        </w:rPr>
        <w:t xml:space="preserve">[12:04] </w:t>
      </w:r>
      <w:r>
        <w:t>safah jo jo aik chattan thi, wahan par log akhatta hue to aap ne dawat di.</w:t>
      </w:r>
    </w:p>
    <w:p>
      <w:pPr>
        <w:jc w:val="right"/>
      </w:pPr>
      <w:r>
        <w:t>صفا جو جو ایک چٹان تھی، وہاں پر لوگ اکٹھا ہوئے تو آپ نے دعوت دی۔</w:t>
      </w:r>
    </w:p>
    <w:p>
      <w:r>
        <w:rPr>
          <w:b/>
        </w:rPr>
        <w:t xml:space="preserve">[12:14] </w:t>
      </w:r>
      <w:r>
        <w:t>dawat dene ke baad log khamoshi se uth uth ke chale gaye. kisi ne maana nahi, khamoshi se chale gaye. lekin abu talib,</w:t>
      </w:r>
    </w:p>
    <w:p>
      <w:pPr>
        <w:jc w:val="right"/>
      </w:pPr>
      <w:r>
        <w:t>دعوت دینے کے بعد لوگ خاموشی سے اٹھ اٹھ کے چلے گئے۔ کسی نے مانا نہیں، خاموشی سے چلے گئے۔ لیکن ابو طالب،</w:t>
      </w:r>
    </w:p>
    <w:p>
      <w:r>
        <w:rPr>
          <w:b/>
        </w:rPr>
        <w:t xml:space="preserve">[12:21] </w:t>
      </w:r>
      <w:r>
        <w:t>woh abu lahab jo tha, abu lahab khada ho ke kya kehta hai? tablak saram saram ama jamaatna ila hadha tera bura ho sara din, isi liye hum ko akhatta kiya tha.</w:t>
      </w:r>
    </w:p>
    <w:p>
      <w:pPr>
        <w:jc w:val="right"/>
      </w:pPr>
      <w:r>
        <w:t>وہ ابو لہب جو تھا، ابو لہب کھڑا ہو کے کیا کہتا ہے؟ تبلک سارم سارم اما جماعتنا الا لہذا تیرا برا ہو سارا دن، اسی لیے ہم کو اکٹھا کیا تھا۔</w:t>
      </w:r>
    </w:p>
    <w:p>
      <w:r>
        <w:rPr>
          <w:b/>
        </w:rPr>
        <w:t xml:space="preserve">[12:33] </w:t>
      </w:r>
      <w:r>
        <w:t>yeh jo hai, yeh yeh kamina pan hai, jhooti mukhalifat.</w:t>
      </w:r>
    </w:p>
    <w:p>
      <w:pPr>
        <w:jc w:val="right"/>
      </w:pPr>
      <w:r>
        <w:t>یہ جو ہے، یہ یہ کمینہ پن ہے، جھوٹی مخالفت۔</w:t>
      </w:r>
    </w:p>
    <w:p>
      <w:r>
        <w:rPr>
          <w:b/>
        </w:rPr>
        <w:t xml:space="preserve">[12:39] </w:t>
      </w:r>
      <w:r>
        <w:t>to aik hai sarkashi, aik hai jhooti mukhalifat. to ab yeh surah batati hai ke allah ki nazar mein jhooti mukhalifat bohat hi buri cheez hai.</w:t>
      </w:r>
    </w:p>
    <w:p>
      <w:pPr>
        <w:jc w:val="right"/>
      </w:pPr>
      <w:r>
        <w:t>تو ایک ہے سرکشی، ایک ہے جھوٹی مخالفت۔ تو اب یہ سورہ بتاتی ہے کہ اللہ کی نظر میں جھوٹی مخالفت بہت ہی بری چیز ہے۔</w:t>
      </w:r>
    </w:p>
    <w:p>
      <w:r>
        <w:rPr>
          <w:b/>
        </w:rPr>
        <w:t xml:space="preserve">[12:53] </w:t>
      </w:r>
      <w:r>
        <w:t>kamina pan, jhooti mukhalifat, ilzaam lagana, aib aib lagana,</w:t>
      </w:r>
    </w:p>
    <w:p>
      <w:pPr>
        <w:jc w:val="right"/>
      </w:pPr>
      <w:r>
        <w:t>کمینہ پن، جھوٹی مخالفت، الزام لگانا، عیب عیب لگانا،</w:t>
      </w:r>
    </w:p>
    <w:p>
      <w:r>
        <w:rPr>
          <w:b/>
        </w:rPr>
        <w:t xml:space="preserve">[12:57] </w:t>
      </w:r>
      <w:r>
        <w:t>be buniyad aik character association karna, character assassination. to is surah mein yeh paigham hai, jahan tak main samajhta hoon ke allah ki nazar mein sarkash bilashuba bura hai, lekin</w:t>
      </w:r>
    </w:p>
    <w:p>
      <w:pPr>
        <w:jc w:val="right"/>
      </w:pPr>
      <w:r>
        <w:t>بے بنیاد ایک کریکٹر اسوسیشن کرنا، کریکٹر اسیسینیشن۔ تو اس سورہ میں یہ پیغام ہے، جہاں تک میں سمجھتا ہوں کہ اللہ کی نظر میں سرکش بلاشبہ برا ہے، لیکن</w:t>
      </w:r>
    </w:p>
    <w:p>
      <w:r>
        <w:rPr>
          <w:b/>
        </w:rPr>
        <w:t xml:space="preserve">[13:14] </w:t>
      </w:r>
      <w:r>
        <w:t>kamina insan is se bhi zyada bura hai. kamina insan ki tareef yeh hai ke aap ki mukhalifat mein jhooti baatein kehne lage. yaani dekhiye, abujahal jo tha, mukhalif tha aap ka, kabhi us ne rasool allah par koi jhoota ilzaam nahi lagaya,</w:t>
      </w:r>
    </w:p>
    <w:p>
      <w:pPr>
        <w:jc w:val="right"/>
      </w:pPr>
      <w:r>
        <w:t>کمینہ انسان اس سے بھی زیادہ برا ہے۔ کمینہ انسان کی تعریف یہ ہے کہ آپ کی مخالفت میں جھوٹی باتیں کہنے لگے۔ یعنی دیکھیے، ابوجہل جو تھا، مخالف تھا آپ کا، کبھی اس نے رسول اللہ پر کوئی جھوٹا الزام نہیں لگایا،</w:t>
      </w:r>
    </w:p>
    <w:p>
      <w:r>
        <w:rPr>
          <w:b/>
        </w:rPr>
        <w:t xml:space="preserve">[13:32] </w:t>
      </w:r>
      <w:r>
        <w:t>kabhi nahi. maine kitabon mein kabhi nahi padha ke us ne abujahal, abujahal ne rasool allah par koi jhoota ilzaam lagaya ho. lekin abu abu talib jo tha, yeh abu lahab jo tha, woh kamina pan dikhata tha, jhooti baatein aap ke khilaf, ilzaam tarashi, character assassination waghera.</w:t>
      </w:r>
    </w:p>
    <w:p>
      <w:pPr>
        <w:jc w:val="right"/>
      </w:pPr>
      <w:r>
        <w:t>کبھی نہیں۔ میں نے کتابوں میں کبھی نہیں پڑھا کہ اس نے ابوجہل، ابوجہل نے رسول اللہ پر کوئی جھوٹا الزام لگایا ہو۔ لیکن ابو ابو طالب جو تھا، یہ ابو لہب جو تھا، وہ کمینہ پن دکھاتا تھا، جھوٹی باتیں آپ کے خلاف، الزام تراشی، کریکٹر اسیسینیشن وغیرہ۔</w:t>
      </w:r>
    </w:p>
    <w:p>
      <w:r>
        <w:rPr>
          <w:b/>
        </w:rPr>
        <w:t xml:space="preserve">[13:52] </w:t>
      </w:r>
      <w:r>
        <w:t>to yeh bohat hi bara kirdaar hota hai. to yeh is is is is is is surah mein yahi sabak, isi baat ka sabak diya gaya hai ke is se daro ke tumhara anjaam abu lahab ka na ho jaye kahin, agar tum</w:t>
      </w:r>
    </w:p>
    <w:p>
      <w:pPr>
        <w:jc w:val="right"/>
      </w:pPr>
      <w:r>
        <w:t>تو یہ بہت ہی بڑا کردار ہوتا ہے۔ تو یہ اس اس اس اس اس اس سورہ میں یہی سبق، اسی بات کا سبق دیا گیا ہے کہ اس سے ڈرو کہ تمہارا انجام ابو لہب کا نہ ہو جائے کہیں، اگر تم</w:t>
      </w:r>
    </w:p>
    <w:p>
      <w:r>
        <w:rPr>
          <w:b/>
        </w:rPr>
        <w:t xml:space="preserve">[14:09] </w:t>
      </w:r>
      <w:r>
        <w:t>woh tareeqa ikhtiyar karo jo abu lahab ne ikhtiyar kiya tha.</w:t>
      </w:r>
    </w:p>
    <w:p>
      <w:pPr>
        <w:jc w:val="right"/>
      </w:pPr>
      <w:r>
        <w:t>وہ طریقہ اختیار کرو جو ابو لہب نے اختیار کیا تھا۔</w:t>
      </w:r>
    </w:p>
    <w:p>
      <w:r>
        <w:rPr>
          <w:b/>
        </w:rPr>
        <w:t xml:space="preserve">[14:16] </w:t>
      </w:r>
      <w:r>
        <w:t>maulana, agla sawal misster muhammad adil sahib ka hai dilli se. unhon ne likha hai: "maulana, aap ne kaha ke allah ne insan ko do capacities aik sath jama karne ki salahiyat di hai.</w:t>
      </w:r>
    </w:p>
    <w:p>
      <w:pPr>
        <w:jc w:val="right"/>
      </w:pPr>
      <w:r>
        <w:t>مولانا، اگلا سوال مسٹر محمد عادل صاحب کا ہے دلی سے۔ انہوں نے لکھا ہے: "مولانا، آپ نے کہا کہ اللہ نے انسان کو دو کیپیسٹیز ایک ساتھ جمع کرنے کی صلاحیت دی ہے۔</w:t>
      </w:r>
    </w:p>
    <w:p>
      <w:r>
        <w:rPr>
          <w:b/>
        </w:rPr>
        <w:t xml:space="preserve">[14:29] </w:t>
      </w:r>
      <w:r>
        <w:t>woh kya wajah hai ke log in do salahiyaton ko aik saath jama nahi kar paate?</w:t>
      </w:r>
    </w:p>
    <w:p>
      <w:pPr>
        <w:jc w:val="right"/>
      </w:pPr>
      <w:r>
        <w:t>وہ کیا وجہ ہے کہ لوگ ان دو صلاحیتوں کو ایک ساتھ جمع نہیں کر پاتے؟"</w:t>
      </w:r>
    </w:p>
    <w:p>
      <w:r>
        <w:rPr>
          <w:b/>
        </w:rPr>
        <w:t xml:space="preserve">[14:43] </w:t>
      </w:r>
      <w:r>
        <w:t>quran mein hai ke olaye ka yeh hai bon al ajila wa yadrone braham yom thaqeela nahi, kya ayat ke kya alfaaz hain?</w:t>
      </w:r>
    </w:p>
    <w:p>
      <w:pPr>
        <w:jc w:val="right"/>
      </w:pPr>
      <w:r>
        <w:t>قرآن میں ہے کہ اولائے کا یہ ہے بون العاجلہ ویدرون براہم یوم ثقیلا نہیں، کیا آیت کے کیا الفاظ ہیں؟</w:t>
      </w:r>
    </w:p>
    <w:p>
      <w:r>
        <w:rPr>
          <w:b/>
        </w:rPr>
        <w:t xml:space="preserve">[14:53] </w:t>
      </w:r>
      <w:r>
        <w:t>ana hawalay hai kal bal tuhibbun al ajila yeh kal bal tuhibbun al ajila yeh</w:t>
      </w:r>
    </w:p>
    <w:p>
      <w:pPr>
        <w:jc w:val="right"/>
      </w:pPr>
      <w:r>
        <w:t>انا حولہ ہے كلا بل تحبون العاجلہ یہ كلا بل تحبون العاجلہ یہ</w:t>
      </w:r>
    </w:p>
    <w:p>
      <w:r>
        <w:rPr>
          <w:b/>
        </w:rPr>
        <w:t xml:space="preserve">[15:00] </w:t>
      </w:r>
      <w:r>
        <w:t>kal bal tuhibbun al ajila wa tazarun al akhira bal tuhibbun ji ke tum log ajila ko pasand karte ho aur akhirat ko bhula rakha hai tum ne.</w:t>
      </w:r>
    </w:p>
    <w:p>
      <w:pPr>
        <w:jc w:val="right"/>
      </w:pPr>
      <w:r>
        <w:t>كلا بل تحبون العاجلہ وتذرون الآخرة بل تحبون جی کہ تم لوگ عاجلہ کو پسند کرتے ہو اور آخرت کو بھلا رکھا ہے تم نے۔</w:t>
      </w:r>
    </w:p>
    <w:p>
      <w:r>
        <w:rPr>
          <w:b/>
        </w:rPr>
        <w:t xml:space="preserve">[15:15] </w:t>
      </w:r>
      <w:r>
        <w:t>to aaj ke faiday mein, aaj ka jo faida hai,</w:t>
      </w:r>
    </w:p>
    <w:p>
      <w:pPr>
        <w:jc w:val="right"/>
      </w:pPr>
      <w:r>
        <w:t>تو آج کے فائدے میں، آج کا جو فائدہ ہے،</w:t>
      </w:r>
    </w:p>
    <w:p>
      <w:r>
        <w:rPr>
          <w:b/>
        </w:rPr>
        <w:t xml:space="preserve">[15:18] </w:t>
      </w:r>
      <w:r>
        <w:t>to aaj ka faida sach kar bolne se mile, jhoot bolne ke mile, jaise hi mile, is mein log phanse hue hain. aur akhirat ka jo faida hai, woh is ko bhule hue hain.</w:t>
      </w:r>
    </w:p>
    <w:p>
      <w:pPr>
        <w:jc w:val="right"/>
      </w:pPr>
      <w:r>
        <w:t>تو آج کا فائدہ سچ کر بولنے سے ملے، جھوٹ بولنے کے ملے، جیسے ہی ملے، اس میں لوگ پھنسے ہوئے ہیں۔ اور آخرت کا جو فائدہ ہے، وہ اس کو بھولے ہوئے ہیں۔</w:t>
      </w:r>
    </w:p>
    <w:p>
      <w:r>
        <w:rPr>
          <w:b/>
        </w:rPr>
        <w:t xml:space="preserve">[15:29] </w:t>
      </w:r>
      <w:r>
        <w:t>isi se aadmi ke andar sachai aati hai, aala character aata hai. sare jo positive awsaf hote hain,</w:t>
      </w:r>
    </w:p>
    <w:p>
      <w:pPr>
        <w:jc w:val="right"/>
      </w:pPr>
      <w:r>
        <w:t>اسی سے آدمی کے اندر سچائی آتی ہے، اعلیٰ کریکٹر آتا ہے۔ سارے جو پازیٹیو اوصاف ہوتے ہیں،</w:t>
      </w:r>
    </w:p>
    <w:p>
      <w:r>
        <w:rPr>
          <w:b/>
        </w:rPr>
        <w:t xml:space="preserve">[15:36] </w:t>
      </w:r>
      <w:r>
        <w:t>jo sare sare positive awsaf hain, woh is waqt aate hain jab akhirat ko le ke koi goal aap ne banaya ho. yeh dunya ka goal banayenge to yahi sab hoga. selfishness aayega aur cheap tareeqe istemal karenge, jhoot bolenge, kamina pan dikhayenge.</w:t>
      </w:r>
    </w:p>
    <w:p>
      <w:pPr>
        <w:jc w:val="right"/>
      </w:pPr>
      <w:r>
        <w:t>جو سارے سارے پازیٹیو اوصاف ہیں، وہ اس وقت آتے ہیں جب آخرت کو لے کے کوئی گول آپ نے بنایا ہو۔ یہ دنیا کا گول بنائیں گے تو یہی سب ہوگا۔ سیلفشنس آئے گا اور چیپ طریقے استعمال کریں گے، جھوٹ بولیں گے، کمینہ پن دکھائیں گے۔</w:t>
      </w:r>
    </w:p>
    <w:p>
      <w:r>
        <w:rPr>
          <w:b/>
        </w:rPr>
        <w:t xml:space="preserve">[15:54] </w:t>
      </w:r>
      <w:r>
        <w:t>to jo dunya ka jo goal banayega, us ke yeh sab baatein us ke andar paida hongi. to aik hi hal hai ke aadmi akhirat ko goal banaye, yani jo jo eternity hai, us ko goal banaye.</w:t>
      </w:r>
    </w:p>
    <w:p>
      <w:pPr>
        <w:jc w:val="right"/>
      </w:pPr>
      <w:r>
        <w:t>تو جو دنیا کا جو گول بنائے گا، اس کے یہ سب باتیں اس کے اندر پیدا ہوں گی۔ تو ایک ہی حل ہے کہ آدمی آخرت کو گول بنائے، یعنی جو جو ایٹرنیٹی ہے، اس کو گول بنائے۔</w:t>
      </w:r>
    </w:p>
    <w:p>
      <w:r>
        <w:rPr>
          <w:b/>
        </w:rPr>
        <w:t xml:space="preserve">[16:08] </w:t>
      </w:r>
      <w:r>
        <w:t>to is se aala awsaf paida honge.</w:t>
      </w:r>
    </w:p>
    <w:p>
      <w:pPr>
        <w:jc w:val="right"/>
      </w:pPr>
      <w:r>
        <w:t>تو اس سے اعلیٰ اوصاف پیدا ہوں گے۔</w:t>
      </w:r>
    </w:p>
    <w:p>
      <w:r>
        <w:rPr>
          <w:b/>
        </w:rPr>
        <w:t xml:space="preserve">[16:13] </w:t>
      </w:r>
      <w:r>
        <w:t>yeh mein samjh samjhao is ko.</w:t>
      </w:r>
    </w:p>
    <w:p>
      <w:pPr>
        <w:jc w:val="right"/>
      </w:pPr>
      <w:r>
        <w:t>یہ میں سمجھ سمجھاؤں اس کو۔</w:t>
      </w:r>
    </w:p>
    <w:p>
      <w:r>
        <w:rPr>
          <w:b/>
        </w:rPr>
        <w:t xml:space="preserve">[16:18] </w:t>
      </w:r>
      <w:r>
        <w:t>maulana, agla sawal mister shahnawaz zafar sahib ka hai dilli se. unhon ne poocha hai: "aaj kal hum jinsi taalluqaat ka masla bohat aam ho raha hai.</w:t>
      </w:r>
    </w:p>
    <w:p>
      <w:pPr>
        <w:jc w:val="right"/>
      </w:pPr>
      <w:r>
        <w:t>مولانا، اگلا سوال مسٹر شاہنواز ظفر صاحب کا ہے دلی سے۔ انہوں نے پوچھا ہے: "آج کل ہم جنسی تعلقات کا مسئلہ بہت عام ہو رہا ہے۔</w:t>
      </w:r>
    </w:p>
    <w:p>
      <w:r>
        <w:rPr>
          <w:b/>
        </w:rPr>
        <w:t xml:space="preserve">[16:29] </w:t>
      </w:r>
      <w:r>
        <w:t>kuch log ise natural batate hain, kuch log legal banane ki mang karte hain. meharbani kar ke quran aur hadith</w:t>
      </w:r>
    </w:p>
    <w:p>
      <w:pPr>
        <w:jc w:val="right"/>
      </w:pPr>
      <w:r>
        <w:t>کچھ لوگ اسے نیچرل بتاتے ہیں، کچھ لوگ لیگل بنانے کی مانگ کرتے ہیں۔ مہربانی کر کے قرآن اور حدیث</w:t>
      </w:r>
    </w:p>
    <w:p>
      <w:r>
        <w:rPr>
          <w:b/>
        </w:rPr>
        <w:t xml:space="preserve">[16:38] </w:t>
      </w:r>
      <w:r>
        <w:t>ka." quran mein ise bas sunna bhi gawara nahi mujhe. acha sawal karte hain aap log. yeh yeh to sawal karne ke liye to yeh yeh to inhuman hai.</w:t>
      </w:r>
    </w:p>
    <w:p>
      <w:pPr>
        <w:jc w:val="right"/>
      </w:pPr>
      <w:r>
        <w:t>کا۔" قرآن میں اسے بس سننا بھی گوارا نہیں مجھے۔ اچھا سوال کرتے ہیں آپ لوگ۔ یہ یہ تو سوال کرنے کے لیے تو یہ یہ تو ان ہیومن ہے۔</w:t>
      </w:r>
    </w:p>
    <w:p>
      <w:r>
        <w:rPr>
          <w:b/>
        </w:rPr>
        <w:t xml:space="preserve">[16:48] </w:t>
      </w:r>
      <w:r>
        <w:t>bilkul is ko amal qom loot kaha gaya hai. jante hain kitna sakht ayat thi in logon par jo is mein mubtala the.</w:t>
      </w:r>
    </w:p>
    <w:p>
      <w:pPr>
        <w:jc w:val="right"/>
      </w:pPr>
      <w:r>
        <w:t>بالکل اس کو عمل قوم لوط کہا گیا ہے۔ جانتے ہیں کتنا سخت آیت تھی ان لوگوں پر جو اس میں مبتلا تھے۔</w:t>
      </w:r>
    </w:p>
    <w:p>
      <w:r>
        <w:rPr>
          <w:b/>
        </w:rPr>
        <w:t xml:space="preserve">[16:57] </w:t>
      </w:r>
      <w:r>
        <w:t>isi ka naam hai amal qom loot. kaise koi sawal karta hai, kaise koi sochta hai is par. mein hairaan hoon. yeh koi na sawal karne ki baat hai na sochne ki baat hai.</w:t>
      </w:r>
    </w:p>
    <w:p>
      <w:pPr>
        <w:jc w:val="right"/>
      </w:pPr>
      <w:r>
        <w:t>اسی کا نام ہے عمل قوم لوط۔ کیسے کوئی سوال کرتا ہے، کیسے کوئی سوچتا ہے اس پر۔ میں حیران ہوں۔ یہ کوئی نہ سوال کرنے کی بات ہے نہ سوچنے کی بات ہے۔</w:t>
      </w:r>
    </w:p>
    <w:p>
      <w:r>
        <w:rPr>
          <w:b/>
        </w:rPr>
        <w:t xml:space="preserve">[17:07] </w:t>
      </w:r>
      <w:r>
        <w:t>bohat hi bura azaab aaya tha. azaab qom amal qom jo jo is mein mubtala the jo log. aap quran mein padh lijie.</w:t>
      </w:r>
    </w:p>
    <w:p>
      <w:pPr>
        <w:jc w:val="right"/>
      </w:pPr>
      <w:r>
        <w:t>بہت ہی برا عذاب آیا تھا۔ عذاب قوم عمل قوم جو جو اس میں مبتلا تھے جو لوگ۔ آپ قرآن میں پڑھ لیجئے۔</w:t>
      </w:r>
    </w:p>
    <w:p>
      <w:r>
        <w:rPr>
          <w:b/>
        </w:rPr>
        <w:t xml:space="preserve">[17:17] </w:t>
      </w:r>
      <w:r>
        <w:t>is ki tafseer karne ki zaroorat nahi. tafseer karna bhi bohat hi aik aik aik baazauq aadmi ke liye naqabil bardasht hai.</w:t>
      </w:r>
    </w:p>
    <w:p>
      <w:pPr>
        <w:jc w:val="right"/>
      </w:pPr>
      <w:r>
        <w:t>اس کی تفسیر کرنے کی ضرورت نہیں۔ تفسیر کرنا بھی بہت ہی ایک ایک ایک باذوق آدمی کے لیے ناقابل برداشت ہے۔</w:t>
      </w:r>
    </w:p>
    <w:p>
      <w:r>
        <w:rPr>
          <w:b/>
        </w:rPr>
        <w:t xml:space="preserve">[17:27] </w:t>
      </w:r>
      <w:r>
        <w:t>behral, is ko quran mein is ko qom loot jo thi, us se woh mubtala thi. aur qom loot par jo azaab aaya tha, woh itna sakht tha ke aaj tak is ka is ke is ke asaar hain.</w:t>
      </w:r>
    </w:p>
    <w:p>
      <w:pPr>
        <w:jc w:val="right"/>
      </w:pPr>
      <w:r>
        <w:t>بہرحال، اس کو قرآن میں اس کو قوم لوط جو تھی، اس سے وہ مبتلا تھی۔ اور قوم لوط پر جو عذاب آیا تھا، وہ اتنا سخت تھا کہ آج تک اس کا اس کے اس کے آثار ہیں۔</w:t>
      </w:r>
    </w:p>
    <w:p>
      <w:r>
        <w:rPr>
          <w:b/>
        </w:rPr>
        <w:t xml:space="preserve">[17:40] </w:t>
      </w:r>
      <w:r>
        <w:t>jante hain kya hai</w:t>
      </w:r>
    </w:p>
    <w:p>
      <w:pPr>
        <w:jc w:val="right"/>
      </w:pPr>
      <w:r>
        <w:t>جانتے ہیں کیا ہے</w:t>
      </w:r>
    </w:p>
    <w:p>
      <w:r>
        <w:rPr>
          <w:b/>
        </w:rPr>
        <w:t xml:space="preserve">[17:43] </w:t>
      </w:r>
      <w:r>
        <w:t>ke bahr bardar jo tha, woh bohat hi acha ilaqa tha. wahan dead sea jo hai, woh aaj tak ke liye bahr bardar.</w:t>
      </w:r>
    </w:p>
    <w:p>
      <w:pPr>
        <w:jc w:val="right"/>
      </w:pPr>
      <w:r>
        <w:t>کہ بحر بردار جو تھا، وہ بہت ہی اچھا علاقہ تھا۔ وہاں ڈیڈ سی جو ہے، وہ آج تک کے لیے بحر بردار۔</w:t>
      </w:r>
    </w:p>
    <w:p>
      <w:r>
        <w:rPr>
          <w:b/>
        </w:rPr>
        <w:t xml:space="preserve">[17:54] </w:t>
      </w:r>
      <w:r>
        <w:t>aap padhiye is ki is ka is ka haal kya hai. is ka zar khez ilaqa tha. woh</w:t>
      </w:r>
    </w:p>
    <w:p>
      <w:pPr>
        <w:jc w:val="right"/>
      </w:pPr>
      <w:r>
        <w:t>آپ پڑھیے اس کی اس کا اس کا حال کیا ہے۔ اس کا زرخیز علاقہ تھا۔ وہ</w:t>
      </w:r>
    </w:p>
    <w:p>
      <w:r>
        <w:rPr>
          <w:b/>
        </w:rPr>
        <w:t xml:space="preserve">[17:59] </w:t>
      </w:r>
      <w:r>
        <w:t>bohat acha zar khez ilaqa tha. woh wahan par yani aik bara ilaqa jo hai, ab ab samandar ban gaya hai. aur woh jis ko dead sea kehte hain, us ka pani aap na pi sakte hain, na is mein naha sakte hain, na kisi kaam aata hai.</w:t>
      </w:r>
    </w:p>
    <w:p>
      <w:pPr>
        <w:jc w:val="right"/>
      </w:pPr>
      <w:r>
        <w:t>بہت اچھا زرخیز علاقہ تھا۔ وہ وہاں پر یعنی ایک بڑا علاقہ جو ہے، اب اب سمندر بن گیا ہے۔ اور وہ جس کو ڈیڈ سی کہتے ہیں، اس کا پانی آپ نہ پی سکتے ہیں، نہ اس میں نہا سکتے ہیں، نہ کسی کام آتا ہے۔</w:t>
      </w:r>
    </w:p>
    <w:p>
      <w:r>
        <w:rPr>
          <w:b/>
        </w:rPr>
        <w:t xml:space="preserve">[18:15] </w:t>
      </w:r>
      <w:r>
        <w:t>woh</w:t>
      </w:r>
    </w:p>
    <w:p>
      <w:pPr>
        <w:jc w:val="right"/>
      </w:pPr>
      <w:r>
        <w:t>وہ</w:t>
      </w:r>
    </w:p>
    <w:p>
      <w:r>
        <w:rPr>
          <w:b/>
        </w:rPr>
        <w:t xml:space="preserve">[18:18] </w:t>
      </w:r>
      <w:r>
        <w:t>kisi kaam nahi aata. woh aaj bhi woh wahan ki allah taala ne nishani qaim kar di qayamat tak ke liye ke yeh feal itna bura hai ke ke sakht tareen azaab uchalon ke liye muqaddar hai.</w:t>
      </w:r>
    </w:p>
    <w:p>
      <w:pPr>
        <w:jc w:val="right"/>
      </w:pPr>
      <w:r>
        <w:t>کسی کام نہیں آتا۔ وہ آج بھی وہ وہاں کی اللہ تعالی نے نشانی قائم کر دی قیامت تک کے لیے کہ یہ فعل اتنا برا ہے کہ کہ سخت ترین عذاب اچھلوں کے لیے مقدر ہے۔</w:t>
      </w:r>
    </w:p>
    <w:p>
      <w:r>
        <w:rPr>
          <w:b/>
        </w:rPr>
        <w:t xml:space="preserve">[18:34] </w:t>
      </w:r>
      <w:r>
        <w:t>to is behrahal, is ko qom is ko aap samajhna chahen to quran quran mein parh lijiyay. aap</w:t>
      </w:r>
    </w:p>
    <w:p>
      <w:pPr>
        <w:jc w:val="right"/>
      </w:pPr>
      <w:r>
        <w:t>تو اس بہرحال، اس کو قوم اس کو آپ سمجھنا چاہیں تو قرآن قرآن میں پڑھ لیجئے۔ آپ</w:t>
      </w:r>
    </w:p>
    <w:p>
      <w:r>
        <w:rPr>
          <w:b/>
        </w:rPr>
        <w:t xml:space="preserve">[18:40] </w:t>
      </w:r>
      <w:r>
        <w:t>yeh baat quran mein batai gayi hai. is ko hazrat loot ki jo qom thi, is is ke silsilay mein.</w:t>
      </w:r>
    </w:p>
    <w:p>
      <w:pPr>
        <w:jc w:val="right"/>
      </w:pPr>
      <w:r>
        <w:t>یہ بات قرآن میں بتائی گئی ہے۔ اس کو حضرت لوط کی جو قوم تھی، اس اس کے سلسلے میں۔</w:t>
      </w:r>
    </w:p>
    <w:p>
      <w:r>
        <w:rPr>
          <w:b/>
        </w:rPr>
        <w:t xml:space="preserve">[18:50] </w:t>
      </w:r>
      <w:r>
        <w:t>maulana, agla sawal misster sajid anwar ka hai roodki se. unhon ne poocha hai: "what is the importance of complex free personality and what is the formula to develop this?</w:t>
      </w:r>
    </w:p>
    <w:p>
      <w:pPr>
        <w:jc w:val="right"/>
      </w:pPr>
      <w:r>
        <w:t>مولانا، اگلا سوال مسٹر ساجد انور کا ہے روڈکی سے۔ انہوں نے پوچھا ہے: "واٹ از دی امپورٹنس اف کمپلیکس فری پرسنیلٹی اینڈ واٹ از دا فارمولا ٹو ڈیویلپ دس؟</w:t>
      </w:r>
    </w:p>
    <w:p>
      <w:r>
        <w:rPr>
          <w:b/>
        </w:rPr>
        <w:t xml:space="preserve">[19:03] </w:t>
      </w:r>
      <w:r>
        <w:t>kindly advice."</w:t>
      </w:r>
    </w:p>
    <w:p>
      <w:pPr>
        <w:jc w:val="right"/>
      </w:pPr>
      <w:r>
        <w:t>کائنڈلی ایڈوائس۔"</w:t>
      </w:r>
    </w:p>
    <w:p>
      <w:r>
        <w:rPr>
          <w:b/>
        </w:rPr>
        <w:t xml:space="preserve">[19:16] </w:t>
      </w:r>
      <w:r>
        <w:t>dekhiye, surah alfajr mein aap parhen to is mein aap ko is ka formula milega.</w:t>
      </w:r>
    </w:p>
    <w:p>
      <w:pPr>
        <w:jc w:val="right"/>
      </w:pPr>
      <w:r>
        <w:t>دیکھیے، سورہ الفجر میں آپ پڑھیں تو اس میں آپ کو اس کا فارمولا ملے گا۔</w:t>
      </w:r>
    </w:p>
    <w:p>
      <w:r>
        <w:rPr>
          <w:b/>
        </w:rPr>
        <w:t xml:space="preserve">[19:26] </w:t>
      </w:r>
      <w:r>
        <w:t>surah alfajr mein do kirdaar bataye gaye hain: aik akram, aik ahaan. aik woh insaan jis par Allah taala ne rehmatain keen, jis ko sahoolatain mileen, ashaish mili, aaram mila, dunya ke faiday milay.</w:t>
      </w:r>
    </w:p>
    <w:p>
      <w:pPr>
        <w:jc w:val="right"/>
      </w:pPr>
      <w:r>
        <w:t>سورہ الفجر میں دو کردار بتائے گئے ہیں: ایک اکرم، ایک اہان۔ ایک وہ انسان جس پر اللہ تعالی نے رحمتیں کیں، جس کو سہولتیں ملیں، اسائش ملی، آرام ملا، دنیا کے فائدے ملے۔</w:t>
      </w:r>
    </w:p>
    <w:p>
      <w:r>
        <w:rPr>
          <w:b/>
        </w:rPr>
        <w:t xml:space="preserve">[19:46] </w:t>
      </w:r>
      <w:r>
        <w:t>to woh kya hua is ka ke woh akram ki nafsiyat mein mubtala ho gaya hai. yani apnay ko samjha ke mein koi bari cheez houn.</w:t>
      </w:r>
    </w:p>
    <w:p>
      <w:pPr>
        <w:jc w:val="right"/>
      </w:pPr>
      <w:r>
        <w:t>تو وہ کیا ہوا اس کا کہ وہ اکرم کی نفسیات میں مبتلا ہو گیا ہے۔ یعنی اپنے کو سمجھا کہ میں کوئی بڑی چیز ہوں۔</w:t>
      </w:r>
    </w:p>
    <w:p>
      <w:r>
        <w:rPr>
          <w:b/>
        </w:rPr>
        <w:t xml:space="preserve">[19:57] </w:t>
      </w:r>
      <w:r>
        <w:t>aur kisi ko agar kam mila, koi tangi ho gayi to woh ahant ki nafsiyat mein mubtala ho gaya ke khuda ne meri</w:t>
      </w:r>
    </w:p>
    <w:p>
      <w:pPr>
        <w:jc w:val="right"/>
      </w:pPr>
      <w:r>
        <w:t>اور کسی کو اگر کم ملا، کوئی تنگی ہو گئی تو وہ اہانت کی نفسیات میں مبتلا ہو گیا کہ خدا نے میری</w:t>
      </w:r>
    </w:p>
    <w:p>
      <w:r>
        <w:rPr>
          <w:b/>
        </w:rPr>
        <w:t xml:space="preserve">[20:06] </w:t>
      </w:r>
      <w:r>
        <w:t>mujh ko haqeer bana diya. to is se bachna ke ziyada milay, tab bhi aap shukr mein, shukr ke maani mein len is ko, na ke zaati barhai kamane mein.</w:t>
      </w:r>
    </w:p>
    <w:p>
      <w:pPr>
        <w:jc w:val="right"/>
      </w:pPr>
      <w:r>
        <w:t>مجھ کو حقیر بنا دیا۔ تو اس سے بچنا کہ زیادہ ملے، تب بھی آپ شکر میں، شکر کے معنی میں لیں اس کو، نہ کہ ذاتی بڑائی کمانے میں۔</w:t>
      </w:r>
    </w:p>
    <w:p>
      <w:r>
        <w:rPr>
          <w:b/>
        </w:rPr>
        <w:t xml:space="preserve">[20:21] </w:t>
      </w:r>
      <w:r>
        <w:t>yani ziyada milay aap ko to aap shukr mein gharaq ho jayen. kam milay aap ko, tab bhi aap kahain ke jo Allah ne muqaddar kiya tha, woh mujhe mila, mein is par raazi houn.</w:t>
      </w:r>
    </w:p>
    <w:p>
      <w:pPr>
        <w:jc w:val="right"/>
      </w:pPr>
      <w:r>
        <w:t>یعنی زیادہ ملے آپ کو تو آپ شکر میں غرق ہو جائیں۔ کم ملے آپ کو، تب بھی آپ کہیں کہ جو اللہ نے مقدر کیا تھا، وہ مجھے ملا، میں اس پر راضی ہوں۔</w:t>
      </w:r>
    </w:p>
    <w:p>
      <w:r>
        <w:rPr>
          <w:b/>
        </w:rPr>
        <w:t xml:space="preserve">[20:35] </w:t>
      </w:r>
      <w:r>
        <w:t>to yes, jo aadmi</w:t>
      </w:r>
    </w:p>
    <w:p>
      <w:pPr>
        <w:jc w:val="right"/>
      </w:pPr>
      <w:r>
        <w:t>تو یس، جو آدمی</w:t>
      </w:r>
    </w:p>
    <w:p>
      <w:r>
        <w:rPr>
          <w:b/>
        </w:rPr>
        <w:t xml:space="preserve">[20:38] </w:t>
      </w:r>
      <w:r>
        <w:t>sabr aur shukr ke is imtehan mein poora utray, wahi hai complex free soul. na nashukri mein mubtala ho, na bay sabri mein mubtala ho.</w:t>
      </w:r>
    </w:p>
    <w:p>
      <w:pPr>
        <w:jc w:val="right"/>
      </w:pPr>
      <w:r>
        <w:t>صبر اور شکر کے اس امتحان میں پورا اترے، وہی ہے کمپلیکس فری سول۔ نہ ناشکری میں مبتلا ہو، نہ بے صبری میں مبتلا ہو۔</w:t>
      </w:r>
    </w:p>
    <w:p>
      <w:r>
        <w:rPr>
          <w:b/>
        </w:rPr>
        <w:t xml:space="preserve">[20:48] </w:t>
      </w:r>
      <w:r>
        <w:t>kam milay, tab bhi raazi. ziyada milay, tab bhi raazi. har haal mein woh Allah ka Allah ko yaad karay</w:t>
      </w:r>
    </w:p>
    <w:p>
      <w:pPr>
        <w:jc w:val="right"/>
      </w:pPr>
      <w:r>
        <w:t>کم ملے، تب بھی راضی۔ زیادہ ملے، تب بھی راضی۔ ہر حال میں وہ اللہ کا اللہ کو یاد کرے</w:t>
      </w:r>
    </w:p>
    <w:p>
      <w:r>
        <w:rPr>
          <w:b/>
        </w:rPr>
        <w:t xml:space="preserve">[20:58] </w:t>
      </w:r>
      <w:r>
        <w:t>aur yeh samjhay ke jo Allah ne muqaddar kiya hai, usi mein faida hoga, usi mein mere liye faida hoga. tab woh woh shakhsiyat banti hai.</w:t>
      </w:r>
    </w:p>
    <w:p>
      <w:pPr>
        <w:jc w:val="right"/>
      </w:pPr>
      <w:r>
        <w:t>اور یہ سمجھے کہ جو اللہ نے مقدر کیا ہے، اسی میں فائدہ ہوگا، اسی میں میرے لیے فائدہ ہوگا۔ تب وہ وہ شخصیت بنتی ہے۔</w:t>
      </w:r>
    </w:p>
    <w:p>
      <w:r>
        <w:rPr>
          <w:b/>
        </w:rPr>
        <w:t xml:space="preserve">[21:09] </w:t>
      </w:r>
      <w:r>
        <w:t>matlab khulasa quran ke lafzon mein khulasa yeh hai ke jo ahant ki nafsiyat se bachaye apnay ko,</w:t>
      </w:r>
    </w:p>
    <w:p>
      <w:pPr>
        <w:jc w:val="right"/>
      </w:pPr>
      <w:r>
        <w:t>مطلب خلاص قرآن کے لفظوں میں خلاصہ یہ ہے کہ جو اہانت کی نفسیات سے بچائے اپنے کو،</w:t>
      </w:r>
    </w:p>
    <w:p>
      <w:r>
        <w:rPr>
          <w:b/>
        </w:rPr>
        <w:t xml:space="preserve">[21:15] </w:t>
      </w:r>
      <w:r>
        <w:t>akram ki nafsiyat se bataye bachaye apnay ko. surah alfajr mein dekh lijiyay, woh hai complex free soul. is ko quran mein kaha gaya: "an nafs al mutmainnah".</w:t>
      </w:r>
    </w:p>
    <w:p>
      <w:pPr>
        <w:jc w:val="right"/>
      </w:pPr>
      <w:r>
        <w:t>اکرم کی نفسیات سے بتائے بچائے اپنے کو۔ سورہ الفجر میں دیکھ لیجئے، وہ ہے کمپلیکس فری سول۔ اس کو قرآن میں کہا گیا: "النفس المطمئنہ"۔</w:t>
      </w:r>
    </w:p>
    <w:p>
      <w:r>
        <w:rPr>
          <w:b/>
        </w:rPr>
        <w:t xml:space="preserve">[21:29] </w:t>
      </w:r>
      <w:r>
        <w:t>maulana, agla sawal haiderabad se aaya hai misster zeeshan yusuf ka. unhon ne aap se poocha hai ke is dua "made by prophets" always accepted by Allah.</w:t>
      </w:r>
    </w:p>
    <w:p>
      <w:pPr>
        <w:jc w:val="right"/>
      </w:pPr>
      <w:r>
        <w:t>مولانا، اگلا سوال حیدرآباد سے آیا ہے مسٹر ذیشان یوسف کا۔ انہوں نے آپ سے پوچھا ہے کہ اس دعا "میڈ بائے پرافٹس" الویز ایکسیپٹڈ بائے اللہ۔</w:t>
      </w:r>
    </w:p>
    <w:p>
      <w:r>
        <w:rPr>
          <w:b/>
        </w:rPr>
        <w:t xml:space="preserve">[21:40] </w:t>
      </w:r>
      <w:r>
        <w:t>is there any case when prophet Muhammad asked something in dua, but Allah did not accept it?</w:t>
      </w:r>
    </w:p>
    <w:p>
      <w:pPr>
        <w:jc w:val="right"/>
      </w:pPr>
      <w:r>
        <w:t>از دیر اینی کیس وین پرافٹ محمد اسک سمتھنگ ان دعا، بٹ اللہ ڈیڈ ناٹ ایکسیپٹ اٹ؟</w:t>
      </w:r>
    </w:p>
    <w:p>
      <w:r>
        <w:rPr>
          <w:b/>
        </w:rPr>
        <w:t xml:space="preserve">[21:48] </w:t>
      </w:r>
      <w:r>
        <w:t>haan, is ki maujood hai. ummat ke liye dua ki thi aap ne,</w:t>
      </w:r>
    </w:p>
    <w:p>
      <w:pPr>
        <w:jc w:val="right"/>
      </w:pPr>
      <w:r>
        <w:t>ہاں، اس کی موجود ہے۔ امت کے لیے دعا کی تھی آپ نے،</w:t>
      </w:r>
    </w:p>
    <w:p>
      <w:r>
        <w:rPr>
          <w:b/>
        </w:rPr>
        <w:t xml:space="preserve">[21:56] </w:t>
      </w:r>
      <w:r>
        <w:t>woh Allah taala ne qabool nahi ki. khud rasool Allah ne farmaya ke qabool nahi hui. kya cheez qabool nahi hui thi? sab bahmi ikhtilaf hain.</w:t>
      </w:r>
    </w:p>
    <w:p>
      <w:pPr>
        <w:jc w:val="right"/>
      </w:pPr>
      <w:r>
        <w:t>وہ اللہ تعالی نے قبول نہیں کی۔ خود رسول اللہ نے فرمایا کہ قبول نہیں ہوئی۔ کیا چیز قبول نہیں ہوئی تھی؟ سب باہمی اختلاف ہیں۔</w:t>
      </w:r>
    </w:p>
    <w:p>
      <w:r>
        <w:rPr>
          <w:b/>
        </w:rPr>
        <w:t xml:space="preserve">[22:06] </w:t>
      </w:r>
      <w:r>
        <w:t>bahmi ikhtilaf. rasool Allah sal Allah alaihi wasallam ne dua ki Allah taala se ke meri ummat mein bahmi ikhtilaf na ho,</w:t>
      </w:r>
    </w:p>
    <w:p>
      <w:pPr>
        <w:jc w:val="right"/>
      </w:pPr>
      <w:r>
        <w:t>باہمی اختلاف۔ رسول اللہ صلی اللہ علیہ وسلم نے دعا کی اللہ تعالی سے کہ میری امت میں باہمی اختلاف نہ ہو،</w:t>
      </w:r>
    </w:p>
    <w:p>
      <w:r>
        <w:rPr>
          <w:b/>
        </w:rPr>
        <w:t xml:space="preserve">[22:15] </w:t>
      </w:r>
      <w:r>
        <w:t>bahmi ikhtilaf na ho. lamba sajda kiya tha aap ne, to aap ne khud farmaya ke yeh qabool nahi hui.</w:t>
      </w:r>
    </w:p>
    <w:p>
      <w:pPr>
        <w:jc w:val="right"/>
      </w:pPr>
      <w:r>
        <w:t>باہمی اختلاف نہ ہو۔ لمبا سجدہ کیا تھا آپ نے، تو آپ نے خود فرمایا کہ یہ قبول نہیں ہوئی۔</w:t>
      </w:r>
    </w:p>
    <w:p>
      <w:r>
        <w:rPr>
          <w:b/>
        </w:rPr>
        <w:t xml:space="preserve">[22:26] </w:t>
      </w:r>
      <w:r>
        <w:t>to is ka maani hai ke jab musalman bahmi ikhtilaf kar ke apas mein, yani aik doosray ke negative ban jayen, nafratain karain aur buraiyan phailayen, jhootay ilzamat lagayen,</w:t>
      </w:r>
    </w:p>
    <w:p>
      <w:pPr>
        <w:jc w:val="right"/>
      </w:pPr>
      <w:r>
        <w:t>تو اس کا معنی ہے کہ جب مسلمان باہمی اختلاف کر کے آپس میں، یعنی ایک دوسرے کے نیگیٹیو بن جائیں، نفرتیں کریں اور برائیاں پھیلائیں، جھوٹے الزامات لگائیں،</w:t>
      </w:r>
    </w:p>
    <w:p>
      <w:r>
        <w:rPr>
          <w:b/>
        </w:rPr>
        <w:t xml:space="preserve">[22:41] </w:t>
      </w:r>
      <w:r>
        <w:t>dekhen, bahmi ikhtilaf sadah baat nahi hai.</w:t>
      </w:r>
    </w:p>
    <w:p>
      <w:pPr>
        <w:jc w:val="right"/>
      </w:pPr>
      <w:r>
        <w:t>دیکھیں، باہمی اختلاف سادہ بات نہیں ہے۔</w:t>
      </w:r>
    </w:p>
    <w:p>
      <w:r>
        <w:rPr>
          <w:b/>
        </w:rPr>
        <w:t xml:space="preserve">[22:44] </w:t>
      </w:r>
      <w:r>
        <w:t>bahmi ikhtilaf ke do maani hain. aik yeh hai jis ko kehtay hain "dissent". dissent yani</w:t>
      </w:r>
    </w:p>
    <w:p>
      <w:pPr>
        <w:jc w:val="right"/>
      </w:pPr>
      <w:r>
        <w:t>باہمی اختلاف کے دو معنی ہیں۔ ایک یہ ہے جس کو کہتے ہیں "ڈیسنٹ"۔ ڈیسنٹ یعنی</w:t>
      </w:r>
    </w:p>
    <w:p>
      <w:r>
        <w:rPr>
          <w:b/>
        </w:rPr>
        <w:t xml:space="preserve">[22:54] </w:t>
      </w:r>
      <w:r>
        <w:t>ikhtilafi rai ka izhaar. decent is very good. decent mein koi kharabi nahi hai. d i double s e n t.</w:t>
      </w:r>
    </w:p>
    <w:p>
      <w:pPr>
        <w:jc w:val="right"/>
      </w:pPr>
      <w:r>
        <w:t>اختلافی رائے کا اظہار۔ ڈیسنٹ از ویری گڈ۔ ڈیسنٹ میں کوئی خرابی نہیں ہے۔ ڈی ائی ڈبل ایس ای این ٹی۔</w:t>
      </w:r>
    </w:p>
    <w:p>
      <w:r>
        <w:rPr>
          <w:b/>
        </w:rPr>
        <w:t xml:space="preserve">[23:04] </w:t>
      </w:r>
      <w:r>
        <w:t>decent mein koi kharabi nahi hai. woh koi burai nahi hai. woh lekin yeh buri cheez hai ke aap kisi se aap ko ikhtilaf ho to aap us ke dushman ban jayen, us ko badnaam karen, jhoote ilzaam lagayen,</w:t>
      </w:r>
    </w:p>
    <w:p>
      <w:pPr>
        <w:jc w:val="right"/>
      </w:pPr>
      <w:r>
        <w:t>ڈیسنٹ میں کوئی خرابی نہیں ہے۔ وہ کوئی برائی نہیں ہے۔ وہ لیکن یہ بری چیز ہے کہ آپ کسی سے آپ کو اختلاف ہو تو آپ اس کے دشمن بن جائیں، اس کو بدنام کریں، جھوٹے الزام لگائیں،</w:t>
      </w:r>
    </w:p>
    <w:p>
      <w:r>
        <w:rPr>
          <w:b/>
        </w:rPr>
        <w:t xml:space="preserve">[23:19] </w:t>
      </w:r>
      <w:r>
        <w:t>us ka character assassination karen. yeh sab yeh sab buri cheezain hain. to is se Allah Rasool Allah ne dua ki thi ke yeh meri qom is mein na mubtala ho, is burai mein.</w:t>
      </w:r>
    </w:p>
    <w:p>
      <w:pPr>
        <w:jc w:val="right"/>
      </w:pPr>
      <w:r>
        <w:t>اس کا کریکٹر اسیسین کریں۔ یہ سب یہ سب بری چیزیں ہیں۔ تو اس سے اللہ رسول اللہ نے دعا کی تھی کہ یہ میری قوم اس میں نہ مبتلا ہو، اس برائی میں۔</w:t>
      </w:r>
    </w:p>
    <w:p>
      <w:r>
        <w:rPr>
          <w:b/>
        </w:rPr>
        <w:t xml:space="preserve">[23:28] </w:t>
      </w:r>
      <w:r>
        <w:t>to dua qabool nahi hui. kyunke agar yeh agar Allah taala is ummat ko is se, yani</w:t>
      </w:r>
    </w:p>
    <w:p>
      <w:pPr>
        <w:jc w:val="right"/>
      </w:pPr>
      <w:r>
        <w:t>تو دعا قبول نہیں ہوئی۔ کیونکہ اگر یہ اگر اللہ تعالی اس امت کو اس سے، یعنی</w:t>
      </w:r>
    </w:p>
    <w:p>
      <w:r>
        <w:rPr>
          <w:b/>
        </w:rPr>
        <w:t xml:space="preserve">[23:36] </w:t>
      </w:r>
      <w:r>
        <w:t>is se woh kar de, mehfooz kar de, to un ka imtehan kis cheez mein hoga? un ka test kis cheez mein liya jayega? to test khatam ho jata tha.</w:t>
      </w:r>
    </w:p>
    <w:p>
      <w:pPr>
        <w:jc w:val="right"/>
      </w:pPr>
      <w:r>
        <w:t>اس سے وہ کر دے، محفوظ کر دے، تو ان کا امتحان کس چیز میں ہوگا؟ ان کا ٹیسٹ کس چیز میں لیا جائے گا؟ تو ٹیسٹ ختم ہو جاتا تھا۔</w:t>
      </w:r>
    </w:p>
    <w:p>
      <w:r>
        <w:rPr>
          <w:b/>
        </w:rPr>
        <w:t xml:space="preserve">[23:45] </w:t>
      </w:r>
      <w:r>
        <w:t>is liye qabool nahi hui dua. to musalmanon ko bohat zyada darna chahiye is baat se</w:t>
      </w:r>
    </w:p>
    <w:p>
      <w:pPr>
        <w:jc w:val="right"/>
      </w:pPr>
      <w:r>
        <w:t>اس لیے قبول نہیں ہوئی دعا۔ تو مسلمانوں کو بہت زیادہ ڈرنا چاہیے اس بات سے</w:t>
      </w:r>
    </w:p>
    <w:p>
      <w:r>
        <w:rPr>
          <w:b/>
        </w:rPr>
        <w:t xml:space="preserve">[23:54] </w:t>
      </w:r>
      <w:r>
        <w:t>ke ikhtilaf kar ke jo aaj kal aam hai, aam jahan ikhtilaf hua, foran jhooti baaten phailane lage is ke baray mein.</w:t>
      </w:r>
    </w:p>
    <w:p>
      <w:pPr>
        <w:jc w:val="right"/>
      </w:pPr>
      <w:r>
        <w:t>کہ اختلاف کر کے جو آج کل عام ہے، عام جہاں اختلاف ہوا، فوراً جھوٹی باتیں پھیلانے لگے اس کے بارے میں۔</w:t>
      </w:r>
    </w:p>
    <w:p>
      <w:r>
        <w:rPr>
          <w:b/>
        </w:rPr>
        <w:t xml:space="preserve">[24:03] </w:t>
      </w:r>
      <w:r>
        <w:t>jahan ikhtilaf hua, ilzaam tarashi, aib zani, yahan se shuru kar di. to yeh woh maqam hai jahan</w:t>
      </w:r>
    </w:p>
    <w:p>
      <w:pPr>
        <w:jc w:val="right"/>
      </w:pPr>
      <w:r>
        <w:t>جہاں اختلاف ہوا، الزام تراشی، عیب زنی، یہاں سے شروع کر دیے۔ تو یہ وہ مقام ہے جہاں</w:t>
      </w:r>
    </w:p>
    <w:p>
      <w:r>
        <w:rPr>
          <w:b/>
        </w:rPr>
        <w:t xml:space="preserve">[24:11] </w:t>
      </w:r>
      <w:r>
        <w:t>aik Allah aur Rasool ka saath dene wale nahi hain. jo is mein mubtala hoga, to us ko Allah aur Rasool ka saath nahi milega. aap ko decent ka haq bilashuba hai, decent ka daleel ke saath.</w:t>
      </w:r>
    </w:p>
    <w:p>
      <w:pPr>
        <w:jc w:val="right"/>
      </w:pPr>
      <w:r>
        <w:t>ایک اللہ اور رسول کا ساتھ دینے والے نہیں ہیں۔ جو اس میں مبتلا ہوگا، تو اس کو اللہ اور رسول کا ساتھ نہیں ملے گا۔ آپ کو ڈیسنٹ کا حق بلاشبہ ہے، ڈیسنٹ کا دلیل کے ساتھ۔</w:t>
      </w:r>
    </w:p>
    <w:p>
      <w:r>
        <w:rPr>
          <w:b/>
        </w:rPr>
        <w:t xml:space="preserve">[24:23] </w:t>
      </w:r>
      <w:r>
        <w:t>lekin kisi ka character assassination, kisi ki aib zani, kisi ki ilzaam tarashi,</w:t>
      </w:r>
    </w:p>
    <w:p>
      <w:pPr>
        <w:jc w:val="right"/>
      </w:pPr>
      <w:r>
        <w:t>لیکن کسی کا کریکٹر اسیسینیشن، کسی کی عیب زنی، کسی کی الزام تراشی،</w:t>
      </w:r>
    </w:p>
    <w:p>
      <w:r>
        <w:rPr>
          <w:b/>
        </w:rPr>
        <w:t xml:space="preserve">[24:29] </w:t>
      </w:r>
      <w:r>
        <w:t>jhoota badnaam karna, yeh bilashuba haram se bhi zyada buri cheez hai. is mein koi shaq nahi hai.</w:t>
      </w:r>
    </w:p>
    <w:p>
      <w:pPr>
        <w:jc w:val="right"/>
      </w:pPr>
      <w:r>
        <w:t>جھوٹا بدنام کرنا، یہ بلاشبہ حرام سے بھی زیادہ بری چیز ہے۔ اس میں کوئی شک نہیں ہے۔</w:t>
      </w:r>
    </w:p>
    <w:p>
      <w:r>
        <w:rPr>
          <w:b/>
        </w:rPr>
        <w:t xml:space="preserve">[24:37] </w:t>
      </w:r>
      <w:r>
        <w:t>maulana, agla sawal Karachi Pakistan se miss samia latif ka hai. unhon ne poocha hai: "aaj logon mein jo zeheen tabqa hai, ya woh log jin ke paas maal aur daulat hai,</w:t>
      </w:r>
    </w:p>
    <w:p>
      <w:pPr>
        <w:jc w:val="right"/>
      </w:pPr>
      <w:r>
        <w:t>مولانا، اگلا سوال کراچی پاکستان سے مس سامیہ لطیف کا ہے۔ انہوں نے پوچھا ہے: "آج لوگوں میں جو ذہین طبقہ ہے، یا وہ لوگ جن کے پاس مال اور دولت ہے،</w:t>
      </w:r>
    </w:p>
    <w:p>
      <w:r>
        <w:rPr>
          <w:b/>
        </w:rPr>
        <w:t xml:space="preserve">[24:53] </w:t>
      </w:r>
      <w:r>
        <w:t>ya woh log jo uhda ya shohrat paye hue hain, maulana sahib, is qism ke log deen Islam ki satah, deen Islam ki taraf rukh kyun nahi karte?</w:t>
      </w:r>
    </w:p>
    <w:p>
      <w:pPr>
        <w:jc w:val="right"/>
      </w:pPr>
      <w:r>
        <w:t>یا وہ لوگ جو عہدہ یا شہرت پائے ہوئے ہیں، مولانا صاحب، اس قسم کے لوگ دین اسلام کی سطح، دین اسلام کی طرف رخ کیوں نہیں کرتے؟</w:t>
      </w:r>
    </w:p>
    <w:p>
      <w:r>
        <w:rPr>
          <w:b/>
        </w:rPr>
        <w:t xml:space="preserve">[25:05] </w:t>
      </w:r>
      <w:r>
        <w:t>kya deen Islam in ko apne zehni satah ke mutabiq nazar nahi aata, ya woh khud, ya woh Khuda ke creation plan se nawaqif hain?</w:t>
      </w:r>
    </w:p>
    <w:p>
      <w:pPr>
        <w:jc w:val="right"/>
      </w:pPr>
      <w:r>
        <w:t>کیا دین اسلام ان کو اپنے ذہنی سطح کے مطابق نظر نہیں آتا، یا وہ خود، یا وہ خدا کے کریشن پلان سے ناواقف ہیں؟</w:t>
      </w:r>
    </w:p>
    <w:p>
      <w:r>
        <w:rPr>
          <w:b/>
        </w:rPr>
        <w:t xml:space="preserve">[25:16] </w:t>
      </w:r>
      <w:r>
        <w:t>is ke baray mein batayen."</w:t>
      </w:r>
    </w:p>
    <w:p>
      <w:pPr>
        <w:jc w:val="right"/>
      </w:pPr>
      <w:r>
        <w:t>اس کے بارے میں بتائیں۔"</w:t>
      </w:r>
    </w:p>
    <w:p>
      <w:r>
        <w:rPr>
          <w:b/>
        </w:rPr>
        <w:t xml:space="preserve">[25:21] </w:t>
      </w:r>
      <w:r>
        <w:t>dekhiye, is ke do pehlu hain. aik yeh hai ke un ka mutawajjah na hona deen ki taraf, yeh un ki ghalati hai.</w:t>
      </w:r>
    </w:p>
    <w:p>
      <w:pPr>
        <w:jc w:val="right"/>
      </w:pPr>
      <w:r>
        <w:t>دیکھیے، اس کے دو پہلو ہیں۔ ایک یہ ہے کہ ان کا متوجہ نہ ہونا دین کی طرف، یہ ان کی غلطی ہے۔</w:t>
      </w:r>
    </w:p>
    <w:p>
      <w:r>
        <w:rPr>
          <w:b/>
        </w:rPr>
        <w:t xml:space="preserve">[25:34] </w:t>
      </w:r>
      <w:r>
        <w:t>aur bilashuba har ghalati par insan pakra jayega,</w:t>
      </w:r>
    </w:p>
    <w:p>
      <w:pPr>
        <w:jc w:val="right"/>
      </w:pPr>
      <w:r>
        <w:t>اور بلاشبہ ہر غلطی پر انسان پکڑا جائے گا،</w:t>
      </w:r>
    </w:p>
    <w:p>
      <w:r>
        <w:rPr>
          <w:b/>
        </w:rPr>
        <w:t xml:space="preserve">[25:39] </w:t>
      </w:r>
      <w:r>
        <w:t>illa yeh ke woh toba kare. lekin doosra pehlu yeh hai ke hamare jo ulama hain, woh mukammal taur par nakaam sabit hue hain is mamle mein ke jadeed tabqe ke liye Islam ko is ke understandable andaaz mein pesh karen, jo un ka mind address kare.</w:t>
      </w:r>
    </w:p>
    <w:p>
      <w:pPr>
        <w:jc w:val="right"/>
      </w:pPr>
      <w:r>
        <w:t>الا یہ کہ وہ توبہ کرے۔ لیکن دوسرا پہلو یہ ہے کہ ہمارے جو علماء ہیں، وہ مکمل طور پر ناکام ثابت ہوئے ہیں اس معاملے میں کہ جدید طبقے کے لیے اسلام کو اس کے انڈرسٹینڈیبل انداز میں پیش کریں، جو ان کا مائنڈ ایڈریس کرے۔</w:t>
      </w:r>
    </w:p>
    <w:p>
      <w:r>
        <w:rPr>
          <w:b/>
        </w:rPr>
        <w:t xml:space="preserve">[25:56] </w:t>
      </w:r>
      <w:r>
        <w:t>is mein koi shaq nahi hai. to 50 feesad zimmedari un logon par hai jo zeheen aur taleem yafta hon, jo hain hain aur Islam se door ho rahe hain.</w:t>
      </w:r>
    </w:p>
    <w:p>
      <w:pPr>
        <w:jc w:val="right"/>
      </w:pPr>
      <w:r>
        <w:t>اس میں کوئی شک نہیں ہے۔ تو 50 فیصد ذمہ داری ان لوگوں پر ہے جو ذہین اور تعلیم یافتہ ہوں، جو ہیں ہیں اور اسلام سے دور ہو رہے ہیں۔</w:t>
      </w:r>
    </w:p>
    <w:p>
      <w:r>
        <w:rPr>
          <w:b/>
        </w:rPr>
        <w:t xml:space="preserve">[26:07] </w:t>
      </w:r>
      <w:r>
        <w:t>50 feesad un logon pe zimmedari hai jin ko ke unhein batana tha ke Islam kya hai,</w:t>
      </w:r>
    </w:p>
    <w:p>
      <w:pPr>
        <w:jc w:val="right"/>
      </w:pPr>
      <w:r>
        <w:t>50 فیصد ان لوگوں پہ ذمہ داری ہے جن کو کہ انہیں بتانا تھا کہ اسلام کیا ہے،</w:t>
      </w:r>
    </w:p>
    <w:p>
      <w:r>
        <w:rPr>
          <w:b/>
        </w:rPr>
        <w:t xml:space="preserve">[26:14] </w:t>
      </w:r>
      <w:r>
        <w:t>jo madarson mein parhai aai ho, parhai parhai jati hai, isi liye parhai jati hai. log batayen, parh parh ke logon ko. lekin un ke paas fatway ki zuban hai sirf.</w:t>
      </w:r>
    </w:p>
    <w:p>
      <w:pPr>
        <w:jc w:val="right"/>
      </w:pPr>
      <w:r>
        <w:t>جو مدرسوں میں پڑھائی آئی ہو، پڑھائی پڑھائی جاتی ہے، اسی لیے پڑھائی جاتی ہے۔ لوگ بتائیں، پڑھ پڑھ کے لوگوں کو۔ لیکن ان کے پاس فتوے کی زبان ہے صرف۔</w:t>
      </w:r>
    </w:p>
    <w:p>
      <w:r>
        <w:rPr>
          <w:b/>
        </w:rPr>
        <w:t xml:space="preserve">[26:23] </w:t>
      </w:r>
      <w:r>
        <w:t>aaj kal fatwa activism bohat chala hua hai. fatwa activism Islam mein nahi hai, bilkul nahi hai. Islam mein naseehat activism hai.</w:t>
      </w:r>
    </w:p>
    <w:p>
      <w:pPr>
        <w:jc w:val="right"/>
      </w:pPr>
      <w:r>
        <w:t>آج کل فتوی ایکٹیوزم بہت چلا ہوا ہے۔ فتوی ایکٹیوزم اسلام میں نہیں ہے، بالکل نہیں ہے۔ اسلام میں نصیحت ایکٹیوزم ہے۔</w:t>
      </w:r>
    </w:p>
    <w:p>
      <w:r>
        <w:rPr>
          <w:b/>
        </w:rPr>
        <w:t xml:space="preserve">[26:34] </w:t>
      </w:r>
      <w:r>
        <w:t>aur naseehat ka tareeqa yeh hai ke kal fi anfus qaul baligha kaho un se, dil kaho un se baat is tareeqay se jo un ke mind ko address karne wali ho.</w:t>
      </w:r>
    </w:p>
    <w:p>
      <w:pPr>
        <w:jc w:val="right"/>
      </w:pPr>
      <w:r>
        <w:t>اور نصیحت کا طریقہ یہ ہے کہ کل فی انفس قول بلیغہ کہو ان سے، دل کہو ان سے بات اس طریقے سے جو ان کے مائنڈ کو ایڈریس کرنے والی ہو۔</w:t>
      </w:r>
    </w:p>
    <w:p>
      <w:r>
        <w:rPr>
          <w:b/>
        </w:rPr>
        <w:t xml:space="preserve">[26:46] </w:t>
      </w:r>
      <w:r>
        <w:t>to kuch kar hi nahi raha koi shakhs.</w:t>
      </w:r>
    </w:p>
    <w:p>
      <w:pPr>
        <w:jc w:val="right"/>
      </w:pPr>
      <w:r>
        <w:t>تو کچھ کر ہی نہیں رہا کوئی شخص۔</w:t>
      </w:r>
    </w:p>
    <w:p>
      <w:r>
        <w:rPr>
          <w:b/>
        </w:rPr>
        <w:t xml:space="preserve">[26:51] </w:t>
      </w:r>
      <w:r>
        <w:t>jitne ulama hain, sab fatwa bazi ki zuban bol rahe hain.</w:t>
      </w:r>
    </w:p>
    <w:p>
      <w:pPr>
        <w:jc w:val="right"/>
      </w:pPr>
      <w:r>
        <w:t>جتنے علماء ہیں، سب فتح بازی کی زبان بول رہے ہیں۔</w:t>
      </w:r>
    </w:p>
    <w:p>
      <w:r>
        <w:rPr>
          <w:b/>
        </w:rPr>
        <w:t xml:space="preserve">[26:59] </w:t>
      </w:r>
      <w:r>
        <w:t>to yeh mein samajhta hoon ke bohat ziyada sochana chahiye dono tabqe ko. ek tabqa agar is baat ka, yaani zimmedaar hai ke woh deen se phira hua hai, doosra tabqa is ka zimmedaar hai ke woh in logon ko,</w:t>
      </w:r>
    </w:p>
    <w:p>
      <w:pPr>
        <w:jc w:val="right"/>
      </w:pPr>
      <w:r>
        <w:t>تو یہ میں سمجھتا ہوں کہ بہت زیادہ سوچنا چاہیے دونوں طبقے کو۔ ایک طبقہ اگر اس بات کا، یعنی ذمہ دار ہے کہ وہ دین سے پھرا ہوا ہے، دوسرا طبقہ اس کا ذمہ دار ہے کہ وہ ان لوگوں کو،</w:t>
      </w:r>
    </w:p>
    <w:p>
      <w:r>
        <w:rPr>
          <w:b/>
        </w:rPr>
        <w:t xml:space="preserve">[27:17] </w:t>
      </w:r>
      <w:r>
        <w:t>in ko is is andaaz mein islam nahi pesh kar kar raha hai jo un ke mind ko address karay. is ke liye ulma ko tayyari karni chahiye. madarison mein jo taleem hoti hai, woh hargiz kaafi nahi hai ke aap yeh kaam kar saken.</w:t>
      </w:r>
    </w:p>
    <w:p>
      <w:pPr>
        <w:jc w:val="right"/>
      </w:pPr>
      <w:r>
        <w:t>ان کو اس اس انداز میں اسلام نہیں پیش کر کر رہا ہے جو ان کے مائنڈ کو ایڈریس کرے۔ اس کے لیے علماء کو تیاری کرنی چاہیے۔ مدرسوں میں جو تعلیم ہوتی ہے، وہ ہرگز کافی نہیں ہے کہ آپ یہ کام کر سکیں۔</w:t>
      </w:r>
    </w:p>
    <w:p>
      <w:r>
        <w:rPr>
          <w:b/>
        </w:rPr>
        <w:t xml:space="preserve">[27:29] </w:t>
      </w:r>
      <w:r>
        <w:t>hargiz nahi. aur mazeed in ko parh tayyar karna hai apne aap ko.</w:t>
      </w:r>
    </w:p>
    <w:p>
      <w:pPr>
        <w:jc w:val="right"/>
      </w:pPr>
      <w:r>
        <w:t>ہرگز نہیں۔ اور مزید ان کو پڑھ تیار کرنا ہے اپنے آپ کو۔</w:t>
      </w:r>
    </w:p>
    <w:p>
      <w:r>
        <w:rPr>
          <w:b/>
        </w:rPr>
        <w:t xml:space="preserve">[27:34] </w:t>
      </w:r>
      <w:r>
        <w:t>to mazeed koi tayyari karta nahi.</w:t>
      </w:r>
    </w:p>
    <w:p>
      <w:pPr>
        <w:jc w:val="right"/>
      </w:pPr>
      <w:r>
        <w:t>تو مزید کوئی تیاری کرتا نہیں۔</w:t>
      </w:r>
    </w:p>
    <w:p>
      <w:r>
        <w:rPr>
          <w:b/>
        </w:rPr>
        <w:t xml:space="preserve">[27:40] </w:t>
      </w:r>
      <w:r>
        <w:t>to behal yeh do tarafah zimmedari mere nazdeek hai.</w:t>
      </w:r>
    </w:p>
    <w:p>
      <w:pPr>
        <w:jc w:val="right"/>
      </w:pPr>
      <w:r>
        <w:t>تو بہرحال یہ دو طرفہ ذمہ داری میرے نزدیک ہے۔</w:t>
      </w:r>
    </w:p>
    <w:p>
      <w:r>
        <w:rPr>
          <w:b/>
        </w:rPr>
        <w:t xml:space="preserve">[27:47] </w:t>
      </w:r>
      <w:r>
        <w:t>maulana, agla sawal tamil nadu se hai Maulana Iqbal Umri sahib ka. unhon ne poocha hai: "baaz ulma aql ke istemal ko deen mein bilkul ghair zaroori samajhte hain, aur baaz aql ke istemal ko zaroori qarar de kar jo cheez deen ki aql mein nahi aati, us ko inkaar karte hain, jaise angels ka inkaar waghera." Maulana sahib, is mein sahi baat ki wazahat farmayen.</w:t>
      </w:r>
    </w:p>
    <w:p>
      <w:pPr>
        <w:jc w:val="right"/>
      </w:pPr>
      <w:r>
        <w:t>مولانا، اگلا سوال تمل ناڈو سے ہے مولانا اقبال عمری صاحب کا۔ انہوں نے پوچھا ہے: "بعض علماء عقل کے استعمال کو دین میں بالکل غیر ضروری سمجھتے ہیں، اور بعض عقل کے استعمال کو ضروری قرار دے کر جو چیز دین کی عقل میں نہیں آتی، اس کو انکار کرتے ہیں، جیسے اینجلز کا انکار وغیرہ۔" مولانا صاحب، اس میں صحیح بات کی وضاحت فرمائیں۔</w:t>
      </w:r>
    </w:p>
    <w:p>
      <w:r>
        <w:rPr>
          <w:b/>
        </w:rPr>
        <w:t xml:space="preserve">[28:16] </w:t>
      </w:r>
      <w:r>
        <w:t>dekhiye, hadith mein aur quran mein dono mein aql ko bohat ahmiyat di gayi hai. wali al-zikr al-bab surah al-imran ke aakhri ruku ko parhiye aap.</w:t>
      </w:r>
    </w:p>
    <w:p>
      <w:pPr>
        <w:jc w:val="right"/>
      </w:pPr>
      <w:r>
        <w:t>دیکھیے، حدیث میں اور قرآن میں دونوں میں عقل کو بہت اہمیت دی گئی ہے۔ ولی الذکر الباب سورہ آل عمران کے آخری رکوع کو پڑھیے آپ۔</w:t>
      </w:r>
    </w:p>
    <w:p>
      <w:r>
        <w:rPr>
          <w:b/>
        </w:rPr>
        <w:t xml:space="preserve">[28:28] </w:t>
      </w:r>
      <w:r>
        <w:t>is mein wali al-zikr al-bab, al-bab yaani al-aql, aql walay, aql walon ko</w:t>
      </w:r>
    </w:p>
    <w:p>
      <w:pPr>
        <w:jc w:val="right"/>
      </w:pPr>
      <w:r>
        <w:t>اس میں ولی الذکر الباب، الباب یعنی العقل، عقل والے، عقل والوں کو</w:t>
      </w:r>
    </w:p>
    <w:p>
      <w:r>
        <w:rPr>
          <w:b/>
        </w:rPr>
        <w:t xml:space="preserve">[28:37] </w:t>
      </w:r>
      <w:r>
        <w:t>Allah taala ne khitab farmaya ke aql di gayi hai kis liye? taake tum samjho deen ki gehraiyon ko. naseehat hazir roz se. to aql to Allah taala ka diya hai.</w:t>
      </w:r>
    </w:p>
    <w:p>
      <w:pPr>
        <w:jc w:val="right"/>
      </w:pPr>
      <w:r>
        <w:t>اللہ تعالی نے خطاب فرمایا کہ عقل دی گئی ہے کس لیے؟ تاکہ تم سمجھو دین کی گہرائیوں کو۔ نصیحت حاضر روز سے۔ تو عقل تو اللہ تعالی کا دیا ہے۔</w:t>
      </w:r>
    </w:p>
    <w:p>
      <w:r>
        <w:rPr>
          <w:b/>
        </w:rPr>
        <w:t xml:space="preserve">[28:47] </w:t>
      </w:r>
      <w:r>
        <w:t>aql na ho, agar insan pathar bana diya jaye to baaton ko samjhega nahi. to aql to hadith mein aata hai ke Allah taala ne sab se bari cheez jo paida ki, woh aql hai.</w:t>
      </w:r>
    </w:p>
    <w:p>
      <w:pPr>
        <w:jc w:val="right"/>
      </w:pPr>
      <w:r>
        <w:t>عقل نہ ہو، اگر انسان پتھر بنا دیا جائے تو باتوں کو سمجھے گا نہیں۔ تو عقل تو حدیث میں آتا ہے کہ اللہ تعالی نے سب سے بڑی چیز جو پیدا کی، وہ عقل ہے۔</w:t>
      </w:r>
    </w:p>
    <w:p>
      <w:r>
        <w:rPr>
          <w:b/>
        </w:rPr>
        <w:t xml:space="preserve">[29:01] </w:t>
      </w:r>
      <w:r>
        <w:t>to dekhiye, do cheezen alag alag hain. ek hai aql ko, aql ko yaani independently meyar samajh lena.</w:t>
      </w:r>
    </w:p>
    <w:p>
      <w:pPr>
        <w:jc w:val="right"/>
      </w:pPr>
      <w:r>
        <w:t>تو دیکھیے، دو چیزیں الگ الگ ہیں۔ ایک ہے عقل کو، عقل کو یعنی انڈیپینڈنٹلی معیار سمجھ لینا۔</w:t>
      </w:r>
    </w:p>
    <w:p>
      <w:r>
        <w:rPr>
          <w:b/>
        </w:rPr>
        <w:t xml:space="preserve">[29:13] </w:t>
      </w:r>
      <w:r>
        <w:t>independently aql ko samajhna ke bas jo aql mein aaya, woh sahi hai, jo aql mein aaya, woh galat hai.</w:t>
      </w:r>
    </w:p>
    <w:p>
      <w:pPr>
        <w:jc w:val="right"/>
      </w:pPr>
      <w:r>
        <w:t>انڈیپینڈنٹلی عقل کو سمجھنا کہ بس جو عقل میں آیا، وہ صحیح ہے، جو عقل میں آیا، وہ غلط ہے۔</w:t>
      </w:r>
    </w:p>
    <w:p>
      <w:r>
        <w:rPr>
          <w:b/>
        </w:rPr>
        <w:t xml:space="preserve">[29:19] </w:t>
      </w:r>
      <w:r>
        <w:t>yeh aql ka galat istemal hai. yeh mistake hai aql ka. aql jo hai, is ki koi limitations hain.</w:t>
      </w:r>
    </w:p>
    <w:p>
      <w:pPr>
        <w:jc w:val="right"/>
      </w:pPr>
      <w:r>
        <w:t>یہ عقل کا غلط استعمال ہے۔ یہ مسٹیک ہے عقل کا۔ عقل جو ہے، اس کی کوئی لیمیٹیشنز ہیں۔</w:t>
      </w:r>
    </w:p>
    <w:p>
      <w:r>
        <w:rPr>
          <w:b/>
        </w:rPr>
        <w:t xml:space="preserve">[29:33] </w:t>
      </w:r>
      <w:r>
        <w:t>wa ma utiytum min al-ilm illa qaleela. to is ki limitations jo hain, woh poori hoti hain wahi se. yaani peghambar ko jo wahi aayi hai, woh isi liye aayi hai ke woh aql ki kami ko poora kare.</w:t>
      </w:r>
    </w:p>
    <w:p>
      <w:pPr>
        <w:jc w:val="right"/>
      </w:pPr>
      <w:r>
        <w:t>وما اوتیت من العلم الا قلیلا۔ تو اس کی لیمیٹیشنز جو ہیں، وہ پورا ہوتی ہیں وحی سے۔ یعنی پیغمبر کو جو وحی آئی ہے، وہ اسی لیے آئی ہے کہ وہ عقل کی کمی کو پورا کرے۔</w:t>
      </w:r>
    </w:p>
    <w:p>
      <w:r>
        <w:rPr>
          <w:b/>
        </w:rPr>
        <w:t xml:space="preserve">[29:47] </w:t>
      </w:r>
      <w:r>
        <w:t>to sochna hamara kaam hai, lekin sochne ke liye jo guideline hai, woh peghambar deta hai.</w:t>
      </w:r>
    </w:p>
    <w:p>
      <w:pPr>
        <w:jc w:val="right"/>
      </w:pPr>
      <w:r>
        <w:t>تو سوچنا ہمارا کام ہے، لیکن سوچنے کے لیے جو گائیڈ لائن ہے، وہ پیغمبر دیتا ہے۔</w:t>
      </w:r>
    </w:p>
    <w:p>
      <w:r>
        <w:rPr>
          <w:b/>
        </w:rPr>
        <w:t xml:space="preserve">[29:53] </w:t>
      </w:r>
      <w:r>
        <w:t>sahi line par sochna.</w:t>
      </w:r>
    </w:p>
    <w:p>
      <w:pPr>
        <w:jc w:val="right"/>
      </w:pPr>
      <w:r>
        <w:t>صحیح لائن پر سوچنا۔</w:t>
      </w:r>
    </w:p>
    <w:p>
      <w:r>
        <w:rPr>
          <w:b/>
        </w:rPr>
        <w:t xml:space="preserve">[29:58] </w:t>
      </w:r>
      <w:r>
        <w:t>ek yaani wahi ke zariye se hamein woh framework milta hai, jis framework ke ko follow karte hue hum aql ko istemal karen.</w:t>
      </w:r>
    </w:p>
    <w:p>
      <w:pPr>
        <w:jc w:val="right"/>
      </w:pPr>
      <w:r>
        <w:t>ایک یعنی وحی کے ذریعے سے ہمیں وہ فریم ورک ملتا ہے، جس فریم ورک کے کو فالو کرتے ہوئے ہم عقل کو استعمال کریں۔</w:t>
      </w:r>
    </w:p>
    <w:p>
      <w:r>
        <w:rPr>
          <w:b/>
        </w:rPr>
        <w:t xml:space="preserve">[30:10] </w:t>
      </w:r>
      <w:r>
        <w:t>to jo log wahi ko nahi mante ya quran ko nahi mante, to woh un ka, un ki, un ki aql un ko</w:t>
      </w:r>
    </w:p>
    <w:p>
      <w:pPr>
        <w:jc w:val="right"/>
      </w:pPr>
      <w:r>
        <w:t>تو جو لوگ وحی کو نہیں مانتے یا قرآن کو نہیں مانتے، تو وہ ان کا، ان کی، ان کی عقل ان کو</w:t>
      </w:r>
    </w:p>
    <w:p>
      <w:r>
        <w:rPr>
          <w:b/>
        </w:rPr>
        <w:t xml:space="preserve">[30:20] </w:t>
      </w:r>
      <w:r>
        <w:t>sahi rastay par nahi le aati, bhatka deti hai. kyunke aql ke liye limitations hain. yeh ek tashdeed baat hai, yeh baat sabit shuda hai ke aql ki limitations hain.</w:t>
      </w:r>
    </w:p>
    <w:p>
      <w:pPr>
        <w:jc w:val="right"/>
      </w:pPr>
      <w:r>
        <w:t>صحیح راستے پر نہیں لے آتی، بھٹکا دیتی ہے۔ کیونکہ عقل کے لیے لیمیٹیشنز ہیں۔ یہ ایک تشہدہ بات ہے، یہ بات ثابت شدہ ہے کہ عقل کی لیمیٹیشنز ہیں۔</w:t>
      </w:r>
    </w:p>
    <w:p>
      <w:r>
        <w:rPr>
          <w:b/>
        </w:rPr>
        <w:t xml:space="preserve">[30:32] </w:t>
      </w:r>
      <w:r>
        <w:t>to is limitations ki talafi wahi se hoti hai, yaani peghambar ki hidayat se hoti hai.</w:t>
      </w:r>
    </w:p>
    <w:p>
      <w:pPr>
        <w:jc w:val="right"/>
      </w:pPr>
      <w:r>
        <w:t>تو اس لیمیٹیشنز کی تلافی وحی سے ہوتی ہے، یعنی پیغمبر کی ہدایت سے ہوتی ہے۔</w:t>
      </w:r>
    </w:p>
    <w:p>
      <w:r>
        <w:rPr>
          <w:b/>
        </w:rPr>
        <w:t xml:space="preserve">[30:41] </w:t>
      </w:r>
      <w:r>
        <w:t>to mein yeh manta hoon ke peghambar ki hidayat ke framework mein aql ko istemal karna aain-e-sawab hai, aain-e-sawab hai. aur peghambar ki hidayat ko nazar andaaz kar ke aql ka ghora dorana,</w:t>
      </w:r>
    </w:p>
    <w:p>
      <w:pPr>
        <w:jc w:val="right"/>
      </w:pPr>
      <w:r>
        <w:t>تو میں یہ مانتا ہوں کہ پیغمبر کی ہدایت کے فریم ورک میں عقل کو استعمال کرنا آئین ثواب ہے، آئین ثواب ہے۔ اور پیغمبر کی ہدایت کو نظر داد کر کے عقل کا گھوڑا دوڑانا،</w:t>
      </w:r>
    </w:p>
    <w:p>
      <w:r>
        <w:rPr>
          <w:b/>
        </w:rPr>
        <w:t xml:space="preserve">[30:55] </w:t>
      </w:r>
      <w:r>
        <w:t>woh woh sawab nahi hai. is mein koi reward nahi hai.</w:t>
      </w:r>
    </w:p>
    <w:p>
      <w:pPr>
        <w:jc w:val="right"/>
      </w:pPr>
      <w:r>
        <w:t>وہ وہ ثواب نہیں ہے۔ اس میں کوئی ریوارڈ نہیں ہے۔</w:t>
      </w:r>
    </w:p>
    <w:p>
      <w:r>
        <w:rPr>
          <w:b/>
        </w:rPr>
        <w:t xml:space="preserve">[31:01] </w:t>
      </w:r>
      <w:r>
        <w:t>to aql bohat bari cheez hai, lekin is ka agar aap aql ko wahi se kaat dein to woh to woh ek sarkash ghora ban jayegi.</w:t>
      </w:r>
    </w:p>
    <w:p>
      <w:pPr>
        <w:jc w:val="right"/>
      </w:pPr>
      <w:r>
        <w:t>تو عقل بہت بڑی چیز ہے، لیکن اس کا اگر آپ عقل کو وحی سے کاٹ دیں تو وہ تو وہ ایک سرکش گھوڑا بن جائے گی۔</w:t>
      </w:r>
    </w:p>
    <w:p>
      <w:r>
        <w:rPr>
          <w:b/>
        </w:rPr>
        <w:t xml:space="preserve">[31:16] </w:t>
      </w:r>
      <w:r>
        <w:t>aur agar aql ko wahi se jor kar is ko istemal karen to bohat hi ziyada is mein faiday honge. balkay sara, yaani tazkiya ka faida, marifat ka faida, saare faiday isi mein hain ke aap aql ko sahi dhang par istemal karen.</w:t>
      </w:r>
    </w:p>
    <w:p>
      <w:pPr>
        <w:jc w:val="right"/>
      </w:pPr>
      <w:r>
        <w:t>اور اگر عقل کو وحی سے جوڑ کر اس کو استعمال کریں تو بہت ہی زیادہ اس میں فائدے ہوں گے۔ بلکہ سارا، یعنی تزکیہ کا فائدہ، معرفت کا فائدہ، سارے فائدے اسی میں ہیں کہ آپ عقل کو صحیح ڈھنگ پر استعمال کریں۔</w:t>
      </w:r>
    </w:p>
    <w:p>
      <w:r>
        <w:rPr>
          <w:b/>
        </w:rPr>
        <w:t xml:space="preserve">[31:33] </w:t>
      </w:r>
      <w:r>
        <w:t>is mein koi shaq nahi hai.</w:t>
      </w:r>
    </w:p>
    <w:p>
      <w:pPr>
        <w:jc w:val="right"/>
      </w:pPr>
      <w:r>
        <w:t>اس میں کوئی شک نہیں ہے۔</w:t>
      </w:r>
    </w:p>
    <w:p>
      <w:r>
        <w:rPr>
          <w:b/>
        </w:rPr>
        <w:t xml:space="preserve">[31:38] </w:t>
      </w:r>
      <w:r>
        <w:t>is mani mein maine jo hamari kitab hai, yaani islam aur science, is mein is par kuch guftagu ki gayi hai.</w:t>
      </w:r>
    </w:p>
    <w:p>
      <w:pPr>
        <w:jc w:val="right"/>
      </w:pPr>
      <w:r>
        <w:t>اس معنی میں میں نے جو ہماری کتاب ہے، یعنی اسلام اور سائنس، اس میں اس پر کچھ گفتگو کی گئی ہے۔</w:t>
      </w:r>
    </w:p>
    <w:p>
      <w:r>
        <w:rPr>
          <w:b/>
        </w:rPr>
        <w:t xml:space="preserve">[31:47] </w:t>
      </w:r>
      <w:r>
        <w:t>is mein aap dekh sakte hain.</w:t>
      </w:r>
    </w:p>
    <w:p>
      <w:pPr>
        <w:jc w:val="right"/>
      </w:pPr>
      <w:r>
        <w:t>اس میں آپ دیکھ سکتے ہیں۔</w:t>
      </w:r>
    </w:p>
    <w:p>
      <w:r>
        <w:rPr>
          <w:b/>
        </w:rPr>
        <w:t xml:space="preserve">[31:52] </w:t>
      </w:r>
      <w:r>
        <w:t>molana, agla sawal haiderabad se aya hai mr ahad sham hasnain sahib ka. unhon ne likha hai: "molana, i am very careless at times, despite knowing all the pros and cons of being careless, and knowing that the path i have chosen will surely lead to failure.</w:t>
      </w:r>
    </w:p>
    <w:p>
      <w:pPr>
        <w:jc w:val="right"/>
      </w:pPr>
      <w:r>
        <w:t>مولانا، اگلا سوال حیدرآباد سے آیا ہے مسٹر عہد شام حسنین صاحب کا۔ انہوں نے لکھا ہے: "مولانا، آئی ایم ویری کیئرلیس ایٹ ٹائمز، ڈسپائٹ نوئنگ آل دی پروز اینڈ کونز آف بینگ کیئرلیس، اینڈ نوئنگ دیٹ دا پاتھ آئی ہیو چوزن ول شورلی لیڈ ٹو دا فیلیر۔</w:t>
      </w:r>
    </w:p>
    <w:p>
      <w:r>
        <w:rPr>
          <w:b/>
        </w:rPr>
        <w:t xml:space="preserve">[32:12] </w:t>
      </w:r>
      <w:r>
        <w:t>why does this happen? please suggest and advise me, how should i become consistent in achieving my goals?"</w:t>
      </w:r>
    </w:p>
    <w:p>
      <w:pPr>
        <w:jc w:val="right"/>
      </w:pPr>
      <w:r>
        <w:t>وائی ڈز دس ہیپن؟ پلیز سجیسٹ اینڈ ایڈوائز می، ہاؤ شوڈ آئی بیکم کنسسٹنٹ ان اچیونگ مائی گولز؟"</w:t>
      </w:r>
    </w:p>
    <w:p>
      <w:r>
        <w:rPr>
          <w:b/>
        </w:rPr>
        <w:t xml:space="preserve">[32:20] </w:t>
      </w:r>
      <w:r>
        <w:t>yeh to koi, yeh to koi sawal nahi hai. main yeh kahunga ke aap ya to apni aql ko develop kijiye, nahi to kisi ko apna guru bana lijie.</w:t>
      </w:r>
    </w:p>
    <w:p>
      <w:pPr>
        <w:jc w:val="right"/>
      </w:pPr>
      <w:r>
        <w:t>یہ تو کوئی، یہ تو کوئی سوال نہیں ہے۔ میں یہ کہوں گا کہ آپ یا تو اپنی عقل کو ڈیولپ کیجئے، نہیں تو کسی کو اپنا گرو بنا لیجئے۔</w:t>
      </w:r>
    </w:p>
    <w:p>
      <w:r>
        <w:rPr>
          <w:b/>
        </w:rPr>
        <w:t xml:space="preserve">[32:32] </w:t>
      </w:r>
      <w:r>
        <w:t>do mein se ek kaam kijiye. aap ne third option le rakha hai.</w:t>
      </w:r>
    </w:p>
    <w:p>
      <w:pPr>
        <w:jc w:val="right"/>
      </w:pPr>
      <w:r>
        <w:t>دو میں سے ایک کام کیجئے۔ آپ نے تھرڈ آپشن لے رکھا ہے۔</w:t>
      </w:r>
    </w:p>
    <w:p>
      <w:r>
        <w:rPr>
          <w:b/>
        </w:rPr>
        <w:t xml:space="preserve">[32:37] </w:t>
      </w:r>
      <w:r>
        <w:t>ya to apne apna intellectual developer andaza kijiye ke aap, aap ke sare action aap ki, aap ki aql ke pakad mein aa jayen.</w:t>
      </w:r>
    </w:p>
    <w:p>
      <w:pPr>
        <w:jc w:val="right"/>
      </w:pPr>
      <w:r>
        <w:t>یا تو اپنے اپنا انٹلیکچول ڈیولپر اندازہ کیجئے کہ آپ، آپ کے سارے ایکشن آپ کی، آپ کی عقل کے پکڑ میں آ جائیں۔</w:t>
      </w:r>
    </w:p>
    <w:p>
      <w:r>
        <w:rPr>
          <w:b/>
        </w:rPr>
        <w:t xml:space="preserve">[32:49] </w:t>
      </w:r>
      <w:r>
        <w:t>yaani itna aap is apne mind ko develop karen, itna develop karen ke woh control kare aap ke sare actions ko.</w:t>
      </w:r>
    </w:p>
    <w:p>
      <w:pPr>
        <w:jc w:val="right"/>
      </w:pPr>
      <w:r>
        <w:t>یعنی اتنا آپ اس اپنے مائنڈ کو ڈیولپ کریں، اتنا ڈیولپ کریں کہ وہ کنٹرول کرے آپ کے سارے ایکشنز کو۔</w:t>
      </w:r>
    </w:p>
    <w:p>
      <w:r>
        <w:rPr>
          <w:b/>
        </w:rPr>
        <w:t xml:space="preserve">[32:56] </w:t>
      </w:r>
      <w:r>
        <w:t>agar aap nahi kar paate hain to phir kisi ko apne guru bana lijie, murshid bana lijie. aksar log teesra, aathwan liya rehte hain ke na to kisi ko murshid banate, na khud apni aql, na development karte hain apni aql ka, aur yun hi bhagte hain idhar udhar.</w:t>
      </w:r>
    </w:p>
    <w:p>
      <w:pPr>
        <w:jc w:val="right"/>
      </w:pPr>
      <w:r>
        <w:t>اگر آپ نہیں کر پاتے ہیں تو پھر کسی کو اپنے گرو بنا لیجئے، مرشد بنا لیجئے۔ اکثر لوگ تیسرا، آٹھواں لیا رہتے ہیں کہ نہ تو کسی کو مرشد بناتے، نہ خود اپنی عقل، نہ ڈیولپمنٹ کرتے ہیں اپنی عقل کا، اور یوں ہی بھاگتے ہیں ادھر ادھر۔</w:t>
      </w:r>
    </w:p>
    <w:p>
      <w:r>
        <w:rPr>
          <w:b/>
        </w:rPr>
        <w:t xml:space="preserve">[33:12] </w:t>
      </w:r>
      <w:r>
        <w:t>to woh third position le rakha hai unhon ne.</w:t>
      </w:r>
    </w:p>
    <w:p>
      <w:pPr>
        <w:jc w:val="right"/>
      </w:pPr>
      <w:r>
        <w:t>تو وہ تھرڈ پوزیشن لے رکھا ہے انہوں نے۔</w:t>
      </w:r>
    </w:p>
    <w:p>
      <w:r>
        <w:rPr>
          <w:b/>
        </w:rPr>
        <w:t xml:space="preserve">[33:16] </w:t>
      </w:r>
      <w:r>
        <w:t>to main yeh kahunga ke aap ke liye do mein se ek ka option hai: ya to study kar ke, ghor o fikr kar ke, aur jo bhi tareeqa hai learning ko barhane ka,</w:t>
      </w:r>
    </w:p>
    <w:p>
      <w:pPr>
        <w:jc w:val="right"/>
      </w:pPr>
      <w:r>
        <w:t>تو میں یہ کہوں گا کہ آپ کے لیے دو میں سے ایک کا آپشن ہے: یا تو اسٹڈی کر کے، غور و فکر کر کے، اور جو بھی طریقہ ہے لرننگ کو بڑھانے کا،</w:t>
      </w:r>
    </w:p>
    <w:p>
      <w:r>
        <w:rPr>
          <w:b/>
        </w:rPr>
        <w:t xml:space="preserve">[33:29] </w:t>
      </w:r>
      <w:r>
        <w:t>is ko ikhtiyar kar ke apna intellectual development ka andaza kijiye ke woh aap ke poori,</w:t>
      </w:r>
    </w:p>
    <w:p>
      <w:pPr>
        <w:jc w:val="right"/>
      </w:pPr>
      <w:r>
        <w:t>اس کو اختیار کر کے اپنا انٹلیکچول ڈیولپمنٹ کا اندازہ کریں کہ وہ آپ کے پوری،</w:t>
      </w:r>
    </w:p>
    <w:p>
      <w:r>
        <w:rPr>
          <w:b/>
        </w:rPr>
        <w:t xml:space="preserve">[33:37] </w:t>
      </w:r>
      <w:r>
        <w:t>yaani poori life ko control karne lage, aap ke actions ko control karne lage. kyun ke main samajhta hoon ke yeh jo phenomena hai, woh haqeeqat mein hota hai jab intellectual development mein kami ho, tab hota hai aisa.</w:t>
      </w:r>
    </w:p>
    <w:p>
      <w:pPr>
        <w:jc w:val="right"/>
      </w:pPr>
      <w:r>
        <w:t>یعنی پوری لائف کو کنٹرول کرنے لگے، آپ کے ایکشنز کو کنٹرول کرنے لگے۔ کیونکہ میں سمجھتا ہوں کہ یہ جو فیناومینا ہے، وہ حقیقت میں ہوتا ہے جب انٹلیکچول ڈیولپمنٹ میں کمی ہو، تب ہوتا ہے ایسا۔</w:t>
      </w:r>
    </w:p>
    <w:p>
      <w:r>
        <w:rPr>
          <w:b/>
        </w:rPr>
        <w:t xml:space="preserve">[33:57] </w:t>
      </w:r>
      <w:r>
        <w:t>ya to aisa kijiye, ya phir kisi ko murshid maan lijie, yaani jis ko main kehta hoon, yaani unconditional guru, jis par aap ko bharosa ho, jis alam par, us ko aap bana lijie.</w:t>
      </w:r>
    </w:p>
    <w:p>
      <w:pPr>
        <w:jc w:val="right"/>
      </w:pPr>
      <w:r>
        <w:t>یا تو ایسا کیجئے، یا پھر کسی کو مرشد مان لیجئے، یعنی جس کو میں کہتا ہوں، یعنی ان کنڈیشنل گرو، جس پر آپ کو بھروسہ ہو، جس عالم پر، اس کو آپ بنا لیجئے۔</w:t>
      </w:r>
    </w:p>
    <w:p>
      <w:r>
        <w:rPr>
          <w:b/>
        </w:rPr>
        <w:t xml:space="preserve">[34:10] </w:t>
      </w:r>
      <w:r>
        <w:t>koi teesra option mumkin nahi hai. woh jo kahe, us ko kijiye.</w:t>
      </w:r>
    </w:p>
    <w:p>
      <w:pPr>
        <w:jc w:val="right"/>
      </w:pPr>
      <w:r>
        <w:t>کوئی تیسرا آپشن ممکن نہیں ہے۔ وہ جو کہے، اس کو کیجئے۔</w:t>
      </w:r>
    </w:p>
    <w:p>
      <w:r>
        <w:rPr>
          <w:b/>
        </w:rPr>
        <w:t xml:space="preserve">[34:17] </w:t>
      </w:r>
      <w:r>
        <w:t>molana, agla sawal srinagar se hai mr riyaz ahmed bhat sahib ka. unhon ne poocha hai: "dawat il Allah ke liye well wishing asal hai, lekin aaj kal ke musalmanon mein madu ke liye well wishal, well wishing ka jazba maujood nahi.</w:t>
      </w:r>
    </w:p>
    <w:p>
      <w:pPr>
        <w:jc w:val="right"/>
      </w:pPr>
      <w:r>
        <w:t>مولانا، اگلا سوال سری نگر سے ہے مسٹر ریاض احمد بھٹ صاحب کا۔ انہوں نے لکھا ہے: "دعوت الا اللہ کے لیے ویل وشنگ اصل ہے، لیکن آج کل کے مسلمانوں میں مدعو کے لیے ویل وشل، ویل وشنگ کا جذبہ موجود نہیں۔</w:t>
      </w:r>
    </w:p>
    <w:p>
      <w:r>
        <w:rPr>
          <w:b/>
        </w:rPr>
        <w:t xml:space="preserve">[34:34] </w:t>
      </w:r>
      <w:r>
        <w:t>is ka sabab kya hai, aur is kami ko kis tarah door kiya jaye?"</w:t>
      </w:r>
    </w:p>
    <w:p>
      <w:pPr>
        <w:jc w:val="right"/>
      </w:pPr>
      <w:r>
        <w:t>اس کا سبب کیا ہے، اور اس کمی کو کس طرح دور کیا جائے؟"</w:t>
      </w:r>
    </w:p>
    <w:p>
      <w:r>
        <w:rPr>
          <w:b/>
        </w:rPr>
        <w:t xml:space="preserve">[34:47] </w:t>
      </w:r>
      <w:r>
        <w:t>main samajhta hoon ke is ke zimmedar hamare sare rehnuma hain ke subah sham raat din, jab se printing press aya hai, tab se khaas taur par yeh baat bohat barh gayi hai ke dhoond dhoond kar nikalte hain aisa item: "dekho falan dushmani kar raha hai, dekho falan</w:t>
      </w:r>
    </w:p>
    <w:p>
      <w:pPr>
        <w:jc w:val="right"/>
      </w:pPr>
      <w:r>
        <w:t>میں سمجھتا ہوں کہ اس کے ذمہ دار ہمارے سارے رہنما ہیں کہ صبح شام رات دن، جب سے پرنٹنگ پریس آیا ہے، تب سے خاص طور پر یہ بات بہت بڑھ گئی ہے کہ ڈھونڈ ڈھونڈ کر نکالتے ہیں ایسا آئٹم: "دیکھو فلاں دشمنی کر رہا ہے، دیکھو فلاں</w:t>
      </w:r>
    </w:p>
    <w:p>
      <w:r>
        <w:rPr>
          <w:b/>
        </w:rPr>
        <w:t xml:space="preserve">[35:04] </w:t>
      </w:r>
      <w:r>
        <w:t>conspiracy kar raha hai, dekho fulani yeh kar liya, fulani woh kar liya." subah sham yahi akhbaron mein chhapta hai, yeh yeh magazine mein chhapta hai, jalson mein isi ka charcha hota hai.</w:t>
      </w:r>
    </w:p>
    <w:p>
      <w:pPr>
        <w:jc w:val="right"/>
      </w:pPr>
      <w:r>
        <w:t>کانسپریسی کر رہا ہے، دیکھو فلانی یہ کر لیا، فلانی وہ کر لیا۔" صبح شام یہی اخباروں میں چھپتا ہے، یہ یہ میگزین میں چھپتا ہے، جلسوں میں اسی کا چرچہ ہوتا ہے۔</w:t>
      </w:r>
    </w:p>
    <w:p>
      <w:r>
        <w:rPr>
          <w:b/>
        </w:rPr>
        <w:t xml:space="preserve">[35:17] </w:t>
      </w:r>
      <w:r>
        <w:t>to yeh jo hain hamare likhne aur bolne wale, yeh asal zimmedar is ke hain. isi ka charcha kiya unhon ne</w:t>
      </w:r>
    </w:p>
    <w:p>
      <w:pPr>
        <w:jc w:val="right"/>
      </w:pPr>
      <w:r>
        <w:t>تو یہ جو ہیں ہمارے لکھنے اور بولنے والے، یہ اصل ذمہ دار اس کے ہیں۔ اسی کا چرچہ کیا انہوں نے</w:t>
      </w:r>
    </w:p>
    <w:p>
      <w:r>
        <w:rPr>
          <w:b/>
        </w:rPr>
        <w:t xml:space="preserve">[35:25] </w:t>
      </w:r>
      <w:r>
        <w:t>is daur mein. is ke baad agar charcha karen, yaani achhi baaton ka to achha zehn banega. main samajhta hoon ke sab se zyada zimmedar wahi log hain jin ko main kaha karta hoon: "likhne aur bolne wala tabqa, yeh asal zimmedar hain."</w:t>
      </w:r>
    </w:p>
    <w:p>
      <w:pPr>
        <w:jc w:val="right"/>
      </w:pPr>
      <w:r>
        <w:t>اس دور میں۔ اس کے بعد اگر چرچہ کریں، یعنی اچھی باتوں کا تو اچھا ذہن بنے گا۔ میں سمجھتا ہوں کہ سب سے زیادہ ذمہ دار وہی لوگ ہیں جن کو میں کہا کرتا ہوں: "لکھنے اور بولنے والا طبقہ، یہ اصل ذمہ دار ہیں۔"</w:t>
      </w:r>
    </w:p>
    <w:p>
      <w:r>
        <w:rPr>
          <w:b/>
        </w:rPr>
        <w:t xml:space="preserve">[35:44] </w:t>
      </w:r>
      <w:r>
        <w:t>yaani negative baaton ko phailana, positive baaton ka zikr na karna, is ki wajah se yeh sab baaten hain.</w:t>
      </w:r>
    </w:p>
    <w:p>
      <w:pPr>
        <w:jc w:val="right"/>
      </w:pPr>
      <w:r>
        <w:t>یعنی نیگیٹیو باتوں کو پھیلانا، پازیٹیو باتوں کا ذکر نہ کرنا، اس کی وجہ سے یہ سب باتیں ہیں۔</w:t>
      </w:r>
    </w:p>
    <w:p>
      <w:r>
        <w:rPr>
          <w:b/>
        </w:rPr>
        <w:t xml:space="preserve">[35:54] </w:t>
      </w:r>
      <w:r>
        <w:t>molana, agla sawal delhi se hai mr mohammad altafuddin inamdar sahib ka. unhon ne poocha hai ke: "dai ke khaas sifat batayen, aur dai madu se start mein kaise baat karen?"</w:t>
      </w:r>
    </w:p>
    <w:p>
      <w:pPr>
        <w:jc w:val="right"/>
      </w:pPr>
      <w:r>
        <w:t>مولانا، اگلا سوال دلی سے ہے مسٹر محمد الطاف الدین انعامدار صاحب کا۔ انہوں نے پوچھا ہے کہ: "داعی کے خاص صفات بتائیں، اور داعی مدعو سے سٹارٹ میں کیسے بات کریں؟"</w:t>
      </w:r>
    </w:p>
    <w:p>
      <w:r>
        <w:rPr>
          <w:b/>
        </w:rPr>
        <w:t xml:space="preserve">[36:13] </w:t>
      </w:r>
      <w:r>
        <w:t>sara wahi khulasa hai: well wishing, khair khwahi.</w:t>
      </w:r>
    </w:p>
    <w:p>
      <w:pPr>
        <w:jc w:val="right"/>
      </w:pPr>
      <w:r>
        <w:t>سارا وہی خلاصہ ہے: ویل وشنگ، خیر خواہی۔</w:t>
      </w:r>
    </w:p>
    <w:p>
      <w:r>
        <w:rPr>
          <w:b/>
        </w:rPr>
        <w:t xml:space="preserve">[36:20] </w:t>
      </w:r>
      <w:r>
        <w:t>maa baap ko apne bete se khair khwahi hoti hai to us ko koi us ko mashwara poochne nahi jata. woh woh khud janta hai ke mujhe kya karna chahiye. to sara jo is mein, yaani jo uska jo khulasa hai,</w:t>
      </w:r>
    </w:p>
    <w:p>
      <w:pPr>
        <w:jc w:val="right"/>
      </w:pPr>
      <w:r>
        <w:t>ماں باپ کو اپنے بیٹے سے خیر خواہی ہوتی ہے تو اس کو کوئی اس کو مشورہ پوچھنے نہیں جاتا۔ وہ وہ خود جانتا ہے کہ مجھے کیا کرنا چاہیے۔ تو سارا جو اس میں، یعنی جو اس کا جو خلاصہ ہے،</w:t>
      </w:r>
    </w:p>
    <w:p>
      <w:r>
        <w:rPr>
          <w:b/>
        </w:rPr>
        <w:t xml:space="preserve">[36:36] </w:t>
      </w:r>
      <w:r>
        <w:t>woh yahi hai ke madعو ke liye khair khwahi, well wishing. jab tak yeh nahi hogi, tak batane se bhi kuch baat aadmi pakdega nahi.</w:t>
      </w:r>
    </w:p>
    <w:p>
      <w:pPr>
        <w:jc w:val="right"/>
      </w:pPr>
      <w:r>
        <w:t>وہ یہی ہے کہ مدعو کے لیے خیر خواہی، ویل وشنگ۔ جب تک یہ نہیں ہوگی، تک بتانے سے بھی کچھ بات آدمی پکڑے گا نہیں۔</w:t>
      </w:r>
    </w:p>
    <w:p>
      <w:r>
        <w:rPr>
          <w:b/>
        </w:rPr>
        <w:t xml:space="preserve">[36:49] </w:t>
      </w:r>
      <w:r>
        <w:t>jo mohabbat hoti hai maan baap ko apne bete se, woh mohabbat jab tak paida nahi hogi madعو se, tab tak yahi sab rahega.</w:t>
      </w:r>
    </w:p>
    <w:p>
      <w:pPr>
        <w:jc w:val="right"/>
      </w:pPr>
      <w:r>
        <w:t>جو محبت ہوتی ہے ماں باپ کو اپنے بیٹے سے، وہ محبت جب تک پیدا نہیں ہوگی مدعو سے، تب تک یہی سب رہے گا۔</w:t>
      </w:r>
    </w:p>
    <w:p>
      <w:r>
        <w:rPr>
          <w:b/>
        </w:rPr>
        <w:t xml:space="preserve">[36:59] </w:t>
      </w:r>
      <w:r>
        <w:t>maulana, unka ek aur sawal hai. unhone poocha hai ke: "sahaba ke khane rehne aur sone ka kya nizam tha? hadith ki roshni mein batayen."</w:t>
      </w:r>
    </w:p>
    <w:p>
      <w:pPr>
        <w:jc w:val="right"/>
      </w:pPr>
      <w:r>
        <w:t>مولانا، ان کا ایک اور سوال ہے۔ انہوں نے پوچھا ہے کہ: "صحابہ کے کھانے رہنے اور سونے کا کیا نظام تھا؟ حدیث کی روشنی میں بتائیں۔"</w:t>
      </w:r>
    </w:p>
    <w:p>
      <w:r>
        <w:rPr>
          <w:b/>
        </w:rPr>
        <w:t xml:space="preserve">[37:09] </w:t>
      </w:r>
      <w:r>
        <w:t>aap woh kitab padh lijiye: maulana altaf, maulana woh kya naam ka hai? toh sahaba ka hain yusuf, haan yusuf, aasif ka naam yusuf kandhalvi.</w:t>
      </w:r>
    </w:p>
    <w:p>
      <w:pPr>
        <w:jc w:val="right"/>
      </w:pPr>
      <w:r>
        <w:t>آپ وہ کتاب پڑھ لیجئے: مولانا الطاف، مولانا وہ کیا نام کا ہے؟ تو صحابہ کا ہیں یوسف، ہاں یوسف، آصف کا نام یوسف کاندھلوی۔</w:t>
      </w:r>
    </w:p>
    <w:p>
      <w:r>
        <w:rPr>
          <w:b/>
        </w:rPr>
        <w:t xml:space="preserve">[37:22] </w:t>
      </w:r>
      <w:r>
        <w:t>haan, maulana yusuf kandhalvi ki kitab hai, bohat hi comprehensive kitab hai. woh hajat sahaba, woh arabi mein, urdu mein, angrezi mein chhap chuki hai.</w:t>
      </w:r>
    </w:p>
    <w:p>
      <w:pPr>
        <w:jc w:val="right"/>
      </w:pPr>
      <w:r>
        <w:t>ہاں، مولانا یوسف کاندھلوی کی کتاب ہے، بہت ہی کمپرینسو کتاب ہے۔ وہ حاجت صحابہ، وہ عربی میں، اردو میں، انگریزی میں چھپ چکی ہے۔</w:t>
      </w:r>
    </w:p>
    <w:p>
      <w:r>
        <w:rPr>
          <w:b/>
        </w:rPr>
        <w:t xml:space="preserve">[37:36] </w:t>
      </w:r>
      <w:r>
        <w:t>aap jo zaban aap ko aasan ho, use padhiye. is mein poori tafseel mil jayegi aap ko.</w:t>
      </w:r>
    </w:p>
    <w:p>
      <w:pPr>
        <w:jc w:val="right"/>
      </w:pPr>
      <w:r>
        <w:t>آپ جو زبان آپ کو آسان ہو، اسے پڑھیے۔ اس میں پوری تفصیل مل جائے گی آپ کو۔</w:t>
      </w:r>
    </w:p>
    <w:p>
      <w:r>
        <w:rPr>
          <w:b/>
        </w:rPr>
        <w:t xml:space="preserve">[37:44] </w:t>
      </w:r>
      <w:r>
        <w:t>maulana, agla sawal hyderabad, pakistan se aaya hai mr noman afzal sahab ka. unhone poocha hai ke: "insani shukr aur hawani shukr par roshni daleye."</w:t>
      </w:r>
    </w:p>
    <w:p>
      <w:pPr>
        <w:jc w:val="right"/>
      </w:pPr>
      <w:r>
        <w:t>مولانا، اگلا سوال حیدرآباد، پاکستان سے آیا ہے مسٹر نومن افضل صاحب کا۔ انہوں نے پوچھا ہے کہ: "انسانی شکر اور حیوانی شکر پر روشنی ڈالیے۔"</w:t>
      </w:r>
    </w:p>
    <w:p>
      <w:r>
        <w:rPr>
          <w:b/>
        </w:rPr>
        <w:t xml:space="preserve">[37:57] </w:t>
      </w:r>
      <w:r>
        <w:t>shukr toh insani sifat hai. haiwan shukr jante hi nahi.</w:t>
      </w:r>
    </w:p>
    <w:p>
      <w:pPr>
        <w:jc w:val="right"/>
      </w:pPr>
      <w:r>
        <w:t>شکر تو انسانی صفت ہے۔ حیوان شکر جانتے ہی نہیں۔</w:t>
      </w:r>
    </w:p>
    <w:p>
      <w:r>
        <w:rPr>
          <w:b/>
        </w:rPr>
        <w:t xml:space="preserve">[38:07] </w:t>
      </w:r>
      <w:r>
        <w:t>shukr na yeh kahe ke hawani life aur insani life ka farq ke tu haiwan jo hai, shukr karke duniya mein nahi rehta.</w:t>
      </w:r>
    </w:p>
    <w:p>
      <w:pPr>
        <w:jc w:val="right"/>
      </w:pPr>
      <w:r>
        <w:t>شکر نہ یہ کہے کہ حیوانی لائف اور انسانی لائف کا فرق کہ تو حیوان جو ہے، شکر کر کے دنیا میں نہیں رہتا۔</w:t>
      </w:r>
    </w:p>
    <w:p>
      <w:r>
        <w:rPr>
          <w:b/>
        </w:rPr>
        <w:t xml:space="preserve">[38:17] </w:t>
      </w:r>
      <w:r>
        <w:t>yani haiwan bhi oxygen leta hai, woh bhi khata hai ghiza, woh bhi pani peeta hai, lekin woh is ko nahi janta ke mujhe acknowledge karna hai, mujhe shukr karna hai.</w:t>
      </w:r>
    </w:p>
    <w:p>
      <w:pPr>
        <w:jc w:val="right"/>
      </w:pPr>
      <w:r>
        <w:t>یعنی حیوان بھی اکسیجن لیتا ہے، وہ بھی کھاتا ہے غذا، وہ بھی پانی پیتا ہے، لیکن وہ اس کو نہیں جانتا کہ مجھے اکنالج کرنا ہے، مجھے شکر کرنا ہے۔</w:t>
      </w:r>
    </w:p>
    <w:p>
      <w:r>
        <w:rPr>
          <w:b/>
        </w:rPr>
        <w:t xml:space="preserve">[38:30] </w:t>
      </w:r>
      <w:r>
        <w:t>jabke insan jo hai, is ko Allah taala ne yeh sifat di hai ke woh jane ke yeh Allah taala ki blessing hai, yeh Allah taala ki nemat hai, aur phir woh shukr kare.</w:t>
      </w:r>
    </w:p>
    <w:p>
      <w:pPr>
        <w:jc w:val="right"/>
      </w:pPr>
      <w:r>
        <w:t>جبکہ انسان جو ہے، اس کو اللہ تعالی نے یہ صفت دی ہے کہ وہ جانے کہ یہ اللہ تعالی کی بلیسنگ ہے، یہ اللہ تعالی کی نعمت ہے، اور پھر وہ شکر کرے۔</w:t>
      </w:r>
    </w:p>
    <w:p>
      <w:r>
        <w:rPr>
          <w:b/>
        </w:rPr>
        <w:t xml:space="preserve">[38:41] </w:t>
      </w:r>
      <w:r>
        <w:t>toh bilash shukr ki aware, agar koi shakhs zindagi guzar raha hai duniya mein toh woh just like haiwan hai, woh aur shukr karke zindagi guzar raha hai toh phir woh insan hai.</w:t>
      </w:r>
    </w:p>
    <w:p>
      <w:pPr>
        <w:jc w:val="right"/>
      </w:pPr>
      <w:r>
        <w:t>تو بلاش شکر کی اویے، اگر کوئی شخص زندگی گزار رہا ہے دنیا میں تو وہ جسٹ لائک حیوان ہے، وہ اور شکر کر کے زندگی گزار رہا ہے تو پھر وہ انسان ہے۔</w:t>
      </w:r>
    </w:p>
    <w:p>
      <w:r>
        <w:rPr>
          <w:b/>
        </w:rPr>
        <w:t xml:space="preserve">[38:55] </w:t>
      </w:r>
      <w:r>
        <w:t>maulana, agla sawal mr zeeshan yusuf ka aaya hai hyderabad se. unhone aap se poocha hai ke: "i approached one of my seniors for letting him know about Islam.</w:t>
      </w:r>
    </w:p>
    <w:p>
      <w:pPr>
        <w:jc w:val="right"/>
      </w:pPr>
      <w:r>
        <w:t>مولانا، اگلا سوال مسٹر ذیشان یوسف کا آیا ہے حیدرآباد سے۔ انہوں نے آپ سے پوچھا ہے کہ: "آئی اپروچڈ ون آف مائی سینیئرز فار لیٹنگ ہم نو اباؤٹ اسلام۔</w:t>
      </w:r>
    </w:p>
    <w:p>
      <w:r>
        <w:rPr>
          <w:b/>
        </w:rPr>
        <w:t xml:space="preserve">[39:07] </w:t>
      </w:r>
      <w:r>
        <w:t>he said that he was not interested in religion at all, and he would rather not prefer to discuss about it. Maulana, how shall I approach people like these?</w:t>
      </w:r>
    </w:p>
    <w:p>
      <w:pPr>
        <w:jc w:val="right"/>
      </w:pPr>
      <w:r>
        <w:t>ہی سیڈ دیٹ ہی واز ناٹ انٹرسٹڈ ان ریلیجن ایٹ آل، اینڈ ہی وڈ ریدر ناٹ پریفر ٹو ڈسکس اباؤٹ اٹ۔ مولانا، ہاؤ شیل آئی اپروچ پیپل لائک دیز؟</w:t>
      </w:r>
    </w:p>
    <w:p>
      <w:r>
        <w:rPr>
          <w:b/>
        </w:rPr>
        <w:t xml:space="preserve">[39:17] </w:t>
      </w:r>
      <w:r>
        <w:t>dua kijiye.</w:t>
      </w:r>
    </w:p>
    <w:p>
      <w:pPr>
        <w:jc w:val="right"/>
      </w:pPr>
      <w:r>
        <w:t>" دعا کیجئے۔</w:t>
      </w:r>
    </w:p>
    <w:p>
      <w:r>
        <w:rPr>
          <w:b/>
        </w:rPr>
        <w:t xml:space="preserve">[39:21] </w:t>
      </w:r>
      <w:r>
        <w:t>ek se ek badh ke katar log hain, woh un ke andar aa jata hai. kal ek sahab se meri mulaqat hui,</w:t>
      </w:r>
    </w:p>
    <w:p>
      <w:pPr>
        <w:jc w:val="right"/>
      </w:pPr>
      <w:r>
        <w:t>ایک سے ایک بڑھ کے کٹر لوگ ہیں، وہ ان کے اندر آ جاتا ہے۔ کل ایک صاحب سے میری ملاقات ہوئی،</w:t>
      </w:r>
    </w:p>
    <w:p>
      <w:r>
        <w:rPr>
          <w:b/>
        </w:rPr>
        <w:t xml:space="preserve">[39:33] </w:t>
      </w:r>
      <w:r>
        <w:t>maulana owais sahab kal mere paas aaye the toh unhone ek qissa bataya. sheikh hassan misri ek hain, unhone ek qissa bataya hai.</w:t>
      </w:r>
    </w:p>
    <w:p>
      <w:pPr>
        <w:jc w:val="right"/>
      </w:pPr>
      <w:r>
        <w:t>مولانا اویس صاحب کل میرے پاس آئے تھے تو انہوں نے ایک قصہ بتایا۔ شیخ حسان مصری ایک ہیں، انہوں نے ایک قصہ بتایا ہے۔</w:t>
      </w:r>
    </w:p>
    <w:p>
      <w:r>
        <w:rPr>
          <w:b/>
        </w:rPr>
        <w:t xml:space="preserve">[39:46] </w:t>
      </w:r>
      <w:r>
        <w:t>woh kal unhone bataya mujhe, woh un ke ustad bhi hain, ghaliban</w:t>
      </w:r>
    </w:p>
    <w:p>
      <w:pPr>
        <w:jc w:val="right"/>
      </w:pPr>
      <w:r>
        <w:t>وہ کل انہوں نے بتایا مجھے، وہ ان کے استاد بھی ہیں، غالباً</w:t>
      </w:r>
    </w:p>
    <w:p>
      <w:r>
        <w:rPr>
          <w:b/>
        </w:rPr>
        <w:t xml:space="preserve">[39:50] </w:t>
      </w:r>
      <w:r>
        <w:t>woh misr mein taleem un ki hui hai, maulana owais sahab ki ke ek shakhs jo hai, woh use lamba qissa hai, mein mukhtasar kar raha hoon is ko ke ek shakhs ko german zaban mein quran ka tarjuma diya gaya, ek christian ko.</w:t>
      </w:r>
    </w:p>
    <w:p>
      <w:pPr>
        <w:jc w:val="right"/>
      </w:pPr>
      <w:r>
        <w:t>وہ مصر میں تعلیم ان کی ہوئی ہے، مولانا اویس صاحب کی کہ ایک شخص جو ہے، وہ اسے لمبا قصہ ہے، میں مختصر کر رہا ہوں اس کو کہ ایک شخص کو جرمن زبان میں قرآن کا ترجمہ دیا گیا، ایک کرسچن کو۔</w:t>
      </w:r>
    </w:p>
    <w:p>
      <w:r>
        <w:rPr>
          <w:b/>
        </w:rPr>
        <w:t xml:space="preserve">[40:10] </w:t>
      </w:r>
      <w:r>
        <w:t>bohat lamba qissa hai woh. toh woh aadmi jo hai, la kar ke us ne rakh diya use, aur bees saal tak use rakha hua.</w:t>
      </w:r>
    </w:p>
    <w:p>
      <w:pPr>
        <w:jc w:val="right"/>
      </w:pPr>
      <w:r>
        <w:t>بہت لمبا قصہ ہے وہ۔ تو وہ آدمی جو ہے، لا کر کے اس نے رکھ دیا اسے، اور بیس سال تک اسے رکھا ہوا۔</w:t>
      </w:r>
    </w:p>
    <w:p>
      <w:r>
        <w:rPr>
          <w:b/>
        </w:rPr>
        <w:t xml:space="preserve">[40:19] </w:t>
      </w:r>
      <w:r>
        <w:t>kuch asbab paish aaye ke bees saal ke baad use padha, use padha toh itna asar padha us ko</w:t>
      </w:r>
    </w:p>
    <w:p>
      <w:pPr>
        <w:jc w:val="right"/>
      </w:pPr>
      <w:r>
        <w:t>کچھ اسباب پیش آئے کہ بیس سال کے بعد اسے پڑھا، اس کو پڑھا تو اتنا اثر پڑھا اس کو</w:t>
      </w:r>
    </w:p>
    <w:p>
      <w:r>
        <w:rPr>
          <w:b/>
        </w:rPr>
        <w:t xml:space="preserve">[40:26] </w:t>
      </w:r>
      <w:r>
        <w:t>ke us ne islam ko munh kar liya, islam ka مبلغ ban gaya. woh toh la taysu min rooh Allah ka mamla hai.</w:t>
      </w:r>
    </w:p>
    <w:p>
      <w:pPr>
        <w:jc w:val="right"/>
      </w:pPr>
      <w:r>
        <w:t>کہ اس نے اسلام کو منہ کر لیا، اسلام کا مبلغ بن گیا۔ وہ تو لا تیسو من روح اللہ کا معاملہ ہے۔</w:t>
      </w:r>
    </w:p>
    <w:p>
      <w:r>
        <w:rPr>
          <w:b/>
        </w:rPr>
        <w:t xml:space="preserve">[40:37] </w:t>
      </w:r>
      <w:r>
        <w:t>kisi insan se aap mayous na hon, hikmat ke sath kaam karen, dua ke sath kaam karen. is ke liye, yani literature dein us ko</w:t>
      </w:r>
    </w:p>
    <w:p>
      <w:pPr>
        <w:jc w:val="right"/>
      </w:pPr>
      <w:r>
        <w:t>کسی انسان سے آپ مایوس نہ ہوں، حکمت کے ساتھ کام کریں، دعا کے ساتھ کام کریں۔ اس کے لیے، یعنی لٹریچر دیں اس کو</w:t>
      </w:r>
    </w:p>
    <w:p>
      <w:r>
        <w:rPr>
          <w:b/>
        </w:rPr>
        <w:t xml:space="preserve">[40:46] </w:t>
      </w:r>
      <w:r>
        <w:t>jis mein us ko dilchaspi ho. toh yani jis ne diya tha quran majeed ka ka german tarjuma, toh bees saal tak us ke shelf mein pada raha.</w:t>
      </w:r>
    </w:p>
    <w:p>
      <w:pPr>
        <w:jc w:val="right"/>
      </w:pPr>
      <w:r>
        <w:t>جس میں اس کو دلچسپی ہو۔ تو یعنی جس نے دیا تھا قرآن مجید کا کا جرمن ترجمہ، تو بیس سال تک اس کے سیلف میں پڑھا رہا۔</w:t>
      </w:r>
    </w:p>
    <w:p>
      <w:r>
        <w:rPr>
          <w:b/>
        </w:rPr>
        <w:t xml:space="preserve">[41:00] </w:t>
      </w:r>
      <w:r>
        <w:t>bees saal ke baad us ko tofeeq ho gayi</w:t>
      </w:r>
    </w:p>
    <w:p>
      <w:pPr>
        <w:jc w:val="right"/>
      </w:pPr>
      <w:r>
        <w:t>بیس سال کے بعد اس کو توفیق ہو گئی</w:t>
      </w:r>
    </w:p>
    <w:p>
      <w:r>
        <w:rPr>
          <w:b/>
        </w:rPr>
        <w:t xml:space="preserve">[41:04] </w:t>
      </w:r>
      <w:r>
        <w:t>imaan ki. to mayoos hone ki zaroorat nahi hai. jahan aap hamesha yeh kisi replanning kijiye, phir se sochiye aur dua kijiye to raaste khulenge, inshallah.</w:t>
      </w:r>
    </w:p>
    <w:p>
      <w:pPr>
        <w:jc w:val="right"/>
      </w:pPr>
      <w:r>
        <w:t>ایمان کی۔ تو مایوس ہونے کی ضرورت نہیں ہے۔ جہاں آپ ہمیشہ یہ کسی ری پلاننگ کیجئے، پھر سے سوچیے اور دعا کیجئے تو راستے کھلیں گے، انشاءاللہ۔</w:t>
      </w:r>
    </w:p>
    <w:p>
      <w:r>
        <w:rPr>
          <w:b/>
        </w:rPr>
        <w:t xml:space="preserve">[41:21] </w:t>
      </w:r>
      <w:r>
        <w:t>maulana, agla sawal doha, qatar se maulana abdul basit umri ka hai. unhon ne likha hai: "maulana, ulma yeh kaise kehte hain ke aql ka talluq deen se nahi jabke quran hamari samajh ki satah par nazil kiya gaya hai?</w:t>
      </w:r>
    </w:p>
    <w:p>
      <w:pPr>
        <w:jc w:val="right"/>
      </w:pPr>
      <w:r>
        <w:t>مولانا، اگلا سوال دوحہ، قطر سے مولانا عبدالباسط عمری کا ہے۔ انہوں نے لکھا ہے: "مولانا، علماء یہ کیسے کہتے ہیں کہ عقل کا تعلق دین سے نہیں جبکہ قرآن ہماری سمجھ کی سطح پر نازل کیا گیا ہے؟</w:t>
      </w:r>
    </w:p>
    <w:p>
      <w:r>
        <w:rPr>
          <w:b/>
        </w:rPr>
        <w:t xml:space="preserve">[41:38] </w:t>
      </w:r>
      <w:r>
        <w:t>doosri baat yeh hai ke jo baat hamari aql mein aane wali nahi, un ke bare mein saaf bayan kiya gaya hai, maslan rooh, taqdeer, allah ki zaat mein ghore aur fikr.</w:t>
      </w:r>
    </w:p>
    <w:p>
      <w:pPr>
        <w:jc w:val="right"/>
      </w:pPr>
      <w:r>
        <w:t>دوسری بات یہ ہے کہ جو بات ہماری عقل میں آنے والی نہیں، ان کے بارے میں صاف بیان کیا گیا ہے، مثلاً روح، تقدیر، اللہ کی ذات میں غور اور فکر۔</w:t>
      </w:r>
    </w:p>
    <w:p>
      <w:r>
        <w:rPr>
          <w:b/>
        </w:rPr>
        <w:t xml:space="preserve">[41:50] </w:t>
      </w:r>
      <w:r>
        <w:t>is ke bare mein bataein."</w:t>
      </w:r>
    </w:p>
    <w:p>
      <w:pPr>
        <w:jc w:val="right"/>
      </w:pPr>
      <w:r>
        <w:t>اس کے بارے میں بتائیں۔"</w:t>
      </w:r>
    </w:p>
    <w:p>
      <w:r>
        <w:rPr>
          <w:b/>
        </w:rPr>
        <w:t xml:space="preserve">[41:58] </w:t>
      </w:r>
      <w:r>
        <w:t>haan to bas yani aql ka istemal, main ne arz kiya wahi baat phir kahunga ke ek hai aql ka istemal quran ki, yani quran ki, quran ke mad lete hue,</w:t>
      </w:r>
    </w:p>
    <w:p>
      <w:pPr>
        <w:jc w:val="right"/>
      </w:pPr>
      <w:r>
        <w:t>ہاں تو بس یعنی عقل کا استعمال، میں نے عرض کیا وہی بات پھر کہوں گا کہ ایک ہے عقل کا استعمال قرآن کی، یعنی قرآن کی، قرآن کے مد لیتے ہوئے،</w:t>
      </w:r>
    </w:p>
    <w:p>
      <w:r>
        <w:rPr>
          <w:b/>
        </w:rPr>
        <w:t xml:space="preserve">[42:17] </w:t>
      </w:r>
      <w:r>
        <w:t>aql ka istemal quran ke mad lete hue. ek hai aql ka istemal quran se be niaz ho kar ke. to quran se be niaz ho kar jo jo aql istemal ki gayi ki jayegi, woh to bhatkao ki taraf jayegi, bhatkao.</w:t>
      </w:r>
    </w:p>
    <w:p>
      <w:pPr>
        <w:jc w:val="right"/>
      </w:pPr>
      <w:r>
        <w:t>عقل کا استعمال قرآن کے مدل لیتے ہوئے۔ ایک ہے عقل کا استعمال قرآن سے بے نیاز ہو کر کے۔ تو قرآن سے بے نیاز ہو کر جو جو عقل استعمال کی گئی کی جائے گی، وہ تو بھٹکاؤ کی طرف جائے گی، بھٹکاؤ۔</w:t>
      </w:r>
    </w:p>
    <w:p>
      <w:r>
        <w:rPr>
          <w:b/>
        </w:rPr>
        <w:t xml:space="preserve">[42:31] </w:t>
      </w:r>
      <w:r>
        <w:t>lekin jab quran ko ki rehnumai rehnumai mein aql istemal ki jayegi to bilashuba woh saath mustaqeem, saath mustaqeem tak pahunchegi, is mein koi shaq nahi hai.</w:t>
      </w:r>
    </w:p>
    <w:p>
      <w:pPr>
        <w:jc w:val="right"/>
      </w:pPr>
      <w:r>
        <w:t>لیکن جب قرآن کو کی رہنمائی رہنمائی میں عقل استعمال کی جائے گی تو بلاشبہ وہ ساتھ مستقیم، ساتھ مستقیم تک پہنچے گی، اس میں کوئی شک نہیں ہے۔</w:t>
      </w:r>
    </w:p>
    <w:p>
      <w:r>
        <w:rPr>
          <w:b/>
        </w:rPr>
        <w:t xml:space="preserve">[42:45] </w:t>
      </w:r>
      <w:r>
        <w:t>maulana, agla sawal doctor farida khanam ka hai dilli se. unhon ne likha hai: "why is it that muslims do not react to the evils committed by the members of their family, by the members of their community, but they launch their protest only to the evils when these are committed by the people belonging to another community, humm, they regard as their enemies?"</w:t>
      </w:r>
    </w:p>
    <w:p>
      <w:pPr>
        <w:jc w:val="right"/>
      </w:pPr>
      <w:r>
        <w:t>مولانا، اگلا سوال ڈاکٹر فریدہ خانم کا ہے دلی سے۔ انہوں نے لکھا ہے: "وائی از اٹ دیٹ مسلمز ڈو ناٹ ری ایکٹ ٹو دا ایولز کمیٹڈ بائی دی ممبرز آف دیر فیملی، بائی دی ممبرز آف دیر کمیونٹی، بٹ دے لانچ دیر پروٹیسٹ اونلی ٹو دی ایولز وین دیز آر کمیٹڈ بائی دا پیپل بیلانگنگ ٹو انادر کمیونٹی، ہمم، دے ریگارڈ ایز دیر اینمیز؟"</w:t>
      </w:r>
    </w:p>
    <w:p>
      <w:r>
        <w:rPr>
          <w:b/>
        </w:rPr>
        <w:t xml:space="preserve">[43:12] </w:t>
      </w:r>
      <w:r>
        <w:t>haan, abhi haal mein mujhe quran ka ek english tarjuma mila jo yahan ek book fair mein kafi banta gaya hai.</w:t>
      </w:r>
    </w:p>
    <w:p>
      <w:pPr>
        <w:jc w:val="right"/>
      </w:pPr>
      <w:r>
        <w:t>ہاں، ابھی حال میں مجھے قرآن کا ایک انگلش ترجمہ ملا جو یہاں ایک بک فیئر میں کافی بانٹا گیا ہے۔</w:t>
      </w:r>
    </w:p>
    <w:p>
      <w:r>
        <w:rPr>
          <w:b/>
        </w:rPr>
        <w:t xml:space="preserve">[43:21] </w:t>
      </w:r>
      <w:r>
        <w:t>to is ke shuru mein ek preface hai, ek forward hai. is forward mein likha hai</w:t>
      </w:r>
    </w:p>
    <w:p>
      <w:pPr>
        <w:jc w:val="right"/>
      </w:pPr>
      <w:r>
        <w:t>تو اس کے شروع میں ایک پریفیس ہے، ایک فورورڈ ہے۔ اس فورورڈ میں لکھا ہے</w:t>
      </w:r>
    </w:p>
    <w:p>
      <w:r>
        <w:rPr>
          <w:b/>
        </w:rPr>
        <w:t xml:space="preserve">[43:29] </w:t>
      </w:r>
      <w:r>
        <w:t>ke islam aur musalman unique hain. ghore o fikr karo ke islam bhi unique hai, musalman bhi unique hai, ummat, ummat bhi unique hai.</w:t>
      </w:r>
    </w:p>
    <w:p>
      <w:pPr>
        <w:jc w:val="right"/>
      </w:pPr>
      <w:r>
        <w:t>کہ اسلام اور مسلمان یونیک ہیں۔ غور و فکر کرو کہ اسلام بھی یونیک ہے، مسلمان بھی یونیک ہے، امت، امت بھی یونیک ہے۔</w:t>
      </w:r>
    </w:p>
    <w:p>
      <w:r>
        <w:rPr>
          <w:b/>
        </w:rPr>
        <w:t xml:space="preserve">[43:39] </w:t>
      </w:r>
      <w:r>
        <w:t>to yahi zehan mein paida hoga. islam to bilashuba unique hai, musalman unique nahi hai. musalman to ek</w:t>
      </w:r>
    </w:p>
    <w:p>
      <w:pPr>
        <w:jc w:val="right"/>
      </w:pPr>
      <w:r>
        <w:t>تو یہی ذہن میں پیدا ہوگا۔ اسلام تو بلاشبہ یونیک ہے، مسلمان یونیک نہیں ہے۔ مسلمان تو ایک</w:t>
      </w:r>
    </w:p>
    <w:p>
      <w:r>
        <w:rPr>
          <w:b/>
        </w:rPr>
        <w:t xml:space="preserve">[43:47] </w:t>
      </w:r>
      <w:r>
        <w:t>blnt bashar min khalq kiya hai? sahib, kis surat mein? blnt bashar min khalq. ji, kya kya ayat hai?</w:t>
      </w:r>
    </w:p>
    <w:p>
      <w:pPr>
        <w:jc w:val="right"/>
      </w:pPr>
      <w:r>
        <w:t>بلنت بشر من خلق کیا ہے؟ صاحب، کس صورت میں؟ بلنت بشر من خلق۔ جی، کیا کیا آیت ہے؟</w:t>
      </w:r>
    </w:p>
    <w:p>
      <w:r>
        <w:rPr>
          <w:b/>
        </w:rPr>
        <w:t xml:space="preserve">[43:57] </w:t>
      </w:r>
      <w:r>
        <w:t>blnt bashar min khalq. blnt bashar min khalq, jaise doosra insan hai, us se musalman. main hairaan reh gaya ke is quran ko bant rahe hain ghair muslimon mein, jis mein khud likh rakha hai ke musalman unique ummah hain.</w:t>
      </w:r>
    </w:p>
    <w:p>
      <w:pPr>
        <w:jc w:val="right"/>
      </w:pPr>
      <w:r>
        <w:t>بلنت بشر من خلق۔ بلنت بشر من خلق، جیسے دوسرا انسان ہے، اس سے مسلمان۔ میں حیران رہ گیا کہ اس قرآن کو بانٹ رہے ہیں غیر مسلموں میں، جس میں خود لکھ رکھا ہے کہ مسلمان یونیک امہ ہیں۔</w:t>
      </w:r>
    </w:p>
    <w:p>
      <w:r>
        <w:rPr>
          <w:b/>
        </w:rPr>
        <w:t xml:space="preserve">[44:12] </w:t>
      </w:r>
      <w:r>
        <w:t>pata nahi ke yani khuda description karta hai.</w:t>
      </w:r>
    </w:p>
    <w:p>
      <w:pPr>
        <w:jc w:val="right"/>
      </w:pPr>
      <w:r>
        <w:t>پتہ نہیں کہ یعنی خدا ڈسکرپشن کرتا ہے۔</w:t>
      </w:r>
    </w:p>
    <w:p>
      <w:r>
        <w:rPr>
          <w:b/>
        </w:rPr>
        <w:t xml:space="preserve">[44:18] </w:t>
      </w:r>
      <w:r>
        <w:t>to isi se logon ke andar yeh paak, jis ko kehte hain woh yani self righteousness. hum kuch doosron se bartar hain, hum kuch behtar hain, hum khair ummah hain.</w:t>
      </w:r>
    </w:p>
    <w:p>
      <w:pPr>
        <w:jc w:val="right"/>
      </w:pPr>
      <w:r>
        <w:t>تو اسی سے لوگوں کے اندر یہ پاک، جس کو کہتے ہیں وہ یعنی سیلف رائچسنس۔ ہم کچھ دوسروں سے برتر ہیں، ہم کچھ بہتر ہیں، ہم خیر امت ہیں۔</w:t>
      </w:r>
    </w:p>
    <w:p>
      <w:r>
        <w:rPr>
          <w:b/>
        </w:rPr>
        <w:t xml:space="preserve">[44:30] </w:t>
      </w:r>
      <w:r>
        <w:t>isi ki wajah se apne bare mein kaha jaye to bhark bharken ge aur doosron ke bare mein khoob bolen ge, be takan. to main hairaan reh gaya ke woh quran, us mein likha hua tha ke ghair muslimon ke mein phailane ke liye, aur us mein, us mein forward word mein yeh likha hua hai.</w:t>
      </w:r>
    </w:p>
    <w:p>
      <w:pPr>
        <w:jc w:val="right"/>
      </w:pPr>
      <w:r>
        <w:t>اسی کی وجہ سے اپنے بارے میں کہا جائے تو بھڑک بھڑکیں گے اور دوسروں کے بارے میں خوب بولیں گے، بے تکان۔ تو میں حیران رہ گیا کہ وہ قرآن، اس میں لکھا ہوا تھا کہ غیر مسلموں کے میں پھیلانے کے لیے، اور اس میں، اس میں فورورڈ ورڈ میں یہ لکھا ہوا ہے۔</w:t>
      </w:r>
    </w:p>
    <w:p>
      <w:r>
        <w:rPr>
          <w:b/>
        </w:rPr>
        <w:t xml:space="preserve">[44:50] </w:t>
      </w:r>
      <w:r>
        <w:t>kya kya kya tha? woh us mein yahi tha ke islam aur muslim ummah unique hain. ji ji ji, mere paas maujood hai, kuch aap aa ke dekh sakte hain.</w:t>
      </w:r>
    </w:p>
    <w:p>
      <w:pPr>
        <w:jc w:val="right"/>
      </w:pPr>
      <w:r>
        <w:t>کیا کیا کیا تھا؟ وہ اس میں یہی تھا کہ اسلام اور مسلم امہ یونیک ہیں۔ جی جی جی، میرے پاس موجود ہے، کچھ آپ آ کے دیکھ سکتے ہیں۔</w:t>
      </w:r>
    </w:p>
    <w:p>
      <w:r>
        <w:rPr>
          <w:b/>
        </w:rPr>
        <w:t xml:space="preserve">[45:00] </w:t>
      </w:r>
      <w:r>
        <w:t>islam bilashuba unique hai, lekin unique is tarah se main bhi unique agar tab bhi main nahi bolunga. main kahunga ke islam jo hai, preserved religion hai, mehfooz religion hai.</w:t>
      </w:r>
    </w:p>
    <w:p>
      <w:pPr>
        <w:jc w:val="right"/>
      </w:pPr>
      <w:r>
        <w:t>اسلام بلاشبہ یونیک ہے، لیکن یونیک اس طرح سے میں بھی یونیک اگر تب بھی میں نہیں بولوں گا۔ میں کہوں کہ اسلام جو ہے، پریزروڈ ریلیجن ہے، محفوظ ریلیجن ہے۔</w:t>
      </w:r>
    </w:p>
    <w:p>
      <w:r>
        <w:rPr>
          <w:b/>
        </w:rPr>
        <w:t xml:space="preserve">[45:13] </w:t>
      </w:r>
      <w:r>
        <w:t>har har mazhab</w:t>
      </w:r>
    </w:p>
    <w:p>
      <w:pPr>
        <w:jc w:val="right"/>
      </w:pPr>
      <w:r>
        <w:t>ہر ہر مذہب</w:t>
      </w:r>
    </w:p>
    <w:p>
      <w:r>
        <w:rPr>
          <w:b/>
        </w:rPr>
        <w:t xml:space="preserve">[45:14] </w:t>
      </w:r>
      <w:r>
        <w:t>jo tha, wahshi tha, jaisa ke islam hai, jo allah ne bheja. to islam jo hai, kuch superior hai, doosre pichle mazahib jo the, inferior the.</w:t>
      </w:r>
    </w:p>
    <w:p>
      <w:pPr>
        <w:jc w:val="right"/>
      </w:pPr>
      <w:r>
        <w:t>جو تھا، وحشی تھا، جیسا کہ اسلام ہے، جو اللہ نے بھیجا۔ تو اسلام جو ہے، کچھ سپیرئر ہے، دوسرے پچھلے مذاہب جو تھے، انفیریئر تھے۔</w:t>
      </w:r>
    </w:p>
    <w:p>
      <w:r>
        <w:rPr>
          <w:b/>
        </w:rPr>
        <w:t xml:space="preserve">[45:24] </w:t>
      </w:r>
      <w:r>
        <w:t>aisa nahi, kuch bhi nahi. to unique ka lafz hi sach much irrelevant hai.</w:t>
      </w:r>
    </w:p>
    <w:p>
      <w:pPr>
        <w:jc w:val="right"/>
      </w:pPr>
      <w:r>
        <w:t>ایسا نہیں، کچھ بھی نہیں۔ تو یونیک کا لفظ ہی سچ مچ ارریلیونٹ ہے۔</w:t>
      </w:r>
    </w:p>
    <w:p>
      <w:r>
        <w:rPr>
          <w:b/>
        </w:rPr>
        <w:t xml:space="preserve">[45:32] </w:t>
      </w:r>
      <w:r>
        <w:t>quran ya islam koi yani doosre jo allah ke bheje hue mazahib the, us se alag nahi hai. wahi wahi wahi ka wahi hai.</w:t>
      </w:r>
    </w:p>
    <w:p>
      <w:pPr>
        <w:jc w:val="right"/>
      </w:pPr>
      <w:r>
        <w:t>قرآن یا اسلام کوئی یعنی دوسرے جو اللہ کے بھیجے ہوئے مذہب تھے، اس سے الگ نہیں ہے۔ وہی وہی وہی کا وہی ہے۔</w:t>
      </w:r>
    </w:p>
    <w:p>
      <w:r>
        <w:rPr>
          <w:b/>
        </w:rPr>
        <w:t xml:space="preserve">[45:42] </w:t>
      </w:r>
      <w:r>
        <w:t>to unique ka concept hi galat hai. aur musalmanon ka samajhna ke woh unique ummah hain, woh khair ummah hain, doosre log</w:t>
      </w:r>
    </w:p>
    <w:p>
      <w:pPr>
        <w:jc w:val="right"/>
      </w:pPr>
      <w:r>
        <w:t>تو یونیک کا کانسیپٹ ہی غلط ہے۔ اور مسلمانوں کا سمجھنا کہ وہ یونیک امہ ہیں، وہ خیر امہ ہیں، دوسرے لوگ</w:t>
      </w:r>
    </w:p>
    <w:p>
      <w:r>
        <w:rPr>
          <w:b/>
        </w:rPr>
        <w:t xml:space="preserve">[45:50] </w:t>
      </w:r>
      <w:r>
        <w:t>un se kam hain, kuch yeh bilashuba ek ek khud sakhta nazariya hai, baseless hai. aur isi ki wajah se yeh agaya musalmanon mein, yani apne ko kuch behtar samajhna, doosron se ooncha samajhna.</w:t>
      </w:r>
    </w:p>
    <w:p>
      <w:pPr>
        <w:jc w:val="right"/>
      </w:pPr>
      <w:r>
        <w:t>ان سے کم ہیں، کچھ یہ بلاشبہ ایک ایک خود ساختہ نظریہ ہے، بیسلیس ہے۔ اور اسی کی وجہ سے یہ آگیا مسلمانوں میں، یعنی اپنے کو کچھ بہتر سمجھنا، دوسروں سے اونچا سمجھنا۔</w:t>
      </w:r>
    </w:p>
    <w:p>
      <w:r>
        <w:rPr>
          <w:b/>
        </w:rPr>
        <w:t xml:space="preserve">[46:07] </w:t>
      </w:r>
      <w:r>
        <w:t>to jo log aisa maan lein, to un par karsiz ka karsaz kiya jayega, to bohat ghussa honge. aur doosron pe kiya jaye, to khoob khush honge. yeh nafsiyat musalmanon mein iss waqt hai, jis ko angrezi mein kehte hain paranoia.</w:t>
      </w:r>
    </w:p>
    <w:p>
      <w:pPr>
        <w:jc w:val="right"/>
      </w:pPr>
      <w:r>
        <w:t>تو جو لوگ ایسا مان لیں، تو ان پر کرسز کا کرساز کیا جائے گا، تو بہت غصہ ہوں گے۔ اور دوسروں پہ کیا جائے، تو خوب خوش ہوں گے۔ یہ نفسیات مسلمانوں میں اس وقت ہے، جس کو انگریزی میں کہتے ہیں پیرانویا۔</w:t>
      </w:r>
    </w:p>
    <w:p>
      <w:r>
        <w:rPr>
          <w:b/>
        </w:rPr>
        <w:t xml:space="preserve">[46:22] </w:t>
      </w:r>
      <w:r>
        <w:t>musalmanon ka jo hai, us ko panaroid character ban gaye hain musalman.</w:t>
      </w:r>
    </w:p>
    <w:p>
      <w:pPr>
        <w:jc w:val="right"/>
      </w:pPr>
      <w:r>
        <w:t>مسلمانوں کا جو ہے، اس کو پیرانویک کریکٹر بن گئے ہیں مسلمان۔</w:t>
      </w:r>
    </w:p>
    <w:p>
      <w:r>
        <w:rPr>
          <w:b/>
        </w:rPr>
        <w:t xml:space="preserve">[46:27] </w:t>
      </w:r>
      <w:r>
        <w:t>aur yeh mera dekhein, bilkul is ka islam se koi talluq nahi hai.</w:t>
      </w:r>
    </w:p>
    <w:p>
      <w:pPr>
        <w:jc w:val="right"/>
      </w:pPr>
      <w:r>
        <w:t>اور یہ میرا دیکھیں، بالکل اس کا اسلام سے کوئی تعلق نہیں ہے۔</w:t>
      </w:r>
    </w:p>
    <w:p>
      <w:r>
        <w:rPr>
          <w:b/>
        </w:rPr>
        <w:t xml:space="preserve">[46:32] </w:t>
      </w:r>
      <w:r>
        <w:t>maulana, agla ek comment aaya hai maulana abdul basit umri ka doha, qatar se. unhon ne likha hai: "maulana shib shib abi talib ke waqeye se daai ka kirdaar bohat wazeh andaaz mein samajh mein aaya.</w:t>
      </w:r>
    </w:p>
    <w:p>
      <w:pPr>
        <w:jc w:val="right"/>
      </w:pPr>
      <w:r>
        <w:t>مولانا، اگلا ایک کمنٹ آیا ہے مولانا عبدالباسط عمری کا دوحہ، قطر سے۔ انہوں نے لکھا ہے: "مولانا شیب شیب ابی طالب کے واقعے سے داعی کا کردار بہت واضح انداز میں سمجھ میں آیا۔</w:t>
      </w:r>
    </w:p>
    <w:p>
      <w:r>
        <w:rPr>
          <w:b/>
        </w:rPr>
        <w:t xml:space="preserve">[46:47] </w:t>
      </w:r>
      <w:r>
        <w:t>is wazahat ke peeche nabiyon ka waqeya yaad aaya ke un ko aari se aur lohay ki kanghiyon se un ke jism ke tukde kiye gaye, phir bhi unhein yeh bardasht karne ka hukum tha." ji haan, sahi hai.</w:t>
      </w:r>
    </w:p>
    <w:p>
      <w:pPr>
        <w:jc w:val="right"/>
      </w:pPr>
      <w:r>
        <w:t>اس وضاحت کے پیچھے نبیوں کا واقعہ یاد آیا کہ ان کو اری سے اور لوہے کی کنگھیوں سے ان کے جسم کے ٹکڑے کیے گئے، پھر بھی انہیں یہ برداشت کرنے کا حکم تھا۔" جی ہاں، صحیح ہے۔</w:t>
      </w:r>
    </w:p>
    <w:p>
      <w:r>
        <w:rPr>
          <w:b/>
        </w:rPr>
        <w:t xml:space="preserve">[47:03] </w:t>
      </w:r>
      <w:r>
        <w:t>maulana, agla sawal hai dilli se mister arshad jamal sahab ka. unhon ne likha hai: "ek sahab ka message aaya ke falan address par al risala issue kar dein.</w:t>
      </w:r>
    </w:p>
    <w:p>
      <w:pPr>
        <w:jc w:val="right"/>
      </w:pPr>
      <w:r>
        <w:t>مولانا، اگلا سوال ہے دلی سے مسٹر ارشد جمال صاحب کا۔ انہوں نے لکھا ہے: "ایک صاحب کا میسج آیا کہ فلاں ایڈریس پر الرسالہ ایشو کر دیں۔</w:t>
      </w:r>
    </w:p>
    <w:p>
      <w:r>
        <w:rPr>
          <w:b/>
        </w:rPr>
        <w:t xml:space="preserve">[47:14] </w:t>
      </w:r>
      <w:r>
        <w:t>main ne kaha ke al risala ke liye aap direct al risala office se contact karein. is par woh sahab naraz ho gaye.</w:t>
      </w:r>
    </w:p>
    <w:p>
      <w:pPr>
        <w:jc w:val="right"/>
      </w:pPr>
      <w:r>
        <w:t>میں نے کہا کہ الرسالہ کے لیے آپ ڈائریکٹ الرسالہ افس سے کانٹیکٹ کریں۔ اس پر وہ صاحب ناراض ہو گئے۔</w:t>
      </w:r>
    </w:p>
    <w:p>
      <w:r>
        <w:rPr>
          <w:b/>
        </w:rPr>
        <w:t xml:space="preserve">[47:23] </w:t>
      </w:r>
      <w:r>
        <w:t>unhon ne ek saathi se is ki shikayat ki aur unhon ne kaha ke meri request ko professionally le liya gaya hai. maulana, is tarah ke complex ko kaise door kiya jaye?"</w:t>
      </w:r>
    </w:p>
    <w:p>
      <w:pPr>
        <w:jc w:val="right"/>
      </w:pPr>
      <w:r>
        <w:t>انہوں نے ایک ساتھی سے اس کی شکایت کی اور انہوں نے کہا کہ میری ریکویسٹ کو پروفیشنلی لے لیا گیا ہے۔ مولانا، اس طرح کے کمپلیکس کو کیسے دور کیا جائے؟"</w:t>
      </w:r>
    </w:p>
    <w:p>
      <w:r>
        <w:rPr>
          <w:b/>
        </w:rPr>
        <w:t xml:space="preserve">[47:37] </w:t>
      </w:r>
      <w:r>
        <w:t>door yahi kiya hai ke logon ko principle nahi maloom. principle principle kya hai? jin sahab ne aisa jo maloom diya, mere nazdeek galat jo maloom tha, woh dekhein.</w:t>
      </w:r>
    </w:p>
    <w:p>
      <w:pPr>
        <w:jc w:val="right"/>
      </w:pPr>
      <w:r>
        <w:t>دور یہی کیا ہے کہ لوگوں کو پرنسپل نہیں معلوم۔ پرنسپل پرنسپل کیا ہے؟ جن صاحب نے ایسا جو معلوم دیا، میرے نزدیک غلط جو معلوم تھا، وہ دیکھیں۔</w:t>
      </w:r>
    </w:p>
    <w:p>
      <w:r>
        <w:rPr>
          <w:b/>
        </w:rPr>
        <w:t xml:space="preserve">[47:49] </w:t>
      </w:r>
      <w:r>
        <w:t>is tarah ki soorat-e-haal mein un ke liye do shakalain theen, do shakalain.</w:t>
      </w:r>
    </w:p>
    <w:p>
      <w:pPr>
        <w:jc w:val="right"/>
      </w:pPr>
      <w:r>
        <w:t>اس طرح کی صورتحال میں ان کے لیے دو شکلیں تھیں، دو شکلیں۔</w:t>
      </w:r>
    </w:p>
    <w:p>
      <w:r>
        <w:rPr>
          <w:b/>
        </w:rPr>
        <w:t xml:space="preserve">[47:54] </w:t>
      </w:r>
      <w:r>
        <w:t>ek yeh hai ke woh direct daftar mein telephone karein aur jo kuch kehna hai, daftar se kahein. achha, agar jari karna hai to yeh bhi shakal thi ke woh money order lein aur us par is ka jitna chanda hota hai, usay likhein, apne paas se raqam jama kar ke aur bhej dein, aap is ke naam.</w:t>
      </w:r>
    </w:p>
    <w:p>
      <w:pPr>
        <w:jc w:val="right"/>
      </w:pPr>
      <w:r>
        <w:t>ایک یہ ہے کہ وہ ڈائریکٹ دفتر میں ٹیلی فون کریں اور جو کچھ کہنا ہے، دفتر سے کہیں۔ اچھا، اگر جاری کرنا ہے تو یہ بھی شکل تھی کہ وہ منی آرڈر لیں اور اس پر اس کا جتنا چندہ ہوتا ہے، اسے لکھیں، اپنے پاس سے رقم جمع کر کے اور بھیج دیں، آپ اس کے نام۔</w:t>
      </w:r>
    </w:p>
    <w:p>
      <w:r>
        <w:rPr>
          <w:b/>
        </w:rPr>
        <w:t xml:space="preserve">[48:18] </w:t>
      </w:r>
      <w:r>
        <w:t>baqi yeh jo remark diya unhon ne is tareeqe se, woh mere nazdeek galat remark tha. aur main samajhta hoon ke woh adaab-e-hayat nahi jante. musalmanon mein aam taur par yeh kamzori hai ke woh haram-o-halal ko to jante hain, magar woh adaab-e-hayat ko nahi jante.</w:t>
      </w:r>
    </w:p>
    <w:p>
      <w:pPr>
        <w:jc w:val="right"/>
      </w:pPr>
      <w:r>
        <w:t>باقی یہ جو ریمارک دیا انہوں نے اس طریقے سے، وہ میرے نزدیک غلط ریمارک تھا۔ اور میں سمجھتا ہوں کہ وہ آداب حیات نہیں جانتے۔ مسلمانوں میں عام طور پر یہ کمزوری ہے کہ وہ حرام و حلال کو تو جانتے ہیں، مگر وہ آداب حیات کو نہیں جانتے۔</w:t>
      </w:r>
    </w:p>
    <w:p>
      <w:r>
        <w:rPr>
          <w:b/>
        </w:rPr>
        <w:t xml:space="preserve">[48:33] </w:t>
      </w:r>
      <w:r>
        <w:t>haram-o-halal jo bilkul khule khule hain ke suar ka gosht ya ya sharab peena haram, yeh to sab log jante hain.</w:t>
      </w:r>
    </w:p>
    <w:p>
      <w:pPr>
        <w:jc w:val="right"/>
      </w:pPr>
      <w:r>
        <w:t>حرام و حلال جو بالکل کھلے کھلے ہیں کہ سور کا گوشت یا یا شراب پینا حرام، یہ تو سب لوگ جانتے ہیں۔</w:t>
      </w:r>
    </w:p>
    <w:p>
      <w:r>
        <w:rPr>
          <w:b/>
        </w:rPr>
        <w:t xml:space="preserve">[48:42] </w:t>
      </w:r>
      <w:r>
        <w:t>lekin zindagi ke jo adaab hain, jo principles of life hain, us se bekhabar hain. woh</w:t>
      </w:r>
    </w:p>
    <w:p>
      <w:pPr>
        <w:jc w:val="right"/>
      </w:pPr>
      <w:r>
        <w:t>لیکن زندگی کے جو آداب ہیں، جو پرنسپلز آف لائف ہیں، اس سے بے خبر ہیں۔ وہ</w:t>
      </w:r>
    </w:p>
    <w:p>
      <w:r>
        <w:rPr>
          <w:b/>
        </w:rPr>
        <w:t xml:space="preserve">[48:47] </w:t>
      </w:r>
      <w:r>
        <w:t>to main samajhta hoon un ko conscious karna yeh chahiye tha ke agar woh apne paas se khud se karna chahte thay to apni jeb se woh raqam ka money order kar dein, aap us ko aur yahan se jari ho jayega, wahan</w:t>
      </w:r>
    </w:p>
    <w:p>
      <w:pPr>
        <w:jc w:val="right"/>
      </w:pPr>
      <w:r>
        <w:t>تو میں سمجھتا ہوں ان کو کائنس کرنا یہ چاہیے تھا کہ اگر وہ اپنے پاس سے خود سے کرنا چاہتے تھے تو اپنی جیب سے وہ رقم کا منی آرڈر کر دیں، آپ اس کو اور یہاں سے جاری ہو جائے گا، وہاں</w:t>
      </w:r>
    </w:p>
    <w:p>
      <w:r>
        <w:rPr>
          <w:b/>
        </w:rPr>
        <w:t xml:space="preserve">[49:06] </w:t>
      </w:r>
      <w:r>
        <w:t>ya koi bhi aisi shakal jo usool ke mutabiq ho. lekin yeh to main ne tak usool ke mutabiq tha un ka yeh feal. to un ko main samajhta hoon ke woh adaab-e-hayat se abhi waqif nahi hain.</w:t>
      </w:r>
    </w:p>
    <w:p>
      <w:pPr>
        <w:jc w:val="right"/>
      </w:pPr>
      <w:r>
        <w:t>یا کوئی بھی ایسی شکل جو اصول کے مطابق ہو۔ لیکن یہ تو میں نے تک اصول کے مطابق تھا ان کا یہ فعل۔ تو ان کو میں سمجھتا ہوں کہ وہ آداب حیات سے ابھی واقف نہیں ہیں۔</w:t>
      </w:r>
    </w:p>
    <w:p>
      <w:r>
        <w:rPr>
          <w:b/>
        </w:rPr>
        <w:t xml:space="preserve">[49:22] </w:t>
      </w:r>
      <w:r>
        <w:t>maulana, agla sawal hai dilli se maulana sharq hussain sahab ka. unhon ne likha hai: "madhu par tanqeed karne ke baad is ki defeat par khush ho kar taliyan bajana, kya yeh sabit karta hai ke is daai ki nafsiyat durust nahi?"</w:t>
      </w:r>
    </w:p>
    <w:p>
      <w:pPr>
        <w:jc w:val="right"/>
      </w:pPr>
      <w:r>
        <w:t>مولانا، اگلا سوال ہے دلی سے مولانا شارق حسین صاحب کا۔ انہوں نے لکھا ہے: "مدھو پر تنقید کرنے کے بعد اس کی ڈیفیٹ پر خوش ہو کر تالیاں بجانا، کیا یہ ثابت کرتا ہے کہ اس داعی کی نفسیات درست نہیں؟"</w:t>
      </w:r>
    </w:p>
    <w:p>
      <w:r>
        <w:rPr>
          <w:b/>
        </w:rPr>
        <w:t xml:space="preserve">[49:39] </w:t>
      </w:r>
      <w:r>
        <w:t>durust kiya hai? haram nafsiyat hai. nafsiyat bhi haram hoti hai. yeh to yeh to haram nafsiyat hai.</w:t>
      </w:r>
    </w:p>
    <w:p>
      <w:pPr>
        <w:jc w:val="right"/>
      </w:pPr>
      <w:r>
        <w:t>درست کیا ہے؟ حرام نفسیات ہے۔ نفسیات بھی حرام ہوتی ہے۔ یہ تو یہ تو حرام نفسیات ہے۔</w:t>
      </w:r>
    </w:p>
    <w:p>
      <w:r>
        <w:rPr>
          <w:b/>
        </w:rPr>
        <w:t xml:space="preserve">[49:49] </w:t>
      </w:r>
      <w:r>
        <w:t>agar madhu aap ki baat na maane to aap ke jo option hai, woh dua karne ka hai. yeh nahi ke aap taliyan bajayein.</w:t>
      </w:r>
    </w:p>
    <w:p>
      <w:pPr>
        <w:jc w:val="right"/>
      </w:pPr>
      <w:r>
        <w:t>اگر مدھو آپ کی بات نہ مانے تو آپ کے جو آپشن ہے، وہ دعا کرنے کا ہے۔ یہ نہیں کہ آپ تالیاں بجائیں۔</w:t>
      </w:r>
    </w:p>
    <w:p>
      <w:r>
        <w:rPr>
          <w:b/>
        </w:rPr>
        <w:t xml:space="preserve">[49:58] </w:t>
      </w:r>
      <w:r>
        <w:t>yani dawat ki taqreer, yani awwal to ek ek daai apne ko kahe aadmi aur sirf taqreerein kare ke jisay taliyan bajayein, yeh to bilkul hi yani is ka islam se koi talluq nahi hai.</w:t>
      </w:r>
    </w:p>
    <w:p>
      <w:pPr>
        <w:jc w:val="right"/>
      </w:pPr>
      <w:r>
        <w:t>یعنی دعوت کے تقریر، یعنی اول تو ایک ایک داعی اپنے کو کہے آدمی اور صرف تقریریں کرے کہ جسے تالیاں بجائیں، یہ تو بالکل ہی یعنی اس کا اسلام سے کوئی تعلق نہیں ہے۔</w:t>
      </w:r>
    </w:p>
    <w:p>
      <w:r>
        <w:rPr>
          <w:b/>
        </w:rPr>
        <w:t xml:space="preserve">[50:11] </w:t>
      </w:r>
      <w:r>
        <w:t>is ka islam se koi talluq nahi hai.</w:t>
      </w:r>
    </w:p>
    <w:p>
      <w:pPr>
        <w:jc w:val="right"/>
      </w:pPr>
      <w:r>
        <w:t>اس کا اسلام سے کوئی تعلق نہیں ہے۔</w:t>
      </w:r>
    </w:p>
    <w:p>
      <w:r>
        <w:rPr>
          <w:b/>
        </w:rPr>
        <w:t xml:space="preserve">[50:16] </w:t>
      </w:r>
      <w:r>
        <w:t>dawat ki taqreer woh hai jis se logon ke andar introspection paida ho, muhasba paida ho, logon ke andar soch jaage.</w:t>
      </w:r>
    </w:p>
    <w:p>
      <w:pPr>
        <w:jc w:val="right"/>
      </w:pPr>
      <w:r>
        <w:t>دعوت کی تقریر وہ ہے جس سے لوگوں کے اندر انٹراسپیکشن پیدا ہو، محاسبہ پیدا ہو، لوگوں کے اندر سوچ جاگے۔</w:t>
      </w:r>
    </w:p>
    <w:p>
      <w:r>
        <w:rPr>
          <w:b/>
        </w:rPr>
        <w:t xml:space="preserve">[50:25] </w:t>
      </w:r>
      <w:r>
        <w:t>yeh nahi ke taliyan baja rahe hain log. harghiz harghiz aisay jalsay agar dawat ke naam par kiye jatay hain aur taliyan bajti hain to woh is ka dawat se koi talluq nahi hai.</w:t>
      </w:r>
    </w:p>
    <w:p>
      <w:pPr>
        <w:jc w:val="right"/>
      </w:pPr>
      <w:r>
        <w:t>یہ نہیں کہ تالیاں بجا رہے ہیں لوگ۔ ہرگز ہرگز ایسے جلسے اگر دعوت کے نام پر کیے جاتے ہیں اور تالیاں بجتی ہیں تو وہ اس کا دعوت سے کوئی تعلق نہیں ہے۔</w:t>
      </w:r>
    </w:p>
    <w:p>
      <w:r>
        <w:rPr>
          <w:b/>
        </w:rPr>
        <w:t xml:space="preserve">[50:35] </w:t>
      </w:r>
      <w:r>
        <w:t>woh</w:t>
      </w:r>
    </w:p>
    <w:p>
      <w:pPr>
        <w:jc w:val="right"/>
      </w:pPr>
      <w:r>
        <w:t>وہ</w:t>
      </w:r>
    </w:p>
    <w:p>
      <w:r>
        <w:rPr>
          <w:b/>
        </w:rPr>
        <w:t xml:space="preserve">[50:36] </w:t>
      </w:r>
      <w:r>
        <w:t>kuch aur jo bhi is ka naam rakhein aap, lekin woh dawat nahi. dawat ke jalsay mein taliyan bajna, yeh dawat ki spirit ke khilaf hai.</w:t>
      </w:r>
    </w:p>
    <w:p>
      <w:pPr>
        <w:jc w:val="right"/>
      </w:pPr>
      <w:r>
        <w:t>کچھ اور جو بھی اس کا نام رکھیں آپ، لیکن وہ دعوت نہیں۔ دعوت کے جلسے میں تالیاں بجنا، یہ دعوت کی اسپرٹ کے خلاف ہے۔</w:t>
      </w:r>
    </w:p>
    <w:p>
      <w:r>
        <w:rPr>
          <w:b/>
        </w:rPr>
        <w:t xml:space="preserve">[50:48] </w:t>
      </w:r>
      <w:r>
        <w:t>maulana, un ka aik aur sawal hai. unhon ne poocha hai ke doosron ko tanqeed karte waqt khud ko nathing samajhna zehni taur par aik mushkil kaam hai.</w:t>
      </w:r>
    </w:p>
    <w:p>
      <w:pPr>
        <w:jc w:val="right"/>
      </w:pPr>
      <w:r>
        <w:t>مولانا، ان کا ایک اور سوال ہے۔ انہوں نے پوچھا ہے کہ دوسروں کو تنقید کرتے وقت خود کو نتھنگ سمجھنا ذہنی طور پر ایک مشکل کام ہے۔</w:t>
      </w:r>
    </w:p>
    <w:p>
      <w:r>
        <w:rPr>
          <w:b/>
        </w:rPr>
        <w:t xml:space="preserve">[50:59] </w:t>
      </w:r>
      <w:r>
        <w:t>is cheez ko apne andar kaise paida kiya jaye?</w:t>
      </w:r>
    </w:p>
    <w:p>
      <w:pPr>
        <w:jc w:val="right"/>
      </w:pPr>
      <w:r>
        <w:t>اس چیز کو اپنے اندر کیسے پیدا کیا جائے؟</w:t>
      </w:r>
    </w:p>
    <w:p>
      <w:r>
        <w:rPr>
          <w:b/>
        </w:rPr>
        <w:t xml:space="preserve">[51:03] </w:t>
      </w:r>
      <w:r>
        <w:t>mushkil kuch bhi nahi hai. Allah se dua ki jiye. Hazrat Masih se ne kisi se is tarah ki baat ki to us ne kaha ke yeh to bohat mushkil kaam hai.</w:t>
      </w:r>
    </w:p>
    <w:p>
      <w:pPr>
        <w:jc w:val="right"/>
      </w:pPr>
      <w:r>
        <w:t>مشکل کچھ بھی نہیں ہے۔ اللہ سے دعا کیجئے۔ حضرت مسیح سے نے کسی سے اس طرح کی بات کی تو اس نے کہا کہ یہ تو بہت مشکل کام ہے۔</w:t>
      </w:r>
    </w:p>
    <w:p>
      <w:r>
        <w:rPr>
          <w:b/>
        </w:rPr>
        <w:t xml:space="preserve">[51:15] </w:t>
      </w:r>
      <w:r>
        <w:t>to Hazrat Masih ne kaha ke insan ke liye mushkil hai, lekin Allah ke liye to kuch bhi mushkil nahi. matlab Allah se pao, Allah se mango to mil jayega.</w:t>
      </w:r>
    </w:p>
    <w:p>
      <w:pPr>
        <w:jc w:val="right"/>
      </w:pPr>
      <w:r>
        <w:t>تو حضرت مسیح نے کہا کہ انسان کے لیے مشکل ہے، لیکن اللہ کے لیے تو کچھ بھی مشکل نہیں۔ مطلب اللہ سے پاؤ، اللہ سے مانگو تو مل جائے گا۔</w:t>
      </w:r>
    </w:p>
    <w:p>
      <w:r>
        <w:rPr>
          <w:b/>
        </w:rPr>
        <w:t xml:space="preserve">[51:26] </w:t>
      </w:r>
      <w:r>
        <w:t>Allah se mango, Allah to tum ko is ki tofeeq de dega.</w:t>
      </w:r>
    </w:p>
    <w:p>
      <w:pPr>
        <w:jc w:val="right"/>
      </w:pPr>
      <w:r>
        <w:t>اللہ سے مانگو، اللہ تو تم کو اس کی توفیق دے دے گا۔</w:t>
      </w:r>
    </w:p>
    <w:p>
      <w:r>
        <w:rPr>
          <w:b/>
        </w:rPr>
        <w:t xml:space="preserve">[51:33] </w:t>
      </w:r>
      <w:r>
        <w:t>maulana, agla sawal Dilli se hai Miss Shaishta ka. unhon ne aap se poocha hai ke "please tell me, how can we define defensive war in Islam?"</w:t>
      </w:r>
    </w:p>
    <w:p>
      <w:pPr>
        <w:jc w:val="right"/>
      </w:pPr>
      <w:r>
        <w:t>مولانا، اگلا سوال دلی سے ہے مس شائستہ کا۔ انہوں نے آپ سے پوچھا ہے کہ "پلیز ٹیل می، ہاؤ کین وی ڈیفائن ڈیفنسو وار ان اسلام؟"</w:t>
      </w:r>
    </w:p>
    <w:p>
      <w:r>
        <w:rPr>
          <w:b/>
        </w:rPr>
        <w:t xml:space="preserve">[51:45] </w:t>
      </w:r>
      <w:r>
        <w:t>dekhen, defensive war ka talluq pehli baat yeh hai ke awam se nahi hai, NGOs se nahi hai. aaj kal jo idhar udhar musalman lad rahe hain defense ke naam par, woh defense nahi hai.</w:t>
      </w:r>
    </w:p>
    <w:p>
      <w:pPr>
        <w:jc w:val="right"/>
      </w:pPr>
      <w:r>
        <w:t>دیکھیں، ڈیفنسو وار کا تعلق پہلی بات یہ ہے کہ عوام سے نہیں ہے، این جی اوز سے نہیں ہے۔ آج کل جو ادھر ادھر مسلمان لڑ رہے ہیں ڈیفنس کے نام پر، وہ ڈیفنس نہیں ہے۔</w:t>
      </w:r>
    </w:p>
    <w:p>
      <w:r>
        <w:rPr>
          <w:b/>
        </w:rPr>
        <w:t xml:space="preserve">[51:57] </w:t>
      </w:r>
      <w:r>
        <w:t>woh to woh to anarchy hai. anarchy sarkashi hai. dekhen, defensive war ka matlab kya hai?</w:t>
      </w:r>
    </w:p>
    <w:p>
      <w:pPr>
        <w:jc w:val="right"/>
      </w:pPr>
      <w:r>
        <w:t>وہ تو وہ تو انارکی ہے۔ انارکی سرکشی ہے۔ دیکھیں، ڈیفنسو وار کا مطلب کیا ہے؟</w:t>
      </w:r>
    </w:p>
    <w:p>
      <w:r>
        <w:rPr>
          <w:b/>
        </w:rPr>
        <w:t xml:space="preserve">[52:08] </w:t>
      </w:r>
      <w:r>
        <w:t>aik established state hai, established government hai,</w:t>
      </w:r>
    </w:p>
    <w:p>
      <w:pPr>
        <w:jc w:val="right"/>
      </w:pPr>
      <w:r>
        <w:t>ایک اسٹیبلش سٹیٹ ہے، اسٹیبلش گورنمنٹ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