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Islamic Activism Shifting the Focus from Battlefield to Peace 16 4 2020 Maulana Wahiduddin Khan</w:t>
      </w:r>
    </w:p>
    <w:p>
      <w:r>
        <w:t>https://www.youtube.com/watch?v=hghnskwZTLM</w:t>
      </w:r>
    </w:p>
    <w:p>
      <w:r>
        <w:rPr>
          <w:b/>
        </w:rPr>
        <w:t xml:space="preserve">[00:13] </w:t>
      </w:r>
      <w:r>
        <w:t>bismillah hir rehman nir rahim. dekhen,</w:t>
      </w:r>
    </w:p>
    <w:p>
      <w:pPr>
        <w:jc w:val="right"/>
      </w:pPr>
      <w:r>
        <w:t>بسم اللہ الرحمن الرحیم۔ دیکھیں،</w:t>
      </w:r>
    </w:p>
    <w:p>
      <w:r>
        <w:rPr>
          <w:b/>
        </w:rPr>
        <w:t xml:space="preserve">[00:21] </w:t>
      </w:r>
      <w:r>
        <w:t>har mission ko koi tareeqa kar ikhtiyar karna parta hai. Islam ka tareeqa kar bohat hi anokha tareeqa kar hai.</w:t>
      </w:r>
    </w:p>
    <w:p>
      <w:pPr>
        <w:jc w:val="right"/>
      </w:pPr>
      <w:r>
        <w:t>ہر مشن کو کوئی طریقہ کار اختیار کرنا پڑتا ہے۔ اسلام کا طریقہ کار بہت ہی انوکھا طریقہ کار ہے۔</w:t>
      </w:r>
    </w:p>
    <w:p>
      <w:r>
        <w:rPr>
          <w:b/>
        </w:rPr>
        <w:t xml:space="preserve">[00:36] </w:t>
      </w:r>
      <w:r>
        <w:t>tamam tareeqa kar ya method doosre ko deny karne par qaim hain.</w:t>
      </w:r>
    </w:p>
    <w:p>
      <w:pPr>
        <w:jc w:val="right"/>
      </w:pPr>
      <w:r>
        <w:t>تمام طریقہ کار یا میتھڈ دوسرے کو ڈینائی کرنے پر قائم ہیں۔</w:t>
      </w:r>
    </w:p>
    <w:p>
      <w:r>
        <w:rPr>
          <w:b/>
        </w:rPr>
        <w:t xml:space="preserve">[00:48] </w:t>
      </w:r>
      <w:r>
        <w:t>doosri jo party hai maidan mein, us ko deny karna.</w:t>
      </w:r>
    </w:p>
    <w:p>
      <w:pPr>
        <w:jc w:val="right"/>
      </w:pPr>
      <w:r>
        <w:t>دوسری جو پارٹی ہے میدان میں، اس کو ڈینائی کرنا۔</w:t>
      </w:r>
    </w:p>
    <w:p>
      <w:r>
        <w:rPr>
          <w:b/>
        </w:rPr>
        <w:t xml:space="preserve">[00:53] </w:t>
      </w:r>
      <w:r>
        <w:t>lekin Islam ka tareeqa kar bohat ajeeb o ghareeb hai. doosre ke tareeqa kar ko accept karne ki pabandi hai.</w:t>
      </w:r>
    </w:p>
    <w:p>
      <w:pPr>
        <w:jc w:val="right"/>
      </w:pPr>
      <w:r>
        <w:t>لیکن اسلام کا طریقہ کار بہت عجیب و غریب ہے۔ دوسرے کے طریقہ کار کو ایکسیپٹ کرنے کی پابندی ہے۔</w:t>
      </w:r>
    </w:p>
    <w:p>
      <w:r>
        <w:rPr>
          <w:b/>
        </w:rPr>
        <w:t xml:space="preserve">[01:03] </w:t>
      </w:r>
      <w:r>
        <w:t>doosre ko accept karne ki pabandi hai. misaal ke taur par dekhen, Quran mein sab se bara waqea jo hua, usi waqt duaon ne kaha, woh tha Surah Hudaybiyah.</w:t>
      </w:r>
    </w:p>
    <w:p>
      <w:pPr>
        <w:jc w:val="right"/>
      </w:pPr>
      <w:r>
        <w:t>دوسرے کو ایکسیپٹ کرنے کی پابندی ہے۔ مثلاً دیکھیں، قرآن میں سب سے بڑا واقعہ جو ہوا، اسی وقت دعاؤں نے کہا، وہ تھا سورہ حدیبیہ۔</w:t>
      </w:r>
    </w:p>
    <w:p>
      <w:r>
        <w:rPr>
          <w:b/>
        </w:rPr>
        <w:t xml:space="preserve">[01:18] </w:t>
      </w:r>
      <w:r>
        <w:t>us ko Islam mein Fatah Mubeen kaha gaya hai. inna fatahna laka fathan mubeena</w:t>
      </w:r>
    </w:p>
    <w:p>
      <w:pPr>
        <w:jc w:val="right"/>
      </w:pPr>
      <w:r>
        <w:t>اس کو اسلام میں فتح مبین کہا گیا ہے۔ إِنَّا فَتَحْنَا لَكَ فَتَحًّا مُبِينًا</w:t>
      </w:r>
    </w:p>
    <w:p>
      <w:r>
        <w:rPr>
          <w:b/>
        </w:rPr>
        <w:t xml:space="preserve">[01:28] </w:t>
      </w:r>
      <w:r>
        <w:t>aap jante hain ke Hudaybiyah ke maqam par niza hua do fareeqon ke darmiyan.</w:t>
      </w:r>
    </w:p>
    <w:p>
      <w:pPr>
        <w:jc w:val="right"/>
      </w:pPr>
      <w:r>
        <w:t>آپ جانتے ہیں کہ حدیبیہ کے مقام پر نزاع ہوا دو فریقوں کے درمیان۔</w:t>
      </w:r>
    </w:p>
    <w:p>
      <w:r>
        <w:rPr>
          <w:b/>
        </w:rPr>
        <w:t xml:space="preserve">[01:39] </w:t>
      </w:r>
      <w:r>
        <w:t>do hafte tak behas chalti rahi.</w:t>
      </w:r>
    </w:p>
    <w:p>
      <w:pPr>
        <w:jc w:val="right"/>
      </w:pPr>
      <w:r>
        <w:t>دو ہفتے تک بحث چلتی رہی۔</w:t>
      </w:r>
    </w:p>
    <w:p>
      <w:r>
        <w:rPr>
          <w:b/>
        </w:rPr>
        <w:t xml:space="preserve">[01:45] </w:t>
      </w:r>
      <w:r>
        <w:t>aakhir kar</w:t>
      </w:r>
    </w:p>
    <w:p>
      <w:pPr>
        <w:jc w:val="right"/>
      </w:pPr>
      <w:r>
        <w:t>آخر کار</w:t>
      </w:r>
    </w:p>
    <w:p>
      <w:r>
        <w:rPr>
          <w:b/>
        </w:rPr>
        <w:t xml:space="preserve">[01:50] </w:t>
      </w:r>
      <w:r>
        <w:t>aik dono fareeqon ke darmiyan aik muahida hua. zikra mudrisin</w:t>
      </w:r>
    </w:p>
    <w:p>
      <w:pPr>
        <w:jc w:val="right"/>
      </w:pPr>
      <w:r>
        <w:t>ایک دونوں فریقوں کے درمیان ایک معاہدہ ہوا۔ ذِكْرَةَ مُدْرِسٍ</w:t>
      </w:r>
    </w:p>
    <w:p>
      <w:r>
        <w:rPr>
          <w:b/>
        </w:rPr>
        <w:t xml:space="preserve">[02:02] </w:t>
      </w:r>
      <w:r>
        <w:t>to yeh us muahiday ke baray mein sab jante hain ke woh is liye hua ke jab muahida tay ho gaya to Rasool Allah (SAW) ne us ko likhwana shuru kiya.</w:t>
      </w:r>
    </w:p>
    <w:p>
      <w:pPr>
        <w:jc w:val="right"/>
      </w:pPr>
      <w:r>
        <w:t>تو یہ اس معاہدے کے بارے میں سب جانتے ہیں کہ وہ اس لیے ہوا کہ جب معاہدہ طے ہو گیا تو رسول اللہ صلى الله عليه وسلم نے اس کو لکھوانا شروع کیا۔</w:t>
      </w:r>
    </w:p>
    <w:p>
      <w:r>
        <w:rPr>
          <w:b/>
        </w:rPr>
        <w:t xml:space="preserve">[02:19] </w:t>
      </w:r>
      <w:r>
        <w:t>paper parh rahe hain.</w:t>
      </w:r>
    </w:p>
    <w:p>
      <w:pPr>
        <w:jc w:val="right"/>
      </w:pPr>
      <w:r>
        <w:t>پیپر پڑھ رہے ہیں۔</w:t>
      </w:r>
    </w:p>
    <w:p>
      <w:r>
        <w:rPr>
          <w:b/>
        </w:rPr>
        <w:t xml:space="preserve">[02:24] </w:t>
      </w:r>
      <w:r>
        <w:t>hatha ma salay alayhi Muhammadun rasoolullahi</w:t>
      </w:r>
    </w:p>
    <w:p>
      <w:pPr>
        <w:jc w:val="right"/>
      </w:pPr>
      <w:r>
        <w:t>هٰذَا مَا سَالَىٰ عَلَيْهِ مُحَمَّدٌ رَسُولُ اللّٰهِ</w:t>
      </w:r>
    </w:p>
    <w:p>
      <w:r>
        <w:rPr>
          <w:b/>
        </w:rPr>
        <w:t xml:space="preserve">[02:33] </w:t>
      </w:r>
      <w:r>
        <w:t>yeh woh muahida hai jis par Muhammad aur un ka fareeq sani dohra di gayi hai.</w:t>
      </w:r>
    </w:p>
    <w:p>
      <w:pPr>
        <w:jc w:val="right"/>
      </w:pPr>
      <w:r>
        <w:t>یہ وہ معاہدہ ہے جس پر محمد اور ان کا فریق ثانی دہرا دی گئی ہے۔</w:t>
      </w:r>
    </w:p>
    <w:p>
      <w:r>
        <w:rPr>
          <w:b/>
        </w:rPr>
        <w:t xml:space="preserve">[02:44] </w:t>
      </w:r>
      <w:r>
        <w:t>lekin jaise hi Rasool Allah (SAW) ne muahida likhwana shuru kiya to fareeq sani yaani Quraish ke leader ne us par etiraz kiya.</w:t>
      </w:r>
    </w:p>
    <w:p>
      <w:pPr>
        <w:jc w:val="right"/>
      </w:pPr>
      <w:r>
        <w:t>لیکن جیسے ہی رسول اللہ صلى الله عليه وسلم نے معاہدہ لکھوانا شروع کیا تو فریق ثانی یعنی قریش کے لیڈر نے اس پر اعتراض کیا۔</w:t>
      </w:r>
    </w:p>
    <w:p>
      <w:r>
        <w:rPr>
          <w:b/>
        </w:rPr>
        <w:t xml:space="preserve">[02:57] </w:t>
      </w:r>
      <w:r>
        <w:t>aap ne likhwaya tha muhammad rasool Allah sallay alaihi wasallam. unhon ne kaha ke nahi, aap likhein muhammad ibn abdullah. hum aap ko rasool Allah nahi mante.</w:t>
      </w:r>
    </w:p>
    <w:p>
      <w:pPr>
        <w:jc w:val="right"/>
      </w:pPr>
      <w:r>
        <w:t>آپ نے لکھوایا تھا محمد رسول اللہ صلى الله عليه وسلم۔ انہوں نے کہا کہ نہیں، آپ لکھیں محمد ابن عبداللہ۔ ہم آپ کو رسول اللہ نہیں مانتے۔</w:t>
      </w:r>
    </w:p>
    <w:p>
      <w:r>
        <w:rPr>
          <w:b/>
        </w:rPr>
        <w:t xml:space="preserve">[03:09] </w:t>
      </w:r>
      <w:r>
        <w:t>ibn abdullah wa yahdihi</w:t>
      </w:r>
    </w:p>
    <w:p>
      <w:pPr>
        <w:jc w:val="right"/>
      </w:pPr>
      <w:r>
        <w:t>ابْنِ عَبْدِ اللّٰهِ وَيَحْدِيْهِ</w:t>
      </w:r>
    </w:p>
    <w:p>
      <w:r>
        <w:rPr>
          <w:b/>
        </w:rPr>
        <w:t xml:space="preserve">[03:14] </w:t>
      </w:r>
      <w:r>
        <w:t>to rasool Allah sallay alaihi wasallam razi ho gaye.</w:t>
      </w:r>
    </w:p>
    <w:p>
      <w:pPr>
        <w:jc w:val="right"/>
      </w:pPr>
      <w:r>
        <w:t>تو رسول اللہ صلى الله عليه وسلم راضی ہو گئے۔</w:t>
      </w:r>
    </w:p>
    <w:p>
      <w:r>
        <w:rPr>
          <w:b/>
        </w:rPr>
        <w:t xml:space="preserve">[03:18] </w:t>
      </w:r>
      <w:r>
        <w:t>razi ho gaye.</w:t>
      </w:r>
    </w:p>
    <w:p>
      <w:pPr>
        <w:jc w:val="right"/>
      </w:pPr>
      <w:r>
        <w:t>راضی ہو گئے۔</w:t>
      </w:r>
    </w:p>
    <w:p>
      <w:r>
        <w:rPr>
          <w:b/>
        </w:rPr>
        <w:t xml:space="preserve">[03:24] </w:t>
      </w:r>
      <w:r>
        <w:t>aap jante hain ke is saal surah naema ko Haider Ali likh rahe thay. is tarah dictator kar rahe thay.</w:t>
      </w:r>
    </w:p>
    <w:p>
      <w:pPr>
        <w:jc w:val="right"/>
      </w:pPr>
      <w:r>
        <w:t>آپ جانتے ہیں کہ اس سال سورہ نعمہ کو حیدر علی لکھ رہے تھے۔ اس طرح ڈکٹیٹر کر رہے تھے۔</w:t>
      </w:r>
    </w:p>
    <w:p>
      <w:r>
        <w:rPr>
          <w:b/>
        </w:rPr>
        <w:t xml:space="preserve">[03:37] </w:t>
      </w:r>
      <w:r>
        <w:t>is tarah ke dictator ko ali likh rahe thay.</w:t>
      </w:r>
    </w:p>
    <w:p>
      <w:pPr>
        <w:jc w:val="right"/>
      </w:pPr>
      <w:r>
        <w:t>اس طرح کے ڈکٹیٹر کو علی لکھ رہے تھے۔</w:t>
      </w:r>
    </w:p>
    <w:p>
      <w:r>
        <w:rPr>
          <w:b/>
        </w:rPr>
        <w:t xml:space="preserve">[03:47] </w:t>
      </w:r>
      <w:r>
        <w:t>to</w:t>
      </w:r>
    </w:p>
    <w:p>
      <w:pPr>
        <w:jc w:val="right"/>
      </w:pPr>
      <w:r>
        <w:t>تو</w:t>
      </w:r>
    </w:p>
    <w:p>
      <w:r>
        <w:rPr>
          <w:b/>
        </w:rPr>
        <w:t xml:space="preserve">[03:51] </w:t>
      </w:r>
      <w:r>
        <w:t>jab rasool Allah sallay alaihi wasallam ne kaha ke haza ma sala alaihi muhammad rasool Allah to unhon ne eteraz kar diya. unhon ne kaha ke likhein haza ma sala alaihi muhammad rasool Allah to aap ne</w:t>
      </w:r>
    </w:p>
    <w:p>
      <w:pPr>
        <w:jc w:val="right"/>
      </w:pPr>
      <w:r>
        <w:t>جب رسول اللہ صلى الله عليه وسلم نے کہا کہ هٰذَا مَا سَالَىٰ عَلَيْهِ مُحَمَّدٌ رَسُولُ اللّٰهِ تو انہوں نے اعتراض کر دیا۔ انہوں نے کہا کہ لکھیں هٰذَا مَا سَالَىٰ عَلَيْهِ مُحَمَّدٌ رَسُولُ اللّٰهِ تو آپ نے</w:t>
      </w:r>
    </w:p>
    <w:p>
      <w:r>
        <w:rPr>
          <w:b/>
        </w:rPr>
        <w:t xml:space="preserve">[04:08] </w:t>
      </w:r>
      <w:r>
        <w:t>yeh nahi kaha ke kaise ho sakta hai. mein to is liye nahi manta. usi waqt</w:t>
      </w:r>
    </w:p>
    <w:p>
      <w:pPr>
        <w:jc w:val="right"/>
      </w:pPr>
      <w:r>
        <w:t>یہ نہیں کہا کہ کیسے ہو سکتا ہے۔ میں تو اس لیے نہیں مانتا۔ اسی وقت</w:t>
      </w:r>
    </w:p>
    <w:p>
      <w:r>
        <w:rPr>
          <w:b/>
        </w:rPr>
        <w:t xml:space="preserve">[04:18] </w:t>
      </w:r>
      <w:r>
        <w:t>pehle second aap ne kaha ke likho ayha alladhi ukhtum?</w:t>
      </w:r>
    </w:p>
    <w:p>
      <w:pPr>
        <w:jc w:val="right"/>
      </w:pPr>
      <w:r>
        <w:t>پہلے سیکنڈ آپ نے کہا کہ لکھو أَيْهَا الَّذِي أُخْتُمْ؟</w:t>
      </w:r>
    </w:p>
    <w:p>
      <w:r>
        <w:rPr>
          <w:b/>
        </w:rPr>
        <w:t xml:space="preserve">[04:27] </w:t>
      </w:r>
      <w:r>
        <w:t>haza ma sala alaihi muhammad abdullah</w:t>
      </w:r>
    </w:p>
    <w:p>
      <w:pPr>
        <w:jc w:val="right"/>
      </w:pPr>
      <w:r>
        <w:t>هٰذَا مَا سَالَىٰ عَلَيْهِ مُحَمَّدٌ عَبْدُ اللّٰهِ</w:t>
      </w:r>
    </w:p>
    <w:p>
      <w:r>
        <w:rPr>
          <w:b/>
        </w:rPr>
        <w:t xml:space="preserve">[04:43] </w:t>
      </w:r>
      <w:r>
        <w:t>phir sare sahaba ki jamaat taqreeban sab ki sab is par</w:t>
      </w:r>
    </w:p>
    <w:p>
      <w:pPr>
        <w:jc w:val="right"/>
      </w:pPr>
      <w:r>
        <w:t>پھر سارے صحابہ کی جماعت تقریباً سب کی سب اس پر</w:t>
      </w:r>
    </w:p>
    <w:p>
      <w:r>
        <w:rPr>
          <w:b/>
        </w:rPr>
        <w:t xml:space="preserve">[04:55] </w:t>
      </w:r>
      <w:r>
        <w:t>ghusa ho gayi ke kaise ho sakta hai.</w:t>
      </w:r>
    </w:p>
    <w:p>
      <w:pPr>
        <w:jc w:val="right"/>
      </w:pPr>
      <w:r>
        <w:t>غصہ ہو گئی کہ کیسے ہو سکتا ہے۔</w:t>
      </w:r>
    </w:p>
    <w:p>
      <w:r>
        <w:rPr>
          <w:b/>
        </w:rPr>
        <w:t xml:space="preserve">[05:02] </w:t>
      </w:r>
      <w:r>
        <w:t>lekin phir usi par likha gaya.</w:t>
      </w:r>
    </w:p>
    <w:p>
      <w:pPr>
        <w:jc w:val="right"/>
      </w:pPr>
      <w:r>
        <w:t>لیکن پھر اسی پر لکھا گیا۔</w:t>
      </w:r>
    </w:p>
    <w:p>
      <w:r>
        <w:rPr>
          <w:b/>
        </w:rPr>
        <w:t xml:space="preserve">[05:06] </w:t>
      </w:r>
      <w:r>
        <w:t>rasool Allah sallay alaihi wasallam ahista ahista wapas aa gaye. to rastay mein quran ki ayat utri inna fatahna laka fatan mubeena</w:t>
      </w:r>
    </w:p>
    <w:p>
      <w:pPr>
        <w:jc w:val="right"/>
      </w:pPr>
      <w:r>
        <w:t>رسول اللہ صلى الله عليه وسلم آہستہ آہستہ واپس آ گئے۔ تو راستے میں قرآن کی آیت اتری إِنَّا فَتَحْنَا لَكَ فَتَحًّا مُبِينًا</w:t>
      </w:r>
    </w:p>
    <w:p>
      <w:r>
        <w:rPr>
          <w:b/>
        </w:rPr>
        <w:t xml:space="preserve">[05:21] </w:t>
      </w:r>
      <w:r>
        <w:t>aur yeh waqea ki tareekh ne sabit kiya. tareekh ne sabit kiya ke yeh muahida aap ke liye fateh ki buniyad banay ga.</w:t>
      </w:r>
    </w:p>
    <w:p>
      <w:pPr>
        <w:jc w:val="right"/>
      </w:pPr>
      <w:r>
        <w:t>اور یہ واقعہ کی تاریخ نے ثابت کیا۔ تاریخ نے ثابت کیا کہ یہ معاہدہ آپ کے لئے فتح کی بنیاد بنے گا۔</w:t>
      </w:r>
    </w:p>
    <w:p>
      <w:r>
        <w:rPr>
          <w:b/>
        </w:rPr>
        <w:t xml:space="preserve">[05:36] </w:t>
      </w:r>
      <w:r>
        <w:t>kaise ajeeb baat hai!</w:t>
      </w:r>
    </w:p>
    <w:p>
      <w:pPr>
        <w:jc w:val="right"/>
      </w:pPr>
      <w:r>
        <w:t>کیسے عجیب بات ہے!</w:t>
      </w:r>
    </w:p>
    <w:p>
      <w:r>
        <w:rPr>
          <w:b/>
        </w:rPr>
        <w:t xml:space="preserve">[05:41] </w:t>
      </w:r>
      <w:r>
        <w:t>shikast ka muahida fateh ki buniyad ban gaya.</w:t>
      </w:r>
    </w:p>
    <w:p>
      <w:pPr>
        <w:jc w:val="right"/>
      </w:pPr>
      <w:r>
        <w:t>شکست کا معاہدہ فتح کی بنیاد بن گیا۔</w:t>
      </w:r>
    </w:p>
    <w:p>
      <w:r>
        <w:rPr>
          <w:b/>
        </w:rPr>
        <w:t xml:space="preserve">[05:53] </w:t>
      </w:r>
      <w:r>
        <w:t>is par mein ne ghor kiya hai bohat ziyada. to meri samajh mein aya ke</w:t>
      </w:r>
    </w:p>
    <w:p>
      <w:pPr>
        <w:jc w:val="right"/>
      </w:pPr>
      <w:r>
        <w:t>اس پر میں نے غور کیا ہے بہت زیادہ۔ تو میری سمجھ میں آیا کہ</w:t>
      </w:r>
    </w:p>
    <w:p>
      <w:r>
        <w:rPr>
          <w:b/>
        </w:rPr>
        <w:t xml:space="preserve">[06:02] </w:t>
      </w:r>
      <w:r>
        <w:t>islam ka jo tareeqa hai woh thikao tareeqa nahi hai.</w:t>
      </w:r>
    </w:p>
    <w:p>
      <w:pPr>
        <w:jc w:val="right"/>
      </w:pPr>
      <w:r>
        <w:t>اسلام کا جو طریقہ ہے وہ ٹھکاؤ طریقہ نہیں ہے۔</w:t>
      </w:r>
    </w:p>
    <w:p>
      <w:r>
        <w:rPr>
          <w:b/>
        </w:rPr>
        <w:t xml:space="preserve">[06:10] </w:t>
      </w:r>
      <w:r>
        <w:t>balkay opportunity ko create karna aur us ko avail karna yeh hai tareeqa.</w:t>
      </w:r>
    </w:p>
    <w:p>
      <w:pPr>
        <w:jc w:val="right"/>
      </w:pPr>
      <w:r>
        <w:t>بلکہ اپورچونیٹی کو کریئیٹ کرنا اور اس کو اویل کرنا یہ ہے طریقہ۔</w:t>
      </w:r>
    </w:p>
    <w:p>
      <w:r>
        <w:rPr>
          <w:b/>
        </w:rPr>
        <w:t xml:space="preserve">[06:25] </w:t>
      </w:r>
      <w:r>
        <w:t>opportunity ko create karna aur us ko avail karna.</w:t>
      </w:r>
    </w:p>
    <w:p>
      <w:pPr>
        <w:jc w:val="right"/>
      </w:pPr>
      <w:r>
        <w:t>اپورچونیٹی کو کریئیٹ کرنا اور اس کو اویل کرنا۔</w:t>
      </w:r>
    </w:p>
    <w:p>
      <w:r>
        <w:rPr>
          <w:b/>
        </w:rPr>
        <w:t xml:space="preserve">[06:38] </w:t>
      </w:r>
      <w:r>
        <w:t>chuna che aap ne thikao se bachte bachte bhi muahida kar liya. aur phir aik opportunity create hui.</w:t>
      </w:r>
    </w:p>
    <w:p>
      <w:pPr>
        <w:jc w:val="right"/>
      </w:pPr>
      <w:r>
        <w:t>چنانچہ آپ نے ٹھکاؤ سے بچتے بچتے بھی معاہدہ کر لیا۔ اور پھر ایک اپورچونیٹی کریئیٹ ہوئی۔</w:t>
      </w:r>
    </w:p>
    <w:p>
      <w:r>
        <w:rPr>
          <w:b/>
        </w:rPr>
        <w:t xml:space="preserve">[06:50] </w:t>
      </w:r>
      <w:r>
        <w:t>yani dono mein</w:t>
      </w:r>
    </w:p>
    <w:p>
      <w:pPr>
        <w:jc w:val="right"/>
      </w:pPr>
      <w:r>
        <w:t>یعنی دونوں میں</w:t>
      </w:r>
    </w:p>
    <w:p>
      <w:r>
        <w:rPr>
          <w:b/>
        </w:rPr>
        <w:t xml:space="preserve">[06:54] </w:t>
      </w:r>
      <w:r>
        <w:t>aman qaim ho gaya. peace qaim ho gaya.</w:t>
      </w:r>
    </w:p>
    <w:p>
      <w:pPr>
        <w:jc w:val="right"/>
      </w:pPr>
      <w:r>
        <w:t>امن قائم ہو گیا۔ پیس قائم ہو گیا۔</w:t>
      </w:r>
    </w:p>
    <w:p>
      <w:r>
        <w:rPr>
          <w:b/>
        </w:rPr>
        <w:t xml:space="preserve">[07:03] </w:t>
      </w:r>
      <w:r>
        <w:t>to is se kya hua? is se yeh hua ke mawaqe kar khul gae. rai band ho gai.</w:t>
      </w:r>
    </w:p>
    <w:p>
      <w:pPr>
        <w:jc w:val="right"/>
      </w:pPr>
      <w:r>
        <w:t>تو اس سے کیا ہوا؟ اس سے یہ ہوا کہ مواقع کار کھل گئے۔ رائے بند ہو گئی۔</w:t>
      </w:r>
    </w:p>
    <w:p>
      <w:r>
        <w:rPr>
          <w:b/>
        </w:rPr>
        <w:t xml:space="preserve">[07:16] </w:t>
      </w:r>
      <w:r>
        <w:t>talwaren maidan mein rakh di gaein.</w:t>
      </w:r>
    </w:p>
    <w:p>
      <w:pPr>
        <w:jc w:val="right"/>
      </w:pPr>
      <w:r>
        <w:t>تلواریں میدان میں رکھ دی گئیں۔</w:t>
      </w:r>
    </w:p>
    <w:p>
      <w:r>
        <w:rPr>
          <w:b/>
        </w:rPr>
        <w:t xml:space="preserve">[07:22] </w:t>
      </w:r>
      <w:r>
        <w:t>to is</w:t>
      </w:r>
    </w:p>
    <w:p>
      <w:pPr>
        <w:jc w:val="right"/>
      </w:pPr>
      <w:r>
        <w:t>تو اس</w:t>
      </w:r>
    </w:p>
    <w:p>
      <w:r>
        <w:rPr>
          <w:b/>
        </w:rPr>
        <w:t xml:space="preserve">[07:27] </w:t>
      </w:r>
      <w:r>
        <w:t>problem ko minus kar ke khatam karna aur phir peaceful mahol mein town planning karna</w:t>
      </w:r>
    </w:p>
    <w:p>
      <w:pPr>
        <w:jc w:val="right"/>
      </w:pPr>
      <w:r>
        <w:t>پرابلم کو مائنس کر کے ختم کرنا اور پھر پیس فل ماحول میں ٹاؤن پلاننگ کرنا</w:t>
      </w:r>
    </w:p>
    <w:p>
      <w:r>
        <w:rPr>
          <w:b/>
        </w:rPr>
        <w:t xml:space="preserve">[07:41] </w:t>
      </w:r>
      <w:r>
        <w:t>yeh ek bohat hi zyada wise tareeqa hai.</w:t>
      </w:r>
    </w:p>
    <w:p>
      <w:pPr>
        <w:jc w:val="right"/>
      </w:pPr>
      <w:r>
        <w:t>یہ ایک بہت ہی زیادہ وائز طریقہ ہے۔</w:t>
      </w:r>
    </w:p>
    <w:p>
      <w:r>
        <w:rPr>
          <w:b/>
        </w:rPr>
        <w:t xml:space="preserve">[07:48] </w:t>
      </w:r>
      <w:r>
        <w:t>mein to samajhta hoon ke asleha ke baad poori tareekh mein kisi ne samjhaya nahi is raat ko. isi liye asleha ke baad phir kabhi woh sahih ma'non mein istemal bhi nahi hua.</w:t>
      </w:r>
    </w:p>
    <w:p>
      <w:pPr>
        <w:jc w:val="right"/>
      </w:pPr>
      <w:r>
        <w:t>میں تو سمجھتا ہوں کہ اسلحہ کے بعد پوری تاریخ میں کسی نے سمجھایا نہیں اس رات کو۔ اسی لئے اسلحہ کے بعد پھر کبھی وہ صحیح معنوں میں استعمال بھی نہیں ہوا۔</w:t>
      </w:r>
    </w:p>
    <w:p>
      <w:r>
        <w:rPr>
          <w:b/>
        </w:rPr>
        <w:t xml:space="preserve">[08:10] </w:t>
      </w:r>
      <w:r>
        <w:t>muaheda dobara jari hua. yeh rasta khula hua. aaj musalmanon ko moqa hai ke woh</w:t>
      </w:r>
    </w:p>
    <w:p>
      <w:pPr>
        <w:jc w:val="right"/>
      </w:pPr>
      <w:r>
        <w:t>معاہدہ دوبارہ جاری ہوا۔ یہ راستہ کھلا ہوا۔ آج مسلمانوں کو موقع ہے کہ وہ</w:t>
      </w:r>
    </w:p>
    <w:p>
      <w:r>
        <w:rPr>
          <w:b/>
        </w:rPr>
        <w:t xml:space="preserve">[08:35] </w:t>
      </w:r>
      <w:r>
        <w:t>sahi tareeqe par</w:t>
      </w:r>
    </w:p>
    <w:p>
      <w:pPr>
        <w:jc w:val="right"/>
      </w:pPr>
      <w:r>
        <w:t>صحیح طریقے پر</w:t>
      </w:r>
    </w:p>
    <w:p>
      <w:r>
        <w:rPr>
          <w:b/>
        </w:rPr>
        <w:t xml:space="preserve">[08:49] </w:t>
      </w:r>
      <w:r>
        <w:t>mawaqe ko samajh kar planning karen. bohat zamanon mein musalman aap jante hain ke hajj ya bas doosri qaumon se la rahe hain.</w:t>
      </w:r>
    </w:p>
    <w:p>
      <w:pPr>
        <w:jc w:val="right"/>
      </w:pPr>
      <w:r>
        <w:t>مواقع کو سمجھ کر پلاننگ کریں۔ بہت زمانے میں مسلمان آپ جانتے ہیں کہ حج یا بس دوسری قوموں سے لا رہے ہیں۔</w:t>
      </w:r>
    </w:p>
    <w:p>
      <w:r>
        <w:rPr>
          <w:b/>
        </w:rPr>
        <w:t xml:space="preserve">[09:06] </w:t>
      </w:r>
      <w:r>
        <w:t>africa mein, asia mein, europe mein. lekin hasil kuch nahi. yaani ke jo tareeqa kar hai us ko ikhtiyar nahi karte.</w:t>
      </w:r>
    </w:p>
    <w:p>
      <w:pPr>
        <w:jc w:val="right"/>
      </w:pPr>
      <w:r>
        <w:t>افریقہ میں، ایشیاء میں، یورپ میں۔ لیکن حاصل کچھ نہیں۔ یعنی کہ جو طریقہ کار ہے اس کو اختیار نہیں کرتے۔</w:t>
      </w:r>
    </w:p>
    <w:p>
      <w:r>
        <w:rPr>
          <w:b/>
        </w:rPr>
        <w:t xml:space="preserve">[09:32] </w:t>
      </w:r>
      <w:r>
        <w:t>dekhen yeh jo tareeqa hai yaani larai ki larai ko sulah ke ma'ni mein lana.</w:t>
      </w:r>
    </w:p>
    <w:p>
      <w:pPr>
        <w:jc w:val="right"/>
      </w:pPr>
      <w:r>
        <w:t>دیکھیں یہ جو طریقہ ہے یعنی لڑائی کی لڑائی کو صلح کے معنی میں لانا۔</w:t>
      </w:r>
    </w:p>
    <w:p>
      <w:r>
        <w:rPr>
          <w:b/>
        </w:rPr>
        <w:t xml:space="preserve">[09:44] </w:t>
      </w:r>
      <w:r>
        <w:t>larai ko sulah ke ma'ni mein lana.</w:t>
      </w:r>
    </w:p>
    <w:p>
      <w:pPr>
        <w:jc w:val="right"/>
      </w:pPr>
      <w:r>
        <w:t>لڑائی کو صلح کے معنی میں لانا۔</w:t>
      </w:r>
    </w:p>
    <w:p>
      <w:r>
        <w:rPr>
          <w:b/>
        </w:rPr>
        <w:t xml:space="preserve">[09:49] </w:t>
      </w:r>
      <w:r>
        <w:t>yeh tareeqa bohat hi fatehana tareeqa hai.</w:t>
      </w:r>
    </w:p>
    <w:p>
      <w:pPr>
        <w:jc w:val="right"/>
      </w:pPr>
      <w:r>
        <w:t>یہ طریقہ بہت ہی فاتحانہ طریقہ ہے۔</w:t>
      </w:r>
    </w:p>
    <w:p>
      <w:r>
        <w:rPr>
          <w:b/>
        </w:rPr>
        <w:t xml:space="preserve">[09:57] </w:t>
      </w:r>
      <w:r>
        <w:t>is ke liye aap ko moqa milta hai ke aap planning karen apni buniyad par.</w:t>
      </w:r>
    </w:p>
    <w:p>
      <w:pPr>
        <w:jc w:val="right"/>
      </w:pPr>
      <w:r>
        <w:t>اس کے لئے آپ کو موقع ملتا ہے کہ آپ پلاننگ کریں اپنی بنیاد پر۔</w:t>
      </w:r>
    </w:p>
    <w:p>
      <w:r>
        <w:rPr>
          <w:b/>
        </w:rPr>
        <w:t xml:space="preserve">[10:14] </w:t>
      </w:r>
      <w:r>
        <w:t>planning karen. jaisa ke Hudaybiyah ke baad planning ki gai.</w:t>
      </w:r>
    </w:p>
    <w:p>
      <w:pPr>
        <w:jc w:val="right"/>
      </w:pPr>
      <w:r>
        <w:t>پلاننگ کریں۔ جیسا کہ حدیبیہ کے بعد پلاننگ کی گئی۔</w:t>
      </w:r>
    </w:p>
    <w:p>
      <w:r>
        <w:rPr>
          <w:b/>
        </w:rPr>
        <w:t xml:space="preserve">[10:25] </w:t>
      </w:r>
      <w:r>
        <w:t>yaani doosre</w:t>
      </w:r>
    </w:p>
    <w:p>
      <w:pPr>
        <w:jc w:val="right"/>
      </w:pPr>
      <w:r>
        <w:t>یعنی دوسرے</w:t>
      </w:r>
    </w:p>
    <w:p>
      <w:r>
        <w:rPr>
          <w:b/>
        </w:rPr>
        <w:t xml:space="preserve">[10:33] </w:t>
      </w:r>
      <w:r>
        <w:t>tareeqe se. yaani doosre tareeqe se. bare sahib bane hue hain. Islam yeh hai ke planning kar ke, minus kar ke kamyabi hasil karen.</w:t>
      </w:r>
    </w:p>
    <w:p>
      <w:pPr>
        <w:jc w:val="right"/>
      </w:pPr>
      <w:r>
        <w:t>طریقے سے۔ یعنی دوسرے طریقے سے۔ بڑے صاحب بنے ہوئے ہیں۔ اسلام یہ ہے کہ پلاننگ کر کے، مائنس کر کے کامیابی حاصل کریں۔</w:t>
      </w:r>
    </w:p>
    <w:p>
      <w:r>
        <w:rPr>
          <w:b/>
        </w:rPr>
        <w:t xml:space="preserve">[10:54] </w:t>
      </w:r>
      <w:r>
        <w:t>to Islam mein jo asleha ki tawani ke jo waqeat hain tamam waqeat mein yeh hua ke fareeq-e-sani chahta tha ke larai ke maidan mein</w:t>
      </w:r>
    </w:p>
    <w:p>
      <w:pPr>
        <w:jc w:val="right"/>
      </w:pPr>
      <w:r>
        <w:t>تو اسلام میں جو اسلحہ کی توانی کے جو واقعات ہیں تمام واقعات میں یہ ہوا کہ فریق ثانی چاہتا تھا کہ لڑائی کے میدان میں</w:t>
      </w:r>
    </w:p>
    <w:p>
      <w:r>
        <w:rPr>
          <w:b/>
        </w:rPr>
        <w:t xml:space="preserve">[11:12] </w:t>
      </w:r>
      <w:r>
        <w:t>apna jhanda laharaye. lekin asleha ki quwwat, asleha ki rehnumai mein</w:t>
      </w:r>
    </w:p>
    <w:p>
      <w:pPr>
        <w:jc w:val="right"/>
      </w:pPr>
      <w:r>
        <w:t>اپنا جھنڈا لہرائے۔ لیکن اسلحہ کی قوت، اسلحہ کی رہنمائی میں</w:t>
      </w:r>
    </w:p>
    <w:p>
      <w:r>
        <w:rPr>
          <w:b/>
        </w:rPr>
        <w:t xml:space="preserve">[11:29] </w:t>
      </w:r>
      <w:r>
        <w:t>sahaba ne yeh kiya ke woh</w:t>
      </w:r>
    </w:p>
    <w:p>
      <w:pPr>
        <w:jc w:val="right"/>
      </w:pPr>
      <w:r>
        <w:t>صحابہ نے یہ کیا کہ وہ</w:t>
      </w:r>
    </w:p>
    <w:p>
      <w:r>
        <w:rPr>
          <w:b/>
        </w:rPr>
        <w:t xml:space="preserve">[11:36] </w:t>
      </w:r>
      <w:r>
        <w:t>sulah ke maidan mein</w:t>
      </w:r>
    </w:p>
    <w:p>
      <w:pPr>
        <w:jc w:val="right"/>
      </w:pPr>
      <w:r>
        <w:t>صلح کے میدان میں</w:t>
      </w:r>
    </w:p>
    <w:p>
      <w:r>
        <w:rPr>
          <w:b/>
        </w:rPr>
        <w:t xml:space="preserve">[11:40] </w:t>
      </w:r>
      <w:r>
        <w:t>laye. peace ke maidan mein laye.</w:t>
      </w:r>
    </w:p>
    <w:p>
      <w:pPr>
        <w:jc w:val="right"/>
      </w:pPr>
      <w:r>
        <w:t>لائے۔ پیس کے میدان میں لائے۔</w:t>
      </w:r>
    </w:p>
    <w:p>
      <w:r>
        <w:rPr>
          <w:b/>
        </w:rPr>
        <w:t xml:space="preserve">[11:47] </w:t>
      </w:r>
      <w:r>
        <w:t>aur bohat misaleen andaaz mein planning ki.</w:t>
      </w:r>
    </w:p>
    <w:p>
      <w:pPr>
        <w:jc w:val="right"/>
      </w:pPr>
      <w:r>
        <w:t>اور بہت مثالین انداز میں پلاننگ کی۔</w:t>
      </w:r>
    </w:p>
    <w:p>
      <w:r>
        <w:rPr>
          <w:b/>
        </w:rPr>
        <w:t xml:space="preserve">[11:56] </w:t>
      </w:r>
      <w:r>
        <w:t>is nateejay ke woh shandar kaam bhi hasil kiya.</w:t>
      </w:r>
    </w:p>
    <w:p>
      <w:pPr>
        <w:jc w:val="right"/>
      </w:pPr>
      <w:r>
        <w:t>اس نتیجے کے وہ شاندار کام بھی حاصل کیا۔</w:t>
      </w:r>
    </w:p>
    <w:p>
      <w:r>
        <w:rPr>
          <w:b/>
        </w:rPr>
        <w:t xml:space="preserve">[12:06] </w:t>
      </w:r>
      <w:r>
        <w:t>bohat zamanon mein musalman sirf shikayat ki boli bolte hain. negative boli.</w:t>
      </w:r>
    </w:p>
    <w:p>
      <w:pPr>
        <w:jc w:val="right"/>
      </w:pPr>
      <w:r>
        <w:t>بہت زمانے میں مسلمان صرف شکایت کی بولی بولتے ہیں۔ نیگیٹیو بولی۔</w:t>
      </w:r>
    </w:p>
    <w:p>
      <w:r>
        <w:rPr>
          <w:b/>
        </w:rPr>
        <w:t xml:space="preserve">[12:16] </w:t>
      </w:r>
      <w:r>
        <w:t>is liye ke woh islam ke bataye hue tareeqe ko follow nahi karte.</w:t>
      </w:r>
    </w:p>
    <w:p>
      <w:pPr>
        <w:jc w:val="right"/>
      </w:pPr>
      <w:r>
        <w:t>اس لئے کہ وہ اسلام کے بتائے ہوئے طریقے کو فالو نہیں کرتے۔</w:t>
      </w:r>
    </w:p>
    <w:p>
      <w:r>
        <w:rPr>
          <w:b/>
        </w:rPr>
        <w:t xml:space="preserve">[12:36] </w:t>
      </w:r>
      <w:r>
        <w:t>yeh bohat hi haqeeqatana tareeqa hai. aur is ko maine tafseel se ek kitaab</w:t>
      </w:r>
    </w:p>
    <w:p>
      <w:pPr>
        <w:jc w:val="right"/>
      </w:pPr>
      <w:r>
        <w:t>یہ بہت ہی حقیقانہ طریقہ ہے۔ اور اس کو میں نے تفصیل سے ایک کتاب</w:t>
      </w:r>
    </w:p>
    <w:p>
      <w:r>
        <w:rPr>
          <w:b/>
        </w:rPr>
        <w:t xml:space="preserve">[12:49] </w:t>
      </w:r>
      <w:r>
        <w:t>Professor Peace ne bayan kiya hai. Aap ko agar samajhna hai ke yeh research kya hai to aap woh kitaab Professor Peace parhiye.</w:t>
      </w:r>
    </w:p>
    <w:p>
      <w:pPr>
        <w:jc w:val="right"/>
      </w:pPr>
      <w:r>
        <w:t>پروفیسر پیس نے بیان کیا ہے۔ آپ کو اگر سمجھنا ہے کہ یہ ریسرچ کیا ہے تو آپ وہ کتاب پروفیسر پیس پڑھئے۔</w:t>
      </w:r>
    </w:p>
    <w:p>
      <w:r>
        <w:rPr>
          <w:b/>
        </w:rPr>
        <w:t xml:space="preserve">[13:09] </w:t>
      </w:r>
      <w:r>
        <w:t>assalam o alaikum wa rehmatullah</w:t>
      </w:r>
    </w:p>
    <w:p>
      <w:pPr>
        <w:jc w:val="right"/>
      </w:pPr>
      <w:r>
        <w:t>السلام علیکم ورحمة الله</w:t>
      </w:r>
    </w:p>
    <w:p>
      <w:r>
        <w:rPr>
          <w:b/>
        </w:rPr>
        <w:t xml:space="preserve">[13:23] </w:t>
      </w:r>
      <w:r>
        <w:t>.</w:t>
      </w:r>
    </w:p>
    <w:p>
      <w:pPr>
        <w:jc w:val="right"/>
      </w:pPr>
      <w:r>
        <w:t>۔</w:t>
      </w:r>
    </w:p>
    <w:p>
      <w:r>
        <w:rPr>
          <w:b/>
        </w:rPr>
        <w:t xml:space="preserve">[13:28] </w:t>
      </w:r>
      <w:r>
        <w:t>maulana sahib, kai sawal hain aap ke liye. is mein ek sawal hai shujaat ali sahib ka london se.</w:t>
      </w:r>
    </w:p>
    <w:p>
      <w:pPr>
        <w:jc w:val="right"/>
      </w:pPr>
      <w:r>
        <w:t>مولانا صاحب، کئی سوال ہیں آپ کے لئے۔ اس میں ایک سوال ہے شجاعت علی صاحب کا لندن سے۔</w:t>
      </w:r>
    </w:p>
    <w:p>
      <w:r>
        <w:rPr>
          <w:b/>
        </w:rPr>
        <w:t xml:space="preserve">[13:38] </w:t>
      </w:r>
      <w:r>
        <w:t>woh poochte hain: "maulana sahib, maqam mehmood se kya murad hai?" .</w:t>
      </w:r>
    </w:p>
    <w:p>
      <w:pPr>
        <w:jc w:val="right"/>
      </w:pPr>
      <w:r>
        <w:t>وہ پوچھتے ہیں: "مولانا صاحب، مقام محمود سے کیا مراد ہے؟" ۔</w:t>
      </w:r>
    </w:p>
    <w:p>
      <w:r>
        <w:rPr>
          <w:b/>
        </w:rPr>
        <w:t xml:space="preserve">[13:46] </w:t>
      </w:r>
      <w:r>
        <w:t>bilkul, is par do mein ikhtilafat hain. ikhtilafat hain, bohat zyada.</w:t>
      </w:r>
    </w:p>
    <w:p>
      <w:pPr>
        <w:jc w:val="right"/>
      </w:pPr>
      <w:r>
        <w:t>بالکل، اس پر دو میں اختلافات ہیں۔ اختلافات ہیں، بہت زیادہ۔</w:t>
      </w:r>
    </w:p>
    <w:p>
      <w:r>
        <w:rPr>
          <w:b/>
        </w:rPr>
        <w:t xml:space="preserve">[13:54] </w:t>
      </w:r>
      <w:r>
        <w:t>main zyada tar is ko dunyavi nishana samajhta hoon. yeh yani dunya mein</w:t>
      </w:r>
    </w:p>
    <w:p>
      <w:pPr>
        <w:jc w:val="right"/>
      </w:pPr>
      <w:r>
        <w:t>میں زیادہ تر اس کو دنیاوی نشانہ سمجھتا ہوں۔ یہ یعنی دنیا میں</w:t>
      </w:r>
    </w:p>
    <w:p>
      <w:r>
        <w:rPr>
          <w:b/>
        </w:rPr>
        <w:t xml:space="preserve">[14:07] </w:t>
      </w:r>
      <w:r>
        <w:t>tareekhi tor par</w:t>
      </w:r>
    </w:p>
    <w:p>
      <w:pPr>
        <w:jc w:val="right"/>
      </w:pPr>
      <w:r>
        <w:t>تاریخی طور پر</w:t>
      </w:r>
    </w:p>
    <w:p>
      <w:r>
        <w:rPr>
          <w:b/>
        </w:rPr>
        <w:t xml:space="preserve">[14:16] </w:t>
      </w:r>
      <w:r>
        <w:t>establishment hasil karna.</w:t>
      </w:r>
    </w:p>
    <w:p>
      <w:pPr>
        <w:jc w:val="right"/>
      </w:pPr>
      <w:r>
        <w:t>اسٹیبلشمنٹ حاصل کرنا۔</w:t>
      </w:r>
    </w:p>
    <w:p>
      <w:r>
        <w:rPr>
          <w:b/>
        </w:rPr>
        <w:t xml:space="preserve">[14:24] </w:t>
      </w:r>
      <w:r>
        <w:t>isi is harkat ko ek musleh ne bohat achhi tarah samjhaya hai.</w:t>
      </w:r>
    </w:p>
    <w:p>
      <w:pPr>
        <w:jc w:val="right"/>
      </w:pPr>
      <w:r>
        <w:t>اسی اس حرکت کو ایک مصلح نے بہت اچھی طرح سمجھایا ہے۔</w:t>
      </w:r>
    </w:p>
    <w:p>
      <w:r>
        <w:rPr>
          <w:b/>
        </w:rPr>
        <w:t xml:space="preserve">[14:36] </w:t>
      </w:r>
      <w:r>
        <w:t>iran muslim ne mutalea kiya islam ka.</w:t>
      </w:r>
    </w:p>
    <w:p>
      <w:pPr>
        <w:jc w:val="right"/>
      </w:pPr>
      <w:r>
        <w:t>ایران مسلم نے مطالعہ کیا اسلام کا۔</w:t>
      </w:r>
    </w:p>
    <w:p>
      <w:r>
        <w:rPr>
          <w:b/>
        </w:rPr>
        <w:t xml:space="preserve">[14:45] </w:t>
      </w:r>
      <w:r>
        <w:t>phir tamam doosre</w:t>
      </w:r>
    </w:p>
    <w:p>
      <w:pPr>
        <w:jc w:val="right"/>
      </w:pPr>
      <w:r>
        <w:t>پھر تمام دوسرے</w:t>
      </w:r>
    </w:p>
    <w:p>
      <w:r>
        <w:rPr>
          <w:b/>
        </w:rPr>
        <w:t xml:space="preserve">[14:50] </w:t>
      </w:r>
      <w:r>
        <w:t>logon ki is ne parhi.</w:t>
      </w:r>
    </w:p>
    <w:p>
      <w:pPr>
        <w:jc w:val="right"/>
      </w:pPr>
      <w:r>
        <w:t>لوگوں کی اس نے پڑھی۔</w:t>
      </w:r>
    </w:p>
    <w:p>
      <w:r>
        <w:rPr>
          <w:b/>
        </w:rPr>
        <w:t xml:space="preserve">[14:55] </w:t>
      </w:r>
      <w:r>
        <w:t>phir woh parha is ne rasool allah (s.a.w.) ke waqiat ko. to woh kehta hai ke "Oh, what a relief to find after all!</w:t>
      </w:r>
    </w:p>
    <w:p>
      <w:pPr>
        <w:jc w:val="right"/>
      </w:pPr>
      <w:r>
        <w:t>پھر وہ پڑھا اس نے رسول اللہ صلى الله عليه وسلم کے واقعات کو۔ تو وہ کہتا ہے کہ "Oh, what a relief to find after all!</w:t>
      </w:r>
    </w:p>
    <w:p>
      <w:r>
        <w:rPr>
          <w:b/>
        </w:rPr>
        <w:t xml:space="preserve">[15:10] </w:t>
      </w:r>
      <w:r>
        <w:t>A truly historical prophet to believe in." yani allah taala ne rasool allah (s.a.w.) ko historical prophet ka maqam khara kiya.</w:t>
      </w:r>
    </w:p>
    <w:p>
      <w:pPr>
        <w:jc w:val="right"/>
      </w:pPr>
      <w:r>
        <w:t>A truly historical prophet to believe in." یعنی اللہ تعالیٰ نے رسول اللہ صلى الله عليه وسلم کو ہسٹوریکل پرافٹ کا مقام کھڑا کیا۔</w:t>
      </w:r>
    </w:p>
    <w:p>
      <w:r>
        <w:rPr>
          <w:b/>
        </w:rPr>
        <w:t xml:space="preserve">[15:21] </w:t>
      </w:r>
      <w:r>
        <w:t>historically accepted prophet. .</w:t>
      </w:r>
    </w:p>
    <w:p>
      <w:pPr>
        <w:jc w:val="right"/>
      </w:pPr>
      <w:r>
        <w:t>Historically accepted prophet. ۔</w:t>
      </w:r>
    </w:p>
    <w:p>
      <w:r>
        <w:rPr>
          <w:b/>
        </w:rPr>
        <w:t xml:space="preserve">[15:27] </w:t>
      </w:r>
      <w:r>
        <w:t>is par maine bohat hi clear tor par likha hai apni kitabon mein hawale ke sath. aap is ko parhiye ke maqam mehmood se murad hai</w:t>
      </w:r>
    </w:p>
    <w:p>
      <w:pPr>
        <w:jc w:val="right"/>
      </w:pPr>
      <w:r>
        <w:t>اس پر میں نے بہت ہی کلیئر طور پر لکھا ہے اپنی کتابوں میں حوالے کے ساتھ۔ آپ اس کو پڑھئے کہ مقام محمود سے مراد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