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04 DEC 2011 Maulana Wahiduddin Khan</w:t>
      </w:r>
    </w:p>
    <w:p>
      <w:r>
        <w:t>https://www.youtube.com/watch?v=KIMNmuUZoGo</w:t>
      </w:r>
    </w:p>
    <w:p>
      <w:r>
        <w:rPr>
          <w:b/>
        </w:rPr>
        <w:t xml:space="preserve">[00:10] </w:t>
      </w:r>
      <w:r>
        <w:t>maulana, yeh sawal aaya hai maulana zakwan nadvi ka, dilli se. unhon ne likha hai: "personality building ka matlab kya hai, aur personality building ki bunyadi ajza kya hain?"</w:t>
      </w:r>
    </w:p>
    <w:p>
      <w:pPr>
        <w:jc w:val="right"/>
      </w:pPr>
      <w:r>
        <w:t>مولانا، یہ سوال آیا ہے مولانا زکوان ندوی کا، دلی سے۔ انہوں نے لکھا ہے: "پرسنیلٹی بلڈنگ کا مطلب کیا ہے، اور پرسنیلٹی بلڈنگ کی بنیادی اجزاء کیا ہیں؟"</w:t>
      </w:r>
    </w:p>
    <w:p>
      <w:r>
        <w:rPr>
          <w:b/>
        </w:rPr>
        <w:t xml:space="preserve">[00:28] </w:t>
      </w:r>
      <w:r>
        <w:t>dekhiye, yeh koi nayi cheez nahi hai. traditional lafz jo is ke liye hai woh hai "tazkiya e nafs".</w:t>
      </w:r>
    </w:p>
    <w:p>
      <w:pPr>
        <w:jc w:val="right"/>
      </w:pPr>
      <w:r>
        <w:t>دیکھیے، یہ کوئی نئی چیز نہیں ہے۔ ٹریڈیشنل لفظ جو اس کے لیے ہے وہ ہے "تزکیہ نفس"۔</w:t>
      </w:r>
    </w:p>
    <w:p>
      <w:r>
        <w:rPr>
          <w:b/>
        </w:rPr>
        <w:t xml:space="preserve">[00:39] </w:t>
      </w:r>
      <w:r>
        <w:t>rawayati zaban mein is ko log kehte rehte hain, kehte rahe hain: "tazkiya e nafs".</w:t>
      </w:r>
    </w:p>
    <w:p>
      <w:pPr>
        <w:jc w:val="right"/>
      </w:pPr>
      <w:r>
        <w:t>روایتی زبان میں اس کو لوگ کہتے رہتے ہیں، کہتے رہے ہیں: "تزکیہ نفس"۔</w:t>
      </w:r>
    </w:p>
    <w:p>
      <w:r>
        <w:rPr>
          <w:b/>
        </w:rPr>
        <w:t xml:space="preserve">[00:48] </w:t>
      </w:r>
      <w:r>
        <w:t>isi tazkiya e nafs ko main aaj kal ki zaban mein kehta hoon "personality building". personality development.</w:t>
      </w:r>
    </w:p>
    <w:p>
      <w:pPr>
        <w:jc w:val="right"/>
      </w:pPr>
      <w:r>
        <w:t>اسی تزکیہ نفسی کو میں آج کل کی زبان میں کہتا ہوں "پرسنیلٹی بلڈنگ"۔ پرسنیلٹی ڈویلپمنٹ۔</w:t>
      </w:r>
    </w:p>
    <w:p>
      <w:r>
        <w:rPr>
          <w:b/>
        </w:rPr>
        <w:t xml:space="preserve">[00:59] </w:t>
      </w:r>
      <w:r>
        <w:t>personality ka aap ka jo wajood hai, mere zamaney mein samjha jata tha ke qalb alag hai, dimagh alag hai,</w:t>
      </w:r>
    </w:p>
    <w:p>
      <w:pPr>
        <w:jc w:val="right"/>
      </w:pPr>
      <w:r>
        <w:t>پرسنیلٹی کا آپ کا جو وجود ہے، میرے زمانے میں سمجھا جاتا تھا کہ قلب الگ ہے، دماغ الگ ہے،</w:t>
      </w:r>
    </w:p>
    <w:p>
      <w:r>
        <w:rPr>
          <w:b/>
        </w:rPr>
        <w:t xml:space="preserve">[01:07] </w:t>
      </w:r>
      <w:r>
        <w:t>aur soul alag hai. yeh teen cheezein mante thay, jism ke ilawa. balkey char cheezein: ek hamara jism hai, ek soul hai, ek qalb hai, ek dimagh hai.</w:t>
      </w:r>
    </w:p>
    <w:p>
      <w:pPr>
        <w:jc w:val="right"/>
      </w:pPr>
      <w:r>
        <w:t>اور سول الگ ہے۔ یہ تین چیزیں مانتے تھے، جسم کے علاوہ۔ بلکہ چار چیزیں: ایک ہمارا جسم ہے، ایک سول ہے، ایک قلب ہے، ایک دماغ ہے۔</w:t>
      </w:r>
    </w:p>
    <w:p>
      <w:r>
        <w:rPr>
          <w:b/>
        </w:rPr>
        <w:t xml:space="preserve">[01:19] </w:t>
      </w:r>
      <w:r>
        <w:t>yeh science ke zamane mein is ko nahi mana jata. science ke zamane mein aap ka sirf do hi pehlu hain: ek mind hai, ek body hai, bas.</w:t>
      </w:r>
    </w:p>
    <w:p>
      <w:pPr>
        <w:jc w:val="right"/>
      </w:pPr>
      <w:r>
        <w:t>یہ سائنس کے زمانے میں اس کو نہیں مانا جاتا۔ سائنس کے زمانے میں آپ کا صرف دو ہی پہلو ہیں: ایک مائنڈ ہے، ایک باڈی ہے، بس۔</w:t>
      </w:r>
    </w:p>
    <w:p>
      <w:r>
        <w:rPr>
          <w:b/>
        </w:rPr>
        <w:t xml:space="preserve">[01:28] </w:t>
      </w:r>
      <w:r>
        <w:t>to body vehicle hai aap ki personality ka, aur personality jo hai wahi. jo mind hai wahi personality hai. to personality building ka matlab yahi hai ke Khuda ne insan ko banaya hai</w:t>
      </w:r>
    </w:p>
    <w:p>
      <w:pPr>
        <w:jc w:val="right"/>
      </w:pPr>
      <w:r>
        <w:t>تو باڈی وہیکل ہے آپ کی پرسنیلٹی کا، اور پرسنیلٹی جو ہے وہی۔ جو مائنڈ ہے وہی پرسنیلٹی ہے۔ تو پرسنیلٹی بلڈنگ کا مطلب یہی ہے کہ خدا نے انسان کو بنایا ہے</w:t>
      </w:r>
    </w:p>
    <w:p>
      <w:r>
        <w:rPr>
          <w:b/>
        </w:rPr>
        <w:t xml:space="preserve">[01:45] </w:t>
      </w:r>
      <w:r>
        <w:t>nature par, sahi nature par. insan sahi nature pe hi paida hota hai, lekin mahaul mein us ki conditioning hoti rehti hai.</w:t>
      </w:r>
    </w:p>
    <w:p>
      <w:pPr>
        <w:jc w:val="right"/>
      </w:pPr>
      <w:r>
        <w:t>نیچر پر، صحیح نیچر پر۔ انسان صحیح نیچر پہ ہی پیدا ہوتا ہے، لیکن ماحول میں اس کی کنڈیشننگ ہوتی رہتی ہے۔</w:t>
      </w:r>
    </w:p>
    <w:p>
      <w:r>
        <w:rPr>
          <w:b/>
        </w:rPr>
        <w:t xml:space="preserve">[01:56] </w:t>
      </w:r>
      <w:r>
        <w:t>conditioning se kya hota hai? kisi cheez se nafrat karne lagta hai woh, kisi se mohabbat karne lagta hai woh.</w:t>
      </w:r>
    </w:p>
    <w:p>
      <w:pPr>
        <w:jc w:val="right"/>
      </w:pPr>
      <w:r>
        <w:t>کنڈیشننگ سے کیا ہوتا ہے؟ کسی چیز سے نفرت کرنے لگتا ہے وہ، کسی سے محبت کرنے لگتا ہے وہ۔</w:t>
      </w:r>
    </w:p>
    <w:p>
      <w:r>
        <w:rPr>
          <w:b/>
        </w:rPr>
        <w:t xml:space="preserve">[02:04] </w:t>
      </w:r>
      <w:r>
        <w:t>kisi ko dekh kar us ko ghussa aata hai, kisi ko dekh kar us ko pyar aata hai.</w:t>
      </w:r>
    </w:p>
    <w:p>
      <w:pPr>
        <w:jc w:val="right"/>
      </w:pPr>
      <w:r>
        <w:t>کسی کو دیکھ کر اس کو غصہ آتا ہے، کسی کو دیکھ کر اس کو پیار آتا ہے۔</w:t>
      </w:r>
    </w:p>
    <w:p>
      <w:r>
        <w:rPr>
          <w:b/>
        </w:rPr>
        <w:t xml:space="preserve">[02:09] </w:t>
      </w:r>
      <w:r>
        <w:t>kisi cheez par woh proke khata hai, kisi cheez par bardasht karta hai. yeh sab cheezein kya hain? conditioning ki wajah se hoti hain. to yeh aadmi paida hota hai to yeh process apna aap hi chal padta hai.</w:t>
      </w:r>
    </w:p>
    <w:p>
      <w:pPr>
        <w:jc w:val="right"/>
      </w:pPr>
      <w:r>
        <w:t>کسی چیز پر وہ پروک کھاتا ہے، کسی چیز پر برداشت کرتا ہے۔ یہ سب چیزیں کیا ہیں؟ کنڈیشننگ کی وجہ سے ہوتی ہیں۔ تو یہ آدمی پیدا ہوتا ہے تو یہ پراسیس اپنا آپ ہی چل پڑتا ہے۔</w:t>
      </w:r>
    </w:p>
    <w:p>
      <w:r>
        <w:rPr>
          <w:b/>
        </w:rPr>
        <w:t xml:space="preserve">[02:28] </w:t>
      </w:r>
      <w:r>
        <w:t>yani process of conditioning. to sach poochhein to tazkiya-e-nafs ya personality development ka matlab yeh hai ke apne ko apni deconditioning karna.</w:t>
      </w:r>
    </w:p>
    <w:p>
      <w:pPr>
        <w:jc w:val="right"/>
      </w:pPr>
      <w:r>
        <w:t>یعنی پراسیس آف کنڈیشننگ۔ تو سچ پوچھیں تو تزکیہ نفس یا پرسنیلٹی ڈویلپمنٹ کا مطلب یہ ہے کہ اپنے کو اپنی ڈی کنڈیشننگ کرنا۔</w:t>
      </w:r>
    </w:p>
    <w:p>
      <w:r>
        <w:rPr>
          <w:b/>
        </w:rPr>
        <w:t xml:space="preserve">[02:41] </w:t>
      </w:r>
      <w:r>
        <w:t>yani daryaft karna ke main kahan kahan meri conditioning ho gayi hai.</w:t>
      </w:r>
    </w:p>
    <w:p>
      <w:pPr>
        <w:jc w:val="right"/>
      </w:pPr>
      <w:r>
        <w:t>یعنی دریافت کرنا کہ میں کہاں کہاں میری کنڈیشننگ ہو گئی ہے۔</w:t>
      </w:r>
    </w:p>
    <w:p>
      <w:r>
        <w:rPr>
          <w:b/>
        </w:rPr>
        <w:t xml:space="preserve">[02:46] </w:t>
      </w:r>
      <w:r>
        <w:t>kahan kahan main mahaul se, asar se kuch aadatein lag gayi hain, kuch galat soch lag gayi hai, kuch galat maani mein sachre mein ho gaya hoon.</w:t>
      </w:r>
    </w:p>
    <w:p>
      <w:pPr>
        <w:jc w:val="right"/>
      </w:pPr>
      <w:r>
        <w:t>کہاں کہاں میں ماحول سے، اثر سے کچھ عادتیں لگ گئی ہیں، کچھ غلط سوچ لگ گئی ہے، کچھ غلط معنی میں سچرے میں ہو گیا ہوں۔</w:t>
      </w:r>
    </w:p>
    <w:p>
      <w:r>
        <w:rPr>
          <w:b/>
        </w:rPr>
        <w:t xml:space="preserve">[02:56] </w:t>
      </w:r>
      <w:r>
        <w:t>yeh hai. to jaise aaj kal musalmanon ka haal yeh hai ke zara si baat hui hogi to us par bhadak uthte hain.</w:t>
      </w:r>
    </w:p>
    <w:p>
      <w:pPr>
        <w:jc w:val="right"/>
      </w:pPr>
      <w:r>
        <w:t>یہ ہے۔ تو جیسے آج کل مسلمانوں کا حال یہ ہے کہ ذرا سی بات ہوئی ہوگی تو اس پر بھڑک اٹھتے ہیں۔</w:t>
      </w:r>
    </w:p>
    <w:p>
      <w:r>
        <w:rPr>
          <w:b/>
        </w:rPr>
        <w:t xml:space="preserve">[03:06] </w:t>
      </w:r>
      <w:r>
        <w:t>ke masjid ke samne koi juloos nikle,</w:t>
      </w:r>
    </w:p>
    <w:p>
      <w:pPr>
        <w:jc w:val="right"/>
      </w:pPr>
      <w:r>
        <w:t>کہ مسجد کے سامنے کوئی جلوس نکلے،</w:t>
      </w:r>
    </w:p>
    <w:p>
      <w:r>
        <w:rPr>
          <w:b/>
        </w:rPr>
        <w:t xml:space="preserve">[03:09] </w:t>
      </w:r>
      <w:r>
        <w:t>masjid koi koi nara laga de, koi kahin gosht ka tukra dikhai de jaye, kuch bhi ho, koi cartoon chhap de to foran bhadak uthenge.</w:t>
      </w:r>
    </w:p>
    <w:p>
      <w:pPr>
        <w:jc w:val="right"/>
      </w:pPr>
      <w:r>
        <w:t>مسجد کوئی کوئی نعرہ لگا دے، کوئی کہیں گوشت کا ٹکڑا دکھائی دے جائے، کچھ بھی ہو، کوئی کارٹون چھاپ دے تو فوراً بھڑک اٹھیں گے۔</w:t>
      </w:r>
    </w:p>
    <w:p>
      <w:r>
        <w:rPr>
          <w:b/>
        </w:rPr>
        <w:t xml:space="preserve">[03:22] </w:t>
      </w:r>
      <w:r>
        <w:t>yeh bhadak uthna jo hai nature nahi hai yeh, yeh conditioning hai.</w:t>
      </w:r>
    </w:p>
    <w:p>
      <w:pPr>
        <w:jc w:val="right"/>
      </w:pPr>
      <w:r>
        <w:t>یہ بھڑک اٹھنا جو ہے نیچر نہیں ہے یہ، یہ کنڈیشننگ ہے۔</w:t>
      </w:r>
    </w:p>
    <w:p>
      <w:r>
        <w:rPr>
          <w:b/>
        </w:rPr>
        <w:t xml:space="preserve">[03:26] </w:t>
      </w:r>
      <w:r>
        <w:t>yani hamare yani so called rehmaon ne aisa kiya hai ke un ko in cheezon par bhadka diya hai in cheezon ko.</w:t>
      </w:r>
    </w:p>
    <w:p>
      <w:pPr>
        <w:jc w:val="right"/>
      </w:pPr>
      <w:r>
        <w:t>یعنی ہمارے یعنی سو کالڈ رہنماؤں نے ایسا کیا ہے کہ ان کو ان چیزوں پر بھڑکا دیا ہے ان چیزوں کو۔</w:t>
      </w:r>
    </w:p>
    <w:p>
      <w:r>
        <w:rPr>
          <w:b/>
        </w:rPr>
        <w:t xml:space="preserve">[03:38] </w:t>
      </w:r>
      <w:r>
        <w:t>to main aaj subah soch raha tha ke hamari tareekh jo hai</w:t>
      </w:r>
    </w:p>
    <w:p>
      <w:pPr>
        <w:jc w:val="right"/>
      </w:pPr>
      <w:r>
        <w:t>تو میں آج صبح سوچ رہا تھا کہ ہماری تاریخ جو ہے</w:t>
      </w:r>
    </w:p>
    <w:p>
      <w:r>
        <w:rPr>
          <w:b/>
        </w:rPr>
        <w:t xml:space="preserve">[03:45] </w:t>
      </w:r>
      <w:r>
        <w:t>yani tareekh ke do daur hain: pre media aur post media. pre media daur mein insan jo tha uska case tha "misuse of freedom" ka case.</w:t>
      </w:r>
    </w:p>
    <w:p>
      <w:pPr>
        <w:jc w:val="right"/>
      </w:pPr>
      <w:r>
        <w:t>یعنی تاریخ کے دو دور ہیں: پری میڈیا اور پوسٹ میڈیا۔ پری میڈیا دور میں انسان جو تھا اس کا کیس تھا "مس یوز آف فریڈم" کا کیس۔</w:t>
      </w:r>
    </w:p>
    <w:p>
      <w:r>
        <w:rPr>
          <w:b/>
        </w:rPr>
        <w:t xml:space="preserve">[03:58] </w:t>
      </w:r>
      <w:r>
        <w:t>ab kya hai? "misuse of media" ka case.</w:t>
      </w:r>
    </w:p>
    <w:p>
      <w:pPr>
        <w:jc w:val="right"/>
      </w:pPr>
      <w:r>
        <w:t>اب کیا ہے؟ "مس یوز آف میڈیا" کا کیس۔</w:t>
      </w:r>
    </w:p>
    <w:p>
      <w:r>
        <w:rPr>
          <w:b/>
        </w:rPr>
        <w:t xml:space="preserve">[04:01] </w:t>
      </w:r>
      <w:r>
        <w:t>aisi baatein chhapte hain log, aise jo log jise bhadkate hain. yani negative cheezein. har society mein dekhiye negative aur positive dono item hote hain.</w:t>
      </w:r>
    </w:p>
    <w:p>
      <w:pPr>
        <w:jc w:val="right"/>
      </w:pPr>
      <w:r>
        <w:t>ایسی باتیں چھاپتے ہیں لوگ، ایسے جو لوگ جسے بھڑکاتے ہیں۔ یعنی نیگیٹیو چیزیں۔ ہر سوسائٹی میں دیکھیے نیگیٹیو اور پازیٹیو دونوں آئٹم ہوتے ہیں۔</w:t>
      </w:r>
    </w:p>
    <w:p>
      <w:r>
        <w:rPr>
          <w:b/>
        </w:rPr>
        <w:t xml:space="preserve">[04:12] </w:t>
      </w:r>
      <w:r>
        <w:t>lekin media kya karta hai? chhanat chhanat kar ke negative cheezein chhapta hai. is India mein, America mein, hatta ke Israel mein har jagah yahi qissa hai</w:t>
      </w:r>
    </w:p>
    <w:p>
      <w:pPr>
        <w:jc w:val="right"/>
      </w:pPr>
      <w:r>
        <w:t>لیکن میڈیا کیا کرتا ہے؟ چھانٹ چھانٹ کر کے نیگیٹیو چیزیں چھاپتا ہے۔ اس انڈیا میں، امریکہ میں، حتیٰ کہ اسرائیل میں ہر جگہ یہی قصہ ہے</w:t>
      </w:r>
    </w:p>
    <w:p>
      <w:r>
        <w:rPr>
          <w:b/>
        </w:rPr>
        <w:t xml:space="preserve">[04:23] </w:t>
      </w:r>
      <w:r>
        <w:t>ke har jagah aisa nahi hai ke woh sab jaise log samajhte hain ke Israel mein bohat hi bura hai. aisa bilkul galat baat hai. wahan positive point, plus point bhi hai, negative point bhi hai.</w:t>
      </w:r>
    </w:p>
    <w:p>
      <w:pPr>
        <w:jc w:val="right"/>
      </w:pPr>
      <w:r>
        <w:t>کہ ہر جگہ ایسا نہیں ہے کہ وہ سب جیسے لوگ سمجھتے ہیں کہ اسرائیل میں بہت ہی برا ہے۔ ایسا بالکل غلط بات ہے۔ وہاں پازیٹیو پوائنٹ، پلس پوائنٹ بھی ہے، نیگیٹیو پوائنٹ بھی ہے۔</w:t>
      </w:r>
    </w:p>
    <w:p>
      <w:r>
        <w:rPr>
          <w:b/>
        </w:rPr>
        <w:t xml:space="preserve">[04:35] </w:t>
      </w:r>
      <w:r>
        <w:t>lekin hamara jo Muslim media jo hai negative point ko chhapta hai.</w:t>
      </w:r>
    </w:p>
    <w:p>
      <w:pPr>
        <w:jc w:val="right"/>
      </w:pPr>
      <w:r>
        <w:t>لیکن ہمارا جو مسلم میڈیا جو ہے نیگیٹیو پوائنٹ کو چھاپتا ہے۔</w:t>
      </w:r>
    </w:p>
    <w:p>
      <w:r>
        <w:rPr>
          <w:b/>
        </w:rPr>
        <w:t xml:space="preserve">[04:40] </w:t>
      </w:r>
      <w:r>
        <w:t>plus point ko chhod deta hai. isi se logon ko conditioning hoti hai. ab barah-e-rast jab aap padhte hain, sunte hain ke Israel jo hai to kharab hai to aap samajh jate hain ke Israel koi alag cheez hai.</w:t>
      </w:r>
    </w:p>
    <w:p>
      <w:pPr>
        <w:jc w:val="right"/>
      </w:pPr>
      <w:r>
        <w:t>پلس پوائنٹ کو چھوڑ دیتا ہے۔ اسی سے لوگوں کو کنڈیشننگ ہوتی ہے۔ اب براہ راست جب آپ پڑھتے ہیں، سنتے ہیں کہ اسرائیل جو ہے تو خراب ہے تو آپ سمجھ جاتے ہیں کہ اسرائیل کوئی الگ چیز ہے۔</w:t>
      </w:r>
    </w:p>
    <w:p>
      <w:r>
        <w:rPr>
          <w:b/>
        </w:rPr>
        <w:t xml:space="preserve">[04:53] </w:t>
      </w:r>
      <w:r>
        <w:t>Israel koi alag cheez nahi hai, woh bhi insan hain, woh log bhi.</w:t>
      </w:r>
    </w:p>
    <w:p>
      <w:pPr>
        <w:jc w:val="right"/>
      </w:pPr>
      <w:r>
        <w:t>اسرائیل کوئی الگ چیز نہیں ہے، وہ بھی انسان ہیں، وہ لوگ بھی۔</w:t>
      </w:r>
    </w:p>
    <w:p>
      <w:r>
        <w:rPr>
          <w:b/>
        </w:rPr>
        <w:t xml:space="preserve">[04:57] </w:t>
      </w:r>
      <w:r>
        <w:t>Israel ka case ho, America ka case ho, ya India mein jo extremist parties hain un ka case ho, koi bhi 100 fisad bura nahi hai.</w:t>
      </w:r>
    </w:p>
    <w:p>
      <w:pPr>
        <w:jc w:val="right"/>
      </w:pPr>
      <w:r>
        <w:t>اسرائیل کا کیس ہو، امریکہ کا کیس ہو، یا انڈیا میں جو ایکسٹریمسٹ پارٹیز ہیں ان کا کیس ہو، کوئی بھی 100 فیصد برا نہیں ہے۔</w:t>
      </w:r>
    </w:p>
    <w:p>
      <w:r>
        <w:rPr>
          <w:b/>
        </w:rPr>
        <w:t xml:space="preserve">[05:08] </w:t>
      </w:r>
      <w:r>
        <w:t>har jagah kuch aisi cheezein hoti hain jo aap ko pasand na hon to hamare log isi ko lekar phansalte hain, isi ko bayan karte hain.</w:t>
      </w:r>
    </w:p>
    <w:p>
      <w:pPr>
        <w:jc w:val="right"/>
      </w:pPr>
      <w:r>
        <w:t>ہر جگہ کچھ ایسی چیزیں ہوتی ہیں جو آپ کو پسند نہ ہوں تو ہمارے لوگ اسی کو لے کر پھسالتے ہیں، اسی کو بیان کرتے ہیں۔</w:t>
      </w:r>
    </w:p>
    <w:p>
      <w:r>
        <w:rPr>
          <w:b/>
        </w:rPr>
        <w:t xml:space="preserve">[05:17] </w:t>
      </w:r>
      <w:r>
        <w:t>is se kya hota hai? sunte sunte, parhte parhte condition ho jati hai. to sab log yani conditioning ka case ban gaye hain.</w:t>
      </w:r>
    </w:p>
    <w:p>
      <w:pPr>
        <w:jc w:val="right"/>
      </w:pPr>
      <w:r>
        <w:t>اس سے کیا ہوتا ہے؟ سنتے سنتے، پڑھتے پڑھتے کنڈیشن ہو جاتی ہے۔ تو سب لوگ یعنی کنڈیشننگ کا کیس بن گئے ہیں۔</w:t>
      </w:r>
    </w:p>
    <w:p>
      <w:r>
        <w:rPr>
          <w:b/>
        </w:rPr>
        <w:t xml:space="preserve">[05:27] </w:t>
      </w:r>
      <w:r>
        <w:t>to main samajhta hoon ke personality development ka matlab yeh hai apni deconditioning.</w:t>
      </w:r>
    </w:p>
    <w:p>
      <w:pPr>
        <w:jc w:val="right"/>
      </w:pPr>
      <w:r>
        <w:t>تو میں سمجھتا ہوں کہ پرسنیلٹی ڈویلپمنٹ کا مطلب یہ ہے اپنی ڈی کنڈیشننگ۔</w:t>
      </w:r>
    </w:p>
    <w:p>
      <w:r>
        <w:rPr>
          <w:b/>
        </w:rPr>
        <w:t xml:space="preserve">[05:36] </w:t>
      </w:r>
      <w:r>
        <w:t>wo hoti hai muhasba ke zariye se. jo aadmi aisa na kare to conditioning mein jiye ga, conditioning mein mare ga.</w:t>
      </w:r>
    </w:p>
    <w:p>
      <w:pPr>
        <w:jc w:val="right"/>
      </w:pPr>
      <w:r>
        <w:t>وہ ہوتی ہے محاسبہ کے ذریعے سے۔ جو آدمی ایسا نہ کرے تو کنڈیشننگ میں جیئے گا، کنڈیشننگ میں مرے گا۔</w:t>
      </w:r>
    </w:p>
    <w:p>
      <w:r>
        <w:rPr>
          <w:b/>
        </w:rPr>
        <w:t xml:space="preserve">[05:46] </w:t>
      </w:r>
      <w:r>
        <w:t>to bohat zaroori hai ke hum apni deconditioning karein. wohi deconditioning ka doosra naam tazkiya-e-nafs hai, isi ka naam personality building hai.</w:t>
      </w:r>
    </w:p>
    <w:p>
      <w:pPr>
        <w:jc w:val="right"/>
      </w:pPr>
      <w:r>
        <w:t>تو بہت ضروری ہے کہ ہم اپنی ڈی کنڈیشننگ کریں۔ وہی ڈی کنڈیشننگ کا دوسرا نام تزکیہ نفس ہے، اسی کا نام پرسنیلٹی بلڈنگ ہے۔</w:t>
      </w:r>
    </w:p>
    <w:p>
      <w:r>
        <w:rPr>
          <w:b/>
        </w:rPr>
        <w:t xml:space="preserve">[05:56] </w:t>
      </w:r>
      <w:r>
        <w:t>sab kuch wohi tazkiya-e-nafs hai. rawaiyeti zaban mein woh tazkiya-e-nafs hai, aaj kal ki zaban mein hum kahein ke woh deconditioning hai ya personality development hai.</w:t>
      </w:r>
    </w:p>
    <w:p>
      <w:pPr>
        <w:jc w:val="right"/>
      </w:pPr>
      <w:r>
        <w:t>سب کچھ وہی تزکیہ نفس ہے۔ روایتی زبان میں وہ تزکیہ نفس ہے، آج کل کی زبان میں ہم کہیں کہ وہ ڈی کنڈیشننگ ہے یا پرسنیلٹی ڈویلپمنٹ ہے۔</w:t>
      </w:r>
    </w:p>
    <w:p>
      <w:r>
        <w:rPr>
          <w:b/>
        </w:rPr>
        <w:t xml:space="preserve">[06:08] </w:t>
      </w:r>
      <w:r>
        <w:t>maulana, agla sawal aya hai miss sadia khan ka, dilli se. unhone likha hai: "it is true indeed that the nature of angels' persuasion is passive, and that of satan's is active.</w:t>
      </w:r>
    </w:p>
    <w:p>
      <w:pPr>
        <w:jc w:val="right"/>
      </w:pPr>
      <w:r>
        <w:t>مولانا، اگلا سوال آیا ہے مس سعدیہ خان کا، دلی سے۔ انہوں نے لکھا ہے: "It is true indeed that the nature of angels' persuasion is passive, and that of Satan's is active.</w:t>
      </w:r>
    </w:p>
    <w:p>
      <w:r>
        <w:rPr>
          <w:b/>
        </w:rPr>
        <w:t xml:space="preserve">[06:23] </w:t>
      </w:r>
      <w:r>
        <w:t>however, that the nature of persuasion of these entities is the cause of man's greater inclination towards the bad is unclear.</w:t>
      </w:r>
    </w:p>
    <w:p>
      <w:pPr>
        <w:jc w:val="right"/>
      </w:pPr>
      <w:r>
        <w:t>However, that the nature of persuasion of these entities is the cause of man's greater inclination towards the bad is unclear.</w:t>
      </w:r>
    </w:p>
    <w:p>
      <w:r>
        <w:rPr>
          <w:b/>
        </w:rPr>
        <w:t xml:space="preserve">[06:35] </w:t>
      </w:r>
      <w:r>
        <w:t>please explain."</w:t>
      </w:r>
    </w:p>
    <w:p>
      <w:pPr>
        <w:jc w:val="right"/>
      </w:pPr>
      <w:r>
        <w:t>Please explain."</w:t>
      </w:r>
    </w:p>
    <w:p>
      <w:r>
        <w:rPr>
          <w:b/>
        </w:rPr>
        <w:t xml:space="preserve">[06:38] </w:t>
      </w:r>
      <w:r>
        <w:t>dekhiye, unclear ki baat nahi hai. allah taala ne jo jannat banai hai to us ki koi price dena parega na insaan ko?</w:t>
      </w:r>
    </w:p>
    <w:p>
      <w:pPr>
        <w:jc w:val="right"/>
      </w:pPr>
      <w:r>
        <w:t>دیکھیے، unclear کی بات نہیں ہے۔ اللہ تعالیٰ نے جو جنت بنائی ہے تو اس کی کوئی پرائس دینا پڑے گا نا انسان کو؟</w:t>
      </w:r>
    </w:p>
    <w:p>
      <w:r>
        <w:rPr>
          <w:b/>
        </w:rPr>
        <w:t xml:space="preserve">[06:49] </w:t>
      </w:r>
      <w:r>
        <w:t>free bus jannat nahi mile gi. eternal law hai,</w:t>
      </w:r>
    </w:p>
    <w:p>
      <w:pPr>
        <w:jc w:val="right"/>
      </w:pPr>
      <w:r>
        <w:t>فری بس جنت نہیں ملے گی۔ Eternal law ہے،</w:t>
      </w:r>
    </w:p>
    <w:p>
      <w:r>
        <w:rPr>
          <w:b/>
        </w:rPr>
        <w:t xml:space="preserve">[06:55] </w:t>
      </w:r>
      <w:r>
        <w:t>wahan hoga. woh ideal world hoga. woh perfect world hoga. eternally aadmi wahan life guzare ga. to us ki koi price honi chahiye.</w:t>
      </w:r>
    </w:p>
    <w:p>
      <w:pPr>
        <w:jc w:val="right"/>
      </w:pPr>
      <w:r>
        <w:t>وہاں ہوگا۔ وہ ideal world ہوگا۔ وہ perfect world ہوگا۔ Eternally آدمی وہاں life گزارے گا۔ تو اس کی کوئی پرائس ہونی چاہیے۔</w:t>
      </w:r>
    </w:p>
    <w:p>
      <w:r>
        <w:rPr>
          <w:b/>
        </w:rPr>
        <w:t xml:space="preserve">[07:06] </w:t>
      </w:r>
      <w:r>
        <w:t>film kaise mile gi price? price yahi hai. price yahi hai ke shaitan,</w:t>
      </w:r>
    </w:p>
    <w:p>
      <w:pPr>
        <w:jc w:val="right"/>
      </w:pPr>
      <w:r>
        <w:t>فلم کیسے ملے گی پرائس؟ پرائس یہی ہے۔ پرائس یہی ہے کہ شیطان،</w:t>
      </w:r>
    </w:p>
    <w:p>
      <w:r>
        <w:rPr>
          <w:b/>
        </w:rPr>
        <w:t xml:space="preserve">[07:13] </w:t>
      </w:r>
      <w:r>
        <w:t>shaitan ka jo influence hai, agarche woh active hai, phir bhi aap us ko by side karein. farishton ka influence, agarche woh passive hai, us ko aap sunein aur pakrein us ko.</w:t>
      </w:r>
    </w:p>
    <w:p>
      <w:pPr>
        <w:jc w:val="right"/>
      </w:pPr>
      <w:r>
        <w:t>شیطان کا جو influence ہے، اگرچہ وہ active ہے، پھر بھی آپ اس کو by side کریں۔ فرشتوں کا influence، اگرچہ وہ passive ہے، اس کو آپ سنیں اور پکڑیں اس کو۔</w:t>
      </w:r>
    </w:p>
    <w:p>
      <w:r>
        <w:rPr>
          <w:b/>
        </w:rPr>
        <w:t xml:space="preserve">[07:26] </w:t>
      </w:r>
      <w:r>
        <w:t>to yeh to price hai paradise ki. kuch to price allah taala ko muqarrar karna tha.</w:t>
      </w:r>
    </w:p>
    <w:p>
      <w:pPr>
        <w:jc w:val="right"/>
      </w:pPr>
      <w:r>
        <w:t>تو یہ تو پرائس ہے paradise کی۔ کچھ تو پرائس اللہ تعالیٰ کو مقرر کرنا تھا۔</w:t>
      </w:r>
    </w:p>
    <w:p>
      <w:r>
        <w:rPr>
          <w:b/>
        </w:rPr>
        <w:t xml:space="preserve">[07:32] </w:t>
      </w:r>
      <w:r>
        <w:t>to yahi price hai. shaitan ka influence agarche active hai, aap ko usay yani apne ko us se bachana hai.</w:t>
      </w:r>
    </w:p>
    <w:p>
      <w:pPr>
        <w:jc w:val="right"/>
      </w:pPr>
      <w:r>
        <w:t>تو یہی پرائس ہے۔ شیطان کا influence اگرچہ active ہے، آپ کو اسے یعنی اپنے کو اس سے بچانا ہے۔</w:t>
      </w:r>
    </w:p>
    <w:p>
      <w:r>
        <w:rPr>
          <w:b/>
        </w:rPr>
        <w:t xml:space="preserve">[07:44] </w:t>
      </w:r>
      <w:r>
        <w:t>aur farishton ka impulse agarche passive hai, us ki taraf aap ko daurna hai.</w:t>
      </w:r>
    </w:p>
    <w:p>
      <w:pPr>
        <w:jc w:val="right"/>
      </w:pPr>
      <w:r>
        <w:t>اور فرشتوں کا impulse اگرچہ passive ہے، اس کی طرف آپ کو دوڑنا ہے۔</w:t>
      </w:r>
    </w:p>
    <w:p>
      <w:r>
        <w:rPr>
          <w:b/>
        </w:rPr>
        <w:t xml:space="preserve">[07:51] </w:t>
      </w:r>
      <w:r>
        <w:t>yeh jahan fail ho jaye to phir us ke liye paradise nahi hai.</w:t>
      </w:r>
    </w:p>
    <w:p>
      <w:pPr>
        <w:jc w:val="right"/>
      </w:pPr>
      <w:r>
        <w:t>یہ جہاں fail ہو جائے تو پھر اس کے لیے paradise نہیں ہے۔</w:t>
      </w:r>
    </w:p>
    <w:p>
      <w:r>
        <w:rPr>
          <w:b/>
        </w:rPr>
        <w:t xml:space="preserve">[07:58] </w:t>
      </w:r>
      <w:r>
        <w:t>maulana, agla sawal aya hai dilli se mister aniket verma ka. unhone aapse poocha hai ke: "maulana sahib, we talk about ego a lot.</w:t>
      </w:r>
    </w:p>
    <w:p>
      <w:pPr>
        <w:jc w:val="right"/>
      </w:pPr>
      <w:r>
        <w:t>مولانا، اگلا سوال آیا ہے دلی سے مسٹر انیکیت ورما کا۔ انہوں نے آپ سے پوچھا ہے کہ: "مولانا صاحب، we talk about ego a lot.</w:t>
      </w:r>
    </w:p>
    <w:p>
      <w:r>
        <w:rPr>
          <w:b/>
        </w:rPr>
        <w:t xml:space="preserve">[08:09] </w:t>
      </w:r>
      <w:r>
        <w:t>i want to know from you, where does it originate from? mind or heart?"</w:t>
      </w:r>
    </w:p>
    <w:p>
      <w:pPr>
        <w:jc w:val="right"/>
      </w:pPr>
      <w:r>
        <w:t>I want to know from you, where does it originate from? Mind or heart?"</w:t>
      </w:r>
    </w:p>
    <w:p>
      <w:r>
        <w:rPr>
          <w:b/>
        </w:rPr>
        <w:t xml:space="preserve">[08:18] </w:t>
      </w:r>
      <w:r>
        <w:t>dekhiye, yeh mind aur heart ka jo alag alag mante the log, ab woh khatam ho chuka hai.</w:t>
      </w:r>
    </w:p>
    <w:p>
      <w:pPr>
        <w:jc w:val="right"/>
      </w:pPr>
      <w:r>
        <w:t>دیکھیے، یہ mind اور heart کا جو الگ الگ مانتے تھے لوگ، اب وہ ختم ہو چکا ہے۔</w:t>
      </w:r>
    </w:p>
    <w:p>
      <w:r>
        <w:rPr>
          <w:b/>
        </w:rPr>
        <w:t xml:space="preserve">[08:27] </w:t>
      </w:r>
      <w:r>
        <w:t>ab mind hi sab kuch hai. soul bhi mind mein hi hai. heart bhi mind mein hai. thinking bhi mind mein hai, emotions bhi mind mein hain.</w:t>
      </w:r>
    </w:p>
    <w:p>
      <w:pPr>
        <w:jc w:val="right"/>
      </w:pPr>
      <w:r>
        <w:t>اب mind ہی سب کچھ ہے۔ Soul بھی mind میں ہی ہے۔ Heart بھی mind میں ہے۔ Thinking بھی mind میں ہے، emotions بھی mind میں ہیں۔</w:t>
      </w:r>
    </w:p>
    <w:p>
      <w:r>
        <w:rPr>
          <w:b/>
        </w:rPr>
        <w:t xml:space="preserve">[08:36] </w:t>
      </w:r>
      <w:r>
        <w:t>har cheez ka jo source hai woh mind hai.</w:t>
      </w:r>
    </w:p>
    <w:p>
      <w:pPr>
        <w:jc w:val="right"/>
      </w:pPr>
      <w:r>
        <w:t>ہر چیز کا جو source ہے وہ mind ہے۔</w:t>
      </w:r>
    </w:p>
    <w:p>
      <w:r>
        <w:rPr>
          <w:b/>
        </w:rPr>
        <w:t xml:space="preserve">[08:40] </w:t>
      </w:r>
      <w:r>
        <w:t>to alag kuch nahi hai mind se. baqi jo ego hai to har aadmi apne tajrube mein jaan sakta hai ego aur conscience ka muamla.</w:t>
      </w:r>
    </w:p>
    <w:p>
      <w:pPr>
        <w:jc w:val="right"/>
      </w:pPr>
      <w:r>
        <w:t>تو الگ کچھ نہیں ہے mind سے۔ باقی جو ego ہے تو ہر آدمی اپنے تجربے میں جان سکتا ہے ego اور conscience کا معاملہ۔</w:t>
      </w:r>
    </w:p>
    <w:p>
      <w:r>
        <w:rPr>
          <w:b/>
        </w:rPr>
        <w:t xml:space="preserve">[08:52] </w:t>
      </w:r>
      <w:r>
        <w:t>ke kahin aap ko andar se ek hota hai repentance ata hai.</w:t>
      </w:r>
    </w:p>
    <w:p>
      <w:pPr>
        <w:jc w:val="right"/>
      </w:pPr>
      <w:r>
        <w:t>کہ کہیں آپ کو اندر سے ایک ہوتا ہے repentance آتا ہے۔</w:t>
      </w:r>
    </w:p>
    <w:p>
      <w:r>
        <w:rPr>
          <w:b/>
        </w:rPr>
        <w:t xml:space="preserve">[08:58] </w:t>
      </w:r>
      <w:r>
        <w:t>that is phenomenon of conscience. kahin aap provoke hote hain, ghussa hota hai ke sab yeh karoon, woh karoon. that is phenomenon of ego. to yeh to koi koi mystery nahi hai.</w:t>
      </w:r>
    </w:p>
    <w:p>
      <w:pPr>
        <w:jc w:val="right"/>
      </w:pPr>
      <w:r>
        <w:t>That is phenomenon of conscience۔ کہیں آپ provoke ہوتے ہیں، غصہ ہوتا ہے کہ سب یہ کروں، وہ کروں۔ That is phenomenon of ego۔ تو یہ تو کوئی کوئی mystery نہیں ہے۔</w:t>
      </w:r>
    </w:p>
    <w:p>
      <w:r>
        <w:rPr>
          <w:b/>
        </w:rPr>
        <w:t xml:space="preserve">[09:11] </w:t>
      </w:r>
      <w:r>
        <w:t>har aadmi apne tajrube mein samajh sakta hai ke insaan ke andar dono faculties hain: ego bhi aur conscience bhi.</w:t>
      </w:r>
    </w:p>
    <w:p>
      <w:pPr>
        <w:jc w:val="right"/>
      </w:pPr>
      <w:r>
        <w:t>ہر آدمی اپنے تجربے میں سمجھ سکتا ہے کہ انسان کے اندر دونوں faculties ہیں: ego بھی اور conscience بھی۔</w:t>
      </w:r>
    </w:p>
    <w:p>
      <w:r>
        <w:rPr>
          <w:b/>
        </w:rPr>
        <w:t xml:space="preserve">[09:19] </w:t>
      </w:r>
      <w:r>
        <w:t>aur chunaanche insaan test mein hai to is liye zaroori tha ke dono faculties hon. taake aadmi dekha jaye kaun woh aadmi hai jo ego ko follow nahi karta balke conscience ko follow karta hai.</w:t>
      </w:r>
    </w:p>
    <w:p>
      <w:pPr>
        <w:jc w:val="right"/>
      </w:pPr>
      <w:r>
        <w:t>اور چونکہ انسان ٹیسٹ میں ہے تو اس لیے ضروری تھا کہ دونوں faculties ہوں۔ تاکہ آدمی دیکھا جائے کون وہ آدمی ہے جو ego کو follow نہیں کرتا بلکہ conscience کو follow کرتا ہے۔</w:t>
      </w:r>
    </w:p>
    <w:p>
      <w:r>
        <w:rPr>
          <w:b/>
        </w:rPr>
        <w:t xml:space="preserve">[09:33] </w:t>
      </w:r>
      <w:r>
        <w:t>yeh toh yeh toh hona hi hona tha test ke liye.</w:t>
      </w:r>
    </w:p>
    <w:p>
      <w:pPr>
        <w:jc w:val="right"/>
      </w:pPr>
      <w:r>
        <w:t>یہ تو یہ تو ہونا ہی ہونا تھا ٹیسٹ کے لیے۔</w:t>
      </w:r>
    </w:p>
    <w:p>
      <w:r>
        <w:rPr>
          <w:b/>
        </w:rPr>
        <w:t xml:space="preserve">[09:39] </w:t>
      </w:r>
      <w:r>
        <w:t>maulana, agla sawal aaya hai mister ramesh jaiswani ka, dilli se. unhon ne likha hai: "From where do thoughts originate?</w:t>
      </w:r>
    </w:p>
    <w:p>
      <w:pPr>
        <w:jc w:val="right"/>
      </w:pPr>
      <w:r>
        <w:t>مولانا، اگلا سوال آیا ہے مسٹر رمیش جیسوانی کا، دلی سے۔ انہوں نے لکھا ہے: "From where do thoughts originate?</w:t>
      </w:r>
    </w:p>
    <w:p>
      <w:r>
        <w:rPr>
          <w:b/>
        </w:rPr>
        <w:t xml:space="preserve">[09:50] </w:t>
      </w:r>
      <w:r>
        <w:t>What is their source? If I get 60 thoughts per second, from where are they coming? Maulana sahib, please tell m</w:t>
      </w:r>
    </w:p>
    <w:p>
      <w:pPr>
        <w:jc w:val="right"/>
      </w:pPr>
      <w:r>
        <w:t>What is their source? If I get 60 thoughts per second, from where are they coming? مولانا صاحب, please tell m</w:t>
      </w:r>
    </w:p>
    <w:p>
      <w:r>
        <w:rPr>
          <w:b/>
        </w:rPr>
        <w:t xml:space="preserve">[09:59] </w:t>
      </w:r>
      <w:r>
        <w:t>e." bhai, main toh jahan tak samjha hoon, psychology bhi yahi kehti hai. psychology kya hai?</w:t>
      </w:r>
    </w:p>
    <w:p>
      <w:pPr>
        <w:jc w:val="right"/>
      </w:pPr>
      <w:r>
        <w:t>e." بھائی، میں تو جہاں تک سمجھا ہوں، psychology بھی یہی کہتی ہے۔ Psychology کیا ہے؟</w:t>
      </w:r>
    </w:p>
    <w:p>
      <w:r>
        <w:rPr>
          <w:b/>
        </w:rPr>
        <w:t xml:space="preserve">[10:08] </w:t>
      </w:r>
      <w:r>
        <w:t>psychology ek naam hai study of mind ka. study of mind ka naam psychology hai.</w:t>
      </w:r>
    </w:p>
    <w:p>
      <w:pPr>
        <w:jc w:val="right"/>
      </w:pPr>
      <w:r>
        <w:t>Psychology ایک نام ہے study of mind کا۔ Study of mind کا نام psychology ہے۔</w:t>
      </w:r>
    </w:p>
    <w:p>
      <w:r>
        <w:rPr>
          <w:b/>
        </w:rPr>
        <w:t xml:space="preserve">[10:16] </w:t>
      </w:r>
      <w:r>
        <w:t>toh psychology bhi yahi kehti hai ke saare thoughts jo hain pehle hi se aindah ke mind mein maujood hain. aadmi kisi thought ko create nahi kar sakta.</w:t>
      </w:r>
    </w:p>
    <w:p>
      <w:pPr>
        <w:jc w:val="right"/>
      </w:pPr>
      <w:r>
        <w:t>تو psychology بھی یہی کہتی ہے کہ سارے thoughts جو ہیں پہلے ہی سے آئندہ کے mind میں موجود ہیں۔ آدمی کسی thought کو create نہیں کر سکتا۔</w:t>
      </w:r>
    </w:p>
    <w:p>
      <w:r>
        <w:rPr>
          <w:b/>
        </w:rPr>
        <w:t xml:space="preserve">[10:28] </w:t>
      </w:r>
      <w:r>
        <w:t>hum create nahi kar sakte. we are not a creator.</w:t>
      </w:r>
    </w:p>
    <w:p>
      <w:pPr>
        <w:jc w:val="right"/>
      </w:pPr>
      <w:r>
        <w:t>ہم create نہیں کر سکتے۔ We are not a creator۔</w:t>
      </w:r>
    </w:p>
    <w:p>
      <w:r>
        <w:rPr>
          <w:b/>
        </w:rPr>
        <w:t xml:space="preserve">[10:34] </w:t>
      </w:r>
      <w:r>
        <w:t>jis tarah se hum ek ek jis tarah se hum ek chidiya ko nahi create kar sakte, hum thought ko bhi create nahi kar sakte. toh thoughts jo hain sab ke sab mind mein bhare hue hain.</w:t>
      </w:r>
    </w:p>
    <w:p>
      <w:pPr>
        <w:jc w:val="right"/>
      </w:pPr>
      <w:r>
        <w:t>جس طرح سے ہم ایک ایک جس طرح سے ہم ایک چڑیا کو نہیں create کر سکتے، ہم thought کو بھی create نہیں کر سکتے۔ تو thoughts جو ہیں سب کے سب mind میں بھرے ہوئے ہیں۔</w:t>
      </w:r>
    </w:p>
    <w:p>
      <w:r>
        <w:rPr>
          <w:b/>
        </w:rPr>
        <w:t xml:space="preserve">[10:47] </w:t>
      </w:r>
      <w:r>
        <w:t>ab ab hota yeh hai ke hum ek ek duniya mein jeete hain</w:t>
      </w:r>
    </w:p>
    <w:p>
      <w:pPr>
        <w:jc w:val="right"/>
      </w:pPr>
      <w:r>
        <w:t>اب اب ہوتا یہ ہے کہ ہم ایک ایک دنیا میں جیتے ہیں</w:t>
      </w:r>
    </w:p>
    <w:p>
      <w:r>
        <w:rPr>
          <w:b/>
        </w:rPr>
        <w:t xml:space="preserve">[10:51] </w:t>
      </w:r>
      <w:r>
        <w:t>jahan bohat cheezein hum suntay hain, dekhtay hain, parhtay hain. is se hum influence hotay hain. is se action aur reaction aata hai.</w:t>
      </w:r>
    </w:p>
    <w:p>
      <w:pPr>
        <w:jc w:val="right"/>
      </w:pPr>
      <w:r>
        <w:t>جہاں بہت چیزیں ہم سنتے ہیں، دیکھتے ہیں، پڑھتے ہیں۔ اس سے ہم influence ہوتے ہیں۔ اس سے action اور reaction آتا ہے۔</w:t>
      </w:r>
    </w:p>
    <w:p>
      <w:r>
        <w:rPr>
          <w:b/>
        </w:rPr>
        <w:t xml:space="preserve">[11:00] </w:t>
      </w:r>
      <w:r>
        <w:t>toh hum apne thought ko recollect karte hain, us ko analysis karte hain. is se ek naya thought emerge karta hai.</w:t>
      </w:r>
    </w:p>
    <w:p>
      <w:pPr>
        <w:jc w:val="right"/>
      </w:pPr>
      <w:r>
        <w:t>تو ہم اپنے thought کو recollect کرتے ہیں، اس کو analysis کرتے ہیں۔ اس سے ایک نیا thought emerge کرتا ہے۔</w:t>
      </w:r>
    </w:p>
    <w:p>
      <w:r>
        <w:rPr>
          <w:b/>
        </w:rPr>
        <w:t xml:space="preserve">[11:10] </w:t>
      </w:r>
      <w:r>
        <w:t>toh basically main jahan tak samjha hoon ke ek ek toh woh hai jo thought mein saari baatein maujood hain. doosri yeh hai ke jo hum bahar observation se ya study se baaton ko letay hain, is se phir ek analysis ek ek woh hota hai.</w:t>
      </w:r>
    </w:p>
    <w:p>
      <w:pPr>
        <w:jc w:val="right"/>
      </w:pPr>
      <w:r>
        <w:t>تو basically میں جہاں تک سمجھا ہوں کہ ایک ایک تو وہ ہے جو thought میں ساری باتیں موجود ہیں۔ دوسری یہ ہے کہ جو ہم باہر observation سے یا study سے باتوں کو لیتے ہیں، اس سے پھر ایک analysis ایک ایک وہ ہوتا ہے۔</w:t>
      </w:r>
    </w:p>
    <w:p>
      <w:r>
        <w:rPr>
          <w:b/>
        </w:rPr>
        <w:t xml:space="preserve">[11:27] </w:t>
      </w:r>
      <w:r>
        <w:t>ek</w:t>
      </w:r>
    </w:p>
    <w:p>
      <w:pPr>
        <w:jc w:val="right"/>
      </w:pPr>
      <w:r>
        <w:t>ایک</w:t>
      </w:r>
    </w:p>
    <w:p>
      <w:r>
        <w:rPr>
          <w:b/>
        </w:rPr>
        <w:t xml:space="preserve">[11:29] </w:t>
      </w:r>
      <w:r>
        <w:t>ek nayi cheez emerge karti hai. ek toh us ko yaani yaani us ko explain bilkul is tarah nahi kiya ja sakta jis tarike se do do chaar ke tarike se.</w:t>
      </w:r>
    </w:p>
    <w:p>
      <w:pPr>
        <w:jc w:val="right"/>
      </w:pPr>
      <w:r>
        <w:t>ایک نئی چیز emerge کرتی ہے۔ ایک تو اس کو یعنی یعنی اس کو explain بالکل اس طرح نہیں کیا جا سکتا جس طریقے سے دو دو چار کے طریقے سے۔</w:t>
      </w:r>
    </w:p>
    <w:p>
      <w:r>
        <w:rPr>
          <w:b/>
        </w:rPr>
        <w:t xml:space="preserve">[11:43] </w:t>
      </w:r>
      <w:r>
        <w:t>isi liye psychology ab tak koi us ko science nahi manta.</w:t>
      </w:r>
    </w:p>
    <w:p>
      <w:pPr>
        <w:jc w:val="right"/>
      </w:pPr>
      <w:r>
        <w:t>اسی لیے psychology اب تک کوئی اس کو سائنس نہیں مانتا۔</w:t>
      </w:r>
    </w:p>
    <w:p>
      <w:r>
        <w:rPr>
          <w:b/>
        </w:rPr>
        <w:t xml:space="preserve">[11:48] </w:t>
      </w:r>
      <w:r>
        <w:t>kyunke science ab tak psychology is tarah develop nahi hui hai jis tarah exact sciences develop hui hain. is ko sirf samajhne ke liye maine yeh baatein kahi hain.</w:t>
      </w:r>
    </w:p>
    <w:p>
      <w:pPr>
        <w:jc w:val="right"/>
      </w:pPr>
      <w:r>
        <w:t>کیونکہ سائنس ابھی تک psychology اس طرح develop نہیں ہوئی ہے جس طرح exact sciences develop ہوئی ہیں۔ اس کو صرف سمجھنے کے لیے میں نے یہ باتیں کہی ہیں۔</w:t>
      </w:r>
    </w:p>
    <w:p>
      <w:r>
        <w:rPr>
          <w:b/>
        </w:rPr>
        <w:t xml:space="preserve">[11:58] </w:t>
      </w:r>
      <w:r>
        <w:t>baqi agar aap yeh chahein ke main mathematical sense mein us ko explain kar doon toh yeh kisi ke liye possible nahi. na mere liye, na</w:t>
      </w:r>
    </w:p>
    <w:p>
      <w:pPr>
        <w:jc w:val="right"/>
      </w:pPr>
      <w:r>
        <w:t>باقی اگر آپ یہ چاہیں کہ میں mathematical sense میں اس کو explain کر دوں تو یہ کسی کے لیے possible نہیں۔ نہ میرے لیے، نہ</w:t>
      </w:r>
    </w:p>
    <w:p>
      <w:r>
        <w:rPr>
          <w:b/>
        </w:rPr>
        <w:t xml:space="preserve">[12:06] </w:t>
      </w:r>
      <w:r>
        <w:t>na aur na woh pride ke liye.</w:t>
      </w:r>
    </w:p>
    <w:p>
      <w:pPr>
        <w:jc w:val="right"/>
      </w:pPr>
      <w:r>
        <w:t>نہ اور نہ وہ pride کے لیے۔</w:t>
      </w:r>
    </w:p>
    <w:p>
      <w:r>
        <w:rPr>
          <w:b/>
        </w:rPr>
        <w:t xml:space="preserve">[12:16] </w:t>
      </w:r>
      <w:r>
        <w:t>maulana, agla sawal aaya hai mister idrees ka raipur se. unhon ne likha hai ke: "Precious wisdom like importance of peace and virtuous incidents like of hudaybiyah, hazrat yusuf and idols of makkah are ignored in other taqreer.</w:t>
      </w:r>
    </w:p>
    <w:p>
      <w:pPr>
        <w:jc w:val="right"/>
      </w:pPr>
      <w:r>
        <w:t>مولانا، اگلا سوال آیا ہے مسٹر ادریس کا رائے پور سے۔ انہوں نے لکھا ہے کہ: "Precious wisdom like importance of peace and virtuous incidents like of حدیبیہ، حضرت یوسف and idols of مکہ are ignored in other تقریر۔</w:t>
      </w:r>
    </w:p>
    <w:p>
      <w:r>
        <w:rPr>
          <w:b/>
        </w:rPr>
        <w:t xml:space="preserve">[12:37] </w:t>
      </w:r>
      <w:r>
        <w:t>They mostly use language of fanaticism and dogmatism.</w:t>
      </w:r>
    </w:p>
    <w:p>
      <w:pPr>
        <w:jc w:val="right"/>
      </w:pPr>
      <w:r>
        <w:t>They mostly use language of fanaticism and dogmatism.</w:t>
      </w:r>
    </w:p>
    <w:p>
      <w:r>
        <w:rPr>
          <w:b/>
        </w:rPr>
        <w:t xml:space="preserve">[12:42] </w:t>
      </w:r>
      <w:r>
        <w:t>Rather than quoting quran and hadith, they base their speech on stories and shakhsiyat. And their audience appreciate it.</w:t>
      </w:r>
    </w:p>
    <w:p>
      <w:pPr>
        <w:jc w:val="right"/>
      </w:pPr>
      <w:r>
        <w:t>Rather than quoting قرآن and حدیث، they base their speech on stories and شخصیت۔ And their audience appreciate it۔</w:t>
      </w:r>
    </w:p>
    <w:p>
      <w:r>
        <w:rPr>
          <w:b/>
        </w:rPr>
        <w:t xml:space="preserve">[12:53] </w:t>
      </w:r>
      <w:r>
        <w:t>Please advise under this situation what is the appropriate way to start a process of improvement.</w:t>
      </w:r>
    </w:p>
    <w:p>
      <w:pPr>
        <w:jc w:val="right"/>
      </w:pPr>
      <w:r>
        <w:t>Please advise under this situation what is the appropriate way to start a process of improvement۔</w:t>
      </w:r>
    </w:p>
    <w:p>
      <w:r>
        <w:rPr>
          <w:b/>
        </w:rPr>
        <w:t xml:space="preserve">[13:01] </w:t>
      </w:r>
      <w:r>
        <w:t>Should one start by approaching speaker of audience?"</w:t>
      </w:r>
    </w:p>
    <w:p>
      <w:pPr>
        <w:jc w:val="right"/>
      </w:pPr>
      <w:r>
        <w:t>Should one start by approaching speaker of audience؟"</w:t>
      </w:r>
    </w:p>
    <w:p>
      <w:r>
        <w:rPr>
          <w:b/>
        </w:rPr>
        <w:t xml:space="preserve">[13:06] </w:t>
      </w:r>
      <w:r>
        <w:t>to dekhiye,</w:t>
      </w:r>
    </w:p>
    <w:p>
      <w:pPr>
        <w:jc w:val="right"/>
      </w:pPr>
      <w:r>
        <w:t>تو دیکھیے،</w:t>
      </w:r>
    </w:p>
    <w:p>
      <w:r>
        <w:rPr>
          <w:b/>
        </w:rPr>
        <w:t xml:space="preserve">[13:11] </w:t>
      </w:r>
      <w:r>
        <w:t>cheezein hamesha ambiguous hi rahen gi. is liye quran mein hai: "qul hasbuna alayhim wa yabsoon." yaani cheezon par element of doubt ka parda hamesha hi rahe ga.</w:t>
      </w:r>
    </w:p>
    <w:p>
      <w:pPr>
        <w:jc w:val="right"/>
      </w:pPr>
      <w:r>
        <w:t>چیزیں ہمیشہ ambiguous ہی رہیں گی۔ اس لیے قرآن میں ہے: "قل بسنا علیہم وایبسون۔" یعنی چیزوں پر element of doubt کا پردہ ہمیشہ ہی رہے گا۔</w:t>
      </w:r>
    </w:p>
    <w:p>
      <w:r>
        <w:rPr>
          <w:b/>
        </w:rPr>
        <w:t xml:space="preserve">[13:24] </w:t>
      </w:r>
      <w:r>
        <w:t>kyunke is ke baghair test nahi ho sakta. agar aap chahein ke element of doubt na rahe to yeh possible nahi hai. that is part of creation plan.</w:t>
      </w:r>
    </w:p>
    <w:p>
      <w:pPr>
        <w:jc w:val="right"/>
      </w:pPr>
      <w:r>
        <w:t>کیونکہ اس کے بغیر ٹیسٹ نہیں ہو سکتا۔ اگر آپ چاہیں کہ element of doubt نہ رہے تو یہ possible نہیں ہے۔ That is part of creation plan۔</w:t>
      </w:r>
    </w:p>
    <w:p>
      <w:r>
        <w:rPr>
          <w:b/>
        </w:rPr>
        <w:t xml:space="preserve">[13:35] </w:t>
      </w:r>
      <w:r>
        <w:t>to woh to rahe ga. chahe ulma ki taqreer ho ya kitabein hon ya media ho. har jagah element of doubt rahe ga. aap kabhi bhi yeh umeed na rakhein ke element of doubt jo hai woh khatam kar diya jaye ga.</w:t>
      </w:r>
    </w:p>
    <w:p>
      <w:pPr>
        <w:jc w:val="right"/>
      </w:pPr>
      <w:r>
        <w:t>تو وہ تو رہے گا۔ چاہے علماء کی تقریر ہو یا کتابیں ہوں یا میڈیا ہو۔ ہر جگہ element of doubt رہے گا۔ آپ کبھی بھی یہ امید نہ رکھیں کہ element of doubt جو ہے وہ ختم کر دیا جائے گا۔</w:t>
      </w:r>
    </w:p>
    <w:p>
      <w:r>
        <w:rPr>
          <w:b/>
        </w:rPr>
        <w:t xml:space="preserve">[13:49] </w:t>
      </w:r>
      <w:r>
        <w:t>ab aap apni aql ko istemal kijiye. apni power of analysis ko istemal kijiye. bas aur koi option nahi, doosra nahi hai. apni reason ko istemal kijiye.</w:t>
      </w:r>
    </w:p>
    <w:p>
      <w:pPr>
        <w:jc w:val="right"/>
      </w:pPr>
      <w:r>
        <w:t>اب آپ اپنی عقل کو استعمال کیجیے۔ اپنی power of analysis کو استعمال کیجیے۔ بس اور کوئی option نہیں، دوسرا نہیں ہے۔ اپنی reason کو استعمال کیجیے۔</w:t>
      </w:r>
    </w:p>
    <w:p>
      <w:r>
        <w:rPr>
          <w:b/>
        </w:rPr>
        <w:t xml:space="preserve">[14:03] </w:t>
      </w:r>
      <w:r>
        <w:t>maulana, raipur se hi miss shabana ka ek question aaya hai. unhone likha hai: "maulana sahib, it is often mentioned that prepared mind is needed to grasp the message.</w:t>
      </w:r>
    </w:p>
    <w:p>
      <w:pPr>
        <w:jc w:val="right"/>
      </w:pPr>
      <w:r>
        <w:t>مولانا، رائے پور سے ہی مس شبانہ کا ایک question آیا ہے۔ انہوں نے لکھا ہے: "مولانا صاحب، it is often mentioned that prepared mind is needed to grasp the message.</w:t>
      </w:r>
    </w:p>
    <w:p>
      <w:r>
        <w:rPr>
          <w:b/>
        </w:rPr>
        <w:t xml:space="preserve">[14:16] </w:t>
      </w:r>
      <w:r>
        <w:t>please advise if die has any role in preparing mind. if yes, how it is done?"</w:t>
      </w:r>
    </w:p>
    <w:p>
      <w:pPr>
        <w:jc w:val="right"/>
      </w:pPr>
      <w:r>
        <w:t>Please advise if die has any role in preparing mind۔ If yes, how it is done؟"</w:t>
      </w:r>
    </w:p>
    <w:p>
      <w:r>
        <w:rPr>
          <w:b/>
        </w:rPr>
        <w:t xml:space="preserve">[14:25] </w:t>
      </w:r>
      <w:r>
        <w:t>dekhiye, apne mind ko prepare karne ke liye sab se jo zaroori condition hai woh hai apne aap ko distraction se bachana.</w:t>
      </w:r>
    </w:p>
    <w:p>
      <w:pPr>
        <w:jc w:val="right"/>
      </w:pPr>
      <w:r>
        <w:t>دیکھیے، اپنے mind کو prepare کرنے کے لیے سب سے جو ضروری condition ہے وہ ہے اپنے آپ کو distraction سے بچانا۔</w:t>
      </w:r>
    </w:p>
    <w:p>
      <w:r>
        <w:rPr>
          <w:b/>
        </w:rPr>
        <w:t xml:space="preserve">[14:36] </w:t>
      </w:r>
      <w:r>
        <w:t>misal ke tor par maine dekha gharon mein ke auratein jo hain un ka soul concern kya rehta hai bachche, bachche, bachche.</w:t>
      </w:r>
    </w:p>
    <w:p>
      <w:pPr>
        <w:jc w:val="right"/>
      </w:pPr>
      <w:r>
        <w:t>مثال کے طور پر میں نے دیکھا گھروں میں کہ عورتیں جو ہیں ان کا soul concern کیا رہتا ہے بچے، بچے، بچے۔</w:t>
      </w:r>
    </w:p>
    <w:p>
      <w:r>
        <w:rPr>
          <w:b/>
        </w:rPr>
        <w:t xml:space="preserve">[14:45] </w:t>
      </w:r>
      <w:r>
        <w:t>ya kitchen, kitchen, kitchen. to woh har waqt distraction hi mein jeeti hain auratein. to un ka mind prepare kaise hoga? mardon ka haal yeh hai ke money, money, money.</w:t>
      </w:r>
    </w:p>
    <w:p>
      <w:pPr>
        <w:jc w:val="right"/>
      </w:pPr>
      <w:r>
        <w:t>یا kitchen, kitchen, kitchen۔ تو وہ ہر وقت distraction ہی میں جیتی ہیں عورتیں۔ تو ان کا mind prepare کیسے ہوگا؟ مردوں کا حال یہ ہے کہ money, money, money۔</w:t>
      </w:r>
    </w:p>
    <w:p>
      <w:r>
        <w:rPr>
          <w:b/>
        </w:rPr>
        <w:t xml:space="preserve">[14:55] </w:t>
      </w:r>
      <w:r>
        <w:t>har waqt money. to koi kisi ko mind distract kiye hue hai, kisi ko is ke bachche distract kiye hue hain, kisi ko is ke political</w:t>
      </w:r>
    </w:p>
    <w:p>
      <w:pPr>
        <w:jc w:val="right"/>
      </w:pPr>
      <w:r>
        <w:t>ہر وقت money۔ تو کوئی کسی کو mind distract کیے ہوئے ہے، کسی کو اس کے بچے distract کیے ہوئے ہیں، کسی کو اس کے political</w:t>
      </w:r>
    </w:p>
    <w:p>
      <w:r>
        <w:rPr>
          <w:b/>
        </w:rPr>
        <w:t xml:space="preserve">[15:04] </w:t>
      </w:r>
      <w:r>
        <w:t>jo interest hai woh distract kiye hue hain. to woh to hoga phir ke aadmi prepared mind nahi ho banega. to agar aadmi chahta hai ke main prepared mind banu taake main cheezon ko grasp kar sakun,</w:t>
      </w:r>
    </w:p>
    <w:p>
      <w:pPr>
        <w:jc w:val="right"/>
      </w:pPr>
      <w:r>
        <w:t>جو interest ہے وہ distract کیے ہوئے ہیں۔ تو وہ تو ہوگا پھر کہ آدمی prepared mind نہیں ہو بنے گا۔ تو اگر آدمی چاہتا ہے کہ میں prepared mind بنوں تاکہ میں چیزوں کو grasp کر سکوں،</w:t>
      </w:r>
    </w:p>
    <w:p>
      <w:r>
        <w:rPr>
          <w:b/>
        </w:rPr>
        <w:t xml:space="preserve">[15:19] </w:t>
      </w:r>
      <w:r>
        <w:t>yeh sab fawaid hasil kar sakun to phir apne ko distraction se bachana pare ga. yeh price to deni hi pare gi. agar aadmi chahe ke main distract bhi hota rahu aur mujhe</w:t>
      </w:r>
    </w:p>
    <w:p>
      <w:pPr>
        <w:jc w:val="right"/>
      </w:pPr>
      <w:r>
        <w:t>یہ سب فوائد حاصل کر سکوں تو پھر اپنے کو distraction سے بچانا پڑے گا۔ یہ پرائس تو دینی ہی پڑے گی۔ اگر آدمی چاہے کہ میں distract بھی ہوتا رہوں اور مجھے</w:t>
      </w:r>
    </w:p>
    <w:p>
      <w:r>
        <w:rPr>
          <w:b/>
        </w:rPr>
        <w:t xml:space="preserve">[15:31] </w:t>
      </w:r>
      <w:r>
        <w:t>yaani mera mind tayyar bhi ho jaye to yeh to hi khalis to junoon. aisa hone wala nahi hai. har cheez ki ek price hoti hai.</w:t>
      </w:r>
    </w:p>
    <w:p>
      <w:pPr>
        <w:jc w:val="right"/>
      </w:pPr>
      <w:r>
        <w:t>یعنی میرا mind تیار بھی ہو جائے تو یہ تو ہی خالص تو جنوں۔ ایسا ہونے والا نہیں ہے۔ ہر چیز کی ایک price ہوتی ہے۔</w:t>
      </w:r>
    </w:p>
    <w:p>
      <w:r>
        <w:rPr>
          <w:b/>
        </w:rPr>
        <w:t xml:space="preserve">[15:43] </w:t>
      </w:r>
      <w:r>
        <w:t>woh zehan banane ki ek bhi ek price hai. woh hai</w:t>
      </w:r>
    </w:p>
    <w:p>
      <w:pPr>
        <w:jc w:val="right"/>
      </w:pPr>
      <w:r>
        <w:t>وہ ذہن بنانے کی ایک بھی ایک price ہے۔ وہ ہے</w:t>
      </w:r>
    </w:p>
    <w:p>
      <w:r>
        <w:rPr>
          <w:b/>
        </w:rPr>
        <w:t xml:space="preserve">[15:47] </w:t>
      </w:r>
      <w:r>
        <w:t>apne ko distraction se bachana.</w:t>
      </w:r>
    </w:p>
    <w:p>
      <w:pPr>
        <w:jc w:val="right"/>
      </w:pPr>
      <w:r>
        <w:t>اپنے کو distraction سے بچانا۔</w:t>
      </w:r>
    </w:p>
    <w:p>
      <w:r>
        <w:rPr>
          <w:b/>
        </w:rPr>
        <w:t xml:space="preserve">[15:52] </w:t>
      </w:r>
      <w:r>
        <w:t>maulana, agla sawal aaya hai mister amir bin yusuf ka, karachi pakistan se. unhone likha hai: "hum shuru se yeh sunte chale aaye hain ke arabic language se humein quran ko samajhna zaroori hai.</w:t>
      </w:r>
    </w:p>
    <w:p>
      <w:pPr>
        <w:jc w:val="right"/>
      </w:pPr>
      <w:r>
        <w:t>مولانا، اگلا سوال آیا ہے مسٹر عامر بن یوسف کا، کراچی پاکستان سے۔ انہوں نے لکھا ہے: "ہم شروع سے یہ سنتے چلے آئے ہیں کہ Arabic language سے ہمیں قرآن کو سمجھنا ضروری ہے۔</w:t>
      </w:r>
    </w:p>
    <w:p>
      <w:r>
        <w:rPr>
          <w:b/>
        </w:rPr>
        <w:t xml:space="preserve">[16:08] </w:t>
      </w:r>
      <w:r>
        <w:t>magar aaj kal hum jo makkah aur madinah mein rehne wale logon ko jab dekhte hain to aisa lagta hai ke quran ko samajhne ke liye kuch aur bhi chahiye." is ke baray mein batayein.</w:t>
      </w:r>
    </w:p>
    <w:p>
      <w:pPr>
        <w:jc w:val="right"/>
      </w:pPr>
      <w:r>
        <w:t>مگر آج کل ہم جو مکہ اور مدینہ میں رہنے والے لوگوں کو جب دیکھتے ہیں تو ایسا لگتا ہے کہ قرآن کو سمجھنے کے لیے کچھ اور بھی چاہیے۔" اس کے بارے میں بتائیں۔</w:t>
      </w:r>
    </w:p>
    <w:p>
      <w:r>
        <w:rPr>
          <w:b/>
        </w:rPr>
        <w:t xml:space="preserve">[16:23] </w:t>
      </w:r>
      <w:r>
        <w:t>dekhein, quran mein yeh nahi bataya gaya ke tum agar arabi jaano ge to quran ko samajh lo ge. yeh to logon ka khayal hai. yeh kahin bhi nahi bataya quran majeed mein.</w:t>
      </w:r>
    </w:p>
    <w:p>
      <w:pPr>
        <w:jc w:val="right"/>
      </w:pPr>
      <w:r>
        <w:t>دیکھیں، قرآن میں یہ نہیں بتایا گیا کہ تم اگر عربی جانو گے تو قرآن کو سمجھ لو گے۔ یہ تو لوگوں کا خیال ہے۔ یہ کہیں بھی نہیں بتایا قرآن مجید میں۔</w:t>
      </w:r>
    </w:p>
    <w:p>
      <w:r>
        <w:rPr>
          <w:b/>
        </w:rPr>
        <w:t xml:space="preserve">[16:32] </w:t>
      </w:r>
      <w:r>
        <w:t>agar tum arabi jaano ge to quran ko samajh lo ge. quran mein hai ke tadabbur karo ge to samjho ge. tadabbur, contemplation.</w:t>
      </w:r>
    </w:p>
    <w:p>
      <w:pPr>
        <w:jc w:val="right"/>
      </w:pPr>
      <w:r>
        <w:t>اگر تم عربی جانو گے تو قرآن کو سمجھ لو گے۔ قرآن میں ہے کہ تدبر کرو گے تو سمجھو گے۔ تدبر، contemplation۔</w:t>
      </w:r>
    </w:p>
    <w:p>
      <w:r>
        <w:rPr>
          <w:b/>
        </w:rPr>
        <w:t xml:space="preserve">[16:43] </w:t>
      </w:r>
      <w:r>
        <w:t>to arabi janna bhi zaroori hai. lekin tarjuma bhi kafi ho sakta hai kisi ke liye. agar woh is ke andar tadabbur ki salahiyat ho.</w:t>
      </w:r>
    </w:p>
    <w:p>
      <w:pPr>
        <w:jc w:val="right"/>
      </w:pPr>
      <w:r>
        <w:t>تو عربی جاننا بھی ضروری ہے۔ لیکن ترجمہ بھی کافی ہو سکتا ہے کسی کے لیے۔ اگر وہ اس کے اندر تدبر کی صلاحیت ہو۔</w:t>
      </w:r>
    </w:p>
    <w:p>
      <w:r>
        <w:rPr>
          <w:b/>
        </w:rPr>
        <w:t xml:space="preserve">[16:52] </w:t>
      </w:r>
      <w:r>
        <w:t>tadabbur ka matlab kya hai? tadabbur ka matlab yeh hai ke ek khule zehan ke sath aadmi parhe.</w:t>
      </w:r>
    </w:p>
    <w:p>
      <w:pPr>
        <w:jc w:val="right"/>
      </w:pPr>
      <w:r>
        <w:t>تدبر کا مطلب کیا ہے؟ تدبر کا مطلب یہ ہے کہ ایک کھلے ذہن کے ساتھ آدمی پڑھے۔</w:t>
      </w:r>
    </w:p>
    <w:p>
      <w:r>
        <w:rPr>
          <w:b/>
        </w:rPr>
        <w:t xml:space="preserve">[17:01] </w:t>
      </w:r>
      <w:r>
        <w:t>kisi bhi complex ke baghair parhe. baais se free ho kar parhe. jazbat se alag ho kar parhe quran ko.</w:t>
      </w:r>
    </w:p>
    <w:p>
      <w:pPr>
        <w:jc w:val="right"/>
      </w:pPr>
      <w:r>
        <w:t>کسی بھی complex کے بغیر پڑھے۔ باعث سے فری ہو کر پڑھے۔ جذبات سے الگ ہو کر پڑھے قرآن کو۔</w:t>
      </w:r>
    </w:p>
    <w:p>
      <w:r>
        <w:rPr>
          <w:b/>
        </w:rPr>
        <w:t xml:space="preserve">[17:12] </w:t>
      </w:r>
      <w:r>
        <w:t>to samajh jaye ga woh. lekin log jeete hain baais mein. tarah tarah ke ta'assubat mein, nafrat mein, jazbat mein. to kya samjhein ge aap?</w:t>
      </w:r>
    </w:p>
    <w:p>
      <w:pPr>
        <w:jc w:val="right"/>
      </w:pPr>
      <w:r>
        <w:t>تو سمجھ جائے گا وہ۔ لیکن لوگ جیتے ہیں باعث میں۔ طرح طرح کے تعصبات میں، نفرت میں، جذبات میں۔ تو کیا سمجھیں گے آپ؟</w:t>
      </w:r>
    </w:p>
    <w:p>
      <w:r>
        <w:rPr>
          <w:b/>
        </w:rPr>
        <w:t xml:space="preserve">[17:22] </w:t>
      </w:r>
      <w:r>
        <w:t>jaise misal ke tor par log jeete hain yahudiyon se nafrat mein. to jab parhte hain woh quran majeed ki surah fatiha to ghair al maghdoob likhte hote hain ke is se murad yahudi hain.</w:t>
      </w:r>
    </w:p>
    <w:p>
      <w:pPr>
        <w:jc w:val="right"/>
      </w:pPr>
      <w:r>
        <w:t>جیسے مثال کے طور پر لوگ جیتے ہیں یہودیوں سے نفرت میں۔ تو جب پڑھتے ہیں وہ قرآن مجید کی سورہ فاتحہ تو غیر المغضوب لکھتے ہوتے ہیں کہ اس سے مراد یہودی ہیں۔</w:t>
      </w:r>
    </w:p>
    <w:p>
      <w:r>
        <w:rPr>
          <w:b/>
        </w:rPr>
        <w:t xml:space="preserve">[17:35] </w:t>
      </w:r>
      <w:r>
        <w:t>un ke jeete hain isaiyon se nafrat mein. jab parhte hain ghair</w:t>
      </w:r>
    </w:p>
    <w:p>
      <w:pPr>
        <w:jc w:val="right"/>
      </w:pPr>
      <w:r>
        <w:t>ان کے جیتے ہیں عیسائیوں سے نفرت میں۔ جب پڑھتے ہیں غیر</w:t>
      </w:r>
    </w:p>
    <w:p>
      <w:r>
        <w:rPr>
          <w:b/>
        </w:rPr>
        <w:t xml:space="preserve">[17:41] </w:t>
      </w:r>
      <w:r>
        <w:t>alzalimeen to samajhte hain is se murad isai hain. yeh quran ko samajhna nahi hai yeh. ya apne mind ko quran mein parhna hai. to aap nafraten liye hue hon, ta'assubat liye hue hon,</w:t>
      </w:r>
    </w:p>
    <w:p>
      <w:pPr>
        <w:jc w:val="right"/>
      </w:pPr>
      <w:r>
        <w:t>الظالمین تو سمجھتے ہیں اس سے مراد عیسائی ہیں۔ یہ قرآن کو سمجھنا نہیں ہے یہ۔ یا اپنے mind کو قرآن میں پڑھنا ہے۔ تو آپ نفرتیں لیے ہوئے ہوں، تعصبات لیے ہوئے ہوں،</w:t>
      </w:r>
    </w:p>
    <w:p>
      <w:r>
        <w:rPr>
          <w:b/>
        </w:rPr>
        <w:t xml:space="preserve">[17:57] </w:t>
      </w:r>
      <w:r>
        <w:t>aur</w:t>
      </w:r>
    </w:p>
    <w:p>
      <w:pPr>
        <w:jc w:val="right"/>
      </w:pPr>
      <w:r>
        <w:t>اور</w:t>
      </w:r>
    </w:p>
    <w:p>
      <w:r>
        <w:rPr>
          <w:b/>
        </w:rPr>
        <w:t xml:space="preserve">[17:58] </w:t>
      </w:r>
      <w:r>
        <w:t>khud sakhta jazbat mein jeete hon to wohi quran mein parhen ge jo aap mind mein hai. sab se pehle apne mind ko free karna pare ga.</w:t>
      </w:r>
    </w:p>
    <w:p>
      <w:pPr>
        <w:jc w:val="right"/>
      </w:pPr>
      <w:r>
        <w:t>خود ساختہ جذبات میں جیتے ہوں تو وہی قرآن میں پڑھیں گے جو آپ mind میں ہے۔ سب سے پہلے اپنے mind کو free کرنا پڑے گا۔</w:t>
      </w:r>
    </w:p>
    <w:p>
      <w:r>
        <w:rPr>
          <w:b/>
        </w:rPr>
        <w:t xml:space="preserve">[18:08] </w:t>
      </w:r>
      <w:r>
        <w:t>tab quran ko samjhen ge aap. arabi janna hergiz hergiz</w:t>
      </w:r>
    </w:p>
    <w:p>
      <w:pPr>
        <w:jc w:val="right"/>
      </w:pPr>
      <w:r>
        <w:t>تب قرآن کو سمجھیں گے آپ۔ عربی جاننا ہرگز ہرگز</w:t>
      </w:r>
    </w:p>
    <w:p>
      <w:r>
        <w:rPr>
          <w:b/>
        </w:rPr>
        <w:t xml:space="preserve">[18:15] </w:t>
      </w:r>
      <w:r>
        <w:t>lazmi shart nahi hai. lazmi shart hai apne mind ko free banana. apne mind ko her qism ke ta'assubat, nafrat, aur tarah tarah ke yani khud sakhta soch se apne ko free karna.</w:t>
      </w:r>
    </w:p>
    <w:p>
      <w:pPr>
        <w:jc w:val="right"/>
      </w:pPr>
      <w:r>
        <w:t>لازمی شرط نہیں ہے۔ لازمی شرط ہے اپنے mind کو free بنانا۔ اپنے mind کو ہر قسم کے تعصبات، نفرت، اور طرح طرح کے یعنی خود ساختہ سوچ سے اپنے کو free کرنا۔</w:t>
      </w:r>
    </w:p>
    <w:p>
      <w:r>
        <w:rPr>
          <w:b/>
        </w:rPr>
        <w:t xml:space="preserve">[18:33] </w:t>
      </w:r>
      <w:r>
        <w:t>tab dekhiye arabi zaban ki zaroori is ke liye hai jo scholar banna chahta ho. scholar. to ek hai quran ko samajhna.</w:t>
      </w:r>
    </w:p>
    <w:p>
      <w:pPr>
        <w:jc w:val="right"/>
      </w:pPr>
      <w:r>
        <w:t>تب دیکھیے عربی زبان کی ضروری اس کے لیے ہے جو scholar بننا چاہتا ہو۔ Scholar۔ تو ایک ہے قرآن کو سمجھنا۔</w:t>
      </w:r>
    </w:p>
    <w:p>
      <w:r>
        <w:rPr>
          <w:b/>
        </w:rPr>
        <w:t xml:space="preserve">[18:43] </w:t>
      </w:r>
      <w:r>
        <w:t>ek hai quran ka scholar banna. scholar. yani quran ki buniyad par koi mission chalana chahte hon aap. tab zaroori hai ke aap arabi janiye.</w:t>
      </w:r>
    </w:p>
    <w:p>
      <w:pPr>
        <w:jc w:val="right"/>
      </w:pPr>
      <w:r>
        <w:t>ایک ہے قرآن کا scholar بننا۔ Scholar۔ یعنی قرآن کی بنیاد پر کوئی مشن چلانا چاہتے ہوں آپ۔ تب ضروری ہے کہ آپ عربی جانیں۔</w:t>
      </w:r>
    </w:p>
    <w:p>
      <w:r>
        <w:rPr>
          <w:b/>
        </w:rPr>
        <w:t xml:space="preserve">[18:53] </w:t>
      </w:r>
      <w:r>
        <w:t>yani quran ki buniyad par ek mission uthana chahte hon aap to zaroori hai ke aap arabi janiye. lekin aap simply follow karne ke liye ke saada taur par apni zindagi mein quran ko lane ke liye to bas quran ko parhiye woh</w:t>
      </w:r>
    </w:p>
    <w:p>
      <w:pPr>
        <w:jc w:val="right"/>
      </w:pPr>
      <w:r>
        <w:t>یعنی قرآن کی بنیاد پر ایک مشن اٹھانا چاہتے ہوں آپ تو ضروری ہے کہ آپ عربی جانیں۔ لیکن آپ simply follow کرنے کے لیے کہ سادہ طور پر اپنی زندگی میں قرآن کو لانے کے لیے تو بس قرآن کو پڑھیے وہ</w:t>
      </w:r>
    </w:p>
    <w:p>
      <w:r>
        <w:rPr>
          <w:b/>
        </w:rPr>
        <w:t xml:space="preserve">[19:10] </w:t>
      </w:r>
      <w:r>
        <w:t>ta'assubat se khali ho kar ke. to zaroor quran samajh mein ayega aap ke.</w:t>
      </w:r>
    </w:p>
    <w:p>
      <w:pPr>
        <w:jc w:val="right"/>
      </w:pPr>
      <w:r>
        <w:t>تعصبات سے خالی ہو کر کے۔ تو ضرور قرآن سمجھ میں آئے گا آپ کے۔</w:t>
      </w:r>
    </w:p>
    <w:p>
      <w:r>
        <w:rPr>
          <w:b/>
        </w:rPr>
        <w:t xml:space="preserve">[19:20] </w:t>
      </w:r>
      <w:r>
        <w:t>maulana, agla sawal aya hai mr sajid ka, hyderabad se. unhon ne likha hai: "shaitan se bachne ke liye hum ko sab se zyada kis cheez par nigah rakhna chahiye?</w:t>
      </w:r>
    </w:p>
    <w:p>
      <w:pPr>
        <w:jc w:val="right"/>
      </w:pPr>
      <w:r>
        <w:t>مولانا، اگلا سوال آیا ہے مسٹر ساجد کا، حیدرآباد سے۔ انہوں نے لکھا ہے: "شیطان سے بچنے کے لیے ہم کو سب سے زیادہ کس چیز پر نگاہ رکھنا چاہیے؟</w:t>
      </w:r>
    </w:p>
    <w:p>
      <w:r>
        <w:rPr>
          <w:b/>
        </w:rPr>
        <w:t xml:space="preserve">[19:33] </w:t>
      </w:r>
      <w:r>
        <w:t>ego par ya shaitan ke waswase par?"</w:t>
      </w:r>
    </w:p>
    <w:p>
      <w:pPr>
        <w:jc w:val="right"/>
      </w:pPr>
      <w:r>
        <w:t>Ego پر یا شیطان کے وسوسے پر؟"</w:t>
      </w:r>
    </w:p>
    <w:p>
      <w:r>
        <w:rPr>
          <w:b/>
        </w:rPr>
        <w:t xml:space="preserve">[19:39] </w:t>
      </w:r>
      <w:r>
        <w:t>shaitan se bachne ke liye zaroorat hai apna dushman banna. khud apne sath dushmani karni parti hai. tab aap shaitan se bach sakte hain.</w:t>
      </w:r>
    </w:p>
    <w:p>
      <w:pPr>
        <w:jc w:val="right"/>
      </w:pPr>
      <w:r>
        <w:t>شیطان سے بچنے کے لیے ضرورت ہے اپنا دشمن بننا۔ خود اپنے ساتھ دشمنی کرنی پڑتی ہے۔ تب آپ شیطان سے بچ سکتے ہیں۔</w:t>
      </w:r>
    </w:p>
    <w:p>
      <w:r>
        <w:rPr>
          <w:b/>
        </w:rPr>
        <w:t xml:space="preserve">[19:50] </w:t>
      </w:r>
      <w:r>
        <w:t>agar aap apne dost bane hue hon to aap shaitan se bach nahi sakte aap. isi liye mein kaha karta hoon ke</w:t>
      </w:r>
    </w:p>
    <w:p>
      <w:pPr>
        <w:jc w:val="right"/>
      </w:pPr>
      <w:r>
        <w:t>اگر آپ اپنے دوست بنے ہوئے ہوں تو آپ شیطان سے بچ نہیں سکتے آپ۔ اسی لیے میں کہا کرتا ہوں کہ</w:t>
      </w:r>
    </w:p>
    <w:p>
      <w:r>
        <w:rPr>
          <w:b/>
        </w:rPr>
        <w:t xml:space="preserve">[19:58] </w:t>
      </w:r>
      <w:r>
        <w:t>merciless hammering, merciless introspection yani be rehamana muhasiba.</w:t>
      </w:r>
    </w:p>
    <w:p>
      <w:pPr>
        <w:jc w:val="right"/>
      </w:pPr>
      <w:r>
        <w:t>merciless hammering، merciless introspection یعنی بے رحمانہ محاسبہ۔</w:t>
      </w:r>
    </w:p>
    <w:p>
      <w:r>
        <w:rPr>
          <w:b/>
        </w:rPr>
        <w:t xml:space="preserve">[20:06] </w:t>
      </w:r>
      <w:r>
        <w:t>isi ko mein kehta hoon dushman banna parta hai. ek hi lazmi shart hai woh hai apna be rehamana muhasiba.</w:t>
      </w:r>
    </w:p>
    <w:p>
      <w:pPr>
        <w:jc w:val="right"/>
      </w:pPr>
      <w:r>
        <w:t>اسی کو میں کہتا ہوں دشمن بننا پڑتا ہے۔ ایک ہی لازمی شرط ہے وہ ہے اپنا بے رحمانہ محاسبہ۔</w:t>
      </w:r>
    </w:p>
    <w:p>
      <w:r>
        <w:rPr>
          <w:b/>
        </w:rPr>
        <w:t xml:space="preserve">[20:15] </w:t>
      </w:r>
      <w:r>
        <w:t>tab aap shaitan se bach jayen ge. matlab namumkin hai shaitan se bachna. aur aaj kal insanon ki yani jo aaj kal pehle bhi sab se bari jo kamzori insanon mein pata hoon mein ke woh ek ek lafz mil jata hai is ko to isi lafz se woh justify kar leta hai apne ko.</w:t>
      </w:r>
    </w:p>
    <w:p>
      <w:pPr>
        <w:jc w:val="right"/>
      </w:pPr>
      <w:r>
        <w:t>تب آپ شیطان سے بچ جائیں گے۔ مطلب ناممکن ہے شیطان سے بچنا۔ اور آج کل انسانوں کی یعنی جو آج کل پہلے بھی سب سے بڑی جو کمزوری انسانوں میں پاتا ہوں میں کہ وہ ایک ایک لفظ مل جاتا ہے اس کو تو اسی لفظ سے وہ justify کر لیتا ہے اپنے کو۔</w:t>
      </w:r>
    </w:p>
    <w:p>
      <w:r>
        <w:rPr>
          <w:b/>
        </w:rPr>
        <w:t xml:space="preserve">[20:33] </w:t>
      </w:r>
      <w:r>
        <w:t>her aadmi ko chahe woh dako bhi kyun na ho. ek dako se unhon ne kaha ke tum dake marte ho? us ne kaha mein daka marta hoon to mein dekho logon ko paisa deta hoon.</w:t>
      </w:r>
    </w:p>
    <w:p>
      <w:pPr>
        <w:jc w:val="right"/>
      </w:pPr>
      <w:r>
        <w:t>ہر آدمی کو چاہے وہ ڈاکو بھی کیوں نہ ہو۔ ایک ڈاکو سے انہوں نے کہا کہ تم ڈاکے مارتے ہو؟ اس نے کہا میں ڈاکہ مارتا ہوں تو میں دیکھو لوگوں کو پیسہ دیتا ہوں۔</w:t>
      </w:r>
    </w:p>
    <w:p>
      <w:r>
        <w:rPr>
          <w:b/>
        </w:rPr>
        <w:t xml:space="preserve">[20:46] </w:t>
      </w:r>
      <w:r>
        <w:t>akela thori mahaz aap ko leta hoon. kuch khud leta hoon, kuch gharibon ko de deta hoon. is se justify kar liya aap ne dako ko?</w:t>
      </w:r>
    </w:p>
    <w:p>
      <w:pPr>
        <w:jc w:val="right"/>
      </w:pPr>
      <w:r>
        <w:t>اکیلا تھوڑی محض آپ کو لیتا ہوں۔ کچھ خود لیتا ہوں، کچھ غریبوں کو دے دیتا ہوں۔ اس سے justify کر لیا آپ نے ڈاکے کو؟</w:t>
      </w:r>
    </w:p>
    <w:p>
      <w:r>
        <w:rPr>
          <w:b/>
        </w:rPr>
        <w:t xml:space="preserve">[20:55] </w:t>
      </w:r>
      <w:r>
        <w:t>to sab se buri cheez hai alfaz ka fitna. her aadmi chahe kuch bhi kuch bhi ghalat rai banaye, kuch bhi ghair ilmi rai banaye, kuch bhi be buniyad rai banaye.</w:t>
      </w:r>
    </w:p>
    <w:p>
      <w:pPr>
        <w:jc w:val="right"/>
      </w:pPr>
      <w:r>
        <w:t>تو سب سے بری چیز ہے الفاظ کا فتنہ۔ ہر آدمی چاہے کچھ بھی کچھ بھی غلط رائے بنائے، کچھ بھی غیر علمی رائے بنائے، کچھ بھی بے بنیاد رائے بنائے۔</w:t>
      </w:r>
    </w:p>
    <w:p>
      <w:r>
        <w:rPr>
          <w:b/>
        </w:rPr>
        <w:t xml:space="preserve">[21:11] </w:t>
      </w:r>
      <w:r>
        <w:t>us ko lafz mil jayega.</w:t>
      </w:r>
    </w:p>
    <w:p>
      <w:pPr>
        <w:jc w:val="right"/>
      </w:pPr>
      <w:r>
        <w:t>اس کو لفظ مل جائے گا۔</w:t>
      </w:r>
    </w:p>
    <w:p>
      <w:r>
        <w:rPr>
          <w:b/>
        </w:rPr>
        <w:t xml:space="preserve">[21:14] </w:t>
      </w:r>
      <w:r>
        <w:t>lafz mil jayega.</w:t>
      </w:r>
    </w:p>
    <w:p>
      <w:pPr>
        <w:jc w:val="right"/>
      </w:pPr>
      <w:r>
        <w:t>لفظ مل جائے گا۔</w:t>
      </w:r>
    </w:p>
    <w:p>
      <w:r>
        <w:rPr>
          <w:b/>
        </w:rPr>
        <w:t xml:space="preserve">[21:18] </w:t>
      </w:r>
      <w:r>
        <w:t>misalan ek sahab ne kaha ke sahab quran mein namaz ki tafseel kahan hai? yeh aap namaz jo banai hai aap ne, aap logon ne yeh to khud sakhta hai.</w:t>
      </w:r>
    </w:p>
    <w:p>
      <w:pPr>
        <w:jc w:val="right"/>
      </w:pPr>
      <w:r>
        <w:t>مثلاً ایک صاحب نے کہا کہ صاحب قرآن میں نماز کی تفصیل کہاں ہے؟ یہ آپ نماز جو بنائی ہے آپ نے، آپ لوگوں نے یہ تو خود ساختہ ہے۔</w:t>
      </w:r>
    </w:p>
    <w:p>
      <w:r>
        <w:rPr>
          <w:b/>
        </w:rPr>
        <w:t xml:space="preserve">[21:30] </w:t>
      </w:r>
      <w:r>
        <w:t>to mein ne kaha koi bhi cheez jo aap mante hon ke quran mein hai us ki bhi tafseel kahan hai?</w:t>
      </w:r>
    </w:p>
    <w:p>
      <w:pPr>
        <w:jc w:val="right"/>
      </w:pPr>
      <w:r>
        <w:t>تو میں نے کہا کوئی بھی چیز جو آپ مانتے ہوں کہ قرآن میں ہے اس کی بھی تفصیل کہاں ہے؟</w:t>
      </w:r>
    </w:p>
    <w:p>
      <w:r>
        <w:rPr>
          <w:b/>
        </w:rPr>
        <w:t xml:space="preserve">[21:37] </w:t>
      </w:r>
      <w:r>
        <w:t>us ki bhi tafseel kahan hai? misalan un ka nazariya tha ke quran ka maqsad hai yani woh nizam-e-adil qaim karna.</w:t>
      </w:r>
    </w:p>
    <w:p>
      <w:pPr>
        <w:jc w:val="right"/>
      </w:pPr>
      <w:r>
        <w:t>اس کی بھی تفصیل کہاں ہے؟ مثلاً ان کا نظریہ تھا کہ قرآن کا مقصد ہے یعنی وہ نظام عدل قائم کرنا۔</w:t>
      </w:r>
    </w:p>
    <w:p>
      <w:r>
        <w:rPr>
          <w:b/>
        </w:rPr>
        <w:t xml:space="preserve">[21:49] </w:t>
      </w:r>
      <w:r>
        <w:t>yani ideal system, perfect system qaim karna. maine kaha woh kahan tafseel uski hai?</w:t>
      </w:r>
    </w:p>
    <w:p>
      <w:pPr>
        <w:jc w:val="right"/>
      </w:pPr>
      <w:r>
        <w:t>یعنی ideal system، perfect system قائم کرنا۔ میں نے کہا وہ کہاں تفصیل اس کی ہے؟</w:t>
      </w:r>
    </w:p>
    <w:p>
      <w:r>
        <w:rPr>
          <w:b/>
        </w:rPr>
        <w:t xml:space="preserve">[21:56] </w:t>
      </w:r>
      <w:r>
        <w:t>toh koi bhi cheez jo aap kahenge ke Quran mein Quran mein iska hukum diya gaya hai toh uski tafseel nahi milegi aap ko.</w:t>
      </w:r>
    </w:p>
    <w:p>
      <w:pPr>
        <w:jc w:val="right"/>
      </w:pPr>
      <w:r>
        <w:t>تو کوئی بھی چیز جو آپ کہیں گے کہ قرآن میں قرآن میں اس کا حکم دیا گیا ہے تو اس کی تفصیل نہیں ملے گی آپ کو۔</w:t>
      </w:r>
    </w:p>
    <w:p>
      <w:r>
        <w:rPr>
          <w:b/>
        </w:rPr>
        <w:t xml:space="preserve">[22:06] </w:t>
      </w:r>
      <w:r>
        <w:t>namazi ki baatein nahi hain. lekin phir bhi woh nahi mana unhone. kyunke kuch na kuch lafz phir mil jata hai aadmi ko. toh sab se bada fitna alfaaz ka fitna hai.</w:t>
      </w:r>
    </w:p>
    <w:p>
      <w:pPr>
        <w:jc w:val="right"/>
      </w:pPr>
      <w:r>
        <w:t>نمازی کی باتیں نہیں ہیں۔ لیکن پھر بھی وہ نہیں مانا انہوں نے۔ کیونکہ کچھ نہ کچھ لفظ پھر مل جاتا ہے آدمی کو۔ تو سب سے بڑا فتنہ الفاظ کا فتنہ ہے۔</w:t>
      </w:r>
    </w:p>
    <w:p>
      <w:r>
        <w:rPr>
          <w:b/>
        </w:rPr>
        <w:t xml:space="preserve">[22:17] </w:t>
      </w:r>
      <w:r>
        <w:t>koi bhi daleel aap dijiye.</w:t>
      </w:r>
    </w:p>
    <w:p>
      <w:pPr>
        <w:jc w:val="right"/>
      </w:pPr>
      <w:r>
        <w:t>کوئی بھی دلیل آپ دیجیے۔</w:t>
      </w:r>
    </w:p>
    <w:p>
      <w:r>
        <w:rPr>
          <w:b/>
        </w:rPr>
        <w:t xml:space="preserve">[22:20] </w:t>
      </w:r>
      <w:r>
        <w:t>woh isko ek ek lafz mil jayega isko. ek dilchasp misaal yeh hai ke ek martaba mein Lucknow mein tha toh Hazrat Zehd ke paas ek road aise mudti thi.</w:t>
      </w:r>
    </w:p>
    <w:p>
      <w:pPr>
        <w:jc w:val="right"/>
      </w:pPr>
      <w:r>
        <w:t>وہ اس کو ایک ایک لفظ مل جائے گا اس کو۔ ایک دلچسپ مثال یہ ہے کہ ایک مرتبہ میں لکھنو میں تھا تو حضرت زہد کے پاس ایک روڈ ایسے مڑتی تھی۔</w:t>
      </w:r>
    </w:p>
    <w:p>
      <w:r>
        <w:rPr>
          <w:b/>
        </w:rPr>
        <w:t xml:space="preserve">[22:32] </w:t>
      </w:r>
      <w:r>
        <w:t>wahan mein tha corner par. ek road idhar ja rahi thi, ek road idhar se mud rahi thi.</w:t>
      </w:r>
    </w:p>
    <w:p>
      <w:pPr>
        <w:jc w:val="right"/>
      </w:pPr>
      <w:r>
        <w:t>وہاں میں تھا کارنر پر۔ ایک روڈ ادھر جا رہی تھی، ایک روڈ ادھر سے مڑ رہی تھی۔</w:t>
      </w:r>
    </w:p>
    <w:p>
      <w:r>
        <w:rPr>
          <w:b/>
        </w:rPr>
        <w:t xml:space="preserve">[22:39] </w:t>
      </w:r>
      <w:r>
        <w:t>toh maine dekha ke ek ek ek ladka cycle par dodata dodata hua idhar se aaya. bahut tezi se. phir jahan mudna tha usko wahan ek dehati bechara chal raha tha paidal, use takra gaya woh.</w:t>
      </w:r>
    </w:p>
    <w:p>
      <w:pPr>
        <w:jc w:val="right"/>
      </w:pPr>
      <w:r>
        <w:t>تو میں نے دیکھا کہ ایک ایک ایک لڑکا سائیکل پر دوڑاتا دوڑاتا ہوا ادھر سے آیا۔ بہت تیزی سے۔ پھر جہاں موڑنا تھا اس کو وہاں ایک دیہاتی بیچارہ چل رہا تھا پیدل، اسے ٹکرا گیا وہ۔</w:t>
      </w:r>
    </w:p>
    <w:p>
      <w:r>
        <w:rPr>
          <w:b/>
        </w:rPr>
        <w:t xml:space="preserve">[22:54] </w:t>
      </w:r>
      <w:r>
        <w:t>toh dehati gir gaya.</w:t>
      </w:r>
    </w:p>
    <w:p>
      <w:pPr>
        <w:jc w:val="right"/>
      </w:pPr>
      <w:r>
        <w:t>تو دیہاتی گر گیا۔</w:t>
      </w:r>
    </w:p>
    <w:p>
      <w:r>
        <w:rPr>
          <w:b/>
        </w:rPr>
        <w:t xml:space="preserve">[22:58] </w:t>
      </w:r>
      <w:r>
        <w:t>bayaar ghareeb aadmi lagta tha woh koi. toh ladka jo hai takra gaya toh cycle bhi gir gayi, woh aadmi bhi gir gaya. toh woh aadmi kehta hai ke ghanti kyun nahi bajai?</w:t>
      </w:r>
    </w:p>
    <w:p>
      <w:pPr>
        <w:jc w:val="right"/>
      </w:pPr>
      <w:r>
        <w:t>بظاہر غریب آدمی لگتا تھا وہ کوئی۔ تو لڑکا جو ہے ٹکرا گیا تو سائیکل بھی گر گئی، وہ آدمی بھی گر گیا۔ تو وہ آدمی کہتا ہے کہ گھٹی کیوں نہیں بجائی؟</w:t>
      </w:r>
    </w:p>
    <w:p>
      <w:r>
        <w:rPr>
          <w:b/>
        </w:rPr>
        <w:t xml:space="preserve">[23:15] </w:t>
      </w:r>
      <w:r>
        <w:t>toh ladka kehta hai ghanti na ho toh?</w:t>
      </w:r>
    </w:p>
    <w:p>
      <w:pPr>
        <w:jc w:val="right"/>
      </w:pPr>
      <w:r>
        <w:t>تو لڑکا کہتا ہے گھٹی نہ ہو تو؟</w:t>
      </w:r>
    </w:p>
    <w:p>
      <w:r>
        <w:rPr>
          <w:b/>
        </w:rPr>
        <w:t xml:space="preserve">[23:20] </w:t>
      </w:r>
      <w:r>
        <w:t>phir woh kehta hai ke break kyun nahi lagaya? break na ho toh? phir usne kaha bechare ne ke tumhari ghanti bhi nahi hai, break bhi nahi hai, tez kyun dodate ho?</w:t>
      </w:r>
    </w:p>
    <w:p>
      <w:pPr>
        <w:jc w:val="right"/>
      </w:pPr>
      <w:r>
        <w:t>پھر وہ کہتا ہے کہ بریک کیوں نہیں لگایا؟ بریک نہ ہو تو؟ پھر اس نے کہا بیچارے نے کہ تمہاری گھٹی بھی نہیں ہے، بریک بھی نہیں ہے، تیز کیوں دوڑاتے ہو؟</w:t>
      </w:r>
    </w:p>
    <w:p>
      <w:r>
        <w:rPr>
          <w:b/>
        </w:rPr>
        <w:t xml:space="preserve">[23:31] </w:t>
      </w:r>
      <w:r>
        <w:t>tab bhi lafz mil gaya usko. kaha tum se pooch kyun dodau? yeh bahut hi khatarnak baat hai ke insaan ko lafz milta rehta hai.</w:t>
      </w:r>
    </w:p>
    <w:p>
      <w:pPr>
        <w:jc w:val="right"/>
      </w:pPr>
      <w:r>
        <w:t>تب بھی لفظ مل گیا اس کو۔ کہا تم سے پوچھ کیوں دوڑاؤں؟ یہ بہت ہی خطرناک بات ہے کہ انسان کو لفظ ملتا رہتا ہے۔</w:t>
      </w:r>
    </w:p>
    <w:p>
      <w:r>
        <w:rPr>
          <w:b/>
        </w:rPr>
        <w:t xml:space="preserve">[23:41] </w:t>
      </w:r>
      <w:r>
        <w:t>Shaitan ko mil gaya Allah ke muqable mein lafz. ab gaur kijiye ke Allah taala ne kaha ke tum Adam ke aage sajda karo.</w:t>
      </w:r>
    </w:p>
    <w:p>
      <w:pPr>
        <w:jc w:val="right"/>
      </w:pPr>
      <w:r>
        <w:t>شیطان کو مل گیا اللہ کے مقابلے میں لفظ۔ اب غور کیجیے کہ اللہ تعالیٰ نے کہا کہ تم آدم کے آگے سجدہ کرو۔</w:t>
      </w:r>
    </w:p>
    <w:p>
      <w:r>
        <w:rPr>
          <w:b/>
        </w:rPr>
        <w:t xml:space="preserve">[23:51] </w:t>
      </w:r>
      <w:r>
        <w:t>jhuk jao. toh Shaitan ne kya kaha? main kyun jhuku? aap ne paida kiya mujhko aag se, usko mitti se.</w:t>
      </w:r>
    </w:p>
    <w:p>
      <w:pPr>
        <w:jc w:val="right"/>
      </w:pPr>
      <w:r>
        <w:t>جھک جاؤ۔ تو شیطان نے کیا کہا؟ میں کیوں جھکوں؟ آپ نے پیدا کیا مجھ کو آگ سے، اس کو مٹی سے۔</w:t>
      </w:r>
    </w:p>
    <w:p>
      <w:r>
        <w:rPr>
          <w:b/>
        </w:rPr>
        <w:t xml:space="preserve">[24:00] </w:t>
      </w:r>
      <w:r>
        <w:t>toh main is se superior hoon. toh Allah ke muqable pe lafz mil gaya usko.</w:t>
      </w:r>
    </w:p>
    <w:p>
      <w:pPr>
        <w:jc w:val="right"/>
      </w:pPr>
      <w:r>
        <w:t>تو میں اس سے superior ہوں۔ تو اللہ کے مقابلے پہ لفظ مل گیا اس کو۔</w:t>
      </w:r>
    </w:p>
    <w:p>
      <w:r>
        <w:rPr>
          <w:b/>
        </w:rPr>
        <w:t xml:space="preserve">[24:07] </w:t>
      </w:r>
      <w:r>
        <w:t>yaad rakhiye sab se buri cheez yeh hai ke aap ko lafz milta rahe. aap speechless na ho paayein. jab tak aadmi ka zariya rok woh speechless hota ho kahin na kahein.</w:t>
      </w:r>
    </w:p>
    <w:p>
      <w:pPr>
        <w:jc w:val="right"/>
      </w:pPr>
      <w:r>
        <w:t>یاد رکھیے سب سے بری چیز یہ ہے کہ آپ کو لفظ ملتا رہے۔ آپ speechless نہ ہو پائیں۔ جب تک آدمی کا ذریعہ روک وہ speechless ہوتا ہو کہیں نہ کہیں۔</w:t>
      </w:r>
    </w:p>
    <w:p>
      <w:r>
        <w:rPr>
          <w:b/>
        </w:rPr>
        <w:t xml:space="preserve">[24:18] </w:t>
      </w:r>
      <w:r>
        <w:t>kahin na kahin usko daleel jhuka de. kahin na kahin Allah ka khauf jhuka de.</w:t>
      </w:r>
    </w:p>
    <w:p>
      <w:pPr>
        <w:jc w:val="right"/>
      </w:pPr>
      <w:r>
        <w:t>کہیں نہ کہیں اس کو دلیل جھکا دے۔ کہیں نہ کہیں اللہ کا خوف جھکا دے۔</w:t>
      </w:r>
    </w:p>
    <w:p>
      <w:r>
        <w:rPr>
          <w:b/>
        </w:rPr>
        <w:t xml:space="preserve">[24:23] </w:t>
      </w:r>
      <w:r>
        <w:t>kahin na kahin usko uski sincerity rok de. nahi toh rokayenge nahi aap. yani bolte rahenge, bolte rahenge, bolte rahenge.</w:t>
      </w:r>
    </w:p>
    <w:p>
      <w:pPr>
        <w:jc w:val="right"/>
      </w:pPr>
      <w:r>
        <w:t>کہیں نہ کہیں اس کو اس کی sincerity روک دے۔ نہیں تو رکائیں گے نہیں آپ۔ یعنی بولتے رہیں گے، بولتے رہیں گے، بولتے رہیں گے۔</w:t>
      </w:r>
    </w:p>
    <w:p>
      <w:r>
        <w:rPr>
          <w:b/>
        </w:rPr>
        <w:t xml:space="preserve">[24:32] </w:t>
      </w:r>
      <w:r>
        <w:t>toh main isi liye main kehta hoon ke sab se bura fitna alfaaz ka fitna hai. aage aap jhukna na chahein toh Shaitan la kar aage nahi jhuka.</w:t>
      </w:r>
    </w:p>
    <w:p>
      <w:pPr>
        <w:jc w:val="right"/>
      </w:pPr>
      <w:r>
        <w:t>تو میں اسی لیے میں کہتا ہوں کہ سب سے برا فتنہ الفاظ کا فتنہ ہے۔ آگے آپ جھکنا نہ چاہیں تو شیطان لا کر آگے نہیں جھکا۔</w:t>
      </w:r>
    </w:p>
    <w:p>
      <w:r>
        <w:rPr>
          <w:b/>
        </w:rPr>
        <w:t xml:space="preserve">[24:42] </w:t>
      </w:r>
      <w:r>
        <w:t>usko lafz milta raha, wahan bhi lafz milta raha.</w:t>
      </w:r>
    </w:p>
    <w:p>
      <w:pPr>
        <w:jc w:val="right"/>
      </w:pPr>
      <w:r>
        <w:t>اس کو لفظ ملتا رہا، وہاں بھی لفظ ملتا رہا۔</w:t>
      </w:r>
    </w:p>
    <w:p>
      <w:r>
        <w:rPr>
          <w:b/>
        </w:rPr>
        <w:t xml:space="preserve">[24:45] </w:t>
      </w:r>
      <w:r>
        <w:t>toh yeh bahut hi serious baat hai. dekhiye aap maut se pehle duniya mein azaad hain toh kuch bhi bol sakte hain. maut ke baad kya karenge?</w:t>
      </w:r>
    </w:p>
    <w:p>
      <w:pPr>
        <w:jc w:val="right"/>
      </w:pPr>
      <w:r>
        <w:t>تو یہ بہت ہی serious بات ہے۔ دیکھیے آپ موت سے پہلے دنیا میں آزاد ہیں تو کچھ بھی بول سکتے ہیں۔ موت کے بعد کیا کریں گے؟</w:t>
      </w:r>
    </w:p>
    <w:p>
      <w:r>
        <w:rPr>
          <w:b/>
        </w:rPr>
        <w:t xml:space="preserve">[24:54] </w:t>
      </w:r>
      <w:r>
        <w:t>jab hajj ke maidan mein aap ikhatta honge toh kya karenge wahan? kya Allah taala ke saath bhi lafz baazi karenge aap? wahan bhi lafz bol ke jeet sakte hain aap?</w:t>
      </w:r>
    </w:p>
    <w:p>
      <w:pPr>
        <w:jc w:val="right"/>
      </w:pPr>
      <w:r>
        <w:t>جب حج کے میدان میں آپ اکٹھا ہوں گے تو کیا کریں گے وہاں؟ کیا اللہ تعالیٰ کے ساتھ بھی لفظ بازی کریں گے آپ؟ وہاں بھی لفظ بول کے جیت سکتے ہیں آپ؟</w:t>
      </w:r>
    </w:p>
    <w:p>
      <w:r>
        <w:rPr>
          <w:b/>
        </w:rPr>
        <w:t xml:space="preserve">[25:04] </w:t>
      </w:r>
      <w:r>
        <w:t>aur Allah taala hukum de ke isko le jao, jahannum mein daal do. kya aap ke paas taqat hogi? aap rok lenge apne aap ko farishte se?</w:t>
      </w:r>
    </w:p>
    <w:p>
      <w:pPr>
        <w:jc w:val="right"/>
      </w:pPr>
      <w:r>
        <w:t>اور اللہ تعالیٰ حکم دے کہ اس کو لے جاؤ، جہنم میں ڈال دو۔ کیا آپ کے پاس طاقت ہوگی؟ آپ روک لیں اپنے آپ کو فرشتے سے؟</w:t>
      </w:r>
    </w:p>
    <w:p>
      <w:r>
        <w:rPr>
          <w:b/>
        </w:rPr>
        <w:t xml:space="preserve">[25:14] </w:t>
      </w:r>
      <w:r>
        <w:t>toh sab se bura fitna mere nazdeek alfaaz ka fitna hai. har aadmi ko woh lafz mil jata hai. jis ko dekhiye duniya ke bade bade zalim jo hain unko woh lafz mile hue the.</w:t>
      </w:r>
    </w:p>
    <w:p>
      <w:pPr>
        <w:jc w:val="right"/>
      </w:pPr>
      <w:r>
        <w:t>تو سب سے برا فتنہ میرے نزدیک الفاظ کا فتنہ ہے۔ ہر آدمی کو وہ لفظ مل جاتا ہے۔ جس کو دیکھیے دنیا کے بڑے بڑے ظالم جو ہیں ان کو وہ لفظ ملے ہوئے تھے۔</w:t>
      </w:r>
    </w:p>
    <w:p>
      <w:r>
        <w:rPr>
          <w:b/>
        </w:rPr>
        <w:t xml:space="preserve">[25:25] </w:t>
      </w:r>
      <w:r>
        <w:t>hum jo kar rahe hain iski wajah yeh hai. hum jo hain ke iski wajah yeh hai.</w:t>
      </w:r>
    </w:p>
    <w:p>
      <w:pPr>
        <w:jc w:val="right"/>
      </w:pPr>
      <w:r>
        <w:t>ہم جو کر رہے ہیں اس کی وجہ یہ ہے۔ ہم جو ہیں کہ اس کی وجہ یہ ہے۔</w:t>
      </w:r>
    </w:p>
    <w:p>
      <w:r>
        <w:rPr>
          <w:b/>
        </w:rPr>
        <w:t xml:space="preserve">[25:31] </w:t>
      </w:r>
      <w:r>
        <w:t>to mein Allah se panah mangta hoon ke Allah taala mujhe alfaaz ke fitne se bachaye aur afsos logon ke liye dua karta hoon ke aap logon ko Allah taala itni samajh de ke aap alfaaz ke fitne se bachein.</w:t>
      </w:r>
    </w:p>
    <w:p>
      <w:pPr>
        <w:jc w:val="right"/>
      </w:pPr>
      <w:r>
        <w:t>تو میں اللہ سے پناہ مانگتا ہوں کہ اللہ تعالیٰ مجھے الفاظ کے فتنے سے بچائے اور افسوس لوگوں کے لیے دعا کرتا ہوں کہ آپ لوگوں کو اللہ تعالیٰ اتنی سمجھ دے کہ آپ الفاظ کے فتنے سے بچیں۔</w:t>
      </w:r>
    </w:p>
    <w:p>
      <w:r>
        <w:rPr>
          <w:b/>
        </w:rPr>
        <w:t xml:space="preserve">[25:46] </w:t>
      </w:r>
      <w:r>
        <w:t>Maulana, agla sawal aaya hai Mr Haren Sharma ka, Delhi se. Unhone likha hai: "Sir, I am a second year engineering student.</w:t>
      </w:r>
    </w:p>
    <w:p>
      <w:pPr>
        <w:jc w:val="right"/>
      </w:pPr>
      <w:r>
        <w:t>مولانا، اگلا سوال آیا ہے مسٹر ہرین شرما کا، دلی سے۔ انہوں نے لکھا ہے: "Sir, I am a second year engineering student.</w:t>
      </w:r>
    </w:p>
    <w:p>
      <w:r>
        <w:rPr>
          <w:b/>
        </w:rPr>
        <w:t xml:space="preserve">[25:56] </w:t>
      </w:r>
      <w:r>
        <w:t>I have nine subjects to study and my exams start on ninth of December</w:t>
      </w:r>
    </w:p>
    <w:p>
      <w:pPr>
        <w:jc w:val="right"/>
      </w:pPr>
      <w:r>
        <w:t>I have nine subjects to study and my exams start on ninth of December</w:t>
      </w:r>
    </w:p>
    <w:p>
      <w:r>
        <w:rPr>
          <w:b/>
        </w:rPr>
        <w:t xml:space="preserve">[26:03] </w:t>
      </w:r>
      <w:r>
        <w:t>. The problem is that the moment I start my studies in the morning and make a plan to study for at least ten to twelve hours, I end up studying only two to three hours, which is very insufficient.</w:t>
      </w:r>
    </w:p>
    <w:p>
      <w:pPr>
        <w:jc w:val="right"/>
      </w:pPr>
      <w:r>
        <w:t>. The problem is that the moment I start my studies in the morning and make a plan to study for at least ten to twelve hours, I end up studying only two to three hours, which is very insufficient.</w:t>
      </w:r>
    </w:p>
    <w:p>
      <w:r>
        <w:rPr>
          <w:b/>
        </w:rPr>
        <w:t xml:space="preserve">[26:17] </w:t>
      </w:r>
      <w:r>
        <w:t>Because of this, my parents start shouting at me and I get really irritated and frustrated and end up doing nothing.</w:t>
      </w:r>
    </w:p>
    <w:p>
      <w:pPr>
        <w:jc w:val="right"/>
      </w:pPr>
      <w:r>
        <w:t>Because of this, my parents start shouting at me and I get really irritated and frustrated and end up doing nothing.</w:t>
      </w:r>
    </w:p>
    <w:p>
      <w:r>
        <w:rPr>
          <w:b/>
        </w:rPr>
        <w:t xml:space="preserve">[26:27] </w:t>
      </w:r>
      <w:r>
        <w:t>I can concentrate not more than two hours at a stretch. I am afraid I will end up failing. Please help me out."</w:t>
      </w:r>
    </w:p>
    <w:p>
      <w:pPr>
        <w:jc w:val="right"/>
      </w:pPr>
      <w:r>
        <w:t>I can concentrate not more than two hours at a stretch. I am afraid I will end up failing. Please help me out."</w:t>
      </w:r>
    </w:p>
    <w:p>
      <w:r>
        <w:rPr>
          <w:b/>
        </w:rPr>
        <w:t xml:space="preserve">[26:44] </w:t>
      </w:r>
      <w:r>
        <w:t>mere khayal se aap ka aap ke habits jo hain is ko aap tod nahi paate. Yeh unnatural baat hai ke aadmi bas do ghanta parhe.</w:t>
      </w:r>
    </w:p>
    <w:p>
      <w:pPr>
        <w:jc w:val="right"/>
      </w:pPr>
      <w:r>
        <w:t>میرے خیال سے آپ کا آپ کے habits جو ہیں اس کو آپ توڑ نہیں پاتے۔ یہ unnatural بات ہے کہ آدمی بس دو گھنٹہ پڑھے۔</w:t>
      </w:r>
    </w:p>
    <w:p>
      <w:r>
        <w:rPr>
          <w:b/>
        </w:rPr>
        <w:t xml:space="preserve">[26:54] </w:t>
      </w:r>
      <w:r>
        <w:t>kyun aadmi ise do ghanta padhega? Aadmi chaar ghanta padh sakta hai? Main yeh nahi kehta hoon ke aap barah ghante padhein. Main yeh nahi kehta. Lekin aap do ghanta, chaar ghanta, chhe ghanta padh sakte hain.</w:t>
      </w:r>
    </w:p>
    <w:p>
      <w:pPr>
        <w:jc w:val="right"/>
      </w:pPr>
      <w:r>
        <w:t>کیوں آدمی اسے دو گھنٹہ پڑھے گا؟ آدمی چار گھنٹہ پڑھ سکتا ہے؟ میں یہ نہیں کہتا ہوں کہ آپ بارہ گھنٹے پڑھیں۔ میں یہ نہیں کہتا۔ لیکن آپ دو گھنٹہ، چار گھنٹہ، چھ گھنٹہ پڑھ سکتے ہیں۔</w:t>
      </w:r>
    </w:p>
    <w:p>
      <w:r>
        <w:rPr>
          <w:b/>
        </w:rPr>
        <w:t xml:space="preserve">[27:05] </w:t>
      </w:r>
      <w:r>
        <w:t>yeh kuch habits hain jis ko aap chhod nahi paate. Bahut buri cheez hai habit. Habit jab ho jati hai kisi ki to itna us ko yaani is se itna zyada familiar ho jata hai ke na chhod kar bhi samajhta hai ke main chhod diya hai.</w:t>
      </w:r>
    </w:p>
    <w:p>
      <w:pPr>
        <w:jc w:val="right"/>
      </w:pPr>
      <w:r>
        <w:t>یہ کچھ habits ہیں جس کو آپ چھوڑ نہیں پاتے۔ بہت بری چیز ہے habit. Habit جب ہو جاتی ہے کسی کی تو اتنا اس کو یعنی اس سے اتنا زیادہ familiar ہو جاتا ہے کہ نہ چھوڑ کر بھی سمجھتا ہے کہ میں چھوڑ دیا ہے۔</w:t>
      </w:r>
    </w:p>
    <w:p>
      <w:r>
        <w:rPr>
          <w:b/>
        </w:rPr>
        <w:t xml:space="preserve">[27:24] </w:t>
      </w:r>
      <w:r>
        <w:t>ajeeb baat hai. Yeh maine paya hai ke chhodte nahi samajhte ke hum ne chhod diya. Mujhe batana padta hai kahin chhod diya aap ne?</w:t>
      </w:r>
    </w:p>
    <w:p>
      <w:pPr>
        <w:jc w:val="right"/>
      </w:pPr>
      <w:r>
        <w:t>عجیب بات ہے۔ یہ میں نے پایا ہے کہ چھوڑتے نہیں سمجھتے کہ ہم نے چھوڑ دیا۔ مجھے بتانا پڑتا ہے کہیں چھوڑ دیا آپ نے؟</w:t>
      </w:r>
    </w:p>
    <w:p>
      <w:r>
        <w:rPr>
          <w:b/>
        </w:rPr>
        <w:t xml:space="preserve">[27:34] </w:t>
      </w:r>
      <w:r>
        <w:t>to jis aadmi ko bhi koi unnatural is qism ka yaani mamla pesh aaye, yeh unnatural yaad rakhiye.</w:t>
      </w:r>
    </w:p>
    <w:p>
      <w:pPr>
        <w:jc w:val="right"/>
      </w:pPr>
      <w:r>
        <w:t>تو جس آدمی کو بھی کوئی unnatural اس قسم کا یعنی معاملہ پیش آئے، یہ unnatural یاد رکھیے۔</w:t>
      </w:r>
    </w:p>
    <w:p>
      <w:r>
        <w:rPr>
          <w:b/>
        </w:rPr>
        <w:t xml:space="preserve">[27:43] </w:t>
      </w:r>
      <w:r>
        <w:t>yeh natural nahi hai.</w:t>
      </w:r>
    </w:p>
    <w:p>
      <w:pPr>
        <w:jc w:val="right"/>
      </w:pPr>
      <w:r>
        <w:t>یہ natural نہیں ہے۔</w:t>
      </w:r>
    </w:p>
    <w:p>
      <w:r>
        <w:rPr>
          <w:b/>
        </w:rPr>
        <w:t xml:space="preserve">[27:46] </w:t>
      </w:r>
      <w:r>
        <w:t>aur is liye koi na koi habit galat lagi hui hai aap ko. Is habit ko discover kijiye. Main to aaj tak dhoondta rehta hoon ke aisi habit jo mujhe bachpan se lag gayi ho, abhi tak lagi hui ho.</w:t>
      </w:r>
    </w:p>
    <w:p>
      <w:pPr>
        <w:jc w:val="right"/>
      </w:pPr>
      <w:r>
        <w:t>اور اس لیے کوئی نہ کوئی habit غلط لگی ہوئی ہے آپ کو۔ اس habit کو discover کیجیے۔ میں تو آج تک ڈھونڈتا رہتا ہوں کہ ایسی habit جو مجھے بچپن سے لگ گئی ہو، ابھی تک لگی ہوئی ہو۔</w:t>
      </w:r>
    </w:p>
    <w:p>
      <w:r>
        <w:rPr>
          <w:b/>
        </w:rPr>
        <w:t xml:space="preserve">[28:00] </w:t>
      </w:r>
      <w:r>
        <w:t>to habit badi buri cheez hai.</w:t>
      </w:r>
    </w:p>
    <w:p>
      <w:pPr>
        <w:jc w:val="right"/>
      </w:pPr>
      <w:r>
        <w:t>تو habit بڑی بری چیز ہے۔</w:t>
      </w:r>
    </w:p>
    <w:p>
      <w:r>
        <w:rPr>
          <w:b/>
        </w:rPr>
        <w:t xml:space="preserve">[28:03] </w:t>
      </w:r>
      <w:r>
        <w:t>bade bade logon ko habit lagi rehti hai. Aur bachpan se lag jati hai. To aadmi is pe condition ho jata hai. To aap aap sawab mamlaat sirf parent ka nahi hai.</w:t>
      </w:r>
    </w:p>
    <w:p>
      <w:pPr>
        <w:jc w:val="right"/>
      </w:pPr>
      <w:r>
        <w:t>بڑے بڑے لوگوں کو habit لگی رہتی ہے۔ اور بچپن سے لگ جاتی ہے۔ تو آدمی اس پہ condition ہو جاتا ہے۔ تو آپ آپ ثواب معاملات صرف parent کا نہیں ہے۔</w:t>
      </w:r>
    </w:p>
    <w:p>
      <w:r>
        <w:rPr>
          <w:b/>
        </w:rPr>
        <w:t xml:space="preserve">[28:14] </w:t>
      </w:r>
      <w:r>
        <w:t>aap future mein kya karenge? Aap ko zindagi guzarna hai duniya mein. Aap ke paas achhi education chahiye. To kaise zindagi guzarenge aap? Masla parent ka nahi hai, masla aap ke apne future ka hai.</w:t>
      </w:r>
    </w:p>
    <w:p>
      <w:pPr>
        <w:jc w:val="right"/>
      </w:pPr>
      <w:r>
        <w:t>آپ future میں کیا کریں گے؟ آپ کو زندگی گزارنا ہے دنیا میں۔ آپ کے پاس اچھی education چاہیے۔ تو کیسے زندگی گزاریں گے آپ؟ مسئلہ parent کا نہیں ہے، مسئلہ آپ کے اپنے future کا ہے۔</w:t>
      </w:r>
    </w:p>
    <w:p>
      <w:r>
        <w:rPr>
          <w:b/>
        </w:rPr>
        <w:t xml:space="preserve">[28:26] </w:t>
      </w:r>
      <w:r>
        <w:t>to aap apni jo wrong habits hain us ko daryaft kijiye aur us apne is yaani is ko correct kijiye, is ki islaah kijiye.</w:t>
      </w:r>
    </w:p>
    <w:p>
      <w:pPr>
        <w:jc w:val="right"/>
      </w:pPr>
      <w:r>
        <w:t>تو آپ اپنی جو wrong habits ہیں اس کو دریافت کیجیے اور اس اپنے اس یعنی اس کو correct کیجیے، اس کی اصلاح کیجیے۔</w:t>
      </w:r>
    </w:p>
    <w:p>
      <w:r>
        <w:rPr>
          <w:b/>
        </w:rPr>
        <w:t xml:space="preserve">[28:40] </w:t>
      </w:r>
      <w:r>
        <w:t>Doctor Muslima ne Delhi se sawal likha hai. Unhone poocha hai ke Quran mein aata hai ke hum ne Furqan utara.</w:t>
      </w:r>
    </w:p>
    <w:p>
      <w:pPr>
        <w:jc w:val="right"/>
      </w:pPr>
      <w:r>
        <w:t>ڈاکٹر مسلمہ نے دلی سے سوال لکھا ہے۔ انہوں نے پوچھا ہے کہ قرآن میں آتا ہے کہ ہم نے فرقان اتارا۔</w:t>
      </w:r>
    </w:p>
    <w:p>
      <w:r>
        <w:rPr>
          <w:b/>
        </w:rPr>
        <w:t xml:space="preserve">[28:49] </w:t>
      </w:r>
      <w:r>
        <w:t>is ke baray mein aap kuch bataein.</w:t>
      </w:r>
    </w:p>
    <w:p>
      <w:pPr>
        <w:jc w:val="right"/>
      </w:pPr>
      <w:r>
        <w:t>اس کے بارے میں آپ کچھ بتائیں۔</w:t>
      </w:r>
    </w:p>
    <w:p>
      <w:r>
        <w:rPr>
          <w:b/>
        </w:rPr>
        <w:t xml:space="preserve">[28:55] </w:t>
      </w:r>
      <w:r>
        <w:t>dekhiye Furqan ke ka lafzi matlab jo hai woh hai do cheez ke darmiyan farq karna. Asal al fasl min al shiaan.</w:t>
      </w:r>
    </w:p>
    <w:p>
      <w:pPr>
        <w:jc w:val="right"/>
      </w:pPr>
      <w:r>
        <w:t>دیکھیے فرقان کے کا لفظی مطلب جو ہے وہ ہے دو چیز کے درمیان فرق کرنا۔ اصل الفصل من الشیعان۔</w:t>
      </w:r>
    </w:p>
    <w:p>
      <w:r>
        <w:rPr>
          <w:b/>
        </w:rPr>
        <w:t xml:space="preserve">[29:05] </w:t>
      </w:r>
      <w:r>
        <w:t>yaani to differentiate between the two. To</w:t>
      </w:r>
    </w:p>
    <w:p>
      <w:pPr>
        <w:jc w:val="right"/>
      </w:pPr>
      <w:r>
        <w:t>یعنی to differentiate between the two۔ تو</w:t>
      </w:r>
    </w:p>
    <w:p>
      <w:r>
        <w:rPr>
          <w:b/>
        </w:rPr>
        <w:t xml:space="preserve">[29:13] </w:t>
      </w:r>
      <w:r>
        <w:t>Quran jo hai is ki ek sifat yeh hai ke woh Furqan hai. Yaani cheezon mein farq karna batata hai ke yeh right hai, yeh wrong hai.</w:t>
      </w:r>
    </w:p>
    <w:p>
      <w:pPr>
        <w:jc w:val="right"/>
      </w:pPr>
      <w:r>
        <w:t>قرآن جو ہے اس کی ایک صفت یہ ہے کہ وہ فرقان ہے۔ یعنی چیزوں میں فرق کرنا بتاتا ہے کہ یہright ہے، یہ wrong ہے۔</w:t>
      </w:r>
    </w:p>
    <w:p>
      <w:r>
        <w:rPr>
          <w:b/>
        </w:rPr>
        <w:t xml:space="preserve">[29:23] </w:t>
      </w:r>
      <w:r>
        <w:t>yeh theek hai, yeh theek nahi hai. Yeh is mein aadmi ko faida hai, is mein faida nahi hai. To yeh jo hai</w:t>
      </w:r>
    </w:p>
    <w:p>
      <w:pPr>
        <w:jc w:val="right"/>
      </w:pPr>
      <w:r>
        <w:t>یہ ٹھیک ہے، یہ ٹھیک نہیں ہے۔ یہ اس میں آدمی کو فائدہ ہے، اس میں فائدہ نہیں ہے۔ تو یہ جو ہے</w:t>
      </w:r>
    </w:p>
    <w:p>
      <w:r>
        <w:rPr>
          <w:b/>
        </w:rPr>
        <w:t xml:space="preserve">[29:31] </w:t>
      </w:r>
      <w:r>
        <w:t>jab aadmi Quran mein sochega, bahut zyada ghor karega to us ke andar ek ek ek sense develop hoga.</w:t>
      </w:r>
    </w:p>
    <w:p>
      <w:pPr>
        <w:jc w:val="right"/>
      </w:pPr>
      <w:r>
        <w:t>جب آدمی قرآن میں سوچے گا، بہت زیادہ غور کرے گا تو اس کے اندر ایک ایک ایک sense develop ہوگا۔</w:t>
      </w:r>
    </w:p>
    <w:p>
      <w:r>
        <w:rPr>
          <w:b/>
        </w:rPr>
        <w:t xml:space="preserve">[29:40] </w:t>
      </w:r>
      <w:r>
        <w:t>Sense of Furqan. Yaani Quran mein sari baatein do do, chaar chaar likhi hui nahi hain. Aisa nahi hai ke do do, chaar chaar har cheez likhi hui hai.</w:t>
      </w:r>
    </w:p>
    <w:p>
      <w:pPr>
        <w:jc w:val="right"/>
      </w:pPr>
      <w:r>
        <w:t>Sense of فرقان۔ یعنی قرآن میں ساری باتیں دو دو، چار چار لکھی ہوئی نہیں ہیں۔ ایسا نہیں ہے کہ دو دو، چار چار ہر چیز لکھی ہوئی ہے۔</w:t>
      </w:r>
    </w:p>
    <w:p>
      <w:r>
        <w:rPr>
          <w:b/>
        </w:rPr>
        <w:t xml:space="preserve">[29:50] </w:t>
      </w:r>
      <w:r>
        <w:t>lekin jab aadmi sach much bohat is mein parhega aur bohat ghor karega, bohat is ko yani samajhne ki koshish karega to is ke andar aik salahiyat develop karegi jis ko kehte hain furqan.</w:t>
      </w:r>
    </w:p>
    <w:p>
      <w:pPr>
        <w:jc w:val="right"/>
      </w:pPr>
      <w:r>
        <w:t>لیکن جب آدمی سچ مچ بہت اس میں پڑھے گا اور بہت غور کرے گا، بہت اس کو یعنی سمجھنے کی کوشش کرے گا تو اس کے اندر ایک صلاحیت develop کرے گی جس کو کہتے ہیں فرقان۔</w:t>
      </w:r>
    </w:p>
    <w:p>
      <w:r>
        <w:rPr>
          <w:b/>
        </w:rPr>
        <w:t xml:space="preserve">[30:06] </w:t>
      </w:r>
      <w:r>
        <w:t>yani principle of differentiation. to yeh to mutaarif hota hai, gehri studies hota hai aur sincere study.</w:t>
      </w:r>
    </w:p>
    <w:p>
      <w:pPr>
        <w:jc w:val="right"/>
      </w:pPr>
      <w:r>
        <w:t>یعنی principle of differentiation۔ تو یہ تو متعارف ہوتا ہے، گہری studies ہوتا ہے اور sincere study۔</w:t>
      </w:r>
    </w:p>
    <w:p>
      <w:r>
        <w:rPr>
          <w:b/>
        </w:rPr>
        <w:t xml:space="preserve">[30:17] </w:t>
      </w:r>
      <w:r>
        <w:t>mein samajhta hoon ke sincere ka lafz shamil karna zaroori hai. ya serious study.</w:t>
      </w:r>
    </w:p>
    <w:p>
      <w:pPr>
        <w:jc w:val="right"/>
      </w:pPr>
      <w:r>
        <w:t>میں سمجھتا ہوں کہ sincere کا لفظ شامل کرنا ضروری ہے۔ یا serious study۔</w:t>
      </w:r>
    </w:p>
    <w:p>
      <w:r>
        <w:rPr>
          <w:b/>
        </w:rPr>
        <w:t xml:space="preserve">[30:23] </w:t>
      </w:r>
      <w:r>
        <w:t>jab seriously study karta hai aadmi tab ja kar ke woh sense develop hota hai. nahin to parhega, parhega, hoga kuch nahin.</w:t>
      </w:r>
    </w:p>
    <w:p>
      <w:pPr>
        <w:jc w:val="right"/>
      </w:pPr>
      <w:r>
        <w:t>جب seriously study کرتا ہے آدمی تب جا کر کے وہ sense develop ہوتا ہے۔ نہیں تو پڑھے گا، پڑھے گا، ہوگا کچھ نہیں۔</w:t>
      </w:r>
    </w:p>
    <w:p>
      <w:r>
        <w:rPr>
          <w:b/>
        </w:rPr>
        <w:t xml:space="preserve">[30:33] </w:t>
      </w:r>
      <w:r>
        <w:t>mister sajid anwar ne roorkee se sawal kiya hai, unhon ne likha hai ke maulana during course of a discussion with one of the mad'oos, I told him that Quran is my discovery.</w:t>
      </w:r>
    </w:p>
    <w:p>
      <w:pPr>
        <w:jc w:val="right"/>
      </w:pPr>
      <w:r>
        <w:t>مسٹر ساجد انور نے روڑکی سے سوال کیا ہے، انہوں نے لکھا ہے کہ مولانا during course of a discussion with one of the مَدوس، I told him that قرآن is my discovery.</w:t>
      </w:r>
    </w:p>
    <w:p>
      <w:r>
        <w:rPr>
          <w:b/>
        </w:rPr>
        <w:t xml:space="preserve">[30:48] </w:t>
      </w:r>
      <w:r>
        <w:t>he asked me whether I have read Bible and Geeta. I told him that I have not read it. he said to me then how can you say that Quran is the book leading to the right path?</w:t>
      </w:r>
    </w:p>
    <w:p>
      <w:pPr>
        <w:jc w:val="right"/>
      </w:pPr>
      <w:r>
        <w:t>He asked me whether I have read Bible and گیتا۔ I told him that I have not read it. He said to me then how can you say that قرآن is the book leading to theright path?</w:t>
      </w:r>
    </w:p>
    <w:p>
      <w:r>
        <w:rPr>
          <w:b/>
        </w:rPr>
        <w:t xml:space="preserve">[31:03] </w:t>
      </w:r>
      <w:r>
        <w:t>he further added that first you have to read all the books, then only you can decide. maulana how should I tackle such questions?</w:t>
      </w:r>
    </w:p>
    <w:p>
      <w:pPr>
        <w:jc w:val="right"/>
      </w:pPr>
      <w:r>
        <w:t>He further added that first you have to read all the books, then only you can decide. مولانا how should I tackle such questions?</w:t>
      </w:r>
    </w:p>
    <w:p>
      <w:r>
        <w:rPr>
          <w:b/>
        </w:rPr>
        <w:t xml:space="preserve">[31:16] </w:t>
      </w:r>
      <w:r>
        <w:t>dekhiye yeh mere nazdeek sahi baat nahin hai. kyunke aap ko bible ke bare mein aik general knowledge phir bhi maujood yaqeenan hogi.</w:t>
      </w:r>
    </w:p>
    <w:p>
      <w:pPr>
        <w:jc w:val="right"/>
      </w:pPr>
      <w:r>
        <w:t>دیکھیے یہ میرے نزدیک صحیح بات نہیں ہے۔ کیونکہ آپ کو بائبل کے بارے میں ایک جنرل knowledge پھر بھی موجود یقینا ہوگی۔</w:t>
      </w:r>
    </w:p>
    <w:p>
      <w:r>
        <w:rPr>
          <w:b/>
        </w:rPr>
        <w:t xml:space="preserve">[31:30] </w:t>
      </w:r>
      <w:r>
        <w:t>aap ne chahe is ki</w:t>
      </w:r>
    </w:p>
    <w:p>
      <w:pPr>
        <w:jc w:val="right"/>
      </w:pPr>
      <w:r>
        <w:t>آپ نے چاہے اس کی</w:t>
      </w:r>
    </w:p>
    <w:p>
      <w:r>
        <w:rPr>
          <w:b/>
        </w:rPr>
        <w:t xml:space="preserve">[31:32] </w:t>
      </w:r>
      <w:r>
        <w:t>study na bhi ki ho, general tor par aap ko maloom hai is ke bare mein. ke bible kyunke woh log missionary log baton ko kehte hain aur logon se batate hain.</w:t>
      </w:r>
    </w:p>
    <w:p>
      <w:pPr>
        <w:jc w:val="right"/>
      </w:pPr>
      <w:r>
        <w:t>study نہ بھی کی ہو، جنرل طور پر آپ کو معلوم ہے اس کے بارے میں۔ کہ بائبل کیونکہ وہ لوگ missionary لوگ باتوں کو کہتے ہیں اور لوگوں سے بتاتے ہیں۔</w:t>
      </w:r>
    </w:p>
    <w:p>
      <w:r>
        <w:rPr>
          <w:b/>
        </w:rPr>
        <w:t xml:space="preserve">[31:46] </w:t>
      </w:r>
      <w:r>
        <w:t>misal ke tor par trinity concept. aap ko bible ka gehra mutala kiye baghair aap jaan sakte hain ke woh log trinity ko</w:t>
      </w:r>
    </w:p>
    <w:p>
      <w:pPr>
        <w:jc w:val="right"/>
      </w:pPr>
      <w:r>
        <w:t>مثال کے طور پر Trinity concept۔ آپ کو بائبل کا گہرا مطالعہ کیے بغیر آپ جان سکتے ہیں کہ وہ لوگ Trinity کو</w:t>
      </w:r>
    </w:p>
    <w:p>
      <w:r>
        <w:rPr>
          <w:b/>
        </w:rPr>
        <w:t xml:space="preserve">[31:56] </w:t>
      </w:r>
      <w:r>
        <w:t>tabligh karte hain. ke khuda aik bhi hai aur teen bhi hain. to yeh is ke liye gehre mutale ki zaroorat nahin hai. aur jab aap quran ko parhenge ke quran mein khuda aik hai is concept hai to aap ka nature kahega ke aik aik hi sahi hai.</w:t>
      </w:r>
    </w:p>
    <w:p>
      <w:pPr>
        <w:jc w:val="right"/>
      </w:pPr>
      <w:r>
        <w:t>تبلیغ کرتے ہیں۔ کہ خدا ایک بھی ہے اور تین بھی ہیں۔ تو یہ اس کے لیے گہرے مطالعے کی ضرورت نہیں ہے۔ اور جب آپ قرآن کو پڑھیں گے کہ قرآن میں خدا ایک ہے اس concept ہے تو آپ کا nature کہے گا کہ ایک ایک ہی صحیح ہے۔</w:t>
      </w:r>
    </w:p>
    <w:p>
      <w:r>
        <w:rPr>
          <w:b/>
        </w:rPr>
        <w:t xml:space="preserve">[32:11] </w:t>
      </w:r>
      <w:r>
        <w:t>teen sahi nahin hain. kyunke</w:t>
      </w:r>
    </w:p>
    <w:p>
      <w:pPr>
        <w:jc w:val="right"/>
      </w:pPr>
      <w:r>
        <w:t>تین صحیح نہیں ہیں۔ کیونکہ</w:t>
      </w:r>
    </w:p>
    <w:p>
      <w:r>
        <w:rPr>
          <w:b/>
        </w:rPr>
        <w:t xml:space="preserve">[32:13] </w:t>
      </w:r>
      <w:r>
        <w:t>kainat mein jo itni bari kainat hai is ko yeh manage kar raha hai. to itni harmony kyun hai? agar teen khuda hon to harmony nahin ho sakti itni harmony.</w:t>
      </w:r>
    </w:p>
    <w:p>
      <w:pPr>
        <w:jc w:val="right"/>
      </w:pPr>
      <w:r>
        <w:t>کائنات میں جو اتنی بڑی کائنات ہے اس کو یہ manage کر رہا ہے۔ تو اتنی harmony کیوں ہے؟ اگر تین خدا ہوں تو harmony نہیں ہو سکتی اتنی harmony۔</w:t>
      </w:r>
    </w:p>
    <w:p>
      <w:r>
        <w:rPr>
          <w:b/>
        </w:rPr>
        <w:t xml:space="preserve">[32:23] </w:t>
      </w:r>
      <w:r>
        <w:t>aisi abhi sab log jante hain ke woh un ka yeh nazariya batate hain woh log ke masih masloob hui hai sab gunahon ko maaf karne ke liye.</w:t>
      </w:r>
    </w:p>
    <w:p>
      <w:pPr>
        <w:jc w:val="right"/>
      </w:pPr>
      <w:r>
        <w:t>ایسی ابھی سب لوگ جانتے ہیں کہ وہ ان کا یہ نظریہ بتاتے ہیں وہ لوگ کہ مسیح مصلوب ہوئی ہے سب گناہوں کو معاف کرنے کے لیے۔</w:t>
      </w:r>
    </w:p>
    <w:p>
      <w:r>
        <w:rPr>
          <w:b/>
        </w:rPr>
        <w:t xml:space="preserve">[32:33] </w:t>
      </w:r>
      <w:r>
        <w:t>yeh bhi unnatural baat hai.</w:t>
      </w:r>
    </w:p>
    <w:p>
      <w:pPr>
        <w:jc w:val="right"/>
      </w:pPr>
      <w:r>
        <w:t>یہ بھی unnatural بات ہے۔</w:t>
      </w:r>
    </w:p>
    <w:p>
      <w:r>
        <w:rPr>
          <w:b/>
        </w:rPr>
        <w:t xml:space="preserve">[32:35] </w:t>
      </w:r>
      <w:r>
        <w:t>to yeh aap sochein ke quran mein to yeh hai ke aadmi jo karega us ko bhugtega woh. apne kiye ka khud anjam bhugtega.</w:t>
      </w:r>
    </w:p>
    <w:p>
      <w:pPr>
        <w:jc w:val="right"/>
      </w:pPr>
      <w:r>
        <w:t>تو یہ آپ سوچیں کہ قرآن میں تو یہ ہے کہ آدمی جو کرے گا اس کو بھگتے گا وہ۔ اپنے کیے کا خود انجام بھگتے گا۔</w:t>
      </w:r>
    </w:p>
    <w:p>
      <w:r>
        <w:rPr>
          <w:b/>
        </w:rPr>
        <w:t xml:space="preserve">[32:46] </w:t>
      </w:r>
      <w:r>
        <w:t>wahan mere kiye ka anjam paighambar ke upar kyun chalayega? chalega. to unnatural baat hai. to yeh zaroori nahin hai ke aap bible ka gehra mutala karen.</w:t>
      </w:r>
    </w:p>
    <w:p>
      <w:pPr>
        <w:jc w:val="right"/>
      </w:pPr>
      <w:r>
        <w:t>وہاں میرے کیے کا انجام پیغمبر کے اوپر کیوں چلائے گا؟ چلے گا۔ تو unnatural بات ہے۔ تو یہ ضروری نہیں ہے کہ آپ بائبل کا گہرا مطالعہ کریں۔</w:t>
      </w:r>
    </w:p>
    <w:p>
      <w:r>
        <w:rPr>
          <w:b/>
        </w:rPr>
        <w:t xml:space="preserve">[32:55] </w:t>
      </w:r>
      <w:r>
        <w:t>khud bible walon ne jo baatein bata rakhi hain woh sab jante hain sab log. woh to phailate hain woh log khud. to is se aap compare karne ki position mein hain.</w:t>
      </w:r>
    </w:p>
    <w:p>
      <w:pPr>
        <w:jc w:val="right"/>
      </w:pPr>
      <w:r>
        <w:t>خود بائبل والوں نے جو باتیں بتا رکھی ہیں وہ سب جانتے ہیں سب لوگ۔ وہ تو پھیلاتے ہیں وہ لوگ خود۔ تو اس سے آپ compare کرنے کی position میں ہیں۔</w:t>
      </w:r>
    </w:p>
    <w:p>
      <w:r>
        <w:rPr>
          <w:b/>
        </w:rPr>
        <w:t xml:space="preserve">[33:05] </w:t>
      </w:r>
      <w:r>
        <w:t>to aik hai scholarly comparison. scholarly comparison har aik ki zaroori nahin hai. general comparison to har aik kar sakta hai. kyunke sab log jante hain ke kya christian log kis baat ki tabligh karte hain.</w:t>
      </w:r>
    </w:p>
    <w:p>
      <w:pPr>
        <w:jc w:val="right"/>
      </w:pPr>
      <w:r>
        <w:t>تو ایک ہے scholarly comparison۔ Scholarly comparison ہر ایک کی ضروری نہیں ہے۔ جنرل comparison تو ہر ایک کر سکتا ہے۔ کیونکہ سب لوگ جانتے ہیں کہ کیا Christian لوگ کس بات کی تبلیغ کرتے ہیں۔</w:t>
      </w:r>
    </w:p>
    <w:p>
      <w:r>
        <w:rPr>
          <w:b/>
        </w:rPr>
        <w:t xml:space="preserve">[33:20] </w:t>
      </w:r>
      <w:r>
        <w:t>ji. maulana agla sawal aaya hai mister zeeshan yusuf ka hyderabad se. unhon ne likha hai: "in one of the discussions with my doctor, he said that first impression he got from quran is that god wants to scare people and threaten man to worship</w:t>
      </w:r>
    </w:p>
    <w:p>
      <w:pPr>
        <w:jc w:val="right"/>
      </w:pPr>
      <w:r>
        <w:t>جی۔ مولانا اگلا سوال آیا ہے مسٹر ذیشان یوسف کا حیدرآباد سے۔ انہوں نے لکھا ہے: "In one of the discussions with my doctor, he said that first impression he got from Quran is that God wants to scare people and threaten man to worship</w:t>
      </w:r>
    </w:p>
    <w:p>
      <w:r>
        <w:rPr>
          <w:b/>
        </w:rPr>
        <w:t xml:space="preserve">[33:44] </w:t>
      </w:r>
      <w:r>
        <w:t>. he gave examples of hell and burning in fire, etc. he said that a man should have loving relationship with god and not the one based on fear.</w:t>
      </w:r>
    </w:p>
    <w:p>
      <w:pPr>
        <w:jc w:val="right"/>
      </w:pPr>
      <w:r>
        <w:t>. He gave examples of hell and burning in fire, etc. He said that a man should have loving relationship with God and not the one based on fear.</w:t>
      </w:r>
    </w:p>
    <w:p>
      <w:r>
        <w:rPr>
          <w:b/>
        </w:rPr>
        <w:t xml:space="preserve">[33:57] </w:t>
      </w:r>
      <w:r>
        <w:t>maulana please guide me for its appropriate answer."</w:t>
      </w:r>
    </w:p>
    <w:p>
      <w:pPr>
        <w:jc w:val="right"/>
      </w:pPr>
      <w:r>
        <w:t>مولانا please guide me for its appropriate answer."</w:t>
      </w:r>
    </w:p>
    <w:p>
      <w:r>
        <w:rPr>
          <w:b/>
        </w:rPr>
        <w:t xml:space="preserve">[34:03] </w:t>
      </w:r>
      <w:r>
        <w:t>dekhiye yeh aik cheez ko bure dhang se explain karna hai. masla fear ka ya hell ka nahin hai.</w:t>
      </w:r>
    </w:p>
    <w:p>
      <w:pPr>
        <w:jc w:val="right"/>
      </w:pPr>
      <w:r>
        <w:t>دیکھیے یہ ایک چیز کو برے ڈھنگ سے explain کرنا ہے۔ مسئلہ fear کا یا hell کا نہیں ہے۔</w:t>
      </w:r>
    </w:p>
    <w:p>
      <w:r>
        <w:rPr>
          <w:b/>
        </w:rPr>
        <w:t xml:space="preserve">[34:13] </w:t>
      </w:r>
      <w:r>
        <w:t>masla yeh hai ke khuda ka takhleeqi mansooba kya hai? creation plan of god kya hai? woh is se juri hui baat hai.</w:t>
      </w:r>
    </w:p>
    <w:p>
      <w:pPr>
        <w:jc w:val="right"/>
      </w:pPr>
      <w:r>
        <w:t>مسئلہ یہ ہے کہ خدا کا تخلیقی منصوبہ کیا ہے؟ Creation plan of God کیا ہے؟ وہ اس سے جڑی ہوئی بات ہے۔</w:t>
      </w:r>
    </w:p>
    <w:p>
      <w:r>
        <w:rPr>
          <w:b/>
        </w:rPr>
        <w:t xml:space="preserve">[34:21] </w:t>
      </w:r>
      <w:r>
        <w:t>keh khuda ne jab banaya hai duniya ko to yeh testing ground hai.</w:t>
      </w:r>
    </w:p>
    <w:p>
      <w:pPr>
        <w:jc w:val="right"/>
      </w:pPr>
      <w:r>
        <w:t>کہ خدا نے جب بنایا ہے دنیا کو تو یہ testing ground ہے۔</w:t>
      </w:r>
    </w:p>
    <w:p>
      <w:r>
        <w:rPr>
          <w:b/>
        </w:rPr>
        <w:t xml:space="preserve">[34:30] </w:t>
      </w:r>
      <w:r>
        <w:t>to khuda select kar raha hai, select. ek selection khuda ki taraf se ho raha hai. kaun is test mein poora hua, kaun poora nahi hua.</w:t>
      </w:r>
    </w:p>
    <w:p>
      <w:pPr>
        <w:jc w:val="right"/>
      </w:pPr>
      <w:r>
        <w:t>تو خدا select کر رہا ہے، select۔ ایک selection خدا کی طرف سے ہو رہا ہے۔ کون اس ٹیسٹ میں پورا ہوا، کون پورا نہیں ہوا۔</w:t>
      </w:r>
    </w:p>
    <w:p>
      <w:r>
        <w:rPr>
          <w:b/>
        </w:rPr>
        <w:t xml:space="preserve">[34:40] </w:t>
      </w:r>
      <w:r>
        <w:t>jo poora hoga us ke paradise hai, poora nahi woh hell hai is ka. to woh to khuda ne bataya hai.</w:t>
      </w:r>
    </w:p>
    <w:p>
      <w:pPr>
        <w:jc w:val="right"/>
      </w:pPr>
      <w:r>
        <w:t>جو پورا ہوگا اس کے paradise ہے، پورا نہیں وہ hell ہے اس کا۔ تو وہ تو خدا نے بتایا ہے۔</w:t>
      </w:r>
    </w:p>
    <w:p>
      <w:r>
        <w:rPr>
          <w:b/>
        </w:rPr>
        <w:t xml:space="preserve">[34:47] </w:t>
      </w:r>
      <w:r>
        <w:t>woh jis ko aap kehte hain keh threat diya hai, threat nahi diya hai. balkeh bataya hai keh kya hai takhleeqi mansooba, kya hone wala hai. to batane ko aap threat keh rahe hain.</w:t>
      </w:r>
    </w:p>
    <w:p>
      <w:pPr>
        <w:jc w:val="right"/>
      </w:pPr>
      <w:r>
        <w:t>وہ جس کو آپ کہتے ہیں کہ threat دیا ہے، threat نہیں دیا ہے۔ بلکہ بتایا ہے کہ کیا ہے تخلیقی منصوبہ، کیا ہونے والا ہے۔ تو بتانے کو آپ threat کہہ رہے ہیں۔</w:t>
      </w:r>
    </w:p>
    <w:p>
      <w:r>
        <w:rPr>
          <w:b/>
        </w:rPr>
        <w:t xml:space="preserve">[34:58] </w:t>
      </w:r>
      <w:r>
        <w:t>ghalat us ko ek bura naam de rahe hain. yaani khuda ne jo cheez bator waqia batayi hai us ko aap keh rahe hain threat.</w:t>
      </w:r>
    </w:p>
    <w:p>
      <w:pPr>
        <w:jc w:val="right"/>
      </w:pPr>
      <w:r>
        <w:t>غلط اس کو ایک برا نام دے رہے ہیں۔ یعنی خدا نے جو چیز بطور واقعہ بتائی ہے اس کو آپ کہہ رہے ہیں threat۔</w:t>
      </w:r>
    </w:p>
    <w:p>
      <w:r>
        <w:rPr>
          <w:b/>
        </w:rPr>
        <w:t xml:space="preserve">[35:07] </w:t>
      </w:r>
      <w:r>
        <w:t>threat ki baat nahi hai.</w:t>
      </w:r>
    </w:p>
    <w:p>
      <w:pPr>
        <w:jc w:val="right"/>
      </w:pPr>
      <w:r>
        <w:t>Threat کی بات نہیں ہے۔</w:t>
      </w:r>
    </w:p>
    <w:p>
      <w:r>
        <w:rPr>
          <w:b/>
        </w:rPr>
        <w:t xml:space="preserve">[35:09] </w:t>
      </w:r>
      <w:r>
        <w:t>agar agar agar aap ko traffic police kahe keh agar ghalat tareeqe se chalaoge gaari gaari to accident ho jayega to kahein threat hua?</w:t>
      </w:r>
    </w:p>
    <w:p>
      <w:pPr>
        <w:jc w:val="right"/>
      </w:pPr>
      <w:r>
        <w:t>اگر اگر اگر آپ کو ٹریفک پولیس کہے کہ اگر غلط طریقے سے چلاؤ گے گاڑی گاڑی تو accident ہو جائے گا تو کہیں threat ہوا؟</w:t>
      </w:r>
    </w:p>
    <w:p>
      <w:r>
        <w:rPr>
          <w:b/>
        </w:rPr>
        <w:t xml:space="preserve">[35:19] </w:t>
      </w:r>
      <w:r>
        <w:t>agar traffic police wala kahein khada hua hai woh kahe keh tum agar ghalat gaari chaloge to</w:t>
      </w:r>
    </w:p>
    <w:p>
      <w:pPr>
        <w:jc w:val="right"/>
      </w:pPr>
      <w:r>
        <w:t>اگر ٹریفک پولیس والا کہیں کھڑا ہوا ہے وہ کہے کہ تم اگر غلط گاڑی چلاؤ گے تو</w:t>
      </w:r>
    </w:p>
    <w:p>
      <w:r>
        <w:rPr>
          <w:b/>
        </w:rPr>
        <w:t xml:space="preserve">[35:29] </w:t>
      </w:r>
      <w:r>
        <w:t>accident ho jayega, mar jaoge. to threat nahi hai yeh. yeh ek baat hai, us ko bataya us ne. aisi quran mein jo hai woh ek baat hai, woh batayi gayi hai, woh threat ko kehte hain aap us ko.</w:t>
      </w:r>
    </w:p>
    <w:p>
      <w:pPr>
        <w:jc w:val="right"/>
      </w:pPr>
      <w:r>
        <w:t>accident ہو جائے گا، مر جاؤ گے۔ تو threat نہیں ہے یہ۔ یہ ایک بات ہے، اس کو بتایا اس نے۔ ایسی قرآن میں جو ہے وہ ایک بات ہے، وہ بتائی گئی ہے، وہ threat کو کہتے ہیں آپ اس کو۔</w:t>
      </w:r>
    </w:p>
    <w:p>
      <w:r>
        <w:rPr>
          <w:b/>
        </w:rPr>
        <w:t xml:space="preserve">[35:39] </w:t>
      </w:r>
      <w:r>
        <w:t>woh threat nahi hai. simply woh information hai.</w:t>
      </w:r>
    </w:p>
    <w:p>
      <w:pPr>
        <w:jc w:val="right"/>
      </w:pPr>
      <w:r>
        <w:t>وہ threat نہیں ہے۔ Simply وہ information ہے۔</w:t>
      </w:r>
    </w:p>
    <w:p>
      <w:r>
        <w:rPr>
          <w:b/>
        </w:rPr>
        <w:t xml:space="preserve">[35:48] </w:t>
      </w:r>
      <w:r>
        <w:t>maulana agla sawal aaya hai mr daniyal ka patna, bihar se. unhone likha hai: "musalmanon ke andar organization aur team work bohat kam paya jata hai.</w:t>
      </w:r>
    </w:p>
    <w:p>
      <w:pPr>
        <w:jc w:val="right"/>
      </w:pPr>
      <w:r>
        <w:t>مولانا اگلا سوال آیا ہے مسٹر دانیال کا پٹنہ، بہار سے۔ انہوں نے لکھا ہے: "مسلمانوں کے اندر organization اور team work بہت کم پایا جاتا ہے۔</w:t>
      </w:r>
    </w:p>
    <w:p>
      <w:r>
        <w:rPr>
          <w:b/>
        </w:rPr>
        <w:t xml:space="preserve">[36:01] </w:t>
      </w:r>
      <w:r>
        <w:t>jabkeh europe mein har kaam ko organized andaaz mein team work ke tehat kiya jata hai. is ka sabab kya hai?"</w:t>
      </w:r>
    </w:p>
    <w:p>
      <w:pPr>
        <w:jc w:val="right"/>
      </w:pPr>
      <w:r>
        <w:t>جبکہ یورپ میں ہر کام کو organized انداز میں team work کے تحت کیا جاتا ہے۔ اس کا سبب کیا ہے؟"</w:t>
      </w:r>
    </w:p>
    <w:p>
      <w:r>
        <w:rPr>
          <w:b/>
        </w:rPr>
        <w:t xml:space="preserve">[36:12] </w:t>
      </w:r>
      <w:r>
        <w:t>pehlay europe mein bhi nahi tha aisa. yaani renaissance se pehlay europe ka bohat bura haal tha. mein samajhta hoon keh yeh sab se bara sabab hai scientific education.</w:t>
      </w:r>
    </w:p>
    <w:p>
      <w:pPr>
        <w:jc w:val="right"/>
      </w:pPr>
      <w:r>
        <w:t>پہلے یورپ میں بھی نہیں تھا ایسا۔ یعنی Renaissance سے پہلے یورپ کا بہت برا حال تھا۔ میں سمجھتا ہوں کہ یہ سب سے بڑا سبب ہے scientific education۔</w:t>
      </w:r>
    </w:p>
    <w:p>
      <w:r>
        <w:rPr>
          <w:b/>
        </w:rPr>
        <w:t xml:space="preserve">[36:25] </w:t>
      </w:r>
      <w:r>
        <w:t>jo renaissance ke baad aayi hai. musalmanon mein bad qismati hai keh scientific education taqreeban nahi ke barabar hai.</w:t>
      </w:r>
    </w:p>
    <w:p>
      <w:pPr>
        <w:jc w:val="right"/>
      </w:pPr>
      <w:r>
        <w:t>جو Renaissance کے بعد آئی ہے۔ مسلمانوں میں بدقسمتی ہے کہ scientific education تقریباً نہیں کے برابر ہے۔</w:t>
      </w:r>
    </w:p>
    <w:p>
      <w:r>
        <w:rPr>
          <w:b/>
        </w:rPr>
        <w:t xml:space="preserve">[36:33] </w:t>
      </w:r>
      <w:r>
        <w:t>hai hi nahi. musalmanon mein jo hai jo cheezein hain woh woh aadmi ke andar discipline discipline nahi laati.</w:t>
      </w:r>
    </w:p>
    <w:p>
      <w:pPr>
        <w:jc w:val="right"/>
      </w:pPr>
      <w:r>
        <w:t>ہے ہی نہیں۔ مسلمانوں میں جو ہے جو چیزیں ہیں وہ وہ آدمی کے اندر discipline discipline نہیں لاتی۔</w:t>
      </w:r>
    </w:p>
    <w:p>
      <w:r>
        <w:rPr>
          <w:b/>
        </w:rPr>
        <w:t xml:space="preserve">[36:41] </w:t>
      </w:r>
      <w:r>
        <w:t>jazbaatiyat paida karti hain. yeh jihadi baat hai aur aur inshallah baaz arsay ki khitabat, debate yeh sab cheezein.</w:t>
      </w:r>
    </w:p>
    <w:p>
      <w:pPr>
        <w:jc w:val="right"/>
      </w:pPr>
      <w:r>
        <w:t>جذباتیت پیدا کرتی ہیں۔ یہ جہادی بات ہے اور اور انشاءاللہ بعض عرصے کی خطابت، debate یہ سب چیزیں۔</w:t>
      </w:r>
    </w:p>
    <w:p>
      <w:r>
        <w:rPr>
          <w:b/>
        </w:rPr>
        <w:t xml:space="preserve">[36:50] </w:t>
      </w:r>
      <w:r>
        <w:t>to mein samajhta hoon keh ahl-e-europe mein mein khud pehlay jo hai in ka bohat bura haal tha.</w:t>
      </w:r>
    </w:p>
    <w:p>
      <w:pPr>
        <w:jc w:val="right"/>
      </w:pPr>
      <w:r>
        <w:t>تو میں سمجھتا ہوں کہ اہل یورپ میں میں خود پہلے جو ہے ان کا بہت برا حال تھا۔</w:t>
      </w:r>
    </w:p>
    <w:p>
      <w:r>
        <w:rPr>
          <w:b/>
        </w:rPr>
        <w:t xml:space="preserve">[36:59] </w:t>
      </w:r>
      <w:r>
        <w:t>aur renaissance ke baad jab in ki education aayi, science, scientific education, tab in mein bohat zabardast badlao aaya.</w:t>
      </w:r>
    </w:p>
    <w:p>
      <w:pPr>
        <w:jc w:val="right"/>
      </w:pPr>
      <w:r>
        <w:t>اور Renaissance کے بعد جب ان کی education آئی، سائنس، scientific education، تب ان میں بہت زبردست بدلاؤ آیا۔</w:t>
      </w:r>
    </w:p>
    <w:p>
      <w:r>
        <w:rPr>
          <w:b/>
        </w:rPr>
        <w:t xml:space="preserve">[37:08] </w:t>
      </w:r>
      <w:r>
        <w:t>to wohi musalmanon ko bhi karna hai. bad qismati se musalmanon mein scientific education ka koi concept nahi, aaj bhi nahi hai. bohat se bohat koi samajhta hai kahein koi job lene ke liye, kuch degree lete lene ke liye.</w:t>
      </w:r>
    </w:p>
    <w:p>
      <w:pPr>
        <w:jc w:val="right"/>
      </w:pPr>
      <w:r>
        <w:t>تو وہی مسلمانوں کو بھی کرنا ہے۔ بدقسمتی سے مسلمانوں میں scientific education کا کوئی concept نہیں، آج بھی نہیں ہے۔ بہت سے بہت کوئی سمجھتا ہے کہیں کوئی جاب لینے کے لیے، کچھ degree لیتے لینے کے لیے۔</w:t>
      </w:r>
    </w:p>
    <w:p>
      <w:r>
        <w:rPr>
          <w:b/>
        </w:rPr>
        <w:t xml:space="preserve">[37:23] </w:t>
      </w:r>
      <w:r>
        <w:t>lekin degree se aagay jo science ki ahmiyat hai us ko bilkul nahi jante woh log.</w:t>
      </w:r>
    </w:p>
    <w:p>
      <w:pPr>
        <w:jc w:val="right"/>
      </w:pPr>
      <w:r>
        <w:t>لیکن degree سے آگے جو سائنس کی اہمیت ہے اس کو بالکل نہیں جانتے وہ لوگ۔</w:t>
      </w:r>
    </w:p>
    <w:p>
      <w:r>
        <w:rPr>
          <w:b/>
        </w:rPr>
        <w:t xml:space="preserve">[37:29] </w:t>
      </w:r>
      <w:r>
        <w:t>to mein samajhta hoon keh musalmanon mein agar agar sahi bolana hai to scientific education ke bahar jayein. jaise jo mulk hain pakistan, iran waghera, islami jamhooria kehte hain woh apne ko, mein kehta hoon keh yeh yeh yeh khud apne aap mein ghair scientific baat hai.</w:t>
      </w:r>
    </w:p>
    <w:p>
      <w:pPr>
        <w:jc w:val="right"/>
      </w:pPr>
      <w:r>
        <w:t>تو میں سمجھتا ہوں کہ مسلمانوں میں اگر اگر صحیح بولانا ہے تو scientific education کے باہر جائیں۔ جیسے جو ممالک ہیں پاکستان، ایران وغیرہ، اسلامی جمہوریہ کہتے ہیں وہ اپنے کو، میں کہتا ہوں کہ یہ یہ یہ خود اپنے آپ میں غیر scientific بات ہے۔</w:t>
      </w:r>
    </w:p>
    <w:p>
      <w:r>
        <w:rPr>
          <w:b/>
        </w:rPr>
        <w:t xml:space="preserve">[37:47] </w:t>
      </w:r>
      <w:r>
        <w:t>rasool Allah ne jab madina ko islami jamhooria nahi kaha to aap ke haq hai kehne ka. to yeh mulk jo hain in mein sab se zaroori tha yeh keh woh islami jamhooria declare karne ke bajaye yeh kehte hain keh hamein education mein sari taqat lagana hai.</w:t>
      </w:r>
    </w:p>
    <w:p>
      <w:pPr>
        <w:jc w:val="right"/>
      </w:pPr>
      <w:r>
        <w:t>رسول اللہ نے جب مدینہ کو اسلامی جمہوریہ نہیں کہا تو آپ کے حق ہے کہنے کا۔ تو یہ ممالک جو ہیں ان میں سب سے ضروری تھا یہ کہ وہ اسلامی جمہوریہ declare کرنے کے بجائے یہ کہتے ہیں کہ ہمیں education میں ساری طاقت لگانا ہے۔</w:t>
      </w:r>
    </w:p>
    <w:p>
      <w:r>
        <w:rPr>
          <w:b/>
        </w:rPr>
        <w:t xml:space="preserve">[38:02] </w:t>
      </w:r>
      <w:r>
        <w:t>khaas tor par scientific education mein. yeh kahein bhi yaani priority basis pe kahein bhi education ko liya nahi gaya.</w:t>
      </w:r>
    </w:p>
    <w:p>
      <w:pPr>
        <w:jc w:val="right"/>
      </w:pPr>
      <w:r>
        <w:t>خاص طور پر scientific education میں۔ یہ کہیں بھی یعنی priority basis پہ کہیں بھی education کو لیا نہیں گیا۔</w:t>
      </w:r>
    </w:p>
    <w:p>
      <w:r>
        <w:rPr>
          <w:b/>
        </w:rPr>
        <w:t xml:space="preserve">[38:08] </w:t>
      </w:r>
      <w:r>
        <w:t>koi muslim country nahi hai jahan keh priority basis pe education ko liya gaya ho. jabkeh europe mein liya. to mein samajhta hoon keh yeh asal wajah hai.</w:t>
      </w:r>
    </w:p>
    <w:p>
      <w:pPr>
        <w:jc w:val="right"/>
      </w:pPr>
      <w:r>
        <w:t>کوئی مسلم country نہیں ہے جہاں کہ priority basis پہ education کو لیا گیا ہو۔ جبکہ یورپ میں لیا۔ تو میں سمجھتا ہوں کہ یہ اصل وجہ ہے۔</w:t>
      </w:r>
    </w:p>
    <w:p>
      <w:r>
        <w:rPr>
          <w:b/>
        </w:rPr>
        <w:t xml:space="preserve">[38:20] </w:t>
      </w:r>
      <w:r>
        <w:t>maulana in ka ek aur sawal hai, unhone likha hai keh ek daai ke liye apne mutale ko jaari rakhna kitna zaroori hai?</w:t>
      </w:r>
    </w:p>
    <w:p>
      <w:pPr>
        <w:jc w:val="right"/>
      </w:pPr>
      <w:r>
        <w:t>مولانا ان کا ایک اور سوال ہے، انہوں نے لکھا ہے کہ ایک داعی کے لیے اپنے مطالعے کو جاری رکھنا کتنا ضروری ہے؟</w:t>
      </w:r>
    </w:p>
    <w:p>
      <w:r>
        <w:rPr>
          <w:b/>
        </w:rPr>
        <w:t xml:space="preserve">[38:31] </w:t>
      </w:r>
      <w:r>
        <w:t>dā'ī kā har insān ko zarūrī hai. apnī jānakārī jab tak baṛhā'ēṅge nahīṅ to āp kā development nahīṅ hoga. As ae dā'ī, as ae man, har lihāz se āp ko study karnā hai.</w:t>
      </w:r>
    </w:p>
    <w:p>
      <w:pPr>
        <w:jc w:val="right"/>
      </w:pPr>
      <w:r>
        <w:t>داعی کا ہر انسان کو ضروری ہے۔ اپنی جانکاری جب تک بڑھائیں گے نہیں تو آپ کا development نہیں ہوگا۔ As اے داعی، as اے man, ہر لحاظ سے آپ کو study کرنا ہے۔</w:t>
      </w:r>
    </w:p>
    <w:p>
      <w:r>
        <w:rPr>
          <w:b/>
        </w:rPr>
        <w:t xml:space="preserve">[38:44] </w:t>
      </w:r>
      <w:r>
        <w:t>Study kā matlab yeh nahīṅ ke alf lafz alf lafz paṛhēṅ, novel paṛhēṅ āp, shayari paṛhēṅ. Yeh matlab nahīṅ. Serious study to zarūrī hai har hāl meṅ.</w:t>
      </w:r>
    </w:p>
    <w:p>
      <w:pPr>
        <w:jc w:val="right"/>
      </w:pPr>
      <w:r>
        <w:t>Study کا مطلب یہ نہیں کہ الف لفظ الف لفظ پڑھیں، ناول پڑھیں آپ، شاعری پڑھیں۔ یہ مطلب نہیں۔ Serious study تو ضروری ہے ہر حال میں۔</w:t>
      </w:r>
    </w:p>
    <w:p>
      <w:r>
        <w:rPr>
          <w:b/>
        </w:rPr>
        <w:t xml:space="preserve">[38:53] </w:t>
      </w:r>
      <w:r>
        <w:t>dā'ī ke lie bhī hai aur 'ām insān ke lie bhī hai. Serious sīrīs study.</w:t>
      </w:r>
    </w:p>
    <w:p>
      <w:pPr>
        <w:jc w:val="right"/>
      </w:pPr>
      <w:r>
        <w:t>داعی کے لیے بھی ہے اور عام انسان کے لیے بھی ہے۔ Serious سیریس study۔</w:t>
      </w:r>
    </w:p>
    <w:p>
      <w:r>
        <w:rPr>
          <w:b/>
        </w:rPr>
        <w:t xml:space="preserve">[39:04] </w:t>
      </w:r>
      <w:r>
        <w:t>maulānā aglā sawāl āyā hai maulānā 'abd al-bāsiṭ 'umrī kā dohā, qatar se. Unhoṅne likhā hai: "maulānā āp bār bār apne 'ujz ko daryāft karte rahte haiṅ." haiṅ?</w:t>
      </w:r>
    </w:p>
    <w:p>
      <w:pPr>
        <w:jc w:val="right"/>
      </w:pPr>
      <w:r>
        <w:t>مولانا اگلا سوال آیا ہے مولانا عبدالباسط عمری کا دوحہ، قطر سے۔ انہوں نے لکھا ہے: "مولانا آپ بار بار اپنے عجز کو دریافت کرتے رہتے ہیں۔" ہیں؟</w:t>
      </w:r>
    </w:p>
    <w:p>
      <w:r>
        <w:rPr>
          <w:b/>
        </w:rPr>
        <w:t xml:space="preserve">[39:17] </w:t>
      </w:r>
      <w:r>
        <w:t>"āp bār bār apne 'ujz ko daryāft karte rahte haiṅ." maulānā merā sawāl yeh hai ke kyā ek bār ke daryāft 'ujz ḳhudā ko mānanē ke lie kāfī nahīṅ?</w:t>
      </w:r>
    </w:p>
    <w:p>
      <w:pPr>
        <w:jc w:val="right"/>
      </w:pPr>
      <w:r>
        <w:t>"آپ بار بار اپنے عجز کو دریافت کرتے رہتے ہیں۔" مولانا میرا سوال یہ ہے کہ کیا ایک بار کے دریافت عجز خدا کو ماننے کے لیے کافی نہیں؟</w:t>
      </w:r>
    </w:p>
    <w:p>
      <w:r>
        <w:rPr>
          <w:b/>
        </w:rPr>
        <w:t xml:space="preserve">[39:29] </w:t>
      </w:r>
      <w:r>
        <w:t>to phir āp bār bār kyoṅ daryāft karte rahte haiṅ?</w:t>
      </w:r>
    </w:p>
    <w:p>
      <w:pPr>
        <w:jc w:val="right"/>
      </w:pPr>
      <w:r>
        <w:t>تو پھر آپ بار بار کیوں دریافت کرتے رہتے ہیں؟</w:t>
      </w:r>
    </w:p>
    <w:p>
      <w:r>
        <w:rPr>
          <w:b/>
        </w:rPr>
        <w:t xml:space="preserve">[39:35] </w:t>
      </w:r>
      <w:r>
        <w:t>yeh ādmī dekhīye, ādmī kā dimāġh aisā hai ke cīzen calī jātī haiṅ bhuul ke ḳhāne meṅ.</w:t>
      </w:r>
    </w:p>
    <w:p>
      <w:pPr>
        <w:jc w:val="right"/>
      </w:pPr>
      <w:r>
        <w:t>یہ آدمی دیکھیے، آدمی کا دماغ ایسا ہے کہ چیزیں چلی جاتی ہیں بھول کے خانے میں۔</w:t>
      </w:r>
    </w:p>
    <w:p>
      <w:r>
        <w:rPr>
          <w:b/>
        </w:rPr>
        <w:t xml:space="preserve">[39:45] </w:t>
      </w:r>
      <w:r>
        <w:t>ko'ī bhī cīz āp ko agar āp bār bār is ko carca na kareṅ to bhuul jā'ēṅge āp. Apne beṭe hī ko āp carca na kareṅ to bhuul jā'ēṅge. to beṭe ko har vaqt carca kartā hai ādmī.</w:t>
      </w:r>
    </w:p>
    <w:p>
      <w:pPr>
        <w:jc w:val="right"/>
      </w:pPr>
      <w:r>
        <w:t>کوئی بھی چیز آپ کو اگر آپ بار بار اس کو چرچہ نہ کریں تو بھول جائیں گے آپ۔ اپنے بیٹے ہی کو آپ چرچہ نہ کریں تو بھول جائیں گے۔ تو بیٹے کو ہر وقت چرچہ کرتا ہے آدمی۔</w:t>
      </w:r>
    </w:p>
    <w:p>
      <w:r>
        <w:rPr>
          <w:b/>
        </w:rPr>
        <w:t xml:space="preserve">[39:55] </w:t>
      </w:r>
      <w:r>
        <w:t>muttalif bahāne āp apne beṭe ko carca karte haiṅ. tab woh āp ko memory meṅ ātā hai. to ko'ī bhī cīz ho āp ko carca karnā paṛegā is kā.</w:t>
      </w:r>
    </w:p>
    <w:p>
      <w:pPr>
        <w:jc w:val="right"/>
      </w:pPr>
      <w:r>
        <w:t>مختلف بہانے آپ اپنے بیٹے کو چرچہ کرتے ہیں۔ تب وہ آپ کو memory میں آتا ہے۔ تو کوئی بھی چیز ہو آپ کو چرچہ کرنا پڑے گا اس کا۔</w:t>
      </w:r>
    </w:p>
    <w:p>
      <w:r>
        <w:rPr>
          <w:b/>
        </w:rPr>
        <w:t xml:space="preserve">[40:05] </w:t>
      </w:r>
      <w:r>
        <w:t>nahīṅ carca kareṅge to woh jaisā ke maiṅne is se pahle kahā thā ke mind ke tīn hisse haiṅ.</w:t>
      </w:r>
    </w:p>
    <w:p>
      <w:pPr>
        <w:jc w:val="right"/>
      </w:pPr>
      <w:r>
        <w:t>نہیں چرچہ کریں گے تو وہ جیسا کہ میں نے اس سے پہلے کہا تھا کہ mind کے تین حصے ہیں۔</w:t>
      </w:r>
    </w:p>
    <w:p>
      <w:r>
        <w:rPr>
          <w:b/>
        </w:rPr>
        <w:t xml:space="preserve">[40:11] </w:t>
      </w:r>
      <w:r>
        <w:t>yānī conscious mind, subconscious mind, unconscious mind. to pahle cīzen ātī haiṅ conscious mind meṅ. phir calī ātī haiṅ subconscious mind meṅ.</w:t>
      </w:r>
    </w:p>
    <w:p>
      <w:pPr>
        <w:jc w:val="right"/>
      </w:pPr>
      <w:r>
        <w:t>یعنی conscious mind، subconscious mind، unconscious mind۔ تو پہلے چیزیں آتی ہیں conscious mind میں۔ پھر چلی آتی ہیں subconscious mind میں۔</w:t>
      </w:r>
    </w:p>
    <w:p>
      <w:r>
        <w:rPr>
          <w:b/>
        </w:rPr>
        <w:t xml:space="preserve">[40:21] </w:t>
      </w:r>
      <w:r>
        <w:t>phir calī ātī haiṅ unconscious mind meṅ. yeh to process hai, woh process se āp bac nahīṅ sakte āp. har cīz pe apply hotā hai woh. cāhe beṭe ko yād rakhnā ho yā allāh ta'ālā ko yād rakhnā ho.</w:t>
      </w:r>
    </w:p>
    <w:p>
      <w:pPr>
        <w:jc w:val="right"/>
      </w:pPr>
      <w:r>
        <w:t>پھر چلی آتی ہیں unconscious mind میں۔ یہ تو process ہے، وہ process سے آپ بچ نہیں سکتے آپ۔ ہر چیز پہ apply ہوتا ہے وہ۔ چاہے بیٹے کو یاد رکھنا ہو یا اللہ تعالیٰ کو یاد رکھنا ہو۔</w:t>
      </w:r>
    </w:p>
    <w:p>
      <w:r>
        <w:rPr>
          <w:b/>
        </w:rPr>
        <w:t xml:space="preserve">[40:36] </w:t>
      </w:r>
      <w:r>
        <w:t>maulānā aglā sawāl āyā hai mis naghma se. ek bār ek banda ek safar kar rahā thā. to safar meṅ ek sāhab the to un kā ek ek purs tarīqe se ek cīz hotā thā.</w:t>
      </w:r>
    </w:p>
    <w:p>
      <w:pPr>
        <w:jc w:val="right"/>
      </w:pPr>
      <w:r>
        <w:t>مولانا اگلا سوال آیا ہے مس نغمہ سے۔ ایک بار ایک بندہ ایک سفر کر رہا تھا۔ تو سفر میں ایک صاحب تھے تو ان کا ایک ایک پرس طریقے سے ایک چیز ہوتا تھا۔</w:t>
      </w:r>
    </w:p>
    <w:p>
      <w:r>
        <w:rPr>
          <w:b/>
        </w:rPr>
        <w:t xml:space="preserve">[40:46] </w:t>
      </w:r>
      <w:r>
        <w:t>aur bār bār ḳhol ke dekhte the woh. to maiṅ bhā'ī sāhab kyā dekhte haiṅ bār bār ḳhol kar ke? to pūchā un se.</w:t>
      </w:r>
    </w:p>
    <w:p>
      <w:pPr>
        <w:jc w:val="right"/>
      </w:pPr>
      <w:r>
        <w:t>اور بار بار کھول کے دیکھتے تھے وہ۔ تو میں بھائی صاحب کیا دیکھتے ہیں بار بار کھول کر کے؟ تو پوچھا ان سے۔</w:t>
      </w:r>
    </w:p>
    <w:p>
      <w:r>
        <w:rPr>
          <w:b/>
        </w:rPr>
        <w:t xml:space="preserve">[40:54] </w:t>
      </w:r>
      <w:r>
        <w:t>to malūm huā ke un kā beṭā beṭī kī tasvīr thī is meṅ dekhte rahte the woh. yeh safar meṅ bār bār dekh rahe haiṅ woh beṭā beṭī ko. to kyā zarūrat hai ek martaba dekh liyā bas ho gayā?</w:t>
      </w:r>
    </w:p>
    <w:p>
      <w:pPr>
        <w:jc w:val="right"/>
      </w:pPr>
      <w:r>
        <w:t>تو معلوم ہوا کہ ان کا بیٹا بیٹی کی تصویر تھی اس میں دیکھتے رہتے تھے وہ۔ یہ سفر میں بار بار دیکھ رہے ہیں وہ بیٹا بیٹی کو۔ تو کیا ضرورت ہے ایک مرتبہ دیکھ لیا بس ہو گیا؟</w:t>
      </w:r>
    </w:p>
    <w:p>
      <w:r>
        <w:rPr>
          <w:b/>
        </w:rPr>
        <w:t xml:space="preserve">[41:07] </w:t>
      </w:r>
      <w:r>
        <w:t>to har ādmī ke hāl haiṅ ke kuch cīzon ko bhuulā bhuulā huā rahtā hai, kuch log yād rakhtā hai. bhuulā ūṅce ūṅce rahtā hai jis kā carca nahīṅ kartā.</w:t>
      </w:r>
    </w:p>
    <w:p>
      <w:pPr>
        <w:jc w:val="right"/>
      </w:pPr>
      <w:r>
        <w:t>تو ہر آدمی کے حال ہیں کہ کچھ چیزوں کو بھلا بھولا ہوا رہتا ہے، کچھ لوگ یاد رکھتا ہے۔ بھولا اونچے اونچے رہتا ہے جس کا چرچہ نہیں کرتا۔</w:t>
      </w:r>
    </w:p>
    <w:p>
      <w:r>
        <w:rPr>
          <w:b/>
        </w:rPr>
        <w:t xml:space="preserve">[41:18] </w:t>
      </w:r>
      <w:r>
        <w:t>aur jo carca kartā hai vahī use us ko yād rahtī hai.</w:t>
      </w:r>
    </w:p>
    <w:p>
      <w:pPr>
        <w:jc w:val="right"/>
      </w:pPr>
      <w:r>
        <w:t>اور جو چرچہ کرتا ہے وہی اسے اس کو یاد رہتی ہے۔</w:t>
      </w:r>
    </w:p>
    <w:p>
      <w:r>
        <w:rPr>
          <w:b/>
        </w:rPr>
        <w:t xml:space="preserve">[41:25] </w:t>
      </w:r>
      <w:r>
        <w:t>maulānā aglā sawāl āyā hai maulānā iqbāl 'umrī kā tamiil nāḍu se. Unhoṅne likhā hai: "maulānā ek sāhab ne farmāyā āne vālī muslim qaum kī fikrī aur 'amalī ḥifāzat zarūrī hai na ke islām kī āshā'at.</w:t>
      </w:r>
    </w:p>
    <w:p>
      <w:pPr>
        <w:jc w:val="right"/>
      </w:pPr>
      <w:r>
        <w:t>مولانا اگلا سوال آیا ہے مولانا اقبال عمری کا تمل ناڈو سے۔ انہوں نے لکھا ہے: "مولانا ایک صاحب نے فرمایا آنے والی مسلم قوم کی فکری اور عملی حفاظت ضروری ہے نہ کہ اسلام کی اشاعت۔</w:t>
      </w:r>
    </w:p>
    <w:p>
      <w:r>
        <w:rPr>
          <w:b/>
        </w:rPr>
        <w:t xml:space="preserve">[41:45] </w:t>
      </w:r>
      <w:r>
        <w:t>is ke bāre meṅ āp batā'eṅ."</w:t>
      </w:r>
    </w:p>
    <w:p>
      <w:pPr>
        <w:jc w:val="right"/>
      </w:pPr>
      <w:r>
        <w:t>اس کے بارے میں آپ بتائیں۔"</w:t>
      </w:r>
    </w:p>
    <w:p>
      <w:r>
        <w:rPr>
          <w:b/>
        </w:rPr>
        <w:t xml:space="preserve">[41:51] </w:t>
      </w:r>
      <w:r>
        <w:t>donon yaksāṅ taur par zarūrī haiṅ. woh bhī zarūrī hai, woh bhī zarūrī hai. āp kaheṅ ke ḳhānā ḳhānā zarūrī hai, pānī pīnā zarūrī nahīṅ hai.</w:t>
      </w:r>
    </w:p>
    <w:p>
      <w:pPr>
        <w:jc w:val="right"/>
      </w:pPr>
      <w:r>
        <w:t>دونوں یکساں طور پر ضروری ہیں۔ وہ بھی ضروری ہے، وہ بھی ضروری ہے۔ آپ کہیں کہ کھانا کھانا ضروری ہے، پانی پینا ضروری نہیں ہے۔</w:t>
      </w:r>
    </w:p>
    <w:p>
      <w:r>
        <w:rPr>
          <w:b/>
        </w:rPr>
        <w:t xml:space="preserve">[42:00] </w:t>
      </w:r>
      <w:r>
        <w:t>haiṅ? āp kaheṅ jāgnā zarūrī hai, sonā zarūrī nahīṅ hai. yeh to ko'ī nazariya nahīṅ hai. zarūrat kisī ko'ī ek cīz kī nahīṅ huā kartī.</w:t>
      </w:r>
    </w:p>
    <w:p>
      <w:pPr>
        <w:jc w:val="right"/>
      </w:pPr>
      <w:r>
        <w:t>ہیں؟ آپ کہیں جاگنا ضروری ہے، سونا ضروری نہیں ہے۔ یہ تو کوئی نظریہ نہیں ہے۔ ضرورت کسی کوئی ایک چیز کی نہیں ہوا کرتی۔</w:t>
      </w:r>
    </w:p>
    <w:p>
      <w:r>
        <w:rPr>
          <w:b/>
        </w:rPr>
        <w:t xml:space="preserve">[42:12] </w:t>
      </w:r>
      <w:r>
        <w:t>ek hī cīz zarūrat nahīṅ hotī. to āp apne ko taiyār karne ke lie apne ko taiyār karnā bhī zarūrī hai.</w:t>
      </w:r>
    </w:p>
    <w:p>
      <w:pPr>
        <w:jc w:val="right"/>
      </w:pPr>
      <w:r>
        <w:t>ایک ہی چیز ضرورت نہیں ہوتی۔ تو آپ اپنے کو تیار کرنے کے لیے اپنے کو تیار کرنا بھی ضروری ہے۔</w:t>
      </w:r>
    </w:p>
    <w:p>
      <w:r>
        <w:rPr>
          <w:b/>
        </w:rPr>
        <w:t xml:space="preserve">[42:22] </w:t>
      </w:r>
      <w:r>
        <w:t>aur islām ke lie apnī jo jo farīza hai us ko adā karnā bhī zarūrī hai. kyā phir se paṛhīye us ko?</w:t>
      </w:r>
    </w:p>
    <w:p>
      <w:pPr>
        <w:jc w:val="right"/>
      </w:pPr>
      <w:r>
        <w:t>اور اسلام کے لیے اپنی جو جو فریضہ ہے اس کو ادا کرنا بھی ضروری ہے۔ کیا پھر سے پڑھیے اس کو؟</w:t>
      </w:r>
    </w:p>
    <w:p>
      <w:r>
        <w:rPr>
          <w:b/>
        </w:rPr>
        <w:t xml:space="preserve">[42:38] </w:t>
      </w:r>
      <w:r>
        <w:t>ek maulānā ek sāhab ne farmāyā āne vālī muslim qaum kī fikrī aur 'amalī ḥifāzat zarūrī hai na ke islām kī āshā'at.</w:t>
      </w:r>
    </w:p>
    <w:p>
      <w:pPr>
        <w:jc w:val="right"/>
      </w:pPr>
      <w:r>
        <w:t>ایک مولانا ایک صاحب نے فرمایا آنے والی مسلم قوم کی فکری اور عملی حفاظت ضروری ہے نہ کہ اسلام کی اشاعت۔</w:t>
      </w:r>
    </w:p>
    <w:p>
      <w:r>
        <w:rPr>
          <w:b/>
        </w:rPr>
        <w:t xml:space="preserve">[42:51] </w:t>
      </w:r>
      <w:r>
        <w:t>dekhīye ek to yeh maiṅ kahūṅgā ke log apne dimāġh se bolte rahte haiṅ. yeh bāt apne dimāġh se hai. āp qur'ān meṅ ḍhūṅḍhīye ke kyā yeh bāt qur'ān meṅ likhī hu'ī hai?</w:t>
      </w:r>
    </w:p>
    <w:p>
      <w:pPr>
        <w:jc w:val="right"/>
      </w:pPr>
      <w:r>
        <w:t>دیکھیے ایک تو یہ میں کہوں گا کہ لوگ اپنے دماغ سے بولتے رہتے ہیں۔ یہ بات اپنے دماغ سے ہے۔ آپ قرآن میں ڈھونڈیے کہ کیا یہ بات قرآن میں لکھی ہوئی ہے؟</w:t>
      </w:r>
    </w:p>
    <w:p>
      <w:r>
        <w:rPr>
          <w:b/>
        </w:rPr>
        <w:t xml:space="preserve">[43:04] </w:t>
      </w:r>
      <w:r>
        <w:t>yeh quran mein likha hua hai? sab se bari museebat yeh hai ke</w:t>
      </w:r>
    </w:p>
    <w:p>
      <w:pPr>
        <w:jc w:val="right"/>
      </w:pPr>
      <w:r>
        <w:t>یہ قرآن میں لکھا ہوا ہے؟ سب سے بڑی مصیبت یہ ہے کہ</w:t>
      </w:r>
    </w:p>
    <w:p>
      <w:r>
        <w:rPr>
          <w:b/>
        </w:rPr>
        <w:t xml:space="preserve">[43:11] </w:t>
      </w:r>
      <w:r>
        <w:t>sab aadmi apne dimaagh se bolte hain. yeh nahi sochte ke woh quran mein likha hua hai ke nahi likha hua hai. quran mein likha hua hai jabke "likon al-rasool shaheeda wa alaikum wa takoono shuhadaa al-nas" to aap kaise yeh keh sakte hain ke ummat-e-muslima ki hifazat karna hai aur da'wati kaam phaar bajaye?</w:t>
      </w:r>
    </w:p>
    <w:p>
      <w:pPr>
        <w:jc w:val="right"/>
      </w:pPr>
      <w:r>
        <w:t>سب آدمی اپنے دماغ سے بولتے ہیں۔ یہ نہیں سوچتے کہ وہ قرآن میں لکھا ہوا ہے کہ نہیں لکھا ہوا ہے۔ قرآن میں لکھا ہوا ہے جبکہ "لیکون الرسول شہیدا وعلیکم وتكون شہداء علی الناس" تو آپ کیسے یہ کہہ سکتے ہیں کہ امت مسلمہ کی حفاظت کرنا ہے اور دعوتی کام پھاڑ بجائے؟</w:t>
      </w:r>
    </w:p>
    <w:p>
      <w:r>
        <w:rPr>
          <w:b/>
        </w:rPr>
        <w:t xml:space="preserve">[43:29] </w:t>
      </w:r>
      <w:r>
        <w:t>woh hamari zimmedari nahi hai. quran mein saaf saaf yeh hai ke "ummat akon awwal min aslam" ek taraf yeh hai.</w:t>
      </w:r>
    </w:p>
    <w:p>
      <w:pPr>
        <w:jc w:val="right"/>
      </w:pPr>
      <w:r>
        <w:t>وہ ہماری ذمہ داری نہیں ہے۔ قرآن میں صاف صاف یہ ہے کہ "امت اکون اول من اسلم" ایک طرف یہ ہے۔</w:t>
      </w:r>
    </w:p>
    <w:p>
      <w:r>
        <w:rPr>
          <w:b/>
        </w:rPr>
        <w:t xml:space="preserve">[43:38] </w:t>
      </w:r>
      <w:r>
        <w:t>dusri taraf "da'i ilallah ba'idi wa siraj munira" yaani apne aap ko momin banana, muslim banana.</w:t>
      </w:r>
    </w:p>
    <w:p>
      <w:pPr>
        <w:jc w:val="right"/>
      </w:pPr>
      <w:r>
        <w:t>دوسری طرف "داعی اللہ بعیدی وسراج منیرہ" یعنی اپنے آپ کو مومن بنانا، مسلم بنانا۔</w:t>
      </w:r>
    </w:p>
    <w:p>
      <w:r>
        <w:rPr>
          <w:b/>
        </w:rPr>
        <w:t xml:space="preserve">[43:47] </w:t>
      </w:r>
      <w:r>
        <w:t>ek yeh zimmedari hai. doosri yeh hai ke aap doosri qaumon ke aage da'wat-e-ilallah ka kaam karna, islam ki isha'at karna. to dono ek saath matloob hain.</w:t>
      </w:r>
    </w:p>
    <w:p>
      <w:pPr>
        <w:jc w:val="right"/>
      </w:pPr>
      <w:r>
        <w:t>ایک یہ ذمہ داری ہے۔ دوسری یہ ہے کہ آپ دوسری قوموں کے آگے دعوت اللہ کا کام کرنا، اسلام کی اشاعت کرنا۔ تو دونوں ایک ساتھ مطلوب ہیں۔</w:t>
      </w:r>
    </w:p>
    <w:p>
      <w:r>
        <w:rPr>
          <w:b/>
        </w:rPr>
        <w:t xml:space="preserve">[43:56] </w:t>
      </w:r>
      <w:r>
        <w:t>yeh is mein se koi aisa nahi hai jo</w:t>
      </w:r>
    </w:p>
    <w:p>
      <w:pPr>
        <w:jc w:val="right"/>
      </w:pPr>
      <w:r>
        <w:t>یہ اس میں سے کوئی ایسا نہیں ہے جو</w:t>
      </w:r>
    </w:p>
    <w:p>
      <w:r>
        <w:rPr>
          <w:b/>
        </w:rPr>
        <w:t xml:space="preserve">[44:00] </w:t>
      </w:r>
      <w:r>
        <w:t>ghair zaroori ho. to aap ko apne aap ko, ummat-e-muslima ko musalsal tayyar bhi karte rehna hai.</w:t>
      </w:r>
    </w:p>
    <w:p>
      <w:pPr>
        <w:jc w:val="right"/>
      </w:pPr>
      <w:r>
        <w:t>غیر ضروری ہو۔ تو آپ کو اپنے آپ کو، امت مسلمہ کو مسلسل تیار بھی کرتے رہنا ہے۔</w:t>
      </w:r>
    </w:p>
    <w:p>
      <w:r>
        <w:rPr>
          <w:b/>
        </w:rPr>
        <w:t xml:space="preserve">[44:11] </w:t>
      </w:r>
      <w:r>
        <w:t>aur saath saath aap ko da'wat ka kaam bhi karte rehna hai. jis tarah se pani peena hai, khana bhi khana hai.</w:t>
      </w:r>
    </w:p>
    <w:p>
      <w:pPr>
        <w:jc w:val="right"/>
      </w:pPr>
      <w:r>
        <w:t>اور ساتھ ساتھ آپ کو دعوت کا کام بھی کرتے رہنا ہے۔ جس طرح سے پانی پینا ہے، کھانا بھی کھانا ہے۔</w:t>
      </w:r>
    </w:p>
    <w:p>
      <w:r>
        <w:rPr>
          <w:b/>
        </w:rPr>
        <w:t xml:space="preserve">[44:20] </w:t>
      </w:r>
      <w:r>
        <w:t>jaagna hai, sona bhi hai. to yeh to ek fitri nizam hai. aap ek ko le kar doosre ko chhod dein.</w:t>
      </w:r>
    </w:p>
    <w:p>
      <w:pPr>
        <w:jc w:val="right"/>
      </w:pPr>
      <w:r>
        <w:t>جاگنا ہے، سونا بھی ہے۔ تو یہ تو ایک فطری نظام ہے۔ آپ ایک کو لے کر دوسرے کو چھوڑ دیں۔</w:t>
      </w:r>
    </w:p>
    <w:p>
      <w:r>
        <w:rPr>
          <w:b/>
        </w:rPr>
        <w:t xml:space="preserve">[44:29] </w:t>
      </w:r>
      <w:r>
        <w:t>yeh aap ko khud sakhta hai, quran se is ka koi ta'alluq nahi hai.</w:t>
      </w:r>
    </w:p>
    <w:p>
      <w:pPr>
        <w:jc w:val="right"/>
      </w:pPr>
      <w:r>
        <w:t>یہ آپ کو خود ساختہ ہے، قرآن سے اس کا کوئی تعلق نہیں ہے۔</w:t>
      </w:r>
    </w:p>
    <w:p>
      <w:r>
        <w:rPr>
          <w:b/>
        </w:rPr>
        <w:t xml:space="preserve">[44:36] </w:t>
      </w:r>
      <w:r>
        <w:t>maulana agla sawal hai miss naghma siddiqui ka. unhon ne likha hai: "How can one do merciless introspection of oneself?"</w:t>
      </w:r>
    </w:p>
    <w:p>
      <w:pPr>
        <w:jc w:val="right"/>
      </w:pPr>
      <w:r>
        <w:t>مولانا اگلا سوال ہے مس نغمہ صدیقی کا۔ انہوں نے لکھا ہے: "How can one do merciless introspection of oneself?"</w:t>
      </w:r>
    </w:p>
    <w:p>
      <w:r>
        <w:rPr>
          <w:b/>
        </w:rPr>
        <w:t xml:space="preserve">[44:50] </w:t>
      </w:r>
      <w:r>
        <w:t>bhai yahan is mein how ki baat kya hai? bas karne lagiye? aadmi jo chahta hai karne lagta hai woh? is ko ab karne lagiye?</w:t>
      </w:r>
    </w:p>
    <w:p>
      <w:pPr>
        <w:jc w:val="right"/>
      </w:pPr>
      <w:r>
        <w:t>بھئی یہاں اس میں how کی بات کیا ہے؟ بس کرنے لگیے؟ آدمی جو چاہتا ہے کرنے لگتا ہے وہ؟ اس کو اب کرنے لگیے؟</w:t>
      </w:r>
    </w:p>
    <w:p>
      <w:r>
        <w:rPr>
          <w:b/>
        </w:rPr>
        <w:t xml:space="preserve">[45:00] </w:t>
      </w:r>
      <w:r>
        <w:t>hain? kya kya matlab yeh sawal matlab hai</w:t>
      </w:r>
    </w:p>
    <w:p>
      <w:pPr>
        <w:jc w:val="right"/>
      </w:pPr>
      <w:r>
        <w:t>ہیں؟ کیا کیا مطلب یہ سوال کیا مطلب ہے</w:t>
      </w:r>
    </w:p>
    <w:p>
      <w:r>
        <w:rPr>
          <w:b/>
        </w:rPr>
        <w:t xml:space="preserve">[45:03] </w:t>
      </w:r>
      <w:r>
        <w:t>? Maulana woh jo aap aksar kehte hain ke merciless introspection kijiye to woh yahi janna chahte hain ke what is that step by step process?</w:t>
      </w:r>
    </w:p>
    <w:p>
      <w:pPr>
        <w:jc w:val="right"/>
      </w:pPr>
      <w:r>
        <w:t>؟ مولانا وہ جو آپ اکثر کہتے ہیں کہ merciless introspection کیجیے تو وہ یہی جاننا چاہتے ہیں کہ what is that step by step process?</w:t>
      </w:r>
    </w:p>
    <w:p>
      <w:r>
        <w:rPr>
          <w:b/>
        </w:rPr>
        <w:t xml:space="preserve">[45:12] </w:t>
      </w:r>
      <w:r>
        <w:t>How to do merciless introspection?</w:t>
      </w:r>
    </w:p>
    <w:p>
      <w:pPr>
        <w:jc w:val="right"/>
      </w:pPr>
      <w:r>
        <w:t>How to do merciless introspection?</w:t>
      </w:r>
    </w:p>
    <w:p>
      <w:r>
        <w:rPr>
          <w:b/>
        </w:rPr>
        <w:t xml:space="preserve">[45:17] </w:t>
      </w:r>
      <w:r>
        <w:t>dekhiye aam taur par yeh hota hai ke aadmi apne ko bacha kar rakhna chahta hai. isi liye jhoot bolta hai, twist kar ke bolta hai, baaton ko unfair andaaz mein pesh karta hai.</w:t>
      </w:r>
    </w:p>
    <w:p>
      <w:pPr>
        <w:jc w:val="right"/>
      </w:pPr>
      <w:r>
        <w:t>دیکھیے عام طور پر یہ ہوتا ہے کہ آدمی اپنے کو بچا کر رکھنا چاہتا ہے۔ اسی لیے جھوٹ بولتا ہے، twist کر کے بولتا ہے، باتوں کو unfair انداز میں پیش کرتا ہے۔</w:t>
      </w:r>
    </w:p>
    <w:p>
      <w:r>
        <w:rPr>
          <w:b/>
        </w:rPr>
        <w:t xml:space="preserve">[45:31] </w:t>
      </w:r>
      <w:r>
        <w:t>dekhein mein bacha raha hoon. meri ghalti na saabit ho. to yeh to bohat hi mein is ko third class ki baat samajhta hoon. aadmi ke andar openness hona chahiye.</w:t>
      </w:r>
    </w:p>
    <w:p>
      <w:pPr>
        <w:jc w:val="right"/>
      </w:pPr>
      <w:r>
        <w:t>دیکھیں میں بچا رہا ہوں۔ میری غلطی نہ ثابت ہو۔ تو یہ تو بہت ہی میں اس کو third class کی بات سمجھتا ہوں۔ آدمی کے اندر openness ہونا چاہیے۔</w:t>
      </w:r>
    </w:p>
    <w:p>
      <w:r>
        <w:rPr>
          <w:b/>
        </w:rPr>
        <w:t xml:space="preserve">[45:49] </w:t>
      </w:r>
      <w:r>
        <w:t>aadmi ko janna chahiye ke mein agar mein yaani apni kya kya question hai</w:t>
      </w:r>
    </w:p>
    <w:p>
      <w:pPr>
        <w:jc w:val="right"/>
      </w:pPr>
      <w:r>
        <w:t>آدمی کو جاننا چاہیے کہ میں اگر میں یعنی اپنی کیا کیا question ہے</w:t>
      </w:r>
    </w:p>
    <w:p>
      <w:r>
        <w:rPr>
          <w:b/>
        </w:rPr>
        <w:t xml:space="preserve">[46:00] </w:t>
      </w:r>
      <w:r>
        <w:t>? How should one do merciless introspection? dekhiye agar aadmi yeh jaan le ke mujhe meri meri jo</w:t>
      </w:r>
    </w:p>
    <w:p>
      <w:pPr>
        <w:jc w:val="right"/>
      </w:pPr>
      <w:r>
        <w:t>؟ How should one do merciless introspection؟ دیکھیے اگر آدمی یہ جان لے کہ مجھے میری میری جو</w:t>
      </w:r>
    </w:p>
    <w:p>
      <w:r>
        <w:rPr>
          <w:b/>
        </w:rPr>
        <w:t xml:space="preserve">[46:15] </w:t>
      </w:r>
      <w:r>
        <w:t>meri jo kamyabi hai dunya o akhirat mein woh isi par depend karti hai. to aadmi is bare mein hote hi yaani conscious ho jayega jaise jaise ke aaj kal larkiyan baghair beauty apna beauty parlor parlor gaye hue baghair un ko taskeen nahi milti.</w:t>
      </w:r>
    </w:p>
    <w:p>
      <w:pPr>
        <w:jc w:val="right"/>
      </w:pPr>
      <w:r>
        <w:t>میری جو کامیابی ہے دنیا و آخرت میں وہ اسی پر depend کرتی ہے۔ تو آدمی اس بارے میں ہوتے ہی یعنی conscious ہو جائے گا جیسے جیسے کہ آج کل لڑکیاں بغیر beauty اپنا beauty parlor پارلر گئے ہوئے بغیر ان کو تسکین نہیں ملتی۔</w:t>
      </w:r>
    </w:p>
    <w:p>
      <w:r>
        <w:rPr>
          <w:b/>
        </w:rPr>
        <w:t xml:space="preserve">[46:34] </w:t>
      </w:r>
      <w:r>
        <w:t>jo beauty parlor nahi jata apne kamre mein aaina dekh kar apni apni ko woh karta hai. to jis jis cheez ke bare mein aadmi yaani conscious ho us ko kare karta hi karta hai woh.</w:t>
      </w:r>
    </w:p>
    <w:p>
      <w:pPr>
        <w:jc w:val="right"/>
      </w:pPr>
      <w:r>
        <w:t>جو beauty parlor نہیں جاتا اپنے کمرے میں آئینہ دیکھ کر اپنی اپنی کو وہ کرتا ہے۔ تو جس جس چیز کے بارے میں آدمی یعنی conscious ہو اس کو کرے کرتا ہی کرتا ہے وہ۔</w:t>
      </w:r>
    </w:p>
    <w:p>
      <w:r>
        <w:rPr>
          <w:b/>
        </w:rPr>
        <w:t xml:space="preserve">[46:51] </w:t>
      </w:r>
      <w:r>
        <w:t>us ko chhod nahi sakta hai woh. to jo conscious hai is maamle mein yaani jo conscious hai is maamle mein ke mujhe log dekhein to mein acha lagoon to woh apna to apne ko</w:t>
      </w:r>
    </w:p>
    <w:p>
      <w:pPr>
        <w:jc w:val="right"/>
      </w:pPr>
      <w:r>
        <w:t>اس کو چھوڑ نہیں سکتا ہے وہ۔ تو جو conscious ہے اس معاملے میں یعنی جو conscious ہے اس معاملے میں کہ مجھے لوگ دیکھیں تو میں اچھا لگوں تو وہ اپنا تو اپنے کو</w:t>
      </w:r>
    </w:p>
    <w:p>
      <w:r>
        <w:rPr>
          <w:b/>
        </w:rPr>
        <w:t xml:space="preserve">[47:08] </w:t>
      </w:r>
      <w:r>
        <w:t>sanwarta rehta hai. lekin jis ko yeh jo is maamle mein conscious ho jaye ke mujhe Allah taala ke haan yaani Allah ki rehmaton mein hissadaar banna hai to woh zaroor karega us ko yaani woh kiye baghair reh nahi sakta hai woh.</w:t>
      </w:r>
    </w:p>
    <w:p>
      <w:pPr>
        <w:jc w:val="right"/>
      </w:pPr>
      <w:r>
        <w:t>سنوارتا رہتا ہے۔ لیکن جس کو یہ جو اس معاملے میں conscious ہو جائے کہ مجھے اللہ تعالیٰ کے ہاں یعنی اللہ کی رحمتوں میں حصہ دار بننا ہے تو وہ ضرور کرے گا اس کو یعنی وہ کیے بغیر رہ نہیں سکتا ہے وہ۔</w:t>
      </w:r>
    </w:p>
    <w:p>
      <w:r>
        <w:rPr>
          <w:b/>
        </w:rPr>
        <w:t xml:space="preserve">[47:26] </w:t>
      </w:r>
      <w:r>
        <w:t>saara maamla yahi hai ke aap kis maamle mein aadmi conscious hai kis maamle mein ko us ne apna cursor banaya hai.</w:t>
      </w:r>
    </w:p>
    <w:p>
      <w:pPr>
        <w:jc w:val="right"/>
      </w:pPr>
      <w:r>
        <w:t>سارا معاملہ یہی ہے کہ آپ کس معاملے میں آدمی conscious ہے کس معاملے میں کو اس نے اپنا کرسر بنایا ہے۔</w:t>
      </w:r>
    </w:p>
    <w:p>
      <w:r>
        <w:rPr>
          <w:b/>
        </w:rPr>
        <w:t xml:space="preserve">[47:36] </w:t>
      </w:r>
      <w:r>
        <w:t>Maulana agla sawal aaya hai Mr. Naeem Bilal ka Delhi se. unhon ne likha hai ke Muharram ki haqeeqat kya hai? is ke bare mein bataein.</w:t>
      </w:r>
    </w:p>
    <w:p>
      <w:pPr>
        <w:jc w:val="right"/>
      </w:pPr>
      <w:r>
        <w:t>مولانا اگلا سوال آیا ہے مسٹر نعیم بلال کا دلی سے۔ انہوں نے لکھا ہے کہ محرم کی حقیقت کیا ہے؟ اس کے بارے میں بتائیں۔</w:t>
      </w:r>
    </w:p>
    <w:p>
      <w:r>
        <w:rPr>
          <w:b/>
        </w:rPr>
        <w:t xml:space="preserve">[47:46] </w:t>
      </w:r>
      <w:r>
        <w:t>is par bohat kitaben likhi hui hain aap parh lijie. yahan sawal karne ki koi zaroorat nahin hai. muharram par aaj kal jitne akhbar nikal rahe hain har akhbar mein har parche mein ummat ameen aa rahe hain.</w:t>
      </w:r>
    </w:p>
    <w:p>
      <w:pPr>
        <w:jc w:val="right"/>
      </w:pPr>
      <w:r>
        <w:t>اس پر بہت کتابیں لکھی ہوئی ہیں آپ پڑھ لیجیے۔ یہاں سوال کرنے کی کوئی ضرورت نہیں ہے۔ محرم پر آج کل جتنے اخبار نکل رہے ہیں ہر اخبار میں ہر پرچے میں امت امین آ رہے ہیں۔</w:t>
      </w:r>
    </w:p>
    <w:p>
      <w:r>
        <w:rPr>
          <w:b/>
        </w:rPr>
        <w:t xml:space="preserve">[47:59] </w:t>
      </w:r>
      <w:r>
        <w:t>koi bhi akhbar jo aap parhte hon koi bhi parcha aap jo parhte hon sab mein maarifat ummat ameen chhape hue hain. misaal ke taur par mera aata hai raash saara is mein kai mazahib chhape hue hain.</w:t>
      </w:r>
    </w:p>
    <w:p>
      <w:pPr>
        <w:jc w:val="right"/>
      </w:pPr>
      <w:r>
        <w:t>کوئی بھی اخبار جو آپ پڑھتے ہوں کوئی بھی پرچہ آپ جو پڑھتے ہوں سب میں معرف امت امین چھپے ہوئے ہیں۔ مثال کے طور پر میرا آتا ہے راش سارہ اس میں کئی مذہب چھپے ہوئے ہیں۔</w:t>
      </w:r>
    </w:p>
    <w:p>
      <w:r>
        <w:rPr>
          <w:b/>
        </w:rPr>
        <w:t xml:space="preserve">[48:11] </w:t>
      </w:r>
      <w:r>
        <w:t>aise hi mere paas aate hain aur jo urdu mazahib magazine bohat sare hain sab mein chhape hue hain. ise parhiye is ko. yahan is ko discuss karne ki zaroorat nahin hai.</w:t>
      </w:r>
    </w:p>
    <w:p>
      <w:pPr>
        <w:jc w:val="right"/>
      </w:pPr>
      <w:r>
        <w:t>ایسے ہی میرے پاس آتے ہیں اور جو اردو مذہب میگزین بہت سارے ہیں سب میں چھپے ہوئے ہیں۔ اسے پڑھیے اس کو۔ یہاں اس کو discuss کرنے کی ضرورت نہیں ہے۔</w:t>
      </w:r>
    </w:p>
    <w:p>
      <w:r>
        <w:rPr>
          <w:b/>
        </w:rPr>
        <w:t xml:space="preserve">[48:22] </w:t>
      </w:r>
      <w:r>
        <w:t>mister israr khan ne deli se sawal kiya hai. unhon ne likha hai: "In namaz there are certain steps like sajda, ruku etc.</w:t>
      </w:r>
    </w:p>
    <w:p>
      <w:pPr>
        <w:jc w:val="right"/>
      </w:pPr>
      <w:r>
        <w:t>مسٹر اسرار خان نے دلی سے سوال کیا ہے۔ انہوں نے لکھا ہے: "In نماز there are certain steps like سجدہ، رکوع etc.</w:t>
      </w:r>
    </w:p>
    <w:p>
      <w:r>
        <w:rPr>
          <w:b/>
        </w:rPr>
        <w:t xml:space="preserve">[48:34] </w:t>
      </w:r>
      <w:r>
        <w:t>why these steps come in namaz? could you give reason behind this?" to behrahal main yeh kahunga hamari kitab hai islami talimat is mein tafseeli mazmoon hai namaz ke bare mein us ko parh lijie phir sawal kijiye.</w:t>
      </w:r>
    </w:p>
    <w:p>
      <w:pPr>
        <w:jc w:val="right"/>
      </w:pPr>
      <w:r>
        <w:t>Why these steps come in نماز? Could you give reason behind this?" تو بہرحال میں یہ کہوں گا ہماری کتاب ہے اسلامی تعلیمات اس میں تفصیلی مضمون ہے نماز کے بارے میں اس کو پڑھ لیجیے پھر سوال کیجیے۔</w:t>
      </w:r>
    </w:p>
    <w:p>
      <w:r>
        <w:rPr>
          <w:b/>
        </w:rPr>
        <w:t xml:space="preserve">[48:50] </w:t>
      </w:r>
      <w:r>
        <w:t>aainda parhne ke baad sawal kijiye.</w:t>
      </w:r>
    </w:p>
    <w:p>
      <w:pPr>
        <w:jc w:val="right"/>
      </w:pPr>
      <w:r>
        <w:t>آئندہ پڑھنے کے بعد سوال کیجیے۔</w:t>
      </w:r>
    </w:p>
    <w:p>
      <w:r>
        <w:rPr>
          <w:b/>
        </w:rPr>
        <w:t xml:space="preserve">[48:53] </w:t>
      </w:r>
      <w:r>
        <w:t>maulana agla sawal mister daniyal ka aaya hai patna bihar se. unhon ne likha hai: "aap ne likha hai ke Christians ke andar Missionary work bohat organized andaaz mein hota hai.</w:t>
      </w:r>
    </w:p>
    <w:p>
      <w:pPr>
        <w:jc w:val="right"/>
      </w:pPr>
      <w:r>
        <w:t>مولانا اگلا سوال مسٹر دانیال کا آیا ہے پٹنہ بہار سے۔ انہوں نے لکھا ہے: "آپ نے لکھا ہے کہ Christians کے اندر Missionary work بہت organized انداز میں ہوتا ہے۔</w:t>
      </w:r>
    </w:p>
    <w:p>
      <w:r>
        <w:rPr>
          <w:b/>
        </w:rPr>
        <w:t xml:space="preserve">[49:08] </w:t>
      </w:r>
      <w:r>
        <w:t>ek muslim daai Christian Missionary ke experience se kya learning kar sakta hai? is learning ka tareeqa kya hoga?"</w:t>
      </w:r>
    </w:p>
    <w:p>
      <w:pPr>
        <w:jc w:val="right"/>
      </w:pPr>
      <w:r>
        <w:t>ایک مسلم داعی Christian Missionary کے experience سے کیا learning کر سکتا ہے؟ اس learning کا طریقہ کیا ہوگا؟"</w:t>
      </w:r>
    </w:p>
    <w:p>
      <w:r>
        <w:rPr>
          <w:b/>
        </w:rPr>
        <w:t xml:space="preserve">[49:19] </w:t>
      </w:r>
      <w:r>
        <w:t>tareeqa yeh hai ke aap is ko janiye is ko apply kijiye apne kaam mein.</w:t>
      </w:r>
    </w:p>
    <w:p>
      <w:pPr>
        <w:jc w:val="right"/>
      </w:pPr>
      <w:r>
        <w:t>طریقہ یہ ہے کہ آپ اس کو جانیے اس کو apply کیجیے اپنے کام میں۔</w:t>
      </w:r>
    </w:p>
    <w:p>
      <w:r>
        <w:rPr>
          <w:b/>
        </w:rPr>
        <w:t xml:space="preserve">[49:29] </w:t>
      </w:r>
      <w:r>
        <w:t>is mein to koi mere khayal se koi pecheeda baat nahin hai. main to kai kitaben padhi hain isi mozu par ke kaise woh kaam karte hain ab bhi mere paas kitab hai ke woh kaise kaam karte hain.</w:t>
      </w:r>
    </w:p>
    <w:p>
      <w:pPr>
        <w:jc w:val="right"/>
      </w:pPr>
      <w:r>
        <w:t>اس میں تو کوئی میرے خیال سے کوئی پیچیدہ بات نہیں ہے۔ میں تو کئی کتابیں پڑھی ہیں اسی موضوع پر کہ کیسے وہ کام کرتے ہیں اب بھی میرے پاس کتاب ہے کہ وہ کیسے کام کرتے ہیں۔</w:t>
      </w:r>
    </w:p>
    <w:p>
      <w:r>
        <w:rPr>
          <w:b/>
        </w:rPr>
        <w:t xml:space="preserve">[49:45] </w:t>
      </w:r>
      <w:r>
        <w:t>"Adventures for God" ek kitab hai</w:t>
      </w:r>
    </w:p>
    <w:p>
      <w:pPr>
        <w:jc w:val="right"/>
      </w:pPr>
      <w:r>
        <w:t>"Adventures for God" ایک کتاب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