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Living Tradition: Why Hadith Matters in Islam?</w:t>
        <w:br/>
        <w:t>December 8, 2024</w:t>
      </w:r>
    </w:p>
    <w:p>
      <w:r>
        <w:t>https://youtu.be/2w9-vnnJBeY</w:t>
      </w:r>
    </w:p>
    <w:p>
      <w:r>
        <w:rPr>
          <w:b/>
        </w:rPr>
        <w:t xml:space="preserve">[00:15] </w:t>
      </w:r>
      <w:r>
        <w:t>aaj hum ek bahut hi aham topic ke talluq se cps international ke chairperson doctor farida khanam sahibah se guftagu karenge.</w:t>
      </w:r>
    </w:p>
    <w:p>
      <w:pPr>
        <w:jc w:val="right"/>
      </w:pPr>
      <w:r>
        <w:t>آج ہم ایک بہت ہی اہم ٹاپک کے تعلق سے سی پی ایس انٹرنیشنل کے چیئرپرسن ڈاکٹر فریدہ خانم صاحبہ سے گفتگو کریں گے۔</w:t>
      </w:r>
    </w:p>
    <w:p>
      <w:r>
        <w:rPr>
          <w:b/>
        </w:rPr>
        <w:t xml:space="preserve">[00:27] </w:t>
      </w:r>
      <w:r>
        <w:t>aaj ka unwaan hai: "the living tradition: why hadith matters in islam". yani hadith ki ahmiyat islam mein itni zyada kyun hai, is par hum guftagu karenge.</w:t>
      </w:r>
    </w:p>
    <w:p>
      <w:pPr>
        <w:jc w:val="right"/>
      </w:pPr>
      <w:r>
        <w:t>آج کا عنوان ہے: "دا لیونگ ٹریڈیشن: وائی حدیث میٹرز ان اسلام"۔ یعنی حدیث کی اہمیت اسلام میں اتنی زیادہ کیوں ہے، اس پر ہم گفتگو کریں گے۔</w:t>
      </w:r>
    </w:p>
    <w:p>
      <w:r>
        <w:rPr>
          <w:b/>
        </w:rPr>
        <w:t xml:space="preserve">[00:39] </w:t>
      </w:r>
      <w:r>
        <w:t>baat cheet shuru karne se pehle, aaj hum rasool allah sallallahu alaihi wasallam ke jab aap ne apni dawat ka aaghaz kiya tha to do tareeqe ikhtiyar karte the logon ko baat cheet sunane ke liye.</w:t>
      </w:r>
    </w:p>
    <w:p>
      <w:pPr>
        <w:jc w:val="right"/>
      </w:pPr>
      <w:r>
        <w:t>بات چیت شروع کرنے سے پہلے، آج ہم رسول اللہ صلی اللہ علیہ وسلم کے جب آپ نے اپنی دعوت کا آغاز کیا تھا تو دو طریقے اختیار کرتے تھے لوگوں کو بات چیت سنانے کے لیے۔</w:t>
      </w:r>
    </w:p>
    <w:p>
      <w:r>
        <w:rPr>
          <w:b/>
        </w:rPr>
        <w:t xml:space="preserve">[00:51] </w:t>
      </w:r>
      <w:r>
        <w:t>is ko sirat ki kitabon mein is tarah bayan kiya gaya hai: "fa'araza alaihimul islam wa talal alaihimul quran" ya "wa qaraa alaihimul quran" ke un ke samne islam pesh kiya aur un ke samne quran tilawat ki.</w:t>
      </w:r>
    </w:p>
    <w:p>
      <w:pPr>
        <w:jc w:val="right"/>
      </w:pPr>
      <w:r>
        <w:t>اس کو سیرت کی کتابوں میں اس طرح بیان کیا گیا ہے: "فَعَرَزَ عَلَيْهِمُ الْإِسْلَامَ وَتَلَى عَلَيْهِمُ الْقُرْآنَ" یا "وَقَرَأَ عَلَيْهِمُ الْقُرْآنَ" کہ ان کے سامنے اسلام پیش کیا اور ان کے سامنے قرآن تلاوت کی۔</w:t>
      </w:r>
    </w:p>
    <w:p>
      <w:r>
        <w:rPr>
          <w:b/>
        </w:rPr>
        <w:t xml:space="preserve">[01:04] </w:t>
      </w:r>
      <w:r>
        <w:t>to quran to samajh mein aata hai ke allah ki kitab jo nazil ki us ko pesh kiya, yeh islam kya hai. yeh wahi cheez hai jo hum ko hadith mein milta hai. to hadith ki ahmiyat is se hum samajh sakte hain ke kisi bhi insaan ke liye islam ko samajhne ke liye sirf quran kafi nahi hai, balkeh allah ke rasool sallallahu alaihi wasallam ne jo is ki tashrihat pesh kin, amal kar ke dikhaya,</w:t>
      </w:r>
    </w:p>
    <w:p>
      <w:pPr>
        <w:jc w:val="right"/>
      </w:pPr>
      <w:r>
        <w:t>تو قرآن تو سمجھ میں آتا ہے کہ اللہ کی کتاب جو نازل کی اس کو پیش کیا، یہ اسلام کیا ہے۔ یہ وہی چیز ہے جو ہم کو حدیث میں ملتا ہے۔ تو حدیث کی اہمیت اس سے ہم سمجھ سکتے ہیں کہ کسی بھی انسان کے لیے اسلام کو سمجھنے کے لیے صرف قرآن کافی نہیں ہے، بلکہ اللہ کے رسول صلی اللہ علیہ وسلم نے جو اس کی تشریحات پیش کیں، عمل کر کے دکھایا،</w:t>
      </w:r>
    </w:p>
    <w:p>
      <w:r>
        <w:rPr>
          <w:b/>
        </w:rPr>
        <w:t xml:space="preserve">[01:29] </w:t>
      </w:r>
      <w:r>
        <w:t>yeh bhi bahut aham hai islam ko samajhne</w:t>
      </w:r>
    </w:p>
    <w:p>
      <w:pPr>
        <w:jc w:val="right"/>
      </w:pPr>
      <w:r>
        <w:t>یہ بھی بہت اہم ہے اسلام کو سمجھنے</w:t>
      </w:r>
    </w:p>
    <w:p>
      <w:r>
        <w:rPr>
          <w:b/>
        </w:rPr>
        <w:t xml:space="preserve">[01:32] </w:t>
      </w:r>
      <w:r>
        <w:t>ke liye. to aaj hum apne studio mein doctor farida khanam sahibah ka istiqbal karte hain. yahan aap ka istiqbal hai, aap ke aane ka shukriya.</w:t>
      </w:r>
    </w:p>
    <w:p>
      <w:pPr>
        <w:jc w:val="right"/>
      </w:pPr>
      <w:r>
        <w:t>کے لیے۔ تو آج ہم اپنے اسٹوڈیو میں ڈاکٹر فریدہ خانم صاحبہ کا استقبال کرتے ہیں۔ یہاں آپ کا استقبال ہے، آپ کے آنے کا شکریہ۔</w:t>
      </w:r>
    </w:p>
    <w:p>
      <w:r>
        <w:rPr>
          <w:b/>
        </w:rPr>
        <w:t xml:space="preserve">[01:41] </w:t>
      </w:r>
      <w:r>
        <w:t>thank you.</w:t>
      </w:r>
    </w:p>
    <w:p>
      <w:pPr>
        <w:jc w:val="right"/>
      </w:pPr>
      <w:r>
        <w:t>تھینک یو۔</w:t>
      </w:r>
    </w:p>
    <w:p>
      <w:r>
        <w:rPr>
          <w:b/>
        </w:rPr>
        <w:t xml:space="preserve">[01:45] </w:t>
      </w:r>
      <w:r>
        <w:t>sab se pehla sawal jo hum aap se karenge woh yeh hai ke hadith ke maani kya hain aur is ki ahmiyat kya hai islam mein? is par aap hamein bataein.</w:t>
      </w:r>
    </w:p>
    <w:p>
      <w:pPr>
        <w:jc w:val="right"/>
      </w:pPr>
      <w:r>
        <w:t>سب سے پہلا سوال جو ہم آپ سے کریں گے وہ یہ ہے کہ حدیث کے معنی کیا ہیں اور اس کی اہمیت کیا ہے اسلام میں؟ اس پر آپ ہمیں بتائیں۔</w:t>
      </w:r>
    </w:p>
    <w:p>
      <w:r>
        <w:rPr>
          <w:b/>
        </w:rPr>
        <w:t xml:space="preserve">[01:55] </w:t>
      </w:r>
      <w:r>
        <w:t>dekhein, hadith ke jo literal maani hain woh hain baat cheet, jaise conversation hota hai.</w:t>
      </w:r>
    </w:p>
    <w:p>
      <w:pPr>
        <w:jc w:val="right"/>
      </w:pPr>
      <w:r>
        <w:t>دیکھیں، حدیث کے جو لٹرل معنی ہیں وہ ہیں بات چیت، جیسے کانورسیشن ہوتا ہے۔</w:t>
      </w:r>
    </w:p>
    <w:p>
      <w:r>
        <w:rPr>
          <w:b/>
        </w:rPr>
        <w:t xml:space="preserve">[02:01] </w:t>
      </w:r>
      <w:r>
        <w:t>lekin jab istilahi maani mein hum bolte hain to woh paighambar e islam ki words, deeds, aur approval.</w:t>
      </w:r>
    </w:p>
    <w:p>
      <w:pPr>
        <w:jc w:val="right"/>
      </w:pPr>
      <w:r>
        <w:t>لیکن جب اصطلاحی معنی میں ہم بولتے ہیں تو وہ پیغمبر اسلام کی ورڈز، ڈیڈز، اور اپروول۔</w:t>
      </w:r>
    </w:p>
    <w:p>
      <w:r>
        <w:rPr>
          <w:b/>
        </w:rPr>
        <w:t xml:space="preserve">[02:11] </w:t>
      </w:r>
      <w:r>
        <w:t>yani aap ke samne koi kaam kiya gaya ho aur aap ne us ko barqarar rakha ho. yani koi objection nahi raise kiya ho, balkeh unhon ne us ko approve kiya ho.</w:t>
      </w:r>
    </w:p>
    <w:p>
      <w:pPr>
        <w:jc w:val="right"/>
      </w:pPr>
      <w:r>
        <w:t>یعنی آپ کے سامنے کوئی کام کیا گیا ہو اور آپ نے اس کو برقرار رکھا ہو۔ یعنی کوئی ابجیکشن نہیں ریز کیا ہو، بلکہ انہوں نے اس کو اپروو کیا ہو۔</w:t>
      </w:r>
    </w:p>
    <w:p>
      <w:r>
        <w:rPr>
          <w:b/>
        </w:rPr>
        <w:t xml:space="preserve">[02:23] </w:t>
      </w:r>
      <w:r>
        <w:t>to woh bhi hadith mein aata hai.</w:t>
      </w:r>
    </w:p>
    <w:p>
      <w:pPr>
        <w:jc w:val="right"/>
      </w:pPr>
      <w:r>
        <w:t>تو وہ بھی حدیث میں آتا ہے۔</w:t>
      </w:r>
    </w:p>
    <w:p>
      <w:r>
        <w:rPr>
          <w:b/>
        </w:rPr>
        <w:t xml:space="preserve">[02:27] </w:t>
      </w:r>
      <w:r>
        <w:t>to extended meaning mein sahaba, tabeen, aur tabe tabeen ki bhi sayings ko hum hadith kehte hain, keh sakte hain matlab.</w:t>
      </w:r>
    </w:p>
    <w:p>
      <w:pPr>
        <w:jc w:val="right"/>
      </w:pPr>
      <w:r>
        <w:t>تو ایکسٹینڈڈ میننگ میں صحابہ، تابعین، اور تبع تابعین کی بھی سینگز کو ہم حدیث کہتے ہیں، کہہ سکتے ہیں مطلب۔</w:t>
      </w:r>
    </w:p>
    <w:p>
      <w:r>
        <w:rPr>
          <w:b/>
        </w:rPr>
        <w:t xml:space="preserve">[02:39] </w:t>
      </w:r>
      <w:r>
        <w:t>to jo tabeen jo hain woh sahaba ke followers hote hain aur tabe tabeen tabeen ke followers hote hain.</w:t>
      </w:r>
    </w:p>
    <w:p>
      <w:pPr>
        <w:jc w:val="right"/>
      </w:pPr>
      <w:r>
        <w:t>تو جو تابعین جو ہیں وہ صحابہ کے فالوورز ہوتے ہیں اور تبع تابعین تابعین کے فالوورز ہوتے ہیں۔</w:t>
      </w:r>
    </w:p>
    <w:p>
      <w:r>
        <w:rPr>
          <w:b/>
        </w:rPr>
        <w:t xml:space="preserve">[02:49] </w:t>
      </w:r>
      <w:r>
        <w:t>to hadith ki zaroorat kyun hai?</w:t>
      </w:r>
    </w:p>
    <w:p>
      <w:pPr>
        <w:jc w:val="right"/>
      </w:pPr>
      <w:r>
        <w:t>تو حدیث کی ضرورت کیوں ہے؟</w:t>
      </w:r>
    </w:p>
    <w:p>
      <w:r>
        <w:rPr>
          <w:b/>
        </w:rPr>
        <w:t xml:space="preserve">[02:53] </w:t>
      </w:r>
      <w:r>
        <w:t>bahut sare log kehte hain ke hamare liye quran kafi hai. lekin quran ko hum hadith ke baghair, prophet ki sunnat ke baghair hum quran ko samajh nahi sakte.</w:t>
      </w:r>
    </w:p>
    <w:p>
      <w:pPr>
        <w:jc w:val="right"/>
      </w:pPr>
      <w:r>
        <w:t>بہت سارے لوگ کہتے ہیں کہ ہمارے لیے قرآن کافی ہے۔ لیکن قرآن کو ہم حدیث کے بغیر، پرافٹ کی سنت کے بغیر ہم قرآن کو سمجھ نہیں سکتے۔</w:t>
      </w:r>
    </w:p>
    <w:p>
      <w:r>
        <w:rPr>
          <w:b/>
        </w:rPr>
        <w:t xml:space="preserve">[03:06] </w:t>
      </w:r>
      <w:r>
        <w:t>to quran jo hai bilkul jaise basic principle ki kitab hai aur hadith jo hai us ki tafseel. to sari tafseel jo hai woh hum ko hadith se milti hai.</w:t>
      </w:r>
    </w:p>
    <w:p>
      <w:pPr>
        <w:jc w:val="right"/>
      </w:pPr>
      <w:r>
        <w:t>تو قرآن جو ہے بالکل جیسے بیسک پرنسپل کی کتاب ہے اور حدیث جو ہے اس کی تفصیل۔ تو ساری تفصیل جو ہے وہ ہم کو حدیث سے ملتی ہے۔</w:t>
      </w:r>
    </w:p>
    <w:p>
      <w:r>
        <w:rPr>
          <w:b/>
        </w:rPr>
        <w:t xml:space="preserve">[03:18] </w:t>
      </w:r>
      <w:r>
        <w:t>to is liye yeh bahut zyada zaroori hai ke hum hadith ko samjhein aur prophet ki sunnat ko samajhne ki koshish karein, tabhi hum quran ko bhi samajh sakte hain.</w:t>
      </w:r>
    </w:p>
    <w:p>
      <w:pPr>
        <w:jc w:val="right"/>
      </w:pPr>
      <w:r>
        <w:t>تو اس لیے یہ بہت زیادہ ضروری ہے کہ ہم حدیث کو سمجھیں اور پرافٹ کی سنت کو سمجھنے کی کوشش کریں، تبھی ہم قرآن کو بھی سمجھ سکتے ہیں۔</w:t>
      </w:r>
    </w:p>
    <w:p>
      <w:r>
        <w:rPr>
          <w:b/>
        </w:rPr>
        <w:t xml:space="preserve">[03:33] </w:t>
      </w:r>
      <w:r>
        <w:t>hazrat aisha ne ek baar farmaaya: "kaan khulqahu al-quran"۔ aap quran ki amli tafseer thay. yaani aap quran in action hum keh sakte hain, quran in action thay poora.</w:t>
      </w:r>
    </w:p>
    <w:p>
      <w:pPr>
        <w:jc w:val="right"/>
      </w:pPr>
      <w:r>
        <w:t>حضرت عائشہ نے ایک بار فرمایا: "کان خلقہ القرآن"۔ آپ قرآن کی عملی تفسیر تھے۔ یعنی آپ قرآن ان ایکشن ہم کہہ سکتے ہیں، قرآن ان ایکشن تھے پورا۔</w:t>
      </w:r>
    </w:p>
    <w:p>
      <w:r>
        <w:rPr>
          <w:b/>
        </w:rPr>
        <w:t xml:space="preserve">[03:46] </w:t>
      </w:r>
      <w:r>
        <w:t>kyunke maulana azaad ne ek baar kaha hai ke ek quran woh hai jo mujallad shakal mein hai aur doosra quran woh hai jo madina mein chalta phirta tha.</w:t>
      </w:r>
    </w:p>
    <w:p>
      <w:pPr>
        <w:jc w:val="right"/>
      </w:pPr>
      <w:r>
        <w:t>کیونکہ مولانا آزاد نے ایک بار کہا ہے کہ ایک قرآن وہ ہے جو مجلد شکل میں ہے اور دوسرا قرآن وہ ہے جو مدینہ میں چلتا پھرتا تھا۔</w:t>
      </w:r>
    </w:p>
    <w:p>
      <w:r>
        <w:rPr>
          <w:b/>
        </w:rPr>
        <w:t xml:space="preserve">[03:57] </w:t>
      </w:r>
      <w:r>
        <w:t>to aap poori tarah se quran par amal karte thay. to woh misaal ke taur par ek khaas taur par ibaadaat, woh to hum samajh hi nahi sakte baghair rasool allah salallahu alaihi wasallam ki practice ko jaane hue.</w:t>
      </w:r>
    </w:p>
    <w:p>
      <w:pPr>
        <w:jc w:val="right"/>
      </w:pPr>
      <w:r>
        <w:t>تو آپ پوری طریقے سے قرآن پر عمل کرتے تھے۔ تو وہ مثال کے طور پر ایک خاص طور پر عبادات، وہ تو ہم سمجھ ہی نہیں سکتے بغیر رسول اللہ صلی اللہ علیہ وسلم کی پریکٹس کو جانے ہوئے۔</w:t>
      </w:r>
    </w:p>
    <w:p>
      <w:r>
        <w:rPr>
          <w:b/>
        </w:rPr>
        <w:t xml:space="preserve">[04:14] </w:t>
      </w:r>
      <w:r>
        <w:t>rasool allah salallahu alaihi wasallam ne kaha ke mujhe dekho namaz padhte hue to "صلو کما رأیتموني أصلي"۔</w:t>
      </w:r>
    </w:p>
    <w:p>
      <w:pPr>
        <w:jc w:val="right"/>
      </w:pPr>
      <w:r>
        <w:t>رسول اللہ صلی اللہ علیہ وسلم نے کہا کہ مجھے دیکھو نماز پڑھتے ہوئے تو "صلو کما رأیتمونی أصلي"۔</w:t>
      </w:r>
    </w:p>
    <w:p>
      <w:r>
        <w:rPr>
          <w:b/>
        </w:rPr>
        <w:t xml:space="preserve">[04:24] </w:t>
      </w:r>
      <w:r>
        <w:t>jaise mein namaz padhta hoon waise namaz padho. jo quran mein hai bas namaz qaim karo. ab kaise namaz qaim karein, iski kitni rakatein hain, iske kya a</w:t>
      </w:r>
    </w:p>
    <w:p>
      <w:pPr>
        <w:jc w:val="right"/>
      </w:pPr>
      <w:r>
        <w:t>جیسے میں نماز پڑھتا ہوں ویسے نماز پڑھو۔ جو قرآن میں ہے بس نماز قائم کرو۔ اب کیسے نماز قائم کریں، اس کی کتنی رکعتیں ہیں، اس کے کیا ا</w:t>
      </w:r>
    </w:p>
    <w:p>
      <w:r>
        <w:rPr>
          <w:b/>
        </w:rPr>
        <w:t xml:space="preserve">[04:34] </w:t>
      </w:r>
      <w:r>
        <w:t>rakaan hain, yeh saari cheezein jo hain woh hamein paighambar ki ki namaz padhte hue dekh kar sahaba ne isko dekha, iske baad generation after generation log isko dekh kar namaz padh rahe hain.</w:t>
      </w:r>
    </w:p>
    <w:p>
      <w:pPr>
        <w:jc w:val="right"/>
      </w:pPr>
      <w:r>
        <w:t>رکان ہیں، یہ ساری چیزیں جو ہیں وہ ہمیں پیغمبر کی کی نماز پڑھتے ہوئے دیکھ کر صحابہ نے اس کو دیکھا، اس کے بعد جنریشن آفٹر جنریشن لوگ اس کو دیکھ کر نماز پڑھ رہے ہیں۔</w:t>
      </w:r>
    </w:p>
    <w:p>
      <w:r>
        <w:rPr>
          <w:b/>
        </w:rPr>
        <w:t xml:space="preserve">[04:48] </w:t>
      </w:r>
      <w:r>
        <w:t>isi tarah saari ibaadaat hain, chahe woh roza ho, hajj ho. hajj to aadmi bilkul hi nahi samajh sakta kyunke hajj mein bohat zyada practicals involve hain.</w:t>
      </w:r>
    </w:p>
    <w:p>
      <w:pPr>
        <w:jc w:val="right"/>
      </w:pPr>
      <w:r>
        <w:t>اسی طرح ساری عبادات ہیں، چاہے وہ روزہ ہو، حج ہو۔ حج تو آدمی بالکل ہی نہیں سمجھ سکتا کیونکہ حج میں بہت زیادہ پریکٹیکلز انوالو ہیں۔</w:t>
      </w:r>
    </w:p>
    <w:p>
      <w:r>
        <w:rPr>
          <w:b/>
        </w:rPr>
        <w:t xml:space="preserve">[04:57] </w:t>
      </w:r>
      <w:r>
        <w:t>to hajj jo hai rasool allah salallahu alaihi wasallam ne farmaaya ke mujhe hajj karte hue dekho aur isi tarah karo.</w:t>
      </w:r>
    </w:p>
    <w:p>
      <w:pPr>
        <w:jc w:val="right"/>
      </w:pPr>
      <w:r>
        <w:t>تو حج جو ہے رسول اللہ صلی اللہ علیہ وسلم نے فرمایا کہ مجھے حج کرتے ہوئے دیکھو اور اسی طرح کرو۔</w:t>
      </w:r>
    </w:p>
    <w:p>
      <w:r>
        <w:rPr>
          <w:b/>
        </w:rPr>
        <w:t xml:space="preserve">[05:05] </w:t>
      </w:r>
      <w:r>
        <w:t>to is tarah se hum dekhte hain ke quran jo hai woh theory hai aur hadith jo hai woh practice hai, practical hai woh. isko hum commentary bhi keh sakte hain.</w:t>
      </w:r>
    </w:p>
    <w:p>
      <w:pPr>
        <w:jc w:val="right"/>
      </w:pPr>
      <w:r>
        <w:t>تو اس طریقے سے ہم دیکھتے ہیں کہ قرآن جو ہے وہ تھیوری ہے اور حدیث جو ہے وہ پریکٹس ہے، پریکٹیکل ہے وہ۔ اس کو ہم کمنٹری بھی کہہ سکتے ہیں۔</w:t>
      </w:r>
    </w:p>
    <w:p>
      <w:r>
        <w:rPr>
          <w:b/>
        </w:rPr>
        <w:t xml:space="preserve">[05:16] </w:t>
      </w:r>
      <w:r>
        <w:t>to hum samajh sakte hain ke quran aur hadith cannot be separated from one another. surah an-nahl chapter sixteen mein aaya hai: "hum ne zikr nazil kiya taake aap isko logon ke saamne wazeh kar dein"۔</w:t>
      </w:r>
    </w:p>
    <w:p>
      <w:pPr>
        <w:jc w:val="right"/>
      </w:pPr>
      <w:r>
        <w:t>تو ہم سمجھ سکتے ہیں کہ قرآن اور حدیث کین ناٹ بی سیپریٹڈ فرام ون انادر۔ سورہ النحل چیپٹر سکسٹین میں آیا ہے: "ہم نے ذکر نازل کیا تاکہ آپ اس کو لوگوں کے سامنے واضح کر دیں"۔</w:t>
      </w:r>
    </w:p>
    <w:p>
      <w:r>
        <w:rPr>
          <w:b/>
        </w:rPr>
        <w:t xml:space="preserve">[05:34] </w:t>
      </w:r>
      <w:r>
        <w:t>yaani khud quran mein yeh baat aayi hai ke quran khud se log nahi samajh sakenge, isko samjhana padega. to iski tabeen jisko kaha gaya hai quran mein, to iski tabeen rasool allah salallahu alaihi wasallam ne ki aur iske baghair hum quran ko poori tarah nahi samajh sakte.</w:t>
      </w:r>
    </w:p>
    <w:p>
      <w:pPr>
        <w:jc w:val="right"/>
      </w:pPr>
      <w:r>
        <w:t>یعنی خود قرآن میں یہ بات آئی ہے کہ قرآن خود سے لوگ نہیں سمجھ سکیں گے، اس کو سمجھانا پڑے گا۔ تو اس کی تبیین جس کو کہا گیا ہے قرآن میں، تو اس کی تبیین رسول اللہ صلی اللہ علیہ وسلم نے کی اور اس کے بغیر ہم قرآن کو پوری طرح نہیں سمجھ سکتے۔</w:t>
      </w:r>
    </w:p>
    <w:p>
      <w:r>
        <w:rPr>
          <w:b/>
        </w:rPr>
        <w:t xml:space="preserve">[05:53] </w:t>
      </w:r>
      <w:r>
        <w:t>to kuch cheezein aisi hain jaise aakhirat ki baatein hain, khuda ek hai, yeh saari baatein yeh to hum samajh sakte hain lekin jis mein practical involve hai woh hum nahi samajh sakte.</w:t>
      </w:r>
    </w:p>
    <w:p>
      <w:pPr>
        <w:jc w:val="right"/>
      </w:pPr>
      <w:r>
        <w:t>تو کچھ چیزیں ایسی ہیں جیسے آخرت کی باتیں ہیں، خدا ایک ہے، یہ ساری باتیں یہ تو ہم سمجھ سکتے ہیں لیکن جس میں پریکٹیکل انوالو ہے وہ ہم نہیں سمجھ سکتے۔</w:t>
      </w:r>
    </w:p>
    <w:p>
      <w:r>
        <w:rPr>
          <w:b/>
        </w:rPr>
        <w:t xml:space="preserve">[06:06] </w:t>
      </w:r>
      <w:r>
        <w:t>aur khaas taur par ibaadaat, isi tarah se bohat sari cheezein. to hamein iske liye bohat zyada zaroori hai ke hum hadith ko samjhein, iski importance ko samjhein.</w:t>
      </w:r>
    </w:p>
    <w:p>
      <w:pPr>
        <w:jc w:val="right"/>
      </w:pPr>
      <w:r>
        <w:t>اور خاص طور پر عبادات، اسی طریقے سے بہت ساری چیزیں۔ تو ہمیں اس کے لیے بہت زیادہ ضروری ہے کہ ہم حدیث کو سمجھیں، اس کی امپورٹنس کو سمجھیں۔</w:t>
      </w:r>
    </w:p>
    <w:p>
      <w:r>
        <w:rPr>
          <w:b/>
        </w:rPr>
        <w:t xml:space="preserve">[06:19] </w:t>
      </w:r>
      <w:r>
        <w:t>hadith ke ilm ko jab hum padhte hain to is mein bohat sari istilaahaat aati hain jisko terminology kehte hain jaise asnaad hai, sanad kehte hain, raavi kehte hain.</w:t>
      </w:r>
    </w:p>
    <w:p>
      <w:pPr>
        <w:jc w:val="right"/>
      </w:pPr>
      <w:r>
        <w:t>حدیث کے علم کو جب ہم پڑھتے ہیں تو اس میں بہت ساری اصطلاحات آتی ہیں جس کو ٹرمینالوجی کہتے ہیں جیسے اسناد ہے، سند کہتے ہیں، راوی کہتے ہیں۔</w:t>
      </w:r>
    </w:p>
    <w:p>
      <w:r>
        <w:rPr>
          <w:b/>
        </w:rPr>
        <w:t xml:space="preserve">[06:29] </w:t>
      </w:r>
      <w:r>
        <w:t>to is talluq se aap hamein kuch bata dein taake iske baad hamari guftagu jo hogi to us mein aasani hogi logon ko samajhne mein. haan, bohat sare terms hain.</w:t>
      </w:r>
    </w:p>
    <w:p>
      <w:pPr>
        <w:jc w:val="right"/>
      </w:pPr>
      <w:r>
        <w:t>تو اس تعلق سے آپ ہمیں کچھ بتا دیں تاکہ اس کے بعد ہماری گفتگو جو ہوگی تو اس میں آسانی ہوگی لوگوں کو سمجھنے میں۔ ہاں، بہت سارے ٹرمز ہیں۔</w:t>
      </w:r>
    </w:p>
    <w:p>
      <w:r>
        <w:rPr>
          <w:b/>
        </w:rPr>
        <w:t xml:space="preserve">[06:41] </w:t>
      </w:r>
      <w:r>
        <w:t>hum ne chand terms yahan par hum explain kareinge.</w:t>
      </w:r>
    </w:p>
    <w:p>
      <w:pPr>
        <w:jc w:val="right"/>
      </w:pPr>
      <w:r>
        <w:t>ہم نے چند ٹرمز یہاں پر ہم ایکسپلین کریں گے۔</w:t>
      </w:r>
    </w:p>
    <w:p>
      <w:r>
        <w:rPr>
          <w:b/>
        </w:rPr>
        <w:t xml:space="preserve">[06:46] </w:t>
      </w:r>
      <w:r>
        <w:t>hadith jo hai woh term woh to clear ho gaya ke rasool allah salallahu alaihi wasallam ke qaul, fe'l aur taqreer ka naam hadith hai.</w:t>
      </w:r>
    </w:p>
    <w:p>
      <w:pPr>
        <w:jc w:val="right"/>
      </w:pPr>
      <w:r>
        <w:t>حدیث جو ہے وہ ٹرم وہ تو کلیئر ہو گیا کہ رسول اللہ صلی اللہ علیہ وسلم کے قول، فعل اور تقریر کا نام حدیث ہے۔</w:t>
      </w:r>
    </w:p>
    <w:p>
      <w:r>
        <w:rPr>
          <w:b/>
        </w:rPr>
        <w:t xml:space="preserve">[06:56] </w:t>
      </w:r>
      <w:r>
        <w:t>sahabi us shakhs ko kehte hain jis ne haalat-e-imaan mein rasool allah salallahu alaihi wasallam se mulaqaat ki aur haalat-e-imaan hi mein uska inteqaal hua.</w:t>
      </w:r>
    </w:p>
    <w:p>
      <w:pPr>
        <w:jc w:val="right"/>
      </w:pPr>
      <w:r>
        <w:t>صحابی اس شخص کو کہتے ہیں جس نے حالت ایمان میں رسول اللہ صلی اللہ علیہ وسلم سے ملاقات کی اور حالت ایمان ہی میں اس کا انتقال ہوا۔</w:t>
      </w:r>
    </w:p>
    <w:p>
      <w:r>
        <w:rPr>
          <w:b/>
        </w:rPr>
        <w:t xml:space="preserve">[07:07] </w:t>
      </w:r>
      <w:r>
        <w:t>aur tabi'i woh shakhs jo imaan ki haalat mein sahaba se mulaqaat hui uski aur imaan hi ki haalat mein uska inteqaal hua.</w:t>
      </w:r>
    </w:p>
    <w:p>
      <w:pPr>
        <w:jc w:val="right"/>
      </w:pPr>
      <w:r>
        <w:t>اور تابعی وہ شخص جو ایمان کی حالت میں صحابہ سے ملاقات ہوئی اس کی اور ایمان ہی کی حالت میں اس کا انتقال ہوا۔</w:t>
      </w:r>
    </w:p>
    <w:p>
      <w:r>
        <w:rPr>
          <w:b/>
        </w:rPr>
        <w:t xml:space="preserve">[07:16] </w:t>
      </w:r>
      <w:r>
        <w:t>isi tarah tabe' tabi'i. tabe' tabi'i woh hain jo imaan ki haalat mein kisi tabi'i se mile hon aur imaan hi ki haalat mein unka inteqaal hua ho.</w:t>
      </w:r>
    </w:p>
    <w:p>
      <w:pPr>
        <w:jc w:val="right"/>
      </w:pPr>
      <w:r>
        <w:t>اسی طرح تبع تابعی۔ تبع تابعی وہ ہیں جو ایمان کی حالت میں کسی تابعی سے ملے ہوں اور ایمان ہی کی حالت میں ان کا انتقال ہوا ہو۔</w:t>
      </w:r>
    </w:p>
    <w:p>
      <w:r>
        <w:rPr>
          <w:b/>
        </w:rPr>
        <w:t xml:space="preserve">[07:27] </w:t>
      </w:r>
      <w:r>
        <w:t>to yeh teen generation bohat hi important hain kyunke rasool allah salallahu alaihi wasallam ne kaha hai ke mere mera daur, phir uske baad, phir uske baad teen daur hain jo guided log honge aur unse hum guidance haasil karein.</w:t>
      </w:r>
    </w:p>
    <w:p>
      <w:pPr>
        <w:jc w:val="right"/>
      </w:pPr>
      <w:r>
        <w:t>تو یہ تین جنریشن بہت ہی امپورٹنٹ ہیں کیونکہ رسول اللہ صلی اللہ علیہ وسلم نے کہا ہے کہ میرے میرا دور، پھر اس کے بعد، پھر اس کے بعد تین دور ہیں جو گائیڈڈ لوگ ہوں گے اور ان سے ہم گائیڈنس حاصل کریں۔</w:t>
      </w:r>
    </w:p>
    <w:p>
      <w:r>
        <w:rPr>
          <w:b/>
        </w:rPr>
        <w:t xml:space="preserve">[07:43] </w:t>
      </w:r>
      <w:r>
        <w:t>to is liye yeh teen generation jo hai woh bohat zyada hamare liye important hain. asar kehte hain sahaba ke qaul o amal ko.</w:t>
      </w:r>
    </w:p>
    <w:p>
      <w:pPr>
        <w:jc w:val="right"/>
      </w:pPr>
      <w:r>
        <w:t>تو اس لیے یہ تین جنریشن جو ہے وہ بہت زیادہ ہمارے لیے امپورٹنٹ ہیں۔ اثر کہتے ہیں صحابہ کے قول و عمل کو۔</w:t>
      </w:r>
    </w:p>
    <w:p>
      <w:r>
        <w:rPr>
          <w:b/>
        </w:rPr>
        <w:t xml:space="preserve">[07:52] </w:t>
      </w:r>
      <w:r>
        <w:t>hadith bhi kabhi kaha jaata hai lekin iska ek aur naam hai woh asar hai aur iski jama' hai aasaar. is mein sanad ko samajhne ki zaroorat hai kyunke sanad woh chain hai, silsila hai.</w:t>
      </w:r>
    </w:p>
    <w:p>
      <w:pPr>
        <w:jc w:val="right"/>
      </w:pPr>
      <w:r>
        <w:t>حدیث بھی کبھی کہا جاتا ہے لیکن اس کا ایک اور نام ہے وہ اثر ہے اور اس کی جمع ہے آثار۔ اس میں سند کو سمجھنے کی ضرورت ہے کیونکہ سند وہ چین ہے، سلسلہ ہے۔</w:t>
      </w:r>
    </w:p>
    <w:p>
      <w:r>
        <w:rPr>
          <w:b/>
        </w:rPr>
        <w:t xml:space="preserve">[08:05] </w:t>
      </w:r>
      <w:r>
        <w:t>kyunke hadith jab hamare paas aati hai to iske do part hote hain.</w:t>
      </w:r>
    </w:p>
    <w:p>
      <w:pPr>
        <w:jc w:val="right"/>
      </w:pPr>
      <w:r>
        <w:t>کیونکہ حدیث جب ہمارے پاس آتی ہے تو اس کے دو پارٹ ہوتے ہیں۔</w:t>
      </w:r>
    </w:p>
    <w:p>
      <w:r>
        <w:rPr>
          <w:b/>
        </w:rPr>
        <w:t xml:space="preserve">[08:10] </w:t>
      </w:r>
      <w:r>
        <w:t>ek sanad hoti hai ke kis ne kis se suna. misaal ke taur par tabi'i ne sahaba se suna aur sahaba ne rasool allah salallahu alaihi wasallam se suna.</w:t>
      </w:r>
    </w:p>
    <w:p>
      <w:pPr>
        <w:jc w:val="right"/>
      </w:pPr>
      <w:r>
        <w:t>ایک سند ہوتی ہے کہ کس نے کس سے سنا۔ مثال کے طور پر تابعی نے صحابہ سے سنا اور صحابہ نے رسول اللہ صلی اللہ علیہ وسلم سے سنا۔</w:t>
      </w:r>
    </w:p>
    <w:p>
      <w:r>
        <w:rPr>
          <w:b/>
        </w:rPr>
        <w:t xml:space="preserve">[08:22] </w:t>
      </w:r>
      <w:r>
        <w:t>to yeh jo hai yeh chain hai aur is ka jo content hai, matan hai woh woh jo hai us ko matan kehte hain.</w:t>
      </w:r>
    </w:p>
    <w:p>
      <w:pPr>
        <w:jc w:val="right"/>
      </w:pPr>
      <w:r>
        <w:t>تو یہ جو ہے یہ چین ہے اور اس کا جو کنٹینٹ ہے، متن ہے وہ وہ جو ہے اس کو متن کہتے ہیں۔</w:t>
      </w:r>
    </w:p>
    <w:p>
      <w:r>
        <w:rPr>
          <w:b/>
        </w:rPr>
        <w:t xml:space="preserve">[08:32] </w:t>
      </w:r>
      <w:r>
        <w:t>hadees jo hai is ke do hisse ho gaye: aik sanad aur aik matan.</w:t>
      </w:r>
    </w:p>
    <w:p>
      <w:pPr>
        <w:jc w:val="right"/>
      </w:pPr>
      <w:r>
        <w:t>حدیث جو ہے اس کے دو حصے ہو گئے: ایک سند اور ایک متن۔</w:t>
      </w:r>
    </w:p>
    <w:p>
      <w:r>
        <w:rPr>
          <w:b/>
        </w:rPr>
        <w:t xml:space="preserve">[08:37] </w:t>
      </w:r>
      <w:r>
        <w:t>to jaise ab aap lijiye ke aik bohat hi mashhoor hadees hai aur imam bukhari ne apni kitaab mein sahih bukhari mein sab se pehli hadees isi ko shamil kiya hai: "inma al aamaalu binniyat".</w:t>
      </w:r>
    </w:p>
    <w:p>
      <w:pPr>
        <w:jc w:val="right"/>
      </w:pPr>
      <w:r>
        <w:t>تو جیسے اب آپ لیجئے کہ ایک بہت ہی مشہور حدیث ہے اور امام بخاری نے اپنی کتاب میں صحیح بخاری میں سب سے پہلی حدیث اسی کو شامل کیا ہے: "إنما الأعمال بالنيات"۔</w:t>
      </w:r>
    </w:p>
    <w:p>
      <w:r>
        <w:rPr>
          <w:b/>
        </w:rPr>
        <w:t xml:space="preserve">[08:51] </w:t>
      </w:r>
      <w:r>
        <w:t>to yeh jo hai yeh matan hai aur kis ne kis se suna, yeh poora jo hai chain, poora sanad, yeh us ko sanad kehte hain.</w:t>
      </w:r>
    </w:p>
    <w:p>
      <w:pPr>
        <w:jc w:val="right"/>
      </w:pPr>
      <w:r>
        <w:t>تو یہ جو ہے یہ متن ہے اور کس نے کس سے سنا، یہ پورا جو ہے چین، پورا سند، یہ اس کو سند کہتے ہیں۔</w:t>
      </w:r>
    </w:p>
    <w:p>
      <w:r>
        <w:rPr>
          <w:b/>
        </w:rPr>
        <w:t xml:space="preserve">[09:00] </w:t>
      </w:r>
      <w:r>
        <w:t>poora chain ke kahan se kis kis ne kis se suna.</w:t>
      </w:r>
    </w:p>
    <w:p>
      <w:pPr>
        <w:jc w:val="right"/>
      </w:pPr>
      <w:r>
        <w:t>پورا چین کہ کہاں سے کس کس نے کس سے سنا۔</w:t>
      </w:r>
    </w:p>
    <w:p>
      <w:r>
        <w:rPr>
          <w:b/>
        </w:rPr>
        <w:t xml:space="preserve">[09:04] </w:t>
      </w:r>
      <w:r>
        <w:t>to yeh bohat ziyada important hota hai ke woh jis se hum ne suna hai woh jo hai woh reliable narrator hai ke nahi reliable hai.</w:t>
      </w:r>
    </w:p>
    <w:p>
      <w:pPr>
        <w:jc w:val="right"/>
      </w:pPr>
      <w:r>
        <w:t>تو یہ بہت زیادہ امپورٹنٹ ہوتا ہے کہ وہ جس سے ہم نے سنا ہے وہ جو ہے وہ ریلائیبل نیریٹر ہے کہ نہیں ریلائیبل ہے۔</w:t>
      </w:r>
    </w:p>
    <w:p>
      <w:r>
        <w:rPr>
          <w:b/>
        </w:rPr>
        <w:t xml:space="preserve">[09:15] </w:t>
      </w:r>
      <w:r>
        <w:t>to isi tareeqe se hadees qudsi. kai baar aap ne suna hoga ke yeh hadees qudsi hai. to jis hadees ko rasool Allah sal Allah alaihi wasallam ne Allah taala ki janib mansoob kar ke bayan farmaya ho, us ko hadees qudsi kehte hain.</w:t>
      </w:r>
    </w:p>
    <w:p>
      <w:pPr>
        <w:jc w:val="right"/>
      </w:pPr>
      <w:r>
        <w:t>تو اسی طریقے سے حدیث قدسی۔ کئی بار آپ نے سنا ہوگا کہ یہ حدیث قدسی ہے۔ تو جس حدیث کو رسول اللہ صلی اللہ علیہ وسلم نے اللہ تعالی کی جانب منسوب کر کے بیان فرمایا ہو، اس کو حدیث قدسی کہتے ہیں۔</w:t>
      </w:r>
    </w:p>
    <w:p>
      <w:r>
        <w:rPr>
          <w:b/>
        </w:rPr>
        <w:t xml:space="preserve">[09:35] </w:t>
      </w:r>
      <w:r>
        <w:t>ab aik term hai marfoo. jis riwayat ka silsila rasool Allah sal Allah alaihi wasallam tak pounchta ho.</w:t>
      </w:r>
    </w:p>
    <w:p>
      <w:pPr>
        <w:jc w:val="right"/>
      </w:pPr>
      <w:r>
        <w:t>اب ایک ٹرم ہے مرفوع۔ جس روایت کا سلسلہ رسول اللہ صلی اللہ علیہ وسلم تک پہنچتا ہو۔</w:t>
      </w:r>
    </w:p>
    <w:p>
      <w:r>
        <w:rPr>
          <w:b/>
        </w:rPr>
        <w:t xml:space="preserve">[09:43] </w:t>
      </w:r>
      <w:r>
        <w:t>kyun ke kai riwayatein hain jin ka silsila sirf sahabi tak pounchta hai aur sirf tabai tak pounchta hai. to yeh marfoo jo riwayat hoti hai woh bohat ziyada reliable aur bohat ziyada authentic samjhi jati hai.</w:t>
      </w:r>
    </w:p>
    <w:p>
      <w:pPr>
        <w:jc w:val="right"/>
      </w:pPr>
      <w:r>
        <w:t>کیونکہ کئی روایتیں ہیں جن کا سلسلہ صرف صحابی تک پہنچتا ہے اور صرف تابعی تک پہنچتا ہے۔ تو یہ مرفوع جو روایت ہوتی ہے وہ بہت زیادہ ریلائیبل اور بہت زیادہ اتھینٹک سمجھی جاتی ہے۔</w:t>
      </w:r>
    </w:p>
    <w:p>
      <w:r>
        <w:rPr>
          <w:b/>
        </w:rPr>
        <w:t xml:space="preserve">[10:00] </w:t>
      </w:r>
      <w:r>
        <w:t>mauqoof ka lafz bola jata hai ke jis riwayat ka silsila sahabi par khatam hota ho. yani rasool Allah sal Allah alaihi wasallam tak is ki chain na pounchi ho.</w:t>
      </w:r>
    </w:p>
    <w:p>
      <w:pPr>
        <w:jc w:val="right"/>
      </w:pPr>
      <w:r>
        <w:t>موقوف کا لفظ بولا جاتا ہے کہ جس روایت کا سلسلہ صحابی پر ختم ہوتا ہو۔ یعنی رسول اللہ صلی اللہ علیہ وسلم تک اس کی چین نہ پہنچی ہو۔</w:t>
      </w:r>
    </w:p>
    <w:p>
      <w:r>
        <w:rPr>
          <w:b/>
        </w:rPr>
        <w:t xml:space="preserve">[10:14] </w:t>
      </w:r>
      <w:r>
        <w:t>mutawatir aik term hai ke woh hadees jis ke rawi har daur mein itni bari tadad mein hon ke un sab par jhoot ka, un un sab ka jhoot par mutafiq hona namumkin ho.</w:t>
      </w:r>
    </w:p>
    <w:p>
      <w:pPr>
        <w:jc w:val="right"/>
      </w:pPr>
      <w:r>
        <w:t>متواتر ایک ٹرم ہے کہ وہ حدیث جس کے راوی ہر دور میں اتنی بڑی تعداد میں ہوں کہ ان سب پر جھوٹ کا، ان ان سب کا جھوٹ پر متفق ہونا ناممکن ہو۔</w:t>
      </w:r>
    </w:p>
    <w:p>
      <w:r>
        <w:rPr>
          <w:b/>
        </w:rPr>
        <w:t xml:space="preserve">[10:31] </w:t>
      </w:r>
      <w:r>
        <w:t>mein jaise yahi hai: "inma al aamaalu binniyat". yeh bohat sare logon ne har daur mein is ki riwayat ki hai.</w:t>
      </w:r>
    </w:p>
    <w:p>
      <w:pPr>
        <w:jc w:val="right"/>
      </w:pPr>
      <w:r>
        <w:t>میں جیسے یہی ہے: "إنما الأعمال بالنيات"۔ یہ بہت سارے لوگوں نے ہر دور میں اس کی روایت کی ہے۔</w:t>
      </w:r>
    </w:p>
    <w:p>
      <w:r>
        <w:rPr>
          <w:b/>
        </w:rPr>
        <w:t xml:space="preserve">[10:39] </w:t>
      </w:r>
      <w:r>
        <w:t>to yeh bilkul hi most authentic hadees mani jati hai.</w:t>
      </w:r>
    </w:p>
    <w:p>
      <w:pPr>
        <w:jc w:val="right"/>
      </w:pPr>
      <w:r>
        <w:t>تو یہ بالکل ہی موسٹ اتھینٹک حدیث مانی جاتی ہے۔</w:t>
      </w:r>
    </w:p>
    <w:p>
      <w:r>
        <w:rPr>
          <w:b/>
        </w:rPr>
        <w:t xml:space="preserve">[10:46] </w:t>
      </w:r>
      <w:r>
        <w:t>mashhoor woh hadees hoti hai jis ke rawi kisi bhi daur mein teen se kam na hon. to bohat sari hain, do tawatur ki wajah se hum ne thori si liya hai.</w:t>
      </w:r>
    </w:p>
    <w:p>
      <w:pPr>
        <w:jc w:val="right"/>
      </w:pPr>
      <w:r>
        <w:t>مشہور وہ حدیث ہوتی ہے جس کے راوی کسی بھی دور میں تین سے کم نہ ہوں۔ تو بہت ساری ہیں، دو توالت کی وجہ سے ہم نے تھوڑی سی لیا ہے۔</w:t>
      </w:r>
    </w:p>
    <w:p>
      <w:r>
        <w:rPr>
          <w:b/>
        </w:rPr>
        <w:t xml:space="preserve">[10:59] </w:t>
      </w:r>
      <w:r>
        <w:t>yeh aap kitabon mein yeh sari terms jo hain aap ko mil jayengi. haan, kitaab bhi mashhoor, kai urdu zaban mein bhi, english mein bhi aa chuki</w:t>
      </w:r>
    </w:p>
    <w:p>
      <w:pPr>
        <w:jc w:val="right"/>
      </w:pPr>
      <w:r>
        <w:t>یہ آپ کتابوں میں یہ ساری ٹرمز جو ہیں آپ کو مل جائیں گی۔ ہاں، کتاب بھی مشہور، کئی اردو زبان میں بھی، انگلش میں بھی آ چکی</w:t>
      </w:r>
    </w:p>
    <w:p>
      <w:r>
        <w:rPr>
          <w:b/>
        </w:rPr>
        <w:t xml:space="preserve">[11:08] </w:t>
      </w:r>
      <w:r>
        <w:t>hain. jaise aik mashhoor kitaab jo urdu zaban mein hai: "ilm o isthilahat ul hadees" ke naam se aayi hui hai. yahan par mein aap aik cheez add karna chahunga jo aap ne sanad kaha aur hadees qudsi.</w:t>
      </w:r>
    </w:p>
    <w:p>
      <w:pPr>
        <w:jc w:val="right"/>
      </w:pPr>
      <w:r>
        <w:t>ہیں۔ جیسے ایک مشہور کتاب جو اردو زبان میں ہے: "علم و اصطلاحات الحدیث" کے نام سے آئی ہوئی ہے۔ یہاں پر میں آپ ایک چیز ایڈ کرنا چاہوں گا جو آپ نے سند کہا اور حدیث قدسی۔</w:t>
      </w:r>
    </w:p>
    <w:p>
      <w:r>
        <w:rPr>
          <w:b/>
        </w:rPr>
        <w:t xml:space="preserve">[11:22] </w:t>
      </w:r>
      <w:r>
        <w:t>to aik hadees mein bayan karunga, is mein sanad bhi hai aur hadees qudsi hai yeh aur bohat hi pyari hadees hai.</w:t>
      </w:r>
    </w:p>
    <w:p>
      <w:pPr>
        <w:jc w:val="right"/>
      </w:pPr>
      <w:r>
        <w:t>تو ایک حدیث میں بیان کروں گا، اس میں سند بھی ہے اور حدیث قدسی ہے یہ اور بہت ہی پیاری حدیث ہے۔</w:t>
      </w:r>
    </w:p>
    <w:p>
      <w:r>
        <w:rPr>
          <w:b/>
        </w:rPr>
        <w:t xml:space="preserve">[11:30] </w:t>
      </w:r>
      <w:r>
        <w:t>is se wazahat ho jaye gi ke sanad kya hoti hai aur hadith qudsi kya hai aur matan</w:t>
      </w:r>
    </w:p>
    <w:p>
      <w:pPr>
        <w:jc w:val="right"/>
      </w:pPr>
      <w:r>
        <w:t>اس سے وضاحت ہو جائے گی کہ سند کیا ہوتی ہے اور حدیث قدسی کیا ہے اور متن</w:t>
      </w:r>
    </w:p>
    <w:p>
      <w:r>
        <w:rPr>
          <w:b/>
        </w:rPr>
        <w:t xml:space="preserve">[11:34] </w:t>
      </w:r>
      <w:r>
        <w:t>kya hai. yeh imam bukhari ki riwayat hai.</w:t>
      </w:r>
    </w:p>
    <w:p>
      <w:pPr>
        <w:jc w:val="right"/>
      </w:pPr>
      <w:r>
        <w:t>کیا ہے۔ یہ امام بخاری کی روایت ہے۔</w:t>
      </w:r>
    </w:p>
    <w:p>
      <w:r>
        <w:rPr>
          <w:b/>
        </w:rPr>
        <w:t xml:space="preserve">[11:37] </w:t>
      </w:r>
      <w:r>
        <w:t>is mein hai ke: hadasani muhammad ibn usman min karam, hadasna khalid ibn makhlad, hadasna sulaiman ibn bilal,</w:t>
      </w:r>
    </w:p>
    <w:p>
      <w:pPr>
        <w:jc w:val="right"/>
      </w:pPr>
      <w:r>
        <w:t>اس میں ہے کہ: حدثنی محمد ابن عثمان من کرام، حدثنا خالد ابن مخلد، حدثنا سلیمان ابن بلال،</w:t>
      </w:r>
    </w:p>
    <w:p>
      <w:r>
        <w:rPr>
          <w:b/>
        </w:rPr>
        <w:t xml:space="preserve">[11:46] </w:t>
      </w:r>
      <w:r>
        <w:t>hadasani sharaik ibn abdullah ibn abi namar an ata an abi huraira, qal: qal rasool Allah sal Allah o</w:t>
      </w:r>
    </w:p>
    <w:p>
      <w:pPr>
        <w:jc w:val="right"/>
      </w:pPr>
      <w:r>
        <w:t>حدثنی شریک ابن عبداللہ ابن ابی نمر عن عطا عن ابی ہریرہ، قال: قال رسول اللہ صلی اللہ</w:t>
      </w:r>
    </w:p>
    <w:p>
      <w:r>
        <w:rPr>
          <w:b/>
        </w:rPr>
        <w:t xml:space="preserve">[11:52] </w:t>
      </w:r>
      <w:r>
        <w:t>alaihi wasallam: "innalaha ta'ala qal: man adali wali faqad azantuhu bil harab, wa ma taqarraba ilay</w:t>
      </w:r>
    </w:p>
    <w:p>
      <w:pPr>
        <w:jc w:val="right"/>
      </w:pPr>
      <w:r>
        <w:t>علیہ وسلم: "إن الله تعالی قال: من عادلی ولی فقد اذنتہ بالحرب، وما تقرب الی</w:t>
      </w:r>
    </w:p>
    <w:p>
      <w:r>
        <w:rPr>
          <w:b/>
        </w:rPr>
        <w:t xml:space="preserve">[12:00] </w:t>
      </w:r>
      <w:r>
        <w:t>abdi bishay'in ahabb ilay mimma aftaratu alayh, wa ma yazaalu abdi yataqarrabu ilay bin nawafil hatta uhibbahu, faiza ahbabtuhu kuntu sam'ahu alladhi yasma'u bihi,</w:t>
      </w:r>
    </w:p>
    <w:p>
      <w:pPr>
        <w:jc w:val="right"/>
      </w:pPr>
      <w:r>
        <w:t>عبدی بشین احب الی مما افترضت علیہ، وما یزال عبدی یتقرب الی بالنوافل حتی احبہ، فاذا احببته کنت سمعه الذی یسمع بہ،</w:t>
      </w:r>
    </w:p>
    <w:p>
      <w:r>
        <w:rPr>
          <w:b/>
        </w:rPr>
        <w:t xml:space="preserve">[12:13] </w:t>
      </w:r>
      <w:r>
        <w:t>wa basarahu alladhi yubsiru bihi, wa yadihi allati yabtishu biha, wa rijlahu allati yamshi biha, wa in sa'alani la u'tinnahu wa lan ist'aadhani la u'eedhannahu".</w:t>
      </w:r>
    </w:p>
    <w:p>
      <w:pPr>
        <w:jc w:val="right"/>
      </w:pPr>
      <w:r>
        <w:t>وبصرہ الذی یبصر بہ، ویده الذی یبطش بہا، ورجلہ الذییمشی بہا، وان سعلنی لاعطینہ ولان استعاذنی لاعیذنه"۔</w:t>
      </w:r>
    </w:p>
    <w:p>
      <w:r>
        <w:rPr>
          <w:b/>
        </w:rPr>
        <w:t xml:space="preserve">[12:29] </w:t>
      </w:r>
      <w:r>
        <w:t>imam bukhari kehte hain: mujh se Muhammad bin Usman bin karama ne bayan kiya. yeh imam bukhari ke ustad hain.</w:t>
      </w:r>
    </w:p>
    <w:p>
      <w:pPr>
        <w:jc w:val="right"/>
      </w:pPr>
      <w:r>
        <w:t>امام بخاری کہتے ہیں: مجھ سے محمد بن عثمان بن کرامہ نے بیان کیا۔ یہ امام بخاری کے استاد ہیں۔</w:t>
      </w:r>
    </w:p>
    <w:p>
      <w:r>
        <w:rPr>
          <w:b/>
        </w:rPr>
        <w:t xml:space="preserve">[12:35] </w:t>
      </w:r>
      <w:r>
        <w:t>Usman bin karama kehte hain: mujh se Khalid bin Makhlad ne bayan kiya. Khalid bin Makhlad kehte hain: mujh se Sulaiman bin Bilal ne bayan kiya. Sulaiman bin Bilal kehte hain: mujh se Sharik bin Abdullah bin Abi Nimr ne bayan kiya.</w:t>
      </w:r>
    </w:p>
    <w:p>
      <w:pPr>
        <w:jc w:val="right"/>
      </w:pPr>
      <w:r>
        <w:t>عثمان بن کرامہ کہتے ہیں: مجھ سے خالد بن مخلد نے بیان کیا۔ خالد بن مخلد کہتے ہیں: مجھ سے سلیمان بن بلال نے بیان کیا۔ سلیمان بن بلال کہتے ہیں: مجھ سے شریک بن عبداللہ بن ابی نمر نے بیان کیا۔</w:t>
      </w:r>
    </w:p>
    <w:p>
      <w:r>
        <w:rPr>
          <w:b/>
        </w:rPr>
        <w:t xml:space="preserve">[12:48] </w:t>
      </w:r>
      <w:r>
        <w:t>woh kehte hain: Atta ne mujh se bayan kiya, tabai Atta, tabai aur Atta, tabai kehte hain: mujh se Abu Huraira ne bayan kiya.</w:t>
      </w:r>
    </w:p>
    <w:p>
      <w:pPr>
        <w:jc w:val="right"/>
      </w:pPr>
      <w:r>
        <w:t>وہ کہتے ہیں: عطا نے مجھ سے بیان کیا، تابعی عطا، تابعی اور عطا، تابعی کہتے ہیں: مجھ سے ابو ہریرہ نے بیان کیا۔</w:t>
      </w:r>
    </w:p>
    <w:p>
      <w:r>
        <w:rPr>
          <w:b/>
        </w:rPr>
        <w:t xml:space="preserve">[12:55] </w:t>
      </w:r>
      <w:r>
        <w:t>Abu Huraira kehte hain ke rasool Allah sal Allah alaihi wasallam ne mujh se bayan kiya. to yeh chain of narration hai ya sanad hai. ab chunke yeh hadees qudsi hai to agar yeh hadees qudsi nahi hoti to rasool Allah sal Allah alaihi wasallam ki baat direct aati.</w:t>
      </w:r>
    </w:p>
    <w:p>
      <w:pPr>
        <w:jc w:val="right"/>
      </w:pPr>
      <w:r>
        <w:t>ابو ہریرہ کہتے ہیں کہ رسول اللہ صلی اللہ علیہ وسلم نے مجھ سے بیان کیا۔ تو یہ چین آف نیریشن ہے یا سند ہے۔ اب چونکہ یہ حدیث قدسی ہے تو اگر یہ حدیث قدسی نہیں ہوتی تو رسول اللہ صلی اللہ علیہ وسلم کی بات ڈائریکٹ آتی۔</w:t>
      </w:r>
    </w:p>
    <w:p>
      <w:r>
        <w:rPr>
          <w:b/>
        </w:rPr>
        <w:t xml:space="preserve">[13:08] </w:t>
      </w:r>
      <w:r>
        <w:t>is ke yeh hadees qudsi hai is liye aage aata hai ke: "in Allah taala qala". Allah taala ne kaha.</w:t>
      </w:r>
    </w:p>
    <w:p>
      <w:pPr>
        <w:jc w:val="right"/>
      </w:pPr>
      <w:r>
        <w:t>اس کے یہ حدیث قدسی ہے اس لیے آگے آتا ہے کہ: "إن الله تعالی قال"۔ اللہ تعالی نے کہا۔</w:t>
      </w:r>
    </w:p>
    <w:p>
      <w:r>
        <w:rPr>
          <w:b/>
        </w:rPr>
        <w:t xml:space="preserve">[13:14] </w:t>
      </w:r>
      <w:r>
        <w:t>woh hadith kya hai ke jo mere dost se, wali se,</w:t>
      </w:r>
    </w:p>
    <w:p>
      <w:pPr>
        <w:jc w:val="right"/>
      </w:pPr>
      <w:r>
        <w:t>وہ حدیث کیا ہے کہ جو میرے دوست سے، ولی سے،</w:t>
      </w:r>
    </w:p>
    <w:p>
      <w:r>
        <w:rPr>
          <w:b/>
        </w:rPr>
        <w:t xml:space="preserve">[13:20] </w:t>
      </w:r>
      <w:r>
        <w:t>manfi soch mein mubtala hoga, mein us se jang ka ailaan karta hoon. aur koi banda is cheez ke zariye mere se qareeb hona chahe jo maine in par farz kiya hai to woh qareeb hota hai aur barabar qareeb hota rehta hai nawafil ke zariye se, yahan tak ke mein us ko pasand karta hoon.</w:t>
      </w:r>
    </w:p>
    <w:p>
      <w:pPr>
        <w:jc w:val="right"/>
      </w:pPr>
      <w:r>
        <w:t>منفی سوچ میں مبتلا ہوگا، میں اس سے جنگ کا اعلان کرتا ہوں۔ اور کوئی بندہ اس چیز کے ذریعے میرے سے قریب ہونا چاہے جو میں نے ان پر فرض کیا ہے تو وہ قریب ہوتا ہے اور برابر قریب ہوتا رہتا ہے نوافل کے ذریعے سے، یہاں تک کہ میں اس کو پسند کرتا ہوں۔</w:t>
      </w:r>
    </w:p>
    <w:p>
      <w:r>
        <w:rPr>
          <w:b/>
        </w:rPr>
        <w:t xml:space="preserve">[13:38] </w:t>
      </w:r>
      <w:r>
        <w:t>aur jab mein us ko pasand karta hoon to mein uska kaan ho jata hoon jis se woh sunta hai, aur uski aankh ho jata hoon jis se woh dekhta hai, aur uska hath ho jata hoon jis se woh pakadta hai, aur uska paon ho jata hoon jis se woh chalta hai.</w:t>
      </w:r>
    </w:p>
    <w:p>
      <w:pPr>
        <w:jc w:val="right"/>
      </w:pPr>
      <w:r>
        <w:t>اور جب میں اس کو پسند کرتا ہوں تو میں اس کا کان ہو جاتا ہوں جس سے وہ سنتا ہے، اور اس کی آنکھ ہو جاتا ہوں جس سے وہ دیکھتا ہے، اور اس کا ہاتھ ہو جاتا ہوں جس سے وہ پکڑتا ہے، اور اس کا پاؤں ہو جاتا ہوں جس سے وہ چلتا ہے۔</w:t>
      </w:r>
    </w:p>
    <w:p>
      <w:r>
        <w:rPr>
          <w:b/>
        </w:rPr>
        <w:t xml:space="preserve">[13:53] </w:t>
      </w:r>
      <w:r>
        <w:t>aur agar woh banda mujh se koi cheez mange to mein zaroor us ko doonga, aur agar mujh se panah chahe kisi cheez ke bare mein to mein us ko zaroor panah doonga.</w:t>
      </w:r>
    </w:p>
    <w:p>
      <w:pPr>
        <w:jc w:val="right"/>
      </w:pPr>
      <w:r>
        <w:t>اور اگر وہ بندہ مجھ سے کوئی چیز مانگے تو میں ضرور اس کو دوں گا، اور اگر مجھ سے پناہ چاہے کسی چیز کے بارے میں تو میں اس کو ضرور پناہ دوں گا۔</w:t>
      </w:r>
    </w:p>
    <w:p>
      <w:r>
        <w:rPr>
          <w:b/>
        </w:rPr>
        <w:t xml:space="preserve">[14:03] </w:t>
      </w:r>
      <w:r>
        <w:t>to yeh hadith bohat pyari hai samajhne ki hai, aur yeh hadith qudsi bhi hai, aur chain of narration bhi is mein hai. to apa, mein aage aap se ek sawal karunga, is ka talluq hadith ko jama karne ki ibtidai tareekh se hai.</w:t>
      </w:r>
    </w:p>
    <w:p>
      <w:pPr>
        <w:jc w:val="right"/>
      </w:pPr>
      <w:r>
        <w:t>تو یہ حدیث بہت پیاری ہے سمجھنے کی ہے، اور یہ حدیث قدسی بھی ہے، اور چین آف نیریشن بھی اس میں ہے۔ تو آپا، میں آگے آپ سے ایک سوال کروں گا، اس کا تعلق حدیث کو جمع کرنے کی ابتدائی تاریخ سے ہے۔</w:t>
      </w:r>
    </w:p>
    <w:p>
      <w:r>
        <w:rPr>
          <w:b/>
        </w:rPr>
        <w:t xml:space="preserve">[14:18] </w:t>
      </w:r>
      <w:r>
        <w:t>to is par aap hamein kuch bataein. yeh hadithein hamein teen zariye se pahunchi hain.</w:t>
      </w:r>
    </w:p>
    <w:p>
      <w:pPr>
        <w:jc w:val="right"/>
      </w:pPr>
      <w:r>
        <w:t>تو اس پر آپ ہمیں کچھ بتائیں۔ یہ حدیثیں ہمیں تین ذریعے سے پہنچی ہیں۔</w:t>
      </w:r>
    </w:p>
    <w:p>
      <w:r>
        <w:rPr>
          <w:b/>
        </w:rPr>
        <w:t xml:space="preserve">[14:26] </w:t>
      </w:r>
      <w:r>
        <w:t>sab se pehle to wohi hai ke sahaba rasool Allah sal Allah alayhi wasallam ki baaton ko sunte the aur us ko memorize kar lete the. kyunke arabon ka waise bhi pehle zamane mein bohat acha hafiza logon ka hota tha.</w:t>
      </w:r>
    </w:p>
    <w:p>
      <w:pPr>
        <w:jc w:val="right"/>
      </w:pPr>
      <w:r>
        <w:t>سب سے پہلے تو وہی ہے کہ صحابہ رسول اللہ صلی اللہ علیہ وسلم کی باتوں کو سنتے تھے اور اس کو میمرائز کر لیتے تھے۔ کیونکہ عربوں کا ویسے بھی پہلے زمانے میں بہت اچھا حافظہ لوگوں کا ہوتا تھا۔</w:t>
      </w:r>
    </w:p>
    <w:p>
      <w:r>
        <w:rPr>
          <w:b/>
        </w:rPr>
        <w:t xml:space="preserve">[14:42] </w:t>
      </w:r>
      <w:r>
        <w:t>arabon ka hafiza bohat acha tha. to un ko yaad ho jata tha.</w:t>
      </w:r>
    </w:p>
    <w:p>
      <w:pPr>
        <w:jc w:val="right"/>
      </w:pPr>
      <w:r>
        <w:t>عربوں کا حافظہ بہت اچھا تھا۔ تو ان کو یاد ہو جاتا تھا۔</w:t>
      </w:r>
    </w:p>
    <w:p>
      <w:r>
        <w:rPr>
          <w:b/>
        </w:rPr>
        <w:t xml:space="preserve">[14:48] </w:t>
      </w:r>
      <w:r>
        <w:t>dusra yeh ke woh itna zyada serious the is mamle mein ke kehte hain ke jab rasool Allah sal Allah alayhi wasallam mehfil mein hote aur woh baat cheet hoti to woh yaad kar lete.</w:t>
      </w:r>
    </w:p>
    <w:p>
      <w:pPr>
        <w:jc w:val="right"/>
      </w:pPr>
      <w:r>
        <w:t>دوسرا یہ کہ وہ اتنا زیادہ سیریس تھے اس معاملے میں کہ کہتے ہیں کہ جب رسول اللہ صلی اللہ علیہ وسلم محفل میں ہوتے اور وہ بات چیت ہوتی تو وہ یاد کر لیتے۔</w:t>
      </w:r>
    </w:p>
    <w:p>
      <w:r>
        <w:rPr>
          <w:b/>
        </w:rPr>
        <w:t xml:space="preserve">[15:01] </w:t>
      </w:r>
      <w:r>
        <w:t>is ke baad jab rasool Allah sal Allah alayhi wasallam masjid se chale jate to woh log baith kar sab ek doosre se dohrate aur ek doosre se isi par discussion karte.</w:t>
      </w:r>
    </w:p>
    <w:p>
      <w:pPr>
        <w:jc w:val="right"/>
      </w:pPr>
      <w:r>
        <w:t>اس کے بعد جب رسول اللہ صلی اللہ علیہ وسلم مسجد سے چلے جاتے تو وہ لوگ بیٹھ کر سب ایک دوسرے سے دہراتے اور ایک دوسرے سے اسی پر ڈسکشن کرتے۔</w:t>
      </w:r>
    </w:p>
    <w:p>
      <w:r>
        <w:rPr>
          <w:b/>
        </w:rPr>
        <w:t xml:space="preserve">[15:12] </w:t>
      </w:r>
      <w:r>
        <w:t>is tarike se un ko poora yaad ho jata tha.</w:t>
      </w:r>
    </w:p>
    <w:p>
      <w:pPr>
        <w:jc w:val="right"/>
      </w:pPr>
      <w:r>
        <w:t>اس طریقے سے ان کو پورا یاد ہو جاتا تھا۔</w:t>
      </w:r>
    </w:p>
    <w:p>
      <w:r>
        <w:rPr>
          <w:b/>
        </w:rPr>
        <w:t xml:space="preserve">[15:17] </w:t>
      </w:r>
      <w:r>
        <w:t>lekin is ke bawajood kuch log the jin ki memory bohat achi nahi thi to woh log likh bhi liya karte the. halanke ibtida mein rasool Allah sal Allah alayhi wasallam ne mana kiya likhne se kyunke quran utar raha tha aur woh bhi arabi mein tha aur hadithien bhi arabi mein thi</w:t>
      </w:r>
    </w:p>
    <w:p>
      <w:pPr>
        <w:jc w:val="right"/>
      </w:pPr>
      <w:r>
        <w:t>لیکن اس کے باوجود کچھ لوگ تھے جن کی میموری بہت اچھی نہیں تھی تو وہ لوگ لکھ بھی لیا کرتے تھے۔ حالانکہ ابتداء میں رسول اللہ صلی اللہ علیہ وسلم نے منع کیا لکھنے سے کیونکہ قرآن اتر رہا تھا اور وہ بھی عربی میں تھا اور حدیثیں بھی عربی میں تھ</w:t>
      </w:r>
    </w:p>
    <w:p>
      <w:r>
        <w:rPr>
          <w:b/>
        </w:rPr>
        <w:t xml:space="preserve">[15:35] </w:t>
      </w:r>
      <w:r>
        <w:t>hein. to ibtida mein mana kiya gaya tha lekin baad mein aap ne kaha ke likh lo. aur kuch log ibtida mein bhi aap se ijazat le kar likha karte the.</w:t>
      </w:r>
    </w:p>
    <w:p>
      <w:pPr>
        <w:jc w:val="right"/>
      </w:pPr>
      <w:r>
        <w:t>یں۔ تو ابتداء میں منع کیا گیا تھا لیکن بعد میں آپ نے کہا کہ لکھ لو۔ اور کچھ لوگ ابتداء میں بھی آپ سے اجازت لے کر لکھا کرتے تھے۔</w:t>
      </w:r>
    </w:p>
    <w:p>
      <w:r>
        <w:rPr>
          <w:b/>
        </w:rPr>
        <w:t xml:space="preserve">[15:47] </w:t>
      </w:r>
      <w:r>
        <w:t>to yeh ho gaya. to ek memorization tha aur writing thi. to writing ek to yeh log sahaba individually likha karte the aur doosre jo hai wohi zabani logon tak pahunchai jati thi.</w:t>
      </w:r>
    </w:p>
    <w:p>
      <w:pPr>
        <w:jc w:val="right"/>
      </w:pPr>
      <w:r>
        <w:t>تو یہ ہو گیا۔ تو ایک میمرائزیشن تھا اور رائٹنگ تھی۔ تو رائٹنگ ایک تو یہ لوگ صحابہ انڈیویجولی لکھا کرتے تھے اور دوسرے جو ہے وہی زبانی لوگوں تک پہنچائی جاتی تھی۔</w:t>
      </w:r>
    </w:p>
    <w:p>
      <w:r>
        <w:rPr>
          <w:b/>
        </w:rPr>
        <w:t xml:space="preserve">[16:06] </w:t>
      </w:r>
      <w:r>
        <w:t>kyunke woh yaad rehta tha jo bhi milta tha us se log batate the ke aaj hum ne yeh baat suni peghambar e islam se.</w:t>
      </w:r>
    </w:p>
    <w:p>
      <w:pPr>
        <w:jc w:val="right"/>
      </w:pPr>
      <w:r>
        <w:t>کیونکہ وہ یاد رہتا تھا جو بھی ملتا تھا اس سے لوگ بتاتے تھے کہ آج ہم نے یہ بات سنی پیغمبر اسلام سے۔</w:t>
      </w:r>
    </w:p>
    <w:p>
      <w:r>
        <w:rPr>
          <w:b/>
        </w:rPr>
        <w:t xml:space="preserve">[16:14] </w:t>
      </w:r>
      <w:r>
        <w:t>to yeh jo hai lekin memory mein zyada tha aur recording mein kam tha. kyunke zyada tar log us ko yaad kar liya karte the.</w:t>
      </w:r>
    </w:p>
    <w:p>
      <w:pPr>
        <w:jc w:val="right"/>
      </w:pPr>
      <w:r>
        <w:t>تو یہ جو ہے لیکن میموری میں زیادہ تھا اور ریکارڈنگ میں کم تھا۔ کیونکہ زیادہ تر لوگ اس کو یاد کر لیا کرتے تھے۔</w:t>
      </w:r>
    </w:p>
    <w:p>
      <w:r>
        <w:rPr>
          <w:b/>
        </w:rPr>
        <w:t xml:space="preserve">[16:23] </w:t>
      </w:r>
      <w:r>
        <w:t>to is daur ke collection ko, collection aur compilation baqayda taur par to baad mein hua hai lekin jo hua jis ki shuruat isi daur mein ho gayi thi to hum us ko char daur mein taqseem karenge.</w:t>
      </w:r>
    </w:p>
    <w:p>
      <w:pPr>
        <w:jc w:val="right"/>
      </w:pPr>
      <w:r>
        <w:t>تو اس دور کے کلیکشن کو، کلیکشن اور کمپائلیشن باقاعدہ طور پر تو بعد میں ہوا ہے لیکن جو ہوا جس کی شروعات اسی دور میں ہو گئی تھی تو ہم اس کو چار دور میں تقسیم کریں گے۔</w:t>
      </w:r>
    </w:p>
    <w:p>
      <w:r>
        <w:rPr>
          <w:b/>
        </w:rPr>
        <w:t xml:space="preserve">[16:41] </w:t>
      </w:r>
      <w:r>
        <w:t>to ek to rasool Allah sal Allah alayhi wasallam ka zamana, woh poori sadi hijri, pehli sadi hijri ke khatme tak. to is daur ke jo mashhoor hafizeen e hadith hain woh is mein se sab se zyada numayan hain, mashhoor hain Hazrat Abu Hurairah.</w:t>
      </w:r>
    </w:p>
    <w:p>
      <w:pPr>
        <w:jc w:val="right"/>
      </w:pPr>
      <w:r>
        <w:t>تو ایک تو رسول اللہ صلی اللہ علیہ وسلم کا زمانہ، وہ پوری صدی ہجری، پہلی صدی ہجری کے خاتمے تک۔ تو اس دور کے جو مشہور حافظین حدیث ہیں وہ اس میں سے سب سے زیادہ نمایاں ہیں، مشہور ہیں حضرت ابو ہریرہ۔</w:t>
      </w:r>
    </w:p>
    <w:p>
      <w:r>
        <w:rPr>
          <w:b/>
        </w:rPr>
        <w:t xml:space="preserve">[16:59] </w:t>
      </w:r>
      <w:r>
        <w:t>to Hazrat Abu Hurairah ki tadad jo unhone riwayat ki hai woh panch hazar se zyada hai, 5374. kyunke Hazrat Abu Hurairah ashab e suffa mein se hain,</w:t>
      </w:r>
    </w:p>
    <w:p>
      <w:pPr>
        <w:jc w:val="right"/>
      </w:pPr>
      <w:r>
        <w:t>تو حضرت ابو ہریرہ کی تعداد جو انہوں نے روایت کی ہے وہ پانچ ہزار سے زیادہ ہے، 5374۔ کیونکہ حضرت ابو ہریرہ اصحاب صفہ میں سے ہیں،</w:t>
      </w:r>
    </w:p>
    <w:p>
      <w:r>
        <w:rPr>
          <w:b/>
        </w:rPr>
        <w:t xml:space="preserve">[17:11] </w:t>
      </w:r>
      <w:r>
        <w:t>woh har waqt wohin par masjid nabwi mein hi rehte the. to har waqt woh hadithon ko yaad karte rehte the. kyunke un ka bhi hafiza, un ka bhi hafiza jo hai pehle acha nahi tha.</w:t>
      </w:r>
    </w:p>
    <w:p>
      <w:pPr>
        <w:jc w:val="right"/>
      </w:pPr>
      <w:r>
        <w:t>وہ ہر وقت وہیں پر مسجد نبوی میں ہی رہتے تھے۔ تو ہر وقت وہ حدیثوں کو یاد کرتے رہتے تھے۔ کیونکہ ان کا بھی حافظہ، ان کا بھی حافظہ جو ہے پہلے اچھا نہیں تھا۔</w:t>
      </w:r>
    </w:p>
    <w:p>
      <w:r>
        <w:rPr>
          <w:b/>
        </w:rPr>
        <w:t xml:space="preserve">[17:25] </w:t>
      </w:r>
      <w:r>
        <w:t>unhone rasool Allah sal Allah alayhi wasallam se dua karwai.</w:t>
      </w:r>
    </w:p>
    <w:p>
      <w:pPr>
        <w:jc w:val="right"/>
      </w:pPr>
      <w:r>
        <w:t>انہوں نے رسول اللہ صلی اللہ علیہ وسلم سے دعا کروائی۔</w:t>
      </w:r>
    </w:p>
    <w:p>
      <w:r>
        <w:rPr>
          <w:b/>
        </w:rPr>
        <w:t xml:space="preserve">[17:29] </w:t>
      </w:r>
      <w:r>
        <w:t>is ke baad un ka hafiza bohat acha ho gaya aur phir bohat baqayda taur par unhone apne aap ko, jinko jis ko kehte hain one man one mission, to full time unhone apne aap ko isi kaam ke liye dedicate kar diya.</w:t>
      </w:r>
    </w:p>
    <w:p>
      <w:pPr>
        <w:jc w:val="right"/>
      </w:pPr>
      <w:r>
        <w:t>اس کے بعد ان کا حافظہ بہت اچھا ہو گیا اور پھر بہت باقاعدہ طور پر انہوں نے اپنے آپ کو، جن کو جس کو کہتے ہیں ون مین ون مشن، تو فل ٹائم انہوں نے اپنے آپ کو اسی کام کے لیے ڈیڈیکیٹ کر دیا۔</w:t>
      </w:r>
    </w:p>
    <w:p>
      <w:r>
        <w:rPr>
          <w:b/>
        </w:rPr>
        <w:t xml:space="preserve">[17:44] </w:t>
      </w:r>
      <w:r>
        <w:t>to doosre log jin jin ko ek hazar se zyada hadithien yaad thi woh hain Abdullah Ibn Abbas, Hazrat Aisha, Hazrat Abdullah Ibn Umar, Hazrat Jabir Ibn Abdullah, Hazrat Anas Ibn Malik, Hazrat Abu Saeed Kh</w:t>
      </w:r>
    </w:p>
    <w:p>
      <w:pPr>
        <w:jc w:val="right"/>
      </w:pPr>
      <w:r>
        <w:t>تو دوسرے لوگ جن جن کو ایک ہزار سے زیادہ حدیثیں یاد تھیں وہ ہیں عبداللہ ابن عباس، حضرت عائشہ، حضرت عبداللہ ابن عمر، حضرت جابر ابن عبداللہ، حضرت انس ابن مالک، حضرت ابو سعید خ</w:t>
      </w:r>
    </w:p>
    <w:p>
      <w:r>
        <w:rPr>
          <w:b/>
        </w:rPr>
        <w:t xml:space="preserve">[18:00] </w:t>
      </w:r>
      <w:r>
        <w:t>udri. bohat sare, sabhi log yaad kiya karte the. matlab yeh woh log hain prominent logon mein se jinhone ek hazar se zyada hadithien yaad ki hui thi.</w:t>
      </w:r>
    </w:p>
    <w:p>
      <w:pPr>
        <w:jc w:val="right"/>
      </w:pPr>
      <w:r>
        <w:t>دری۔ بہت سارے، سبھی لوگ یاد کیا کرتے تھے۔ مطلب یہ وہ لوگ ہیں پرامیننٹ لوگوں میں سے جنہوں نے ایک ہزار سے زیادہ حدیثیں یاد کی ہوئی تھیں۔</w:t>
      </w:r>
    </w:p>
    <w:p>
      <w:r>
        <w:rPr>
          <w:b/>
        </w:rPr>
        <w:t xml:space="preserve">[18:10] </w:t>
      </w:r>
      <w:r>
        <w:t>ab documents jo hain jin ko صحیfa kehte hain, kai documents the is zamane mein bhi. kyunke bohat sare log kehte hain ke hadithien jo hain bohat baad mein mehfooz hui hain, is liye un ki koi reliability, authenticity nahi hai.</w:t>
      </w:r>
    </w:p>
    <w:p>
      <w:pPr>
        <w:jc w:val="right"/>
      </w:pPr>
      <w:r>
        <w:t>اب ڈاکومنٹس جو ہیں جن کو صحیفہ کہتے ہیں، کئی ڈاکومنٹس تھے اس زمانے میں بھی۔ کیونکہ بہت سارے لوگ کہتے ہیں کہ حدیثیں جو ہیں بہت بعد میں محفوظ ہوئی ہیں، اس لیے ان کی کوئی ریلائیبلٹی، اتھینٹیسٹی نہیں ہے۔</w:t>
      </w:r>
    </w:p>
    <w:p>
      <w:r>
        <w:rPr>
          <w:b/>
        </w:rPr>
        <w:t xml:space="preserve">[18:23] </w:t>
      </w:r>
      <w:r>
        <w:t>ai</w:t>
      </w:r>
    </w:p>
    <w:p>
      <w:pPr>
        <w:jc w:val="right"/>
      </w:pPr>
      <w:r>
        <w:t>ای</w:t>
      </w:r>
    </w:p>
    <w:p>
      <w:r>
        <w:rPr>
          <w:b/>
        </w:rPr>
        <w:t xml:space="preserve">[18:24] </w:t>
      </w:r>
      <w:r>
        <w:t>sa nahi hai. balkay jis tareeqay say quran log memorize kartay thay, usi tareeqay say hadith ko memorize kiya jata tha. aur bohat saray log is ko likhtay bhi thay.</w:t>
      </w:r>
    </w:p>
    <w:p>
      <w:pPr>
        <w:jc w:val="right"/>
      </w:pPr>
      <w:r>
        <w:t>سا نہیں ہے۔ بلکہ جس طریقے سے قرآن لوگ میمرائز کرتے تھے، اسی طریقے سے حدیث کو میمرائز کیا جاتا تھا۔ اور بہت سارے لوگ اس کو لکھتے بھی تھے۔</w:t>
      </w:r>
    </w:p>
    <w:p>
      <w:r>
        <w:rPr>
          <w:b/>
        </w:rPr>
        <w:t xml:space="preserve">[18:34] </w:t>
      </w:r>
      <w:r>
        <w:t>to yeh jo hain kuch documents milay hain, kai kai jaghon par museum waghera mein, aik berlin museum mein bhi document mila hai.</w:t>
      </w:r>
    </w:p>
    <w:p>
      <w:pPr>
        <w:jc w:val="right"/>
      </w:pPr>
      <w:r>
        <w:t>تو یہ جو ہیں کچھ ڈاکومنٹس ملے ہیں، کئی کئی جگہوں پر میوزیم وغیرہ میں، ایک برلن میوزیم میں بھی ڈاکومنٹ ملا ہے۔</w:t>
      </w:r>
    </w:p>
    <w:p>
      <w:r>
        <w:rPr>
          <w:b/>
        </w:rPr>
        <w:t xml:space="preserve">[18:46] </w:t>
      </w:r>
      <w:r>
        <w:t>to is tareeqay say yeh documents mehfooz</w:t>
      </w:r>
    </w:p>
    <w:p>
      <w:pPr>
        <w:jc w:val="right"/>
      </w:pPr>
      <w:r>
        <w:t>تو اس طریقے سے یہ ڈاکومنٹس محفوظ</w:t>
      </w:r>
    </w:p>
    <w:p>
      <w:r>
        <w:rPr>
          <w:b/>
        </w:rPr>
        <w:t xml:space="preserve">[18:50] </w:t>
      </w:r>
      <w:r>
        <w:t>thay. baad mein yeh saray documents jo hain woh musnad ahmad aur doosray collections ka part ban gay. misaal kay tor par sahiifa sadqa, is ko hazrat abdullah ibn umar ibn al-aas nay tayyar kiya tha aur unhon nay rasool allah salallaho alaihi wasallam say ijazat lay kay is ko tehreer kiya tha.</w:t>
      </w:r>
    </w:p>
    <w:p>
      <w:pPr>
        <w:jc w:val="right"/>
      </w:pPr>
      <w:r>
        <w:t>تھے۔ بعد میں یہ سارے ڈاکومنٹس جو ہیں وہ مسند احمد اور دوسرے کلیکشنز کا پارٹ بن گئے۔ مثال کے طور پر صحیفہ صادقہ، اس کو حضرت عبداللہ ابن عمر ابن العاص نے تیار کیا تھا اور انہوں نے رسول اللہ صلی اللہ علیہ وسلم سے اجازت لے کے اس کو تحریر کیا تھا۔</w:t>
      </w:r>
    </w:p>
    <w:p>
      <w:r>
        <w:rPr>
          <w:b/>
        </w:rPr>
        <w:t xml:space="preserve">[19:11] </w:t>
      </w:r>
      <w:r>
        <w:t>ab yeh musnad ahmad ka hissa hai.</w:t>
      </w:r>
    </w:p>
    <w:p>
      <w:pPr>
        <w:jc w:val="right"/>
      </w:pPr>
      <w:r>
        <w:t>اب یہ مسند احمد کا حصہ ہے۔</w:t>
      </w:r>
    </w:p>
    <w:p>
      <w:r>
        <w:rPr>
          <w:b/>
        </w:rPr>
        <w:t xml:space="preserve">[19:14] </w:t>
      </w:r>
      <w:r>
        <w:t>asal mein is waqt jo hai, matlab yeh sahaba log bohat hi ziyada kay bohat ziyada care kartay thay kay kahin aik lafz bhi idhar udhar kuch ghlt sanad na ho jaye, kuch is mein kuch mil na jaye.</w:t>
      </w:r>
    </w:p>
    <w:p>
      <w:pPr>
        <w:jc w:val="right"/>
      </w:pPr>
      <w:r>
        <w:t>اصل میں اس وقت جو ہے، مطلب یہ صحابہ لوگ بہت ہی زیادہ کے بہت زیادہ کیئر کرتے تھے کہ کہیں ایک لفظ بھی ادھر ادھر کچھ غلط سند نہ ہو جائے، کچھ اس میں کچھ مل نہ جائے۔</w:t>
      </w:r>
    </w:p>
    <w:p>
      <w:r>
        <w:rPr>
          <w:b/>
        </w:rPr>
        <w:t xml:space="preserve">[19:32] </w:t>
      </w:r>
      <w:r>
        <w:t>kyun kay log aik doosray say communicate kar rahay hain to transfer karnay mein kuch na kuch ghlti na ho jaye. to</w:t>
      </w:r>
    </w:p>
    <w:p>
      <w:pPr>
        <w:jc w:val="right"/>
      </w:pPr>
      <w:r>
        <w:t>کیونکہ لوگ ایک دوسرے سے کمیونیکیٹ کر رہے ہیں تو ٹرانسفر کرنے میں کچھ نہ کچھ غلطی نہ ہو جائے۔ تو</w:t>
      </w:r>
    </w:p>
    <w:p>
      <w:r>
        <w:rPr>
          <w:b/>
        </w:rPr>
        <w:t xml:space="preserve">[19:39] </w:t>
      </w:r>
      <w:r>
        <w:t>is liye bohat ziyada is ki hifazat kartay thay kay is mein koi ghlti na ho. aur khud rasool allah salallaho alaihi wasallam teen bar baton ko dohratay aur us kay baad logon say suntay thay kay tum nay kya kya samjha aur kya yaad kiya hai.</w:t>
      </w:r>
    </w:p>
    <w:p>
      <w:pPr>
        <w:jc w:val="right"/>
      </w:pPr>
      <w:r>
        <w:t>اس لیے بہت زیادہ اس کی حفاظت کرتے تھے کہ اس میں کوئی غلطی نہ ہو۔ اور خود رسول اللہ صلی اللہ علیہ وسلم تین بار باتوں کو دہراتے اور اس کے بعد لوگوں سے سنتے تھے کہ تم نے کیا کیا سمجھا اور کیا یاد کیا ہے۔</w:t>
      </w:r>
    </w:p>
    <w:p>
      <w:r>
        <w:rPr>
          <w:b/>
        </w:rPr>
        <w:t xml:space="preserve">[19:57] </w:t>
      </w:r>
      <w:r>
        <w:t>to is tareeqay say cheezain jo hain bohat ziyada is mein mehfooz ho gayeen.</w:t>
      </w:r>
    </w:p>
    <w:p>
      <w:pPr>
        <w:jc w:val="right"/>
      </w:pPr>
      <w:r>
        <w:t>تو اس طریقے سے چیزیں جو ہیں بہت زیادہ اس میں محفوظ ہو گئیں۔</w:t>
      </w:r>
    </w:p>
    <w:p>
      <w:r>
        <w:rPr>
          <w:b/>
        </w:rPr>
        <w:t xml:space="preserve">[20:04] </w:t>
      </w:r>
      <w:r>
        <w:t>to aik sahiifa hai, sahiifa tha, sahiifa sahiha. to yeh martaba tha hamam ibn munbeh ka.</w:t>
      </w:r>
    </w:p>
    <w:p>
      <w:pPr>
        <w:jc w:val="right"/>
      </w:pPr>
      <w:r>
        <w:t>تو ایک صحیفہ ہے، صحیفہ تھا، صحیفہ صحیحہ۔ تو یہ مرتبہ تھا حمام ابن منبے کا۔</w:t>
      </w:r>
    </w:p>
    <w:p>
      <w:r>
        <w:rPr>
          <w:b/>
        </w:rPr>
        <w:t xml:space="preserve">[20:13] </w:t>
      </w:r>
      <w:r>
        <w:t>unhon nay martaba kiya tha, is ko tayyar kiya tha. yeh abu huraira kay shagird thay. yeh bhi sahiifa jo hai imam musnad ahmad ka hissa ho gaya hai.</w:t>
      </w:r>
    </w:p>
    <w:p>
      <w:pPr>
        <w:jc w:val="right"/>
      </w:pPr>
      <w:r>
        <w:t>انہوں نے مرتب کیا تھا، اس کو تیار کیا تھا۔ یہ ابو ہریرہ کے شاگرد تھے۔ یہ بھی صحیفہ جو ہے امام مسند احمد کا حصہ ہو گیا ہے۔</w:t>
      </w:r>
    </w:p>
    <w:p>
      <w:r>
        <w:rPr>
          <w:b/>
        </w:rPr>
        <w:t xml:space="preserve">[20:25] </w:t>
      </w:r>
      <w:r>
        <w:t>to is mein abu huraira nay jo riwayat ki, us ko is mein qalam band kiya gaya hai.</w:t>
      </w:r>
    </w:p>
    <w:p>
      <w:pPr>
        <w:jc w:val="right"/>
      </w:pPr>
      <w:r>
        <w:t>تو اس میں ابو ہریرہ نے جو روایت کی، اس کو اس میں قلم بند کیا گیا ہے۔</w:t>
      </w:r>
    </w:p>
    <w:p>
      <w:r>
        <w:rPr>
          <w:b/>
        </w:rPr>
        <w:t xml:space="preserve">[20:30] </w:t>
      </w:r>
      <w:r>
        <w:t>hazrat ali bhi likhtay thay, kai cheezain unhon nay, hazrat ali nay bhi likhi hain. halankay un ka hafiza bhi acha tha lekin kuch ahkam wali jo hadithain hoti theen, us ko khaas tor par likh liya kartay thay.</w:t>
      </w:r>
    </w:p>
    <w:p>
      <w:pPr>
        <w:jc w:val="right"/>
      </w:pPr>
      <w:r>
        <w:t>حضرت علی بھی لکھتے تھے، کئی چیزیں انہوں نے، حضرت علی نے بھی لکھی ہیں۔ حالانکہ ان کا حافظہ بھی اچھا تھا لیکن کچھ احکام والی جو حدیثیں ہوتی تھیں، اس کو خاص طور پر لوگ لکھ لیا کرتے تھے۔</w:t>
      </w:r>
    </w:p>
    <w:p>
      <w:r>
        <w:rPr>
          <w:b/>
        </w:rPr>
        <w:t xml:space="preserve">[20:44] </w:t>
      </w:r>
      <w:r>
        <w:t>aur rasool allah salallaho alaihi wasallam nay jo khutba diya tha fath-e-makkah kay moqay par, us ko aap nay khud qalam band karwaya tha. to sahiifa hazrat jabir, jo khutba hijjat al-wida par unhon nay likha tha, poora poora ka poora is mein unhon nay record kiya tha, woh bhi maujood hai.</w:t>
      </w:r>
    </w:p>
    <w:p>
      <w:pPr>
        <w:jc w:val="right"/>
      </w:pPr>
      <w:r>
        <w:t>اور رسول اللہ صلی اللہ علیہ وسلم نے جو خطبہ دیا تھا فتح مکہ کے موقع پر، اس کو آپ نے خود قلم بند کروایا تھا۔ تو صحیفہ حضرت جابر، جو خطبہ حجۃ الوداع پر انہوں نے لکھا تھا، پورا پورا کا پورا اس میں انہوں نے ریکارڈ کیا تھا، وہ بھی موجود ہے۔</w:t>
      </w:r>
    </w:p>
    <w:p>
      <w:r>
        <w:rPr>
          <w:b/>
        </w:rPr>
        <w:t xml:space="preserve">[21:06] </w:t>
      </w:r>
      <w:r>
        <w:t>aur hazrat aisha ki jo riwayat theen, woh un kay shagird urwah ibn zubair nay tehreer keen.</w:t>
      </w:r>
    </w:p>
    <w:p>
      <w:pPr>
        <w:jc w:val="right"/>
      </w:pPr>
      <w:r>
        <w:t>اور حضرت عائشہ کی جو روایات تھیں، وہ ان کے شاگرد عروہ ابن زبیر نے تحریر کیں۔</w:t>
      </w:r>
    </w:p>
    <w:p>
      <w:r>
        <w:rPr>
          <w:b/>
        </w:rPr>
        <w:t xml:space="preserve">[21:14] </w:t>
      </w:r>
      <w:r>
        <w:t>to yeh jo hain ziyada tar to woh memory kay zariye say aik doosray tak pohanchta tha. lekin kuch cheezain jo hain sahiifa ki shakal mein maujood theen.</w:t>
      </w:r>
    </w:p>
    <w:p>
      <w:pPr>
        <w:jc w:val="right"/>
      </w:pPr>
      <w:r>
        <w:t>تو یہ جو ہیں زیادہ تر تو وہ میموری کے ذریعے سے ایک دوسرے تک پہنچتا تھا۔ لیکن کچھ چیزیں جو ہیں صحیفے کی شکل میں موجود تھیں۔</w:t>
      </w:r>
    </w:p>
    <w:p>
      <w:r>
        <w:rPr>
          <w:b/>
        </w:rPr>
        <w:t xml:space="preserve">[21:24] </w:t>
      </w:r>
      <w:r>
        <w:t>taqreeban kehtay hain 15, 20 sahiifay thay jo baad mein jo motay collection banay doosray daur mein, woh us ka part ban gay.</w:t>
      </w:r>
    </w:p>
    <w:p>
      <w:pPr>
        <w:jc w:val="right"/>
      </w:pPr>
      <w:r>
        <w:t>تقریباً کہتے ہیں 15، 20 صحیفے تھے جو بعد میں جو موٹے کلیکشن بنے دوسرے دور میں، وہ اس کا پارٹ بن گئے۔</w:t>
      </w:r>
    </w:p>
    <w:p>
      <w:r>
        <w:rPr>
          <w:b/>
        </w:rPr>
        <w:t xml:space="preserve">[21:35] </w:t>
      </w:r>
      <w:r>
        <w:t>to pehlay daur mein tehreer kam thi aur memory mein oral transmission ziyada tha.</w:t>
      </w:r>
    </w:p>
    <w:p>
      <w:pPr>
        <w:jc w:val="right"/>
      </w:pPr>
      <w:r>
        <w:t>تو پہلے دور میں تحریر کم تھی اور میموری میں وورل ٹرانسمیشن زیادہ تھا۔</w:t>
      </w:r>
    </w:p>
    <w:p>
      <w:r>
        <w:rPr>
          <w:b/>
        </w:rPr>
        <w:t xml:space="preserve">[21:42] </w:t>
      </w:r>
      <w:r>
        <w:t>to is tareeqay say bohat sari cheezain jo record huain. aur doosri cheezain theen jo prophet kay letters.</w:t>
      </w:r>
    </w:p>
    <w:p>
      <w:pPr>
        <w:jc w:val="right"/>
      </w:pPr>
      <w:r>
        <w:t>تو اس طریقے سے بہت ساری چیزیں جو ریکارڈ ہوئیں۔ اور دوسری چیزیں تھیں جو پرافٹ کے لیٹرز۔</w:t>
      </w:r>
    </w:p>
    <w:p>
      <w:r>
        <w:rPr>
          <w:b/>
        </w:rPr>
        <w:t xml:space="preserve">[21:52] </w:t>
      </w:r>
      <w:r>
        <w:t>prophet nay sulah hudaybiyah kay baad aur fath-e-makkah kay baad letters bohat saray likhay. aur tamam sardaron ko aur badshahon ko yeh letters bhijay gay</w:t>
      </w:r>
    </w:p>
    <w:p>
      <w:pPr>
        <w:jc w:val="right"/>
      </w:pPr>
      <w:r>
        <w:t>پرافٹ نے صلح حدیبیہ کے بعد اور فتح مکہ کے بعد لیٹرز بہت سارے لکھے۔ اور تمام سرداروں کو اور بادشاہوں کو یہ لیٹرز بھیجے گ</w:t>
      </w:r>
    </w:p>
    <w:p>
      <w:r>
        <w:rPr>
          <w:b/>
        </w:rPr>
        <w:t xml:space="preserve">[22:05] </w:t>
      </w:r>
      <w:r>
        <w:t>ay. to woh letters bhi kai is mein bohat saray mehfooz hain. aur prophet kay jo ahkam hotay thay, official letters hotay thay jo aamaal ko, jo governors waghera ko, jo aamil hotay thay, un ko aap bhijtay thay ahkamat ko.</w:t>
      </w:r>
    </w:p>
    <w:p>
      <w:pPr>
        <w:jc w:val="right"/>
      </w:pPr>
      <w:r>
        <w:t>ئے۔ تو وہ لیٹرز بھی کئی اس میں بہت سارے محفوظ ہیں۔ اور پرافٹ کے جو احکام ہوتے تھے، افیشل لیٹرز ہوتے تھے جو عمال کو، جو گورنرز وغیرہ کو، جو عامل ہوتے تھے، ان کو آپ بھیجتے تھے احکامات کو۔</w:t>
      </w:r>
    </w:p>
    <w:p>
      <w:r>
        <w:rPr>
          <w:b/>
        </w:rPr>
        <w:t xml:space="preserve">[22:21] </w:t>
      </w:r>
      <w:r>
        <w:t>to woh bhi mehfooz hain. aur da'wah letters jo hain thay, kings ko bhijay gay thay, woh bhi mehfooz hain. kyun kay islam, dekhiye aap, doosray peghamabaron ki batain mehfooz nahi ho sakeen.</w:t>
      </w:r>
    </w:p>
    <w:p>
      <w:pPr>
        <w:jc w:val="right"/>
      </w:pPr>
      <w:r>
        <w:t>تو وہ بھی محفوظ ہیں۔ اور دعویٰ لیٹرز جو ہیں تھے، کنگز کو بھیجے گئے تھے، وہ بھی محفوظ ہیں۔ کیونکہ اسلام، دیکھیے آپ، دوسرے پیغمبروں کی باتیں محفوظ نہیں ہو سکیں۔</w:t>
      </w:r>
    </w:p>
    <w:p>
      <w:r>
        <w:rPr>
          <w:b/>
        </w:rPr>
        <w:t xml:space="preserve">[22:35] </w:t>
      </w:r>
      <w:r>
        <w:t>kyun kay jo hukoomat bani, bohat hi strong hukoomat, aur islam, musalmanon nay sari dunya mein jo aik empire qaim ki, us ki wajah say woh aik bohat hi zabardast support ban gaya islam kay.</w:t>
      </w:r>
    </w:p>
    <w:p>
      <w:pPr>
        <w:jc w:val="right"/>
      </w:pPr>
      <w:r>
        <w:t>کیونکہ جو حکومت بنی، بہت ہی سٹرانگ حکومت، اور اسلام، مسلمانوں نے ساری دنیا میں جو ایک ایمپائر قائم کی، اس کی وجہ سے وہ ایک بہت ہی زبردست سپورٹ بن گیا اسلام کے۔</w:t>
      </w:r>
    </w:p>
    <w:p>
      <w:r>
        <w:rPr>
          <w:b/>
        </w:rPr>
        <w:t xml:space="preserve">[22:51] </w:t>
      </w:r>
      <w:r>
        <w:t>islam kay liye</w:t>
      </w:r>
    </w:p>
    <w:p>
      <w:pPr>
        <w:jc w:val="right"/>
      </w:pPr>
      <w:r>
        <w:t>اسلام کے لیے</w:t>
      </w:r>
    </w:p>
    <w:p>
      <w:r>
        <w:rPr>
          <w:b/>
        </w:rPr>
        <w:t xml:space="preserve">[22:53] </w:t>
      </w:r>
      <w:r>
        <w:t>is wajah se har cheez Islam ki mehfooz ho gai. ab agar woh hukoomat qaim, us waqt hukoomat bohat zaroori thi. kyunke agar hukoomat qaim na hoti to Quran ki hifazat mein bhi mushkil hoti aur Hadees ki hifazat mein bhi mushkil ho jati.</w:t>
      </w:r>
    </w:p>
    <w:p>
      <w:pPr>
        <w:jc w:val="right"/>
      </w:pPr>
      <w:r>
        <w:t>اس وجہ سے ہر چیز اسلام کی محفوظ ہو گئی۔ اب اگر وہ حکومت قائم، اس وقت حکومت بہت ضروری تھی۔ کیونکہ اگر حکومت قائم نہ ہوتی تو قرآن کی حفاظت میں بھی مشکل ہوتی اور حدیث کی حفاظت میں بھی مشکل ہو جاتی۔</w:t>
      </w:r>
    </w:p>
    <w:p>
      <w:r>
        <w:rPr>
          <w:b/>
        </w:rPr>
        <w:t xml:space="preserve">[23:08] </w:t>
      </w:r>
      <w:r>
        <w:t>kyunke bohat sare aise kaam hote hain jo hukoomati satah par karna parta hai. to yeh jaise Hazrat Abu Bakr ne Quran ko mehfooz karwaya, woh ek jild ki shakal mein banwaya.</w:t>
      </w:r>
    </w:p>
    <w:p>
      <w:pPr>
        <w:jc w:val="right"/>
      </w:pPr>
      <w:r>
        <w:t>کیونکہ بہت سارے ایسے کام ہوتے ہیں جو حکومتی سطح پر کرنا پڑتا ہے۔ تو یہ جیسے حضرت ابوبکر نے قرآن کو محفوظ کروایا، وہ ایک جلد کی شکل میں بنوایا۔</w:t>
      </w:r>
    </w:p>
    <w:p>
      <w:r>
        <w:rPr>
          <w:b/>
        </w:rPr>
        <w:t xml:space="preserve">[23:20] </w:t>
      </w:r>
      <w:r>
        <w:t>isko</w:t>
      </w:r>
    </w:p>
    <w:p>
      <w:pPr>
        <w:jc w:val="right"/>
      </w:pPr>
      <w:r>
        <w:t>اس کو</w:t>
      </w:r>
    </w:p>
    <w:p>
      <w:r>
        <w:rPr>
          <w:b/>
        </w:rPr>
        <w:t xml:space="preserve">[23:21] </w:t>
      </w:r>
      <w:r>
        <w:t>isi tareeqe se Hazrat Umar bin Abdul Aziz, jin ko panchwan Khalifa Rashid kaha jata hai, unhon ne ahkam diye Hadees ko jama karne ke.</w:t>
      </w:r>
    </w:p>
    <w:p>
      <w:pPr>
        <w:jc w:val="right"/>
      </w:pPr>
      <w:r>
        <w:t>اسی طریقے سے حضرت عمر ابن عبدالعزیز، جن کو پانچواں خلیفہ راشد کہا جاتا ہے، انہوں نے احکام دیے حدیث کو جمع کرنے کے۔</w:t>
      </w:r>
    </w:p>
    <w:p>
      <w:r>
        <w:rPr>
          <w:b/>
        </w:rPr>
        <w:t xml:space="preserve">[23:30] </w:t>
      </w:r>
      <w:r>
        <w:t>to is tareeqe se Hadeesen jo hain jama huien. aur is mein baad mein kuch zaeef Hadeesen waghera mila di gayi theen.</w:t>
      </w:r>
    </w:p>
    <w:p>
      <w:pPr>
        <w:jc w:val="right"/>
      </w:pPr>
      <w:r>
        <w:t>تو اس طریقے سے حدیثیں جو ہیں جمع ہوئیں۔ اور اس میں بعد میں کچھ ضعیف حدیثیں وغیرہ ملا دی گئی تھیں۔</w:t>
      </w:r>
    </w:p>
    <w:p>
      <w:r>
        <w:rPr>
          <w:b/>
        </w:rPr>
        <w:t xml:space="preserve">[23:40] </w:t>
      </w:r>
      <w:r>
        <w:t>lekin is ke upar bohat zyada kaam hua aur is ko, is ko chanta gaya. aur sahi Hadeesen aur zaeef Hadeeson ko alag kiya gaya hai.</w:t>
      </w:r>
    </w:p>
    <w:p>
      <w:pPr>
        <w:jc w:val="right"/>
      </w:pPr>
      <w:r>
        <w:t>لیکن اس کے اوپر بہت زیادہ کام ہوا اور اس کو، اس کو چھانٹا گیا۔ اور صحیح حدیثیں اور ضعیف حدیثوں کو الگ کیا گیا ہے۔</w:t>
      </w:r>
    </w:p>
    <w:p>
      <w:r>
        <w:rPr>
          <w:b/>
        </w:rPr>
        <w:t xml:space="preserve">[23:51] </w:t>
      </w:r>
      <w:r>
        <w:t>aur bohat sari poori poori zindagi logon ne is mein apni laga di is kaam mein.</w:t>
      </w:r>
    </w:p>
    <w:p>
      <w:pPr>
        <w:jc w:val="right"/>
      </w:pPr>
      <w:r>
        <w:t>اور بہت ساری پوری پوری زندگی لوگوں نے اس میں اپنی لگا دی اس کام میں۔</w:t>
      </w:r>
    </w:p>
    <w:p>
      <w:r>
        <w:rPr>
          <w:b/>
        </w:rPr>
        <w:t xml:space="preserve">[23:56] </w:t>
      </w:r>
      <w:r>
        <w:t>to is tareeqe se hamare paas bohat hi reliable, jaise Mishkat al-Masabih hai, Riyadh al-Saliheen hai, bohat hi reliable hamare paas collections hain.</w:t>
      </w:r>
    </w:p>
    <w:p>
      <w:pPr>
        <w:jc w:val="right"/>
      </w:pPr>
      <w:r>
        <w:t>تو اس طریقے سے ہمارے پاس بہت ہی ریلائیبل، جیسے مشکات المصابیح ہے، ریاض الصالحین ہے، بہت ہی ریلائیبل ہمارے پاس کلیکشنز ہیں۔</w:t>
      </w:r>
    </w:p>
    <w:p>
      <w:r>
        <w:rPr>
          <w:b/>
        </w:rPr>
        <w:t xml:space="preserve">[24:08] </w:t>
      </w:r>
      <w:r>
        <w:t>aur jis par bohat zyada kaam kar ke is mein se tamam jo zaeef Hadeesen, Imam Bukhari ne sari zindagi kaam kiya, to zaeef Hadeesen is ko alag kar di gayi hain, chhanat kar ke.</w:t>
      </w:r>
    </w:p>
    <w:p>
      <w:pPr>
        <w:jc w:val="right"/>
      </w:pPr>
      <w:r>
        <w:t>اور جس پر بہت زیادہ کام کر کے اس میں سے تمام جو ضعیف حدیثیں، امام بخاری نے ساری زندگی کام کیا، تو ضعیف حدیثیں اس کو الگ کر دی گئی ہیں، چھانٹ کر کے۔</w:t>
      </w:r>
    </w:p>
    <w:p>
      <w:r>
        <w:rPr>
          <w:b/>
        </w:rPr>
        <w:t xml:space="preserve">[24:20] </w:t>
      </w:r>
      <w:r>
        <w:t>ek baat jo mujhe lagti hai yahan par bayan karni achhi munasib hogi ke aap ne jo zikr kiya, woh muqassireen Sahaba un ko kehte hain, jaise Hazrat Aisha, Abu Hurairah, Abdullah bin Umar waghera.</w:t>
      </w:r>
    </w:p>
    <w:p>
      <w:pPr>
        <w:jc w:val="right"/>
      </w:pPr>
      <w:r>
        <w:t>ایک بات جو مجھے لگتی ہے یہاں پر بیان کرنی اچھی مناسب ہوگی کہ آپ نے جو ذکر کیا، وہ مقصرین صحابہ ان کو کہتے ہیں، جیسے حضرت عائشہ، ابو ہریرہ، عبداللہ بن عمر وغیرہ۔</w:t>
      </w:r>
    </w:p>
    <w:p>
      <w:r>
        <w:rPr>
          <w:b/>
        </w:rPr>
        <w:t xml:space="preserve">[24:37] </w:t>
      </w:r>
      <w:r>
        <w:t>is mein jo hai Abdullah bin Umar bin al-Aas ko zikr nahi kiya jata jinhon ne Sahifa Sadiqah likha tha. halanke Abu Hurairah kehte hain ke mujh se zyada unhon ne Hadees likhi thi.</w:t>
      </w:r>
    </w:p>
    <w:p>
      <w:pPr>
        <w:jc w:val="right"/>
      </w:pPr>
      <w:r>
        <w:t>اس میں جو ہے عبداللہ بن عمر بن العاص کو ذکر نہیں کیا جاتا جنہوں نے صحیفہ صادقہ لکھا تھا۔ حالانکہ ابو ہریرہ کہتے ہیں کہ مجھ سے زیادہ انہوں نے حدیث لکھی تھی۔</w:t>
      </w:r>
    </w:p>
    <w:p>
      <w:r>
        <w:rPr>
          <w:b/>
        </w:rPr>
        <w:t xml:space="preserve">[24:48] </w:t>
      </w:r>
      <w:r>
        <w:t>is ke bawajood un ko zikr nahi kiya jata. kyunke is zamane mein jo aadmi memory jis ki kamzor ho, us ko itni ahmiyat nahi dete. is zamane ka rujhan tha.</w:t>
      </w:r>
    </w:p>
    <w:p>
      <w:pPr>
        <w:jc w:val="right"/>
      </w:pPr>
      <w:r>
        <w:t>اس کے باوجود ان کو ذکر نہیں کیا جاتا۔ کیونکہ اس زمانے میں جو آدمی میموری جس کی کمزور ہو، اس کو اتنی اہمیت نہیں دیتے۔ اس زمانے کا رجحان تھا۔</w:t>
      </w:r>
    </w:p>
    <w:p>
      <w:r>
        <w:rPr>
          <w:b/>
        </w:rPr>
        <w:t xml:space="preserve">[24:56] </w:t>
      </w:r>
      <w:r>
        <w:t>is wajah se un ko zikr nahi kiya jata. aur talab Hadees ke liye jo log jate the, us ko baqayda is par kitabein likhi gayeen jo aap ne zikr kiya, Imam Bukhari waghera ka.</w:t>
      </w:r>
    </w:p>
    <w:p>
      <w:pPr>
        <w:jc w:val="right"/>
      </w:pPr>
      <w:r>
        <w:t>اس وجہ سے ان کو ذکر نہیں کیا جاتا۔ اور طلب حدیث کے لیے جو لوگ جاتے تھے، اس کو باقاعدہ اس پر کتابیں لکھی گئیں جو آپ نے ذکر کیا، امام بخاری وغیرہ کا۔</w:t>
      </w:r>
    </w:p>
    <w:p>
      <w:r>
        <w:rPr>
          <w:b/>
        </w:rPr>
        <w:t xml:space="preserve">[25:07] </w:t>
      </w:r>
      <w:r>
        <w:t>to ke kaise woh poori poori zindagi lagate the. Khatib Baghdadi ki ek kitab bhi is par hai, al-Rihla fi Talab al-Hadees</w:t>
      </w:r>
    </w:p>
    <w:p>
      <w:pPr>
        <w:jc w:val="right"/>
      </w:pPr>
      <w:r>
        <w:t>تو کہ کیسے وہ پوری پوری زندگی لگاتے تھے۔ خطیب بغدادی کی ایک کتاب بھی اس پر ہے، الرحلہ فی طلب الحدی</w:t>
      </w:r>
    </w:p>
    <w:p>
      <w:r>
        <w:rPr>
          <w:b/>
        </w:rPr>
        <w:t xml:space="preserve">[25:16] </w:t>
      </w:r>
      <w:r>
        <w:t>is mein dekha ja sakta hai aur doosri kitabon mein. to ab main aap se agla sawal karunga ke tadween Hadees ka doosra daur kya hai?</w:t>
      </w:r>
    </w:p>
    <w:p>
      <w:pPr>
        <w:jc w:val="right"/>
      </w:pPr>
      <w:r>
        <w:t>ث، اس میں دیکھا جا سکتا ہے اور دوسری کتابوں میں۔ تو اب میں آپ سے اگلا سوال کروں گا کہ تدوین حدیث کا دوسرا دور کیا ہے؟</w:t>
      </w:r>
    </w:p>
    <w:p>
      <w:r>
        <w:rPr>
          <w:b/>
        </w:rPr>
        <w:t xml:space="preserve">[25:25] </w:t>
      </w:r>
      <w:r>
        <w:t>is par kuch batayen.</w:t>
      </w:r>
    </w:p>
    <w:p>
      <w:pPr>
        <w:jc w:val="right"/>
      </w:pPr>
      <w:r>
        <w:t>اس پر کچھ بتائیں۔</w:t>
      </w:r>
    </w:p>
    <w:p>
      <w:r>
        <w:rPr>
          <w:b/>
        </w:rPr>
        <w:t xml:space="preserve">[25:30] </w:t>
      </w:r>
      <w:r>
        <w:t>doosra daur jo hai, doosri sadi Hijri ke taqreeban pachas saal tak phaila hua hai.</w:t>
      </w:r>
    </w:p>
    <w:p>
      <w:pPr>
        <w:jc w:val="right"/>
      </w:pPr>
      <w:r>
        <w:t>دوسرا دور جو ہے، دوسری صدی ہجری کے تقریباً پچاس سال تک پھیلا ہوا ہے۔</w:t>
      </w:r>
    </w:p>
    <w:p>
      <w:r>
        <w:rPr>
          <w:b/>
        </w:rPr>
        <w:t xml:space="preserve">[25:39] </w:t>
      </w:r>
      <w:r>
        <w:t>ab jo hai Tabi'een ki ek bohat badi jamaat tayyar ho gayi thi. aur Tabi'een ko bohat zyada josh tha. kyunke unhon ne Rasool Allah sal Allah alaihi wasallam ko dekha nahi tha.</w:t>
      </w:r>
    </w:p>
    <w:p>
      <w:pPr>
        <w:jc w:val="right"/>
      </w:pPr>
      <w:r>
        <w:t>اب جو ہے تابعین کی ایک بہت بڑی جماعت تیار ہو گئی تھی۔ اور تابعین کو بہت زیادہ جوش تھا۔ کیونکہ انہوں نے رسول اللہ صلی اللہ علیہ وسلم کو دیکھا نہیں تھا۔</w:t>
      </w:r>
    </w:p>
    <w:p>
      <w:r>
        <w:rPr>
          <w:b/>
        </w:rPr>
        <w:t xml:space="preserve">[25:49] </w:t>
      </w:r>
      <w:r>
        <w:t>to woh bohat zyada chahte the ke aap ke, aap ki baton ko woh janen aur us ko mehfooz karen. to isi liye un ke zamane mein bohat zyada kaam hua.</w:t>
      </w:r>
    </w:p>
    <w:p>
      <w:pPr>
        <w:jc w:val="right"/>
      </w:pPr>
      <w:r>
        <w:t>تو وہ بہت زیادہ چاہتے تھے کہ آپ کے، آپ کی باتوں کو وہ جانیں اور اس کو محفوظ کریں۔ تو اسی لیے ان کے زمانے میں بہت زیادہ کام ہوا۔</w:t>
      </w:r>
    </w:p>
    <w:p>
      <w:r>
        <w:rPr>
          <w:b/>
        </w:rPr>
        <w:t xml:space="preserve">[26:03] </w:t>
      </w:r>
      <w:r>
        <w:t>kaam to shuru hua tha Sahaba ke zamane mein lekin Tabi'een ke zamane mein bohat zyada kaam hua</w:t>
      </w:r>
    </w:p>
    <w:p>
      <w:pPr>
        <w:jc w:val="right"/>
      </w:pPr>
      <w:r>
        <w:t>کام تو شروع ہوا تھا صحابہ کے زمانے میں لیکن تابعین کے زمانے میں بہت زیادہ کام ہوا</w:t>
      </w:r>
    </w:p>
    <w:p>
      <w:r>
        <w:rPr>
          <w:b/>
        </w:rPr>
        <w:t xml:space="preserve">[26:08] </w:t>
      </w:r>
      <w:r>
        <w:t>. to waise bhi new Muslims ke andar bohat zyada jazba hota hai. to yeh log kya karte the ke Sahaba, dekhiye, Makkah Madinah mein bohat kam Sahaba the.</w:t>
      </w:r>
    </w:p>
    <w:p>
      <w:pPr>
        <w:jc w:val="right"/>
      </w:pPr>
      <w:r>
        <w:t>۔ تو ویسے بھی نو مسلمز کے اندر بہت زیادہ جذبہ ہوتا ہے۔ تو یہ لوگ کیا کرتے تھے کہ صحابہ، دیکھیے، مکہ مدینہ میں بہت کم صحابہ تھے۔</w:t>
      </w:r>
    </w:p>
    <w:p>
      <w:r>
        <w:rPr>
          <w:b/>
        </w:rPr>
        <w:t xml:space="preserve">[26:19] </w:t>
      </w:r>
      <w:r>
        <w:t>to yeh log doosre doosre maqamat par chale gaye the. Rasool Allah sal Allah alaihi wasallam ne kaha tha ke mere paigham ko har jagah phaila do, tamam bandon tak phaila do.</w:t>
      </w:r>
    </w:p>
    <w:p>
      <w:pPr>
        <w:jc w:val="right"/>
      </w:pPr>
      <w:r>
        <w:t>تو یہ لوگ سب چلے گئے تھے۔ رسول اللہ صلی اللہ علیہ وسلم نے کہا تھا کہ میرے پیغام کو ہر جگہ پھیلا دو، تمام بندوں تک پھیلا دو۔</w:t>
      </w:r>
    </w:p>
    <w:p>
      <w:r>
        <w:rPr>
          <w:b/>
        </w:rPr>
        <w:t xml:space="preserve">[26:28] </w:t>
      </w:r>
      <w:r>
        <w:t>to woh log doosre doosre maqamat par chale gaye the. to ab is zamane mein is tarah ke idare to hote nahi</w:t>
      </w:r>
    </w:p>
    <w:p>
      <w:pPr>
        <w:jc w:val="right"/>
      </w:pPr>
      <w:r>
        <w:t>تو وہ لوگ دوسرے دوسرے مقامات پر چلے گئے تھے۔ تو اب اس زمانے میں اس طرح کے ادارے تو ہوتے نہیں</w:t>
      </w:r>
    </w:p>
    <w:p>
      <w:r>
        <w:rPr>
          <w:b/>
        </w:rPr>
        <w:t xml:space="preserve">[26:36] </w:t>
      </w:r>
      <w:r>
        <w:t>the. log apne gharon mein, masjidon mein dars diya karte the. to yeh log jahan jante ke kisi Sahabi ke paas koi Sahabi dars de raha hai ya kisi Sahabi ke paas Rasool Allah sal Allah alaihi wasallam ki Hadeesen hain, to woh safar kar ke wahan jaya karte the.</w:t>
      </w:r>
    </w:p>
    <w:p>
      <w:pPr>
        <w:jc w:val="right"/>
      </w:pPr>
      <w:r>
        <w:t>تھے۔ لوگ اپنے گھروں میں، مسجدوں میں درس دیا کرتے تھے۔ تو یہ لوگ جہاں جانتے کہ کسی صحابی کے پاس کوئی صحابی درس دے رہا ہے یا کسی صحابی کے پاس رسول اللہ صلی اللہ علیہ وسلم کی حدیثیں ہیں، تو وہ سفر کر کے وہاں جایا کرتے تھے۔</w:t>
      </w:r>
    </w:p>
    <w:p>
      <w:r>
        <w:rPr>
          <w:b/>
        </w:rPr>
        <w:t xml:space="preserve">[26:53] </w:t>
      </w:r>
      <w:r>
        <w:t>to wahan par woh ilm hasil karte aur us ko jama bhi karte.</w:t>
      </w:r>
    </w:p>
    <w:p>
      <w:pPr>
        <w:jc w:val="right"/>
      </w:pPr>
      <w:r>
        <w:t>تو وہاں پر وہ علم حاصل کرتے اور اس کو جمع بھی کرتے۔</w:t>
      </w:r>
    </w:p>
    <w:p>
      <w:r>
        <w:rPr>
          <w:b/>
        </w:rPr>
        <w:t xml:space="preserve">[26:59] </w:t>
      </w:r>
      <w:r>
        <w:t>kyunke is daur mein compilation to baad mein hua hai lekin is daur mein collection par sara zor tha. kyunke mukhtalif sahaba mukhtalif jaghon par chale gaye the.</w:t>
      </w:r>
    </w:p>
    <w:p>
      <w:pPr>
        <w:jc w:val="right"/>
      </w:pPr>
      <w:r>
        <w:t>کیونکہ اس دور میں کمپائلیشن تو بعد میں ہوا ہے لیکن اس دور میں کلیکشن پر سارا زور تھا۔ کیونکہ مختلف صحابہ مختلف جگہوں پر چلے گئے تھے۔</w:t>
      </w:r>
    </w:p>
    <w:p>
      <w:r>
        <w:rPr>
          <w:b/>
        </w:rPr>
        <w:t xml:space="preserve">[27:10] </w:t>
      </w:r>
      <w:r>
        <w:t>ab</w:t>
      </w:r>
    </w:p>
    <w:p>
      <w:pPr>
        <w:jc w:val="right"/>
      </w:pPr>
      <w:r>
        <w:t>اب</w:t>
      </w:r>
    </w:p>
    <w:p>
      <w:r>
        <w:rPr>
          <w:b/>
        </w:rPr>
        <w:t xml:space="preserve">[27:11] </w:t>
      </w:r>
      <w:r>
        <w:t>is tarike se agar us waqt bohat hi important woh time tha ke agar us waqt unhon ne collection par itna zor na diya hota to sahaba ek waqt mein khatam ho gaye hote aur woh jo hain hadithain jo hain collect na ho paatin.</w:t>
      </w:r>
    </w:p>
    <w:p>
      <w:pPr>
        <w:jc w:val="right"/>
      </w:pPr>
      <w:r>
        <w:t>اس طریقے سے اگر اس وقت بہت ہی امپورٹنٹ وہ ٹائم تھا کہ اگر اس وقت انہوں نے کلیکشن پر اتنا زور نہ دیا ہوتا تو صحابہ ایک وقت میں ختم ہوگئے ہوتے اور وہ جو ہیں حدیثیں جو ہیں کلیکٹ نہ ہو پاتیں۔</w:t>
      </w:r>
    </w:p>
    <w:p>
      <w:r>
        <w:rPr>
          <w:b/>
        </w:rPr>
        <w:t xml:space="preserve">[27:27] </w:t>
      </w:r>
      <w:r>
        <w:t>to unhon ne jahan bhi un ko pata chalta tha, door door maqamat par safar kar ke jate aur sahaba se hadithain hasil karte. to aur abhi yeh zamana woh tha jab Umar bin Abdul Aziz khalifa ho gaye the.</w:t>
      </w:r>
    </w:p>
    <w:p>
      <w:pPr>
        <w:jc w:val="right"/>
      </w:pPr>
      <w:r>
        <w:t>تو انہوں نے جہاں بھی ان کو پتہ چلتا تھا، دور دور مقامات پر سفر کر کے جاتے اور صحابہ سے حدیثیں حاصل کرتے۔ تو اور ابھی یہ زمانہ وہ تھا جب عمر ابن عبدالعزیز خلیفہ ہو گئے تھے۔</w:t>
      </w:r>
    </w:p>
    <w:p>
      <w:r>
        <w:rPr>
          <w:b/>
        </w:rPr>
        <w:t xml:space="preserve">[27:44] </w:t>
      </w:r>
      <w:r>
        <w:t>to unhon ne Madine ke governor Abu Bakr Muhammad bin Hazm ahadith ka, un ko ahadith ka zakhira jama karne ki hidayat bheji</w:t>
      </w:r>
    </w:p>
    <w:p>
      <w:pPr>
        <w:jc w:val="right"/>
      </w:pPr>
      <w:r>
        <w:t>تو انہوں نے مدینے کے گورنر ابوبکر محمد ابن حضم احادیث کا، ان کو احادیث کا ذخیرہ جمع کرنے کی ہدایت بھیجی</w:t>
      </w:r>
    </w:p>
    <w:p>
      <w:r>
        <w:rPr>
          <w:b/>
        </w:rPr>
        <w:t xml:space="preserve">[27:54] </w:t>
      </w:r>
      <w:r>
        <w:t>. to isi tarike se khali unhi ko nahi, baqi doosre governors ko bhi hidayat bheji. aur unhon ne is tarike se hukoomati satah par poori koshish ki ke hadithain jo hain jama ho jayen.</w:t>
      </w:r>
    </w:p>
    <w:p>
      <w:pPr>
        <w:jc w:val="right"/>
      </w:pPr>
      <w:r>
        <w:t>۔ تو اسی طریقے سے خالی انہی کو نہیں، باقی دوسرے گورنرز کو بھی ہدایت بھیجی۔ اور انہوں نے اس طریقے سے حکومتی سطح پر پوری کوشش کی کہ حدیثیں جو ہیں جمع ہو جائیں۔</w:t>
      </w:r>
    </w:p>
    <w:p>
      <w:r>
        <w:rPr>
          <w:b/>
        </w:rPr>
        <w:t xml:space="preserve">[28:08] </w:t>
      </w:r>
      <w:r>
        <w:t>bilkul jaise Hazrat Abu Bakr ke zamane mein Quran ko jama kiya gaya tha. Quran matlab jama tha, us ko check kiya gaya tha jis ko hum double checking system kehte hain.</w:t>
      </w:r>
    </w:p>
    <w:p>
      <w:pPr>
        <w:jc w:val="right"/>
      </w:pPr>
      <w:r>
        <w:t>بالکل جیسے حضرت ابوبکر کے زمانے میں قرآن کو جمع کیا گیا تھا۔ قرآن مطلب جمع تھا، اس کو چیک کیا گیا تھا جس کو ہم ڈبل چیکنگ سسٹم کہتے ہیں۔</w:t>
      </w:r>
    </w:p>
    <w:p>
      <w:r>
        <w:rPr>
          <w:b/>
        </w:rPr>
        <w:t xml:space="preserve">[28:19] </w:t>
      </w:r>
      <w:r>
        <w:t>check kar ke ek mujallad shakal mein us ko bana diya gaya tha.</w:t>
      </w:r>
    </w:p>
    <w:p>
      <w:pPr>
        <w:jc w:val="right"/>
      </w:pPr>
      <w:r>
        <w:t>چیک کر کے ایک مجلد شکل میں اس کو بنا دیا گیا تھا۔</w:t>
      </w:r>
    </w:p>
    <w:p>
      <w:r>
        <w:rPr>
          <w:b/>
        </w:rPr>
        <w:t xml:space="preserve">[28:23] </w:t>
      </w:r>
      <w:r>
        <w:t>to isi tarike se Khalifa Umar bin Abdul Aziz ke zamane mein hukoomati satah par hadith ko jama karne ki koshish ki gayi. to is mein ek bohat mashhoor tabi the Muhammad bin Shihab al-Zuhri.</w:t>
      </w:r>
    </w:p>
    <w:p>
      <w:pPr>
        <w:jc w:val="right"/>
      </w:pPr>
      <w:r>
        <w:t>تو اسی طریقے سے خلیفہ عمر ابن عبدالعزیز کے زمانے میں حکومتی سطح پر حدیث کو جمع کرنے کی کوشش کی گئی۔ تو اس میں ایک بہت مشہور تابعی تھے محمد ابن شہاب الظہری۔</w:t>
      </w:r>
    </w:p>
    <w:p>
      <w:r>
        <w:rPr>
          <w:b/>
        </w:rPr>
        <w:t xml:space="preserve">[28:36] </w:t>
      </w:r>
      <w:r>
        <w:t>to unhon ne khas taur par unhi ko balkeh incharge banaya gaya tha ke jo log bhi hadithain jama kar rahe hain, woh un ke under mein kaam karen.</w:t>
      </w:r>
    </w:p>
    <w:p>
      <w:pPr>
        <w:jc w:val="right"/>
      </w:pPr>
      <w:r>
        <w:t>تو انہوں نے خاص طور پر انہی کو بلکہ انچارج بنایا گیا تھا کہ جو لوگ بھی حدیثیں جمع کر رہے ہیں، وہ ان کے انڈر میں کام کریں۔</w:t>
      </w:r>
    </w:p>
    <w:p>
      <w:r>
        <w:rPr>
          <w:b/>
        </w:rPr>
        <w:t xml:space="preserve">[28:47] </w:t>
      </w:r>
      <w:r>
        <w:t>to is tarike se is daur mein bohat sare majmooe murattab hue. is mein jo ek bohat mashhoor majmooa hai, woh Imam Malik ki Muwatta hai.</w:t>
      </w:r>
    </w:p>
    <w:p>
      <w:pPr>
        <w:jc w:val="right"/>
      </w:pPr>
      <w:r>
        <w:t>تو اس طریقے سے اس دور میں بہت سارے مجموعے مرتب ہوئے۔ اس میں جو ایک بہت مشہور مجموعہ ہے، وہ امام مالک کی معطہ ہے۔</w:t>
      </w:r>
    </w:p>
    <w:p>
      <w:r>
        <w:rPr>
          <w:b/>
        </w:rPr>
        <w:t xml:space="preserve">[28:56] </w:t>
      </w:r>
      <w:r>
        <w:t>to yeh tha zamana 130 se 141 Hijri ka zamana hai. to is daur mein ahadith, sahaba ke aqwal, tabieen ke fatwon ko ek hi majmooe mein murattab kar diya jata</w:t>
      </w:r>
    </w:p>
    <w:p>
      <w:pPr>
        <w:jc w:val="right"/>
      </w:pPr>
      <w:r>
        <w:t>تو یہ تھا زمانہ 130 سے 141 ہجری کا زمانہ ہے۔ تو اس دور میں احادیث، صحابہ کے اقوال، تابعین کے فتووں کو ایک ہی مجموعے میں مرتب کر دیا جاتا</w:t>
      </w:r>
    </w:p>
    <w:p>
      <w:r>
        <w:rPr>
          <w:b/>
        </w:rPr>
        <w:t xml:space="preserve">[29:12] </w:t>
      </w:r>
      <w:r>
        <w:t>tha. kyunke jahan jo mil jata tha, jo baat, woh unhi sahabi ke naam se woh jama kar dete the. lekin bata dete the ke yeh kis ka qaul hai, yeh kis ka fatwa hai.</w:t>
      </w:r>
    </w:p>
    <w:p>
      <w:pPr>
        <w:jc w:val="right"/>
      </w:pPr>
      <w:r>
        <w:t>تھا۔ کیونکہ جہاں جو مل جاتا تھا، جو بات، وہ انہی صحابی کے نام سے وہ جمع کر دیتے تھے۔ لیکن بتا دیتے تھے کہ یہ کس کا قول ہے، یہ کس کا فتویٰ ہے۔</w:t>
      </w:r>
    </w:p>
    <w:p>
      <w:r>
        <w:rPr>
          <w:b/>
        </w:rPr>
        <w:t xml:space="preserve">[29:25] </w:t>
      </w:r>
      <w:r>
        <w:t>to yeh sab bataya karte the. baad mein sab cheezain jo hain alag alag ki gayeen. to yeh is ka ab doosre daur mein yeh cheezain jo hain sab alag alag ki gayeen.</w:t>
      </w:r>
    </w:p>
    <w:p>
      <w:pPr>
        <w:jc w:val="right"/>
      </w:pPr>
      <w:r>
        <w:t>تو یہ سب بتایا کرتے تھے۔ بعد میں سب چیزیں جو ہیں الگ الگ کی گئیں۔ تو یہ اس کا اب دوسرے دور میں یہ چیزیں جو ہیں سب الگ الگ کی گئیں۔</w:t>
      </w:r>
    </w:p>
    <w:p>
      <w:r>
        <w:rPr>
          <w:b/>
        </w:rPr>
        <w:t xml:space="preserve">[29:36] </w:t>
      </w:r>
      <w:r>
        <w:t>hadith alag kiye gaye aur sahaba aur tabieen ke aqwal ko alag kiya gaya.</w:t>
      </w:r>
    </w:p>
    <w:p>
      <w:pPr>
        <w:jc w:val="right"/>
      </w:pPr>
      <w:r>
        <w:t>حدیث الگ کیے گئے اور صحابہ اور تابعین کے اقوال کو الگ کیا گیا۔</w:t>
      </w:r>
    </w:p>
    <w:p>
      <w:r>
        <w:rPr>
          <w:b/>
        </w:rPr>
        <w:t xml:space="preserve">[29:42] </w:t>
      </w:r>
      <w:r>
        <w:t>yeh tadween-e-hadith ka doosra daur jo hai, is par mujhe do riwayatain aati hain, woh main zikr karunga yahan par. is se un ki dilchaspi ka andaza hoga.</w:t>
      </w:r>
    </w:p>
    <w:p>
      <w:pPr>
        <w:jc w:val="right"/>
      </w:pPr>
      <w:r>
        <w:t>یہ تدوین حدیث کا دوسرا دور جو ہے، اس پر مجھے دو روایتیں آتی ہیں، وہ میں ذکر کروں گا یہاں پر۔ اس سے ان کی دلچسپی کا اندازہ ہوگا۔</w:t>
      </w:r>
    </w:p>
    <w:p>
      <w:r>
        <w:rPr>
          <w:b/>
        </w:rPr>
        <w:t xml:space="preserve">[29:53] </w:t>
      </w:r>
      <w:r>
        <w:t>Katheer bin Qais ek tabi, woh kehte hain ke hum Abu Dardah, ashab-e-Rasool ke sath Damishq ki Jame Masjid mein baithe hue the ke ek aadmi aaya, us ne kaha: "Ae Abu Dardah!</w:t>
      </w:r>
    </w:p>
    <w:p>
      <w:pPr>
        <w:jc w:val="right"/>
      </w:pPr>
      <w:r>
        <w:t>کثیر بن قیس ایک تابعی، وہ کہتے ہیں کہ ہم ابو دردہ، اصحاب رسول کے ساتھ دمشق کی جامع مسجد میں بیٹھے ہوئے تھے کہ ایک آدمی آیا، اس نے کہا: "اے ابو دردہ!</w:t>
      </w:r>
    </w:p>
    <w:p>
      <w:r>
        <w:rPr>
          <w:b/>
        </w:rPr>
        <w:t xml:space="preserve">[30:04] </w:t>
      </w:r>
      <w:r>
        <w:t>main aap ke pas Madina se aaya hoon, Madinat al-Rasool se.</w:t>
      </w:r>
    </w:p>
    <w:p>
      <w:pPr>
        <w:jc w:val="right"/>
      </w:pPr>
      <w:r>
        <w:t>میں آپ کے پاس مدینہ سے آیا ہوں، مدینۃ الرسول سے۔</w:t>
      </w:r>
    </w:p>
    <w:p>
      <w:r>
        <w:rPr>
          <w:b/>
        </w:rPr>
        <w:t xml:space="preserve">[30:10] </w:t>
      </w:r>
      <w:r>
        <w:t>mujhe maloom hua ke aap ke pas Allah ke rasool sal Allah o alaihi wasallam ki ek hadith hai</w:t>
      </w:r>
    </w:p>
    <w:p>
      <w:pPr>
        <w:jc w:val="right"/>
      </w:pPr>
      <w:r>
        <w:t>مجھے معلوم ہوا کہ آپ کے پاس اللہ کے رسول صلی اللہ علیہ وسلم کی ایک حدیث ہے</w:t>
      </w:r>
    </w:p>
    <w:p>
      <w:r>
        <w:rPr>
          <w:b/>
        </w:rPr>
        <w:t xml:space="preserve">[30:14] </w:t>
      </w:r>
      <w:r>
        <w:t>jo aap logon se bayan karte hain."</w:t>
      </w:r>
    </w:p>
    <w:p>
      <w:pPr>
        <w:jc w:val="right"/>
      </w:pPr>
      <w:r>
        <w:t>جو آپ لوگوں سے بیان کرتے ہیں۔"</w:t>
      </w:r>
    </w:p>
    <w:p>
      <w:r>
        <w:rPr>
          <w:b/>
        </w:rPr>
        <w:t xml:space="preserve">[30:17] </w:t>
      </w:r>
      <w:r>
        <w:t>to abu huraira ne, abu darda ne un se poocha ke "is ke ilawa koi doosri gharaiz hai</w:t>
      </w:r>
    </w:p>
    <w:p>
      <w:pPr>
        <w:jc w:val="right"/>
      </w:pPr>
      <w:r>
        <w:t>تو ابو ہریرہ نے، ابو دردہ نے ان سے پوچھا کہ "اس کے علاوہ کوئی دوسری غرض ہے</w:t>
      </w:r>
    </w:p>
    <w:p>
      <w:r>
        <w:rPr>
          <w:b/>
        </w:rPr>
        <w:t xml:space="preserve">[30:23] </w:t>
      </w:r>
      <w:r>
        <w:t>tumhari?" us ne kaha: "bilkul bhi nahi, is ke ilawa koi doosri gharaiz nahi hai, tijarat ke liye</w:t>
      </w:r>
    </w:p>
    <w:p>
      <w:pPr>
        <w:jc w:val="right"/>
      </w:pPr>
      <w:r>
        <w:t>تمہاری؟" اس نے کہا: "بالکل بھی نہیں، اس کے علاوہ کوئی دوسری غرض نہیں ہے، تجارت کے لیے</w:t>
      </w:r>
    </w:p>
    <w:p>
      <w:r>
        <w:rPr>
          <w:b/>
        </w:rPr>
        <w:t xml:space="preserve">[30:28] </w:t>
      </w:r>
      <w:r>
        <w:t>bhi nahi.". abu darda ne poocha, us ke bad us aadmi ne kaha: "nahi, bilkul bhi nahi, sirf</w:t>
      </w:r>
    </w:p>
    <w:p>
      <w:pPr>
        <w:jc w:val="right"/>
      </w:pPr>
      <w:r>
        <w:t>بھی نہیں۔" ابو دردہ نے پوچھا، اس کے بعد اس آدمی نے کہا: "نہیں، بالکل بھی نہیں، صرف</w:t>
      </w:r>
    </w:p>
    <w:p>
      <w:r>
        <w:rPr>
          <w:b/>
        </w:rPr>
        <w:t xml:space="preserve">[30:32] </w:t>
      </w:r>
      <w:r>
        <w:t>mujhe hadith sunni hai."</w:t>
      </w:r>
    </w:p>
    <w:p>
      <w:pPr>
        <w:jc w:val="right"/>
      </w:pPr>
      <w:r>
        <w:t>مجھے حدیث سننی ہے۔"</w:t>
      </w:r>
    </w:p>
    <w:p>
      <w:r>
        <w:rPr>
          <w:b/>
        </w:rPr>
        <w:t xml:space="preserve">[30:34] </w:t>
      </w:r>
      <w:r>
        <w:t>is ke bad hazrat abu darda ne un ko woh hadith sunai jo mashhoor hai ilm ke ta'alluq</w:t>
      </w:r>
    </w:p>
    <w:p>
      <w:pPr>
        <w:jc w:val="right"/>
      </w:pPr>
      <w:r>
        <w:t>اس کے بعد حضرت ابو دردہ نے ان کو وہ حدیث سنائی جو مشہور ہے علم کے تعلق</w:t>
      </w:r>
    </w:p>
    <w:p>
      <w:r>
        <w:rPr>
          <w:b/>
        </w:rPr>
        <w:t xml:space="preserve">[30:38] </w:t>
      </w:r>
      <w:r>
        <w:t>se: "man salaka tareeqan ilman</w:t>
      </w:r>
    </w:p>
    <w:p>
      <w:pPr>
        <w:jc w:val="right"/>
      </w:pPr>
      <w:r>
        <w:t>سے: "من سلق طریق علما</w:t>
      </w:r>
    </w:p>
    <w:p>
      <w:r>
        <w:rPr>
          <w:b/>
        </w:rPr>
        <w:t xml:space="preserve">[30:41] </w:t>
      </w:r>
      <w:r>
        <w:t>sahhalallahu lahu tareeqal jannah"</w:t>
      </w:r>
    </w:p>
    <w:p>
      <w:pPr>
        <w:jc w:val="right"/>
      </w:pPr>
      <w:r>
        <w:t>سهل اللہ بھی طریق الجنہ"</w:t>
      </w:r>
    </w:p>
    <w:p>
      <w:r>
        <w:rPr>
          <w:b/>
        </w:rPr>
        <w:t xml:space="preserve">[30:45] </w:t>
      </w:r>
      <w:r>
        <w:t>ke jo aadmi</w:t>
      </w:r>
    </w:p>
    <w:p>
      <w:pPr>
        <w:jc w:val="right"/>
      </w:pPr>
      <w:r>
        <w:t>کہ جو آدمی</w:t>
      </w:r>
    </w:p>
    <w:p>
      <w:r>
        <w:rPr>
          <w:b/>
        </w:rPr>
        <w:t xml:space="preserve">[30:47] </w:t>
      </w:r>
      <w:r>
        <w:t>ilm ki talab mein nikle</w:t>
      </w:r>
    </w:p>
    <w:p>
      <w:pPr>
        <w:jc w:val="right"/>
      </w:pPr>
      <w:r>
        <w:t>علم کی طلب میں نکلے</w:t>
      </w:r>
    </w:p>
    <w:p>
      <w:r>
        <w:rPr>
          <w:b/>
        </w:rPr>
        <w:t xml:space="preserve">[30:50] </w:t>
      </w:r>
      <w:r>
        <w:t>to Allah ta'ala is ke liye jannat ka rasta aasan kar deta hai.</w:t>
      </w:r>
    </w:p>
    <w:p>
      <w:pPr>
        <w:jc w:val="right"/>
      </w:pPr>
      <w:r>
        <w:t>تو اللہ تعالی اس کے لیے جنت کا راستہ آسان کر دیتا ہے۔</w:t>
      </w:r>
    </w:p>
    <w:p>
      <w:r>
        <w:rPr>
          <w:b/>
        </w:rPr>
        <w:t xml:space="preserve">[30:54] </w:t>
      </w:r>
      <w:r>
        <w:t>ek doosri riwayat hai, Abu Aliyah tabi kehte hain ke hum ashab-e-Rasool se riwayat suntay thay Madina mein ya Basra mein, aur hum is baat ki koshish karte thay ke hum un se ja kar bazat-e-khud sunen.</w:t>
      </w:r>
    </w:p>
    <w:p>
      <w:pPr>
        <w:jc w:val="right"/>
      </w:pPr>
      <w:r>
        <w:t>ایک دوسری روایت ہے، ابو عالیہ تابعی کہتے ہیں کہ ہم اصحاب رسول سے روایت سنتے تھے مدینہ میں یا بصرہ میں، اور ہم اس بات کی کوشش کرتے تھے کہ ہم ان سے جا کر بذات خود سنیں۔</w:t>
      </w:r>
    </w:p>
    <w:p>
      <w:r>
        <w:rPr>
          <w:b/>
        </w:rPr>
        <w:t xml:space="preserve">[31:07] </w:t>
      </w:r>
      <w:r>
        <w:t>kisi doosre ki baat par yaqeen nahi karte thay, kisi teesre par suni. ashab-e-Rasool jo un se ja kar baat khud sunen, aur phir us ko woh riwayat karte thay aur us par amal karte thay.</w:t>
      </w:r>
    </w:p>
    <w:p>
      <w:pPr>
        <w:jc w:val="right"/>
      </w:pPr>
      <w:r>
        <w:t>کسی دوسرے کی بات پر یقین نہیں کرتے تھے، کسی تیسرے پرسن کی۔ اصحاب رسول جو ان سے جا کر بات خود سنیں، اور پھر اس کو وہ روایت کرتے تھے اور اس پر عمل کرتے تھے۔</w:t>
      </w:r>
    </w:p>
    <w:p>
      <w:r>
        <w:rPr>
          <w:b/>
        </w:rPr>
        <w:t xml:space="preserve">[31:16] </w:t>
      </w:r>
      <w:r>
        <w:t>to aap ne jo kaha, bilkul sahi hai ke tabieen ke andar bohat zyada shauq tha ke ek aadmi Madina se sirf ek hadith sunne ke liye Damishq ja raha hai, ya yeh ke koi Madina ya Basra jata hai ta ke direct ashab-e-Rasool se sune.</w:t>
      </w:r>
    </w:p>
    <w:p>
      <w:pPr>
        <w:jc w:val="right"/>
      </w:pPr>
      <w:r>
        <w:t>تو آپ نے جو کہا، بالکل صحیح ہے کہ تابعین کے اندر بہت زیادہ شوق تھا کہ ایک آدمی مدینہ سے صرف ایک حدیث سننے کے لیے دمشق جا رہا ہے، یا یہ کہ کوئی مدینہ یا بصرہ جاتا ہے تاکہ ڈائریکٹ اصحاب رسول سے سنے۔</w:t>
      </w:r>
    </w:p>
    <w:p>
      <w:r>
        <w:rPr>
          <w:b/>
        </w:rPr>
        <w:t xml:space="preserve">[31:30] </w:t>
      </w:r>
      <w:r>
        <w:t>to aap ne jo kaha, bilkul sahi baat hai. to ab hum is ke baad agle sawal ki taraf jatay hain, woh yeh hai ke taba' tabieen ke daur mein hadith ke jama karne ka kya silsila</w:t>
      </w:r>
    </w:p>
    <w:p>
      <w:pPr>
        <w:jc w:val="right"/>
      </w:pPr>
      <w:r>
        <w:t>تو آپ نے جو کہا، بالکل صحیح بات ہے۔ تو اب ہم اس کے بعد اگلے سوال کی طرف جاتے ہیں، وہ یہ ہے کہ تبع تابعین کے دور میں حدیث کے جمع کرنے کا کیا سلسلہ</w:t>
      </w:r>
    </w:p>
    <w:p>
      <w:r>
        <w:rPr>
          <w:b/>
        </w:rPr>
        <w:t xml:space="preserve">[31:42] </w:t>
      </w:r>
      <w:r>
        <w:t>tha? is par kuch roshni dalen. yeh zamana jo hai 200 se le kar ke 300 Hijri tak hai.</w:t>
      </w:r>
    </w:p>
    <w:p>
      <w:pPr>
        <w:jc w:val="right"/>
      </w:pPr>
      <w:r>
        <w:t>تھا؟ اس پر کچھ روشنی ڈالیں۔ یہ زمانہ جو ہے 200 سے لے کر کے 300 ہجری تک ہے۔</w:t>
      </w:r>
    </w:p>
    <w:p>
      <w:r>
        <w:rPr>
          <w:b/>
        </w:rPr>
        <w:t xml:space="preserve">[31:52] </w:t>
      </w:r>
      <w:r>
        <w:t>yeh approximately yeh batana hai, nahi to aage peechay bhi ho sakta hai. to yeh jo hai tadween-e-hadith ka golden age kaha jata hai.</w:t>
      </w:r>
    </w:p>
    <w:p>
      <w:pPr>
        <w:jc w:val="right"/>
      </w:pPr>
      <w:r>
        <w:t>یہ اپروکسیمیٹلی یہ بتانا ہے، نہیں تو آگے پیچھے بھی ہو سکتا ہے۔ تو یہ جو ہے تدوین حدیث کا گولڈن ایج کہا جاتا ہے۔</w:t>
      </w:r>
    </w:p>
    <w:p>
      <w:r>
        <w:rPr>
          <w:b/>
        </w:rPr>
        <w:t xml:space="preserve">[32:03] </w:t>
      </w:r>
      <w:r>
        <w:t>is age mein peghambar ki hadith, sahaba aur tabeen ke aqwal jo hain, woh alag alag kiye gaye.</w:t>
      </w:r>
    </w:p>
    <w:p>
      <w:pPr>
        <w:jc w:val="right"/>
      </w:pPr>
      <w:r>
        <w:t>اس ایج میں پیغمبر کی حدیث، صحابہ اور تابعین کے اقوال جو ہیں، وہ الگ الگ کیے گئے۔</w:t>
      </w:r>
    </w:p>
    <w:p>
      <w:r>
        <w:rPr>
          <w:b/>
        </w:rPr>
        <w:t xml:space="preserve">[32:11] </w:t>
      </w:r>
      <w:r>
        <w:t>to authentic traditions jo hain, weak tradition se alag ki gayeen aur book form mein compile. ab yeh ab jo hai na, compilation shuru ho gaya.</w:t>
      </w:r>
    </w:p>
    <w:p>
      <w:pPr>
        <w:jc w:val="right"/>
      </w:pPr>
      <w:r>
        <w:t>تو اتھینٹک ٹریڈیشنز جو ہیں، ویک ٹریڈیشن سے الگ کی گئیں اور بک فارم میں کمپائل۔ اب یہ اب جو ہے نا، کمپائلیشن شروع ہو گیا۔</w:t>
      </w:r>
    </w:p>
    <w:p>
      <w:r>
        <w:rPr>
          <w:b/>
        </w:rPr>
        <w:t xml:space="preserve">[32:22] </w:t>
      </w:r>
      <w:r>
        <w:t>to compilation mein sahih galat sab se zyada to yahi concern tha ke authentic hadithain jo hain, woh alag alag kar di jayen taake logon ko is se hidayat lene mein bohat aasani ho jay.</w:t>
      </w:r>
    </w:p>
    <w:p>
      <w:pPr>
        <w:jc w:val="right"/>
      </w:pPr>
      <w:r>
        <w:t>تو کمپائلیشن میں صحیح غلط سب سے زیادہ تو یہی کنسرن تھا کہ اتھینٹک حدیثیں جو ہیں، وہ الگ الگ کر دی جائیں تاکہ لوگوں کو اس سے ہدایت لینے میں بہت آسانی ہو جائے۔</w:t>
      </w:r>
    </w:p>
    <w:p>
      <w:r>
        <w:rPr>
          <w:b/>
        </w:rPr>
        <w:t xml:space="preserve">[32:36] </w:t>
      </w:r>
      <w:r>
        <w:t>aur hadith ke jo hain, hadith ko samajhne ke liye aur is ki authenticity ko judge karne ke liye bohat sare qanoon qaide banaye gaye.</w:t>
      </w:r>
    </w:p>
    <w:p>
      <w:pPr>
        <w:jc w:val="right"/>
      </w:pPr>
      <w:r>
        <w:t>اور حدیث کے جو ہیں، حدیث کو سمجھنے کے لیے اور اس کی اتھنٹیسٹی کو جج کرنے کے لیے بہت سارے قانون قاعدے بنائے گئے۔</w:t>
      </w:r>
    </w:p>
    <w:p>
      <w:r>
        <w:rPr>
          <w:b/>
        </w:rPr>
        <w:t xml:space="preserve">[32:48] </w:t>
      </w:r>
      <w:r>
        <w:t>asal mein pehle kya tha? arab to jhoot bolte nahi the, lekin ab jo hai sari doosri doosri qomein jo hain islam mein dakhil ho gayeen.</w:t>
      </w:r>
    </w:p>
    <w:p>
      <w:pPr>
        <w:jc w:val="right"/>
      </w:pPr>
      <w:r>
        <w:t>اصل میں پہلے کیا تھا؟ عرب تو جھوٹ بولتے نہیں تھے، لیکن اب جو ہے ساری دوسری دوسری قومیں جو ہیں اسلام میں داخل ہو گئیں۔</w:t>
      </w:r>
    </w:p>
    <w:p>
      <w:r>
        <w:rPr>
          <w:b/>
        </w:rPr>
        <w:t xml:space="preserve">[32:57] </w:t>
      </w:r>
      <w:r>
        <w:t>to bohat sare log jo hain hadithon ko waz karne lagay. kisi ko apni baat ki ahmiyat batani hoti to woh is ko hadith ki shakal de deta.</w:t>
      </w:r>
    </w:p>
    <w:p>
      <w:pPr>
        <w:jc w:val="right"/>
      </w:pPr>
      <w:r>
        <w:t>تو بہت سارے لوگ جو ہیں حدیثوں کو وضع کرنے لگے۔ کسی کو اپنی بات کی اہمیت بتانی ہوتی تو وہ اس کو حدیث کی شکل دے دیتا۔</w:t>
      </w:r>
    </w:p>
    <w:p>
      <w:r>
        <w:rPr>
          <w:b/>
        </w:rPr>
        <w:t xml:space="preserve">[33:08] </w:t>
      </w:r>
      <w:r>
        <w:t>koi islam ko badnaam karna chahta to hadith ki shakal bana deta is ko.</w:t>
      </w:r>
    </w:p>
    <w:p>
      <w:pPr>
        <w:jc w:val="right"/>
      </w:pPr>
      <w:r>
        <w:t>کوئی اسلام کو بدنام کرنا چاہتا تو حدیث کی شکل بنا دیتا اس کو۔</w:t>
      </w:r>
    </w:p>
    <w:p>
      <w:r>
        <w:rPr>
          <w:b/>
        </w:rPr>
        <w:t xml:space="preserve">[33:12] </w:t>
      </w:r>
      <w:r>
        <w:t>to is tarike se woh ab sahaba aur un ke baad ke jo log the, woh bohat zyada woh ho gaye, bohat zyada soch mein pad gaye ke ab is ko bohat zyada jaise pehle bohat aasani se woh ek doosre ko hadithain bayan karte the.</w:t>
      </w:r>
    </w:p>
    <w:p>
      <w:pPr>
        <w:jc w:val="right"/>
      </w:pPr>
      <w:r>
        <w:t>تو اس طریقے سے وہ اب صحابہ اور ان کے بعد کے جو لوگ تھے، وہ بہت زیادہ وہ ہو گئے، بہت زیادہ سوچ میں پڑ گئے کہ اب اس کو بہت زیادہ جیسے پہلے بہت آسانی سے وہ ایک دوسرے کو حدیثیں بیان کرتے تھے۔</w:t>
      </w:r>
    </w:p>
    <w:p>
      <w:r>
        <w:rPr>
          <w:b/>
        </w:rPr>
        <w:t xml:space="preserve">[33:31] </w:t>
      </w:r>
      <w:r>
        <w:t>to yeh dar nahi tha ke is mein kuch galat hadithain, kuch un authentic hadithain jo hain mil jayengi. lekin ab unhon ne socha ke is ke liye kuch karna padega,</w:t>
      </w:r>
    </w:p>
    <w:p>
      <w:pPr>
        <w:jc w:val="right"/>
      </w:pPr>
      <w:r>
        <w:t>تو یہ ڈر نہیں تھا کہ اس میں کچھ غلط حدیثیں، کچھ ان اتھینٹک حدیثیں جو ہیں مل جائیں گی۔ لیکن اب انہوں نے سوچا کہ اس کے لیے کچھ کرنا پڑے گا،</w:t>
      </w:r>
    </w:p>
    <w:p>
      <w:r>
        <w:rPr>
          <w:b/>
        </w:rPr>
        <w:t xml:space="preserve">[33:42] </w:t>
      </w:r>
      <w:r>
        <w:t>is ki hadith ko ko scrutinize karne ke liye, is ki reliability ko judge karne ke liye kuch kaam karna padega.</w:t>
      </w:r>
    </w:p>
    <w:p>
      <w:pPr>
        <w:jc w:val="right"/>
      </w:pPr>
      <w:r>
        <w:t>اس کی حدیث کو کی کو سکروٹینائز کرنے کے لیے، اس کی ریلائیبلٹی کو جج کرنے کے لیے کچھ کام کرنا پڑے گا۔</w:t>
      </w:r>
    </w:p>
    <w:p>
      <w:r>
        <w:rPr>
          <w:b/>
        </w:rPr>
        <w:t xml:space="preserve">[33:52] </w:t>
      </w:r>
      <w:r>
        <w:t>ek doosre se kaise farq karen? to is wajah se unhon ne poora critical scrutiny of hajj, critical scrutiny of hadith ka jo hai poora fun develop kiya.</w:t>
      </w:r>
    </w:p>
    <w:p>
      <w:pPr>
        <w:jc w:val="right"/>
      </w:pPr>
      <w:r>
        <w:t>ایک دوسرے سے کیسے فرق کریں؟ تو اس وجہ سے انہوں نے پورا کریٹیکل سکروٹنی آف حج، کریٹیکل سکروٹنی آف حدیث کا جو ہے پورا فن ڈیولپ کیا۔</w:t>
      </w:r>
    </w:p>
    <w:p>
      <w:r>
        <w:rPr>
          <w:b/>
        </w:rPr>
        <w:t xml:space="preserve">[34:04] </w:t>
      </w:r>
      <w:r>
        <w:t>is ko fun asma ul rijal kaha jata hai.</w:t>
      </w:r>
    </w:p>
    <w:p>
      <w:pPr>
        <w:jc w:val="right"/>
      </w:pPr>
      <w:r>
        <w:t>اس کو فن اسماء الرجال کہا جاتا ہے۔</w:t>
      </w:r>
    </w:p>
    <w:p>
      <w:r>
        <w:rPr>
          <w:b/>
        </w:rPr>
        <w:t xml:space="preserve">[34:08] </w:t>
      </w:r>
      <w:r>
        <w:t>to is mein sab se pehle jo unhon ne yeh kiya ke jo sanad, sanad jo hai yani jo rawi hai, jo transmitter hai, woh sab se pehle unhon ne is ke liye kaam kiya ke woh reliable hai ke nahi.</w:t>
      </w:r>
    </w:p>
    <w:p>
      <w:pPr>
        <w:jc w:val="right"/>
      </w:pPr>
      <w:r>
        <w:t>تو اس میں سب سے پہلے جو انہوں نے یہ کیا کہ جو سند، سند جو ہے یعنی جو راوی ہے، جو ٹرانسمیٹر ہے، وہ سب سے پہلے انہوں نے اس کے لیے کام کیا کہ وہ ریلائیبل ہے کہ نہیں۔</w:t>
      </w:r>
    </w:p>
    <w:p>
      <w:r>
        <w:rPr>
          <w:b/>
        </w:rPr>
        <w:t xml:space="preserve">[34:24] </w:t>
      </w:r>
      <w:r>
        <w:t>woh aate hain</w:t>
      </w:r>
    </w:p>
    <w:p>
      <w:pPr>
        <w:jc w:val="right"/>
      </w:pPr>
      <w:r>
        <w:t>وہ آتے ہیں</w:t>
      </w:r>
    </w:p>
    <w:p>
      <w:r>
        <w:rPr>
          <w:b/>
        </w:rPr>
        <w:t xml:space="preserve">[34:25] </w:t>
      </w:r>
      <w:r>
        <w:t>, is ki baaton ko hum, is ki baaton ko hum poora trust kar sakte hain ke nahi? is ne kabhi koi jhoot to nahi bola? is ne kabhi koi dishonesty to nahi ki?</w:t>
      </w:r>
    </w:p>
    <w:p>
      <w:pPr>
        <w:jc w:val="right"/>
      </w:pPr>
      <w:r>
        <w:t>، اس کی باتوں کو ہم، اس کی باتوں کو ہم پورا ٹرسٹ کر سکتے ہیں کہ نہیں؟ اس نے کبھی کوئی جھوٹ تو نہیں بولا؟ اس نے کبھی کوئی ڈس آنیسٹی تو نہیں کی؟</w:t>
      </w:r>
    </w:p>
    <w:p>
      <w:r>
        <w:rPr>
          <w:b/>
        </w:rPr>
        <w:t xml:space="preserve">[34:35] </w:t>
      </w:r>
      <w:r>
        <w:t>to is lihaz se unhon ne sanad ki reliability ke lihaz se hadith ka categorization kiya.</w:t>
      </w:r>
    </w:p>
    <w:p>
      <w:pPr>
        <w:jc w:val="right"/>
      </w:pPr>
      <w:r>
        <w:t>تو اس لحاظ سے انہوں نے سند کی ریلائیبلٹی کے لحاظ سے حدیث کا کیٹیگرائزیشن کیا۔</w:t>
      </w:r>
    </w:p>
    <w:p>
      <w:r>
        <w:rPr>
          <w:b/>
        </w:rPr>
        <w:t xml:space="preserve">[34:43] </w:t>
      </w:r>
      <w:r>
        <w:t>to is categorization mein teen hadith ki qismein samne ayen: sahih, hasan aur zaeef. sahih woh hadithain dein jo har lihaz se perfect theen, sanad ke lihaz se bhi aur content ke lihaz se bhi.</w:t>
      </w:r>
    </w:p>
    <w:p>
      <w:pPr>
        <w:jc w:val="right"/>
      </w:pPr>
      <w:r>
        <w:t>تو اس کیٹیگرائزیشن میں تین حدیث کی قسمیں سامنے آئیں: صحیح، حسن اور ضعیف۔ صحیح وہ حدیثیں دیں جو ہر لحاظ سے پرفیکٹ تھیں، سند کے لحاظ سے بھی اور کنٹینٹ کے لحاظ سے بھی۔</w:t>
      </w:r>
    </w:p>
    <w:p>
      <w:r>
        <w:rPr>
          <w:b/>
        </w:rPr>
        <w:t xml:space="preserve">[34:59] </w:t>
      </w:r>
      <w:r>
        <w:t>hasan mein yeh tha ke koi koi is mein thodi imperfection payi jati thi.</w:t>
      </w:r>
    </w:p>
    <w:p>
      <w:pPr>
        <w:jc w:val="right"/>
      </w:pPr>
      <w:r>
        <w:t>حسن میں یہ تھا کہ کوئی کوئی اس میں تھوڑی امپرفیکشن پائی جاتی تھی۔</w:t>
      </w:r>
    </w:p>
    <w:p>
      <w:r>
        <w:rPr>
          <w:b/>
        </w:rPr>
        <w:t xml:space="preserve">[35:06] </w:t>
      </w:r>
      <w:r>
        <w:t>misal ke taur par ke koi ek jo hai, jo sanad mein se jo log, jo narrators mein se koi ek narrator bohat zyada reliable na ho.</w:t>
      </w:r>
    </w:p>
    <w:p>
      <w:pPr>
        <w:jc w:val="right"/>
      </w:pPr>
      <w:r>
        <w:t>مثال کے طور پر کہ کوئی ایک جو ہے، جو سند میں سے جو لوگ، جو نیریٹرز میں سے کوئی ایک نیریٹر بہت زیادہ ریلائیبل نہ ہو۔</w:t>
      </w:r>
    </w:p>
    <w:p>
      <w:r>
        <w:rPr>
          <w:b/>
        </w:rPr>
        <w:t xml:space="preserve">[35:19] </w:t>
      </w:r>
      <w:r>
        <w:t>aur zaeef mein to hai ke zyada tar log unreliable hon, to woh zaeef hoti theen.</w:t>
      </w:r>
    </w:p>
    <w:p>
      <w:pPr>
        <w:jc w:val="right"/>
      </w:pPr>
      <w:r>
        <w:t>اور ضعیف میں تو ہے کہ زیادہ تر لوگ ان ریلائیبل ہوں، تو وہ ضعیف ہوتی تھیں۔</w:t>
      </w:r>
    </w:p>
    <w:p>
      <w:r>
        <w:rPr>
          <w:b/>
        </w:rPr>
        <w:t xml:space="preserve">[35:27] </w:t>
      </w:r>
      <w:r>
        <w:t>to sahih ka matlab hai ke sanad jo hai woh muttasil ho, yani unbroken chain ho is ki. aur rawi jo hai woh adil ho.</w:t>
      </w:r>
    </w:p>
    <w:p>
      <w:pPr>
        <w:jc w:val="right"/>
      </w:pPr>
      <w:r>
        <w:t>تو صحیح کا مطلب ہے کہ سند جو ہے وہ متصل ہو، یعنی ان بروکن چین ہو اس کی۔ اور راوی جو ہے وہ عادل ہو۔</w:t>
      </w:r>
    </w:p>
    <w:p>
      <w:r>
        <w:rPr>
          <w:b/>
        </w:rPr>
        <w:t xml:space="preserve">[35:36] </w:t>
      </w:r>
      <w:r>
        <w:t>aur hafiza dekha jata tha ke hafiza is ka qawi hona chahiye, kyunke hafize par bohat zyada depend kar rahi thi yeh ilm jo hai ke agar hafiza sahih nahi ho to kuch na kuch gadbad ho sakta hai.</w:t>
      </w:r>
    </w:p>
    <w:p>
      <w:pPr>
        <w:jc w:val="right"/>
      </w:pPr>
      <w:r>
        <w:t>اور حافظہ دیکھا جاتا تھا کہ حافظہ اس کا قوی ہونا چاہیے، کیونکہ حافظے پر بہت زیادہ ڈیپینڈ کر رہی تھی یہ علم جو ہے کہ اگر حافظہ صحیح نہیں ہو تو کچھ نہ کچھ گڑبڑ ہو سکتا ہے۔</w:t>
      </w:r>
    </w:p>
    <w:p>
      <w:r>
        <w:rPr>
          <w:b/>
        </w:rPr>
        <w:t xml:space="preserve">[35:49] </w:t>
      </w:r>
      <w:r>
        <w:t>to agar hafize ke aitbar se kuch bhi halka pan nazar aata tha to is ko woh hasan mein daal diya jata. aur agar tamam ausaf mein kami hoti thi to woh zaeef kehlati thi.</w:t>
      </w:r>
    </w:p>
    <w:p>
      <w:pPr>
        <w:jc w:val="right"/>
      </w:pPr>
      <w:r>
        <w:t>تو اگر حافظے کے اعتبار سے کچھ بھی ہلکا پن نظر آتا تھا تو اس کو وہ حسن میں ڈال دیا جاتا۔ اور اگر تمام اوصاف میں کمی ہوتی تھی تو وہ ضعیف کہلاتی تھی۔</w:t>
      </w:r>
    </w:p>
    <w:p>
      <w:r>
        <w:rPr>
          <w:b/>
        </w:rPr>
        <w:t xml:space="preserve">[36:01] </w:t>
      </w:r>
      <w:r>
        <w:t>aur mauzu to woh hai jo ke bilkul intehai na qabil e aitbar. to is mein khas taur par yeh dekha jata hai ke rawi jo hai, transmitter jo hai, is ka taqwa hi suspect hai, matlab woh mutaqqi nahi hai.</w:t>
      </w:r>
    </w:p>
    <w:p>
      <w:pPr>
        <w:jc w:val="right"/>
      </w:pPr>
      <w:r>
        <w:t>اور موضوع تو وہ ہے جو کہ بالکل انتہائی ناقابل اعتبار۔ تو اس میں خاص طور پر یہ دیکھا جاتا ہے کہ راوی جو ہے، ٹرانسمیٹر جو ہے، اس کا تقویٰ ہی سسپیکٹ ہے، مطلب وہ متقی نہیں ہے۔</w:t>
      </w:r>
    </w:p>
    <w:p>
      <w:r>
        <w:rPr>
          <w:b/>
        </w:rPr>
        <w:t xml:space="preserve">[36:14] </w:t>
      </w:r>
      <w:r>
        <w:t>to aisa aadmi bohat aasani se hadithon ko fabricate kar sakta hai, kyunke asal cheez jo hai woh Khuda ka darr hai. jab is ke andar Khuda ka darr nahi hoga to woh kuch bhi kar sakta hai.</w:t>
      </w:r>
    </w:p>
    <w:p>
      <w:pPr>
        <w:jc w:val="right"/>
      </w:pPr>
      <w:r>
        <w:t>تو ایسا آدمی بہت آسانی سے حدیثوں کو فیبریکیٹ کر سکتا ہے، کیونکہ اصل چیز جو ہے وہ خدا کا ڈر ہے۔ جب اس کے اندر خدا کا ڈر نہیں ہوگا تو وہ کچھ بھی کر سکتا ہے۔</w:t>
      </w:r>
    </w:p>
    <w:p>
      <w:r>
        <w:rPr>
          <w:b/>
        </w:rPr>
        <w:t xml:space="preserve">[36:26] </w:t>
      </w:r>
      <w:r>
        <w:t>to yeh hai is mein teen jo hain, is ke teen woh hain: husn aur aur zaeef aur mauzu.</w:t>
      </w:r>
    </w:p>
    <w:p>
      <w:pPr>
        <w:jc w:val="right"/>
      </w:pPr>
      <w:r>
        <w:t>تو یہ ہے اس میں تین جو ہیں، اس کے تین وہ ہیں: حسن اور اور ضعیف اور موضوع۔</w:t>
      </w:r>
    </w:p>
    <w:p>
      <w:r>
        <w:rPr>
          <w:b/>
        </w:rPr>
        <w:t xml:space="preserve">[36:38] </w:t>
      </w:r>
      <w:r>
        <w:t>yeh sab teen chaar jo hain, main main is ki classification kiya gaya hai.</w:t>
      </w:r>
    </w:p>
    <w:p>
      <w:pPr>
        <w:jc w:val="right"/>
      </w:pPr>
      <w:r>
        <w:t>یہ سب تین چار جو ہیں، مین مین اس کی کلاسیفیکیشن کیا گیا ہے۔</w:t>
      </w:r>
    </w:p>
    <w:p>
      <w:r>
        <w:rPr>
          <w:b/>
        </w:rPr>
        <w:t xml:space="preserve">[36:44] </w:t>
      </w:r>
      <w:r>
        <w:t>is zamane mein, aap ka jo mujhe yaad aa raha hai ke is zamane mein jo sanad waghera par kaam ho raha tha, to logon ke darmiyan jo cheez samne aayi, jo is field ke mahireen ne jo cheez bayan ki thi,</w:t>
      </w:r>
    </w:p>
    <w:p>
      <w:pPr>
        <w:jc w:val="right"/>
      </w:pPr>
      <w:r>
        <w:t>اس زمانے میں، آپ کا جو مجھے یاد آ رہا ہے کہ اس زمانے میں جو سند وغیرہ پر کام ہو رہا تھا، تو لوگوں کے درمیان جو چیز سامنے آئی، جو اس فیلڈ کے ماہرین نے جو چیز بیان کی تھی،</w:t>
      </w:r>
    </w:p>
    <w:p>
      <w:r>
        <w:rPr>
          <w:b/>
        </w:rPr>
        <w:t xml:space="preserve">[36:58] </w:t>
      </w:r>
      <w:r>
        <w:t>is mein se Ahmad bin Imam Ahmad bin Hanbal ne ek baat kahi thi: "talab ulu al-isnad min al-deen" ke umda qism ke sanad ke aitbar se hadith ko hasil karna deen ka hissa hai.</w:t>
      </w:r>
    </w:p>
    <w:p>
      <w:pPr>
        <w:jc w:val="right"/>
      </w:pPr>
      <w:r>
        <w:t>اس میں سے احمد بن امام احمد بن حنبل نے ایک بات کہی تھی: "طلب علو الاسناد من الدین" کہ عمدہ قسم کے سند کے اعتبار سے حدیث کو حاصل کرنا دین کا حصہ ہے۔</w:t>
      </w:r>
    </w:p>
    <w:p>
      <w:r>
        <w:rPr>
          <w:b/>
        </w:rPr>
        <w:t xml:space="preserve">[37:14] </w:t>
      </w:r>
      <w:r>
        <w:t>aur ek aur kisi sahib ne kaha tha: "al-isnad min al-deen law al-isnad la qala man sha wa ma sha" ke asnad, sanad jo hai, chain of narration deen ka hissa hai.</w:t>
      </w:r>
    </w:p>
    <w:p>
      <w:pPr>
        <w:jc w:val="right"/>
      </w:pPr>
      <w:r>
        <w:t>اور ایک اور کسی صاحب نے کہا تھا: "الاسناد من الدین لول الاسناد لقال منشا وماشا" کہ اسناد، سند جو ہے، چین آف نائریشن دین کا حصہ ہے۔</w:t>
      </w:r>
    </w:p>
    <w:p>
      <w:r>
        <w:rPr>
          <w:b/>
        </w:rPr>
        <w:t xml:space="preserve">[37:26] </w:t>
      </w:r>
      <w:r>
        <w:t>agar sanad na hota to jo aadmi jo chahe woh baat kare, jo chahe woh bol de. aur Imam Ahmad bin Hanbal ne kiya, aap safar kitna kiya tha?</w:t>
      </w:r>
    </w:p>
    <w:p>
      <w:pPr>
        <w:jc w:val="right"/>
      </w:pPr>
      <w:r>
        <w:t>اگر سند نہ ہوتا تو جو آدمی جو چاہے وہ بات کرے، جو چاہے وہ بول دے۔ اور امام احمد بن حنبل نے کیا، آپ سفر کتنا کیا تھا؟</w:t>
      </w:r>
    </w:p>
    <w:p>
      <w:r>
        <w:rPr>
          <w:b/>
        </w:rPr>
        <w:t xml:space="preserve">[37:37] </w:t>
      </w:r>
      <w:r>
        <w:t>aur doosre logon ne is ko hum samajh sakte hain.</w:t>
      </w:r>
    </w:p>
    <w:p>
      <w:pPr>
        <w:jc w:val="right"/>
      </w:pPr>
      <w:r>
        <w:t>اور دوسرے لوگوں نے اس کو ہم سمجھ سکتے ہیں۔</w:t>
      </w:r>
    </w:p>
    <w:p>
      <w:r>
        <w:rPr>
          <w:b/>
        </w:rPr>
        <w:t xml:space="preserve">[37:39] </w:t>
      </w:r>
      <w:r>
        <w:t>unhon ne kaha tha ke main ne kahan kahan safar kiya is zamane mein jab sawari itni aam nahi thi ke main ne Yemen ka safar kiya, Misr ka safar kiya, Sham ka safar kiya, Basra ka safar kiya, Kufa ka safar kiya, Makka aur Madina ka safar kiya taake dekhun kis se main hadith le sakta hoon.</w:t>
      </w:r>
    </w:p>
    <w:p>
      <w:pPr>
        <w:jc w:val="right"/>
      </w:pPr>
      <w:r>
        <w:t>انہوں نے کہا تھا کہ میں نے کہاں کہاں سفر کیا اس زمانے میں جب سواری اتنی عام نہیں تھی کہ میں نےیمن کا سفر کیا، مصر کا سفر کیا، شام کا سفر کیا، بصرہ کا سفر کیا، کوفہ کا سفر کیا، مکہ اور مدینہ کا سفر کیا تاکہ دیکھوں کس سے میں حدیث لے سکتا ہوں۔</w:t>
      </w:r>
    </w:p>
    <w:p>
      <w:r>
        <w:rPr>
          <w:b/>
        </w:rPr>
        <w:t xml:space="preserve">[37:57] </w:t>
      </w:r>
      <w:r>
        <w:t>aur is tarah unhon ne kafi hadithain jama ki thin, aur wohi hadith aaj hamare samne Musnad Ahmad ki shakal mein aur un ki doosri kitabein maujood hain.</w:t>
      </w:r>
    </w:p>
    <w:p>
      <w:pPr>
        <w:jc w:val="right"/>
      </w:pPr>
      <w:r>
        <w:t>اور اس طرح انہوں نے کافی حدیثیں جمع کی تھیں، اور وہی حدیث آج ہمارے سامنے مسند احمد کی شکل میں اور ان کی دوسری کتابیں موجود ہیں۔</w:t>
      </w:r>
    </w:p>
    <w:p>
      <w:r>
        <w:rPr>
          <w:b/>
        </w:rPr>
        <w:t xml:space="preserve">[38:06] </w:t>
      </w:r>
      <w:r>
        <w:t>to un ki mehnat kya thi, is ko hum samajh sakte hain. ab isi talluq se mera ek teesra sawal hai aap aap se ke teesre daur ke mashhoor jameeen hadith jo the, jinhon ne itni mehnat kar ke hadith jama ki thi, un ka kuch taaruf karain, kaun</w:t>
      </w:r>
    </w:p>
    <w:p>
      <w:pPr>
        <w:jc w:val="right"/>
      </w:pPr>
      <w:r>
        <w:t>تو ان کی محنت کیا تھی، اس کو ہم سمجھ سکتے ہیں۔ اب اسی تعلق سے میرا ایک تیسرا سوال ہے آپ آپ سے کہ تیسرے دور کے مشہور جامعین حدیث جو تھے، جنہوں نے اتنی محنت کر کے حدیث جمع کی تھی، ان کا کچھ تعارف کرائیں، کون</w:t>
      </w:r>
    </w:p>
    <w:p>
      <w:r>
        <w:rPr>
          <w:b/>
        </w:rPr>
        <w:t xml:space="preserve">[38:22] </w:t>
      </w:r>
      <w:r>
        <w:t>log the woh? is mein sab se pehle to Imam Ahmad Ibn Hanbal hain. un ki jo Musnad Ahmad hai, yeh 164 se 241 hijri tak ka zamana hai.</w:t>
      </w:r>
    </w:p>
    <w:p>
      <w:pPr>
        <w:jc w:val="right"/>
      </w:pPr>
      <w:r>
        <w:t>لوگ تھے وہ؟ اس میں سب سے پہلے تو امام احمد ابن حنبل ہیں۔ ان کی جو مسند احمد ہے، یہ 164 سے 241 ہجری تک کا زمانہ ہے۔</w:t>
      </w:r>
    </w:p>
    <w:p>
      <w:r>
        <w:rPr>
          <w:b/>
        </w:rPr>
        <w:t xml:space="preserve">[38:35] </w:t>
      </w:r>
      <w:r>
        <w:t>to yeh tees hazar riwayat unhon ne jama keen. to tees hazar riwayat unhon ne jama keen. yeh taqreeban is mein kya hai?</w:t>
      </w:r>
    </w:p>
    <w:p>
      <w:pPr>
        <w:jc w:val="right"/>
      </w:pPr>
      <w:r>
        <w:t>تو یہ تیس ہزار روایات انہوں نے جمع کیں۔ تو تیس ہزار روایات انہوں نے جمع کیں۔ یہ تقریباً اس میں کیا ہے؟</w:t>
      </w:r>
    </w:p>
    <w:p>
      <w:r>
        <w:rPr>
          <w:b/>
        </w:rPr>
        <w:t xml:space="preserve">[38:43] </w:t>
      </w:r>
      <w:r>
        <w:t>yeh yeh sunan ki shakal hai. is mein</w:t>
      </w:r>
    </w:p>
    <w:p>
      <w:pPr>
        <w:jc w:val="right"/>
      </w:pPr>
      <w:r>
        <w:t>یہ یہ سنن کی شکل ہے۔ اس میں</w:t>
      </w:r>
    </w:p>
    <w:p>
      <w:r>
        <w:rPr>
          <w:b/>
        </w:rPr>
        <w:t xml:space="preserve">[38:47] </w:t>
      </w:r>
      <w:r>
        <w:t>woh is sahabi ki riwayat isi sahabi ke naam se sari ikattha kar di gayi hain. baad mein jaise unwaanaat ke tehat akatha ki gayi hadithain, to yeh abhi jo hain woh sari cheezein is mein akatha kar di gayi hain.</w:t>
      </w:r>
    </w:p>
    <w:p>
      <w:pPr>
        <w:jc w:val="right"/>
      </w:pPr>
      <w:r>
        <w:t>وہ اس صحابی کی روایات اسی صحابی کے نام سے ساری اکٹھا کر دی گئی ہیں۔ بعد میں جیسے عنوانات کے تحت اکٹھا کی گئیں حدیثیں، تو یہ ابھی جو ہیں وہ ساری چیزیں اس میں اکٹھا کر دی گئی ہیں۔</w:t>
      </w:r>
    </w:p>
    <w:p>
      <w:r>
        <w:rPr>
          <w:b/>
        </w:rPr>
        <w:t xml:space="preserve">[39:01] </w:t>
      </w:r>
      <w:r>
        <w:t>isi mein saare jo saheefe the, woh bhi unhon ne shamil kar diya hai. jo Imam Muhammad bin Ismail Al-Bukhari, yeh jo hain sab se zyada authentic un ka majmooa samjha jata hai.</w:t>
      </w:r>
    </w:p>
    <w:p>
      <w:pPr>
        <w:jc w:val="right"/>
      </w:pPr>
      <w:r>
        <w:t>اسی میں سارے جو صحیفے تھے، وہ بھی انہوں نے شامل کر دیا ہے۔ جو امام محمد بن اسماعیل البخاری، یہ جو ہیں سب سے زیادہ اتھینٹک ان کا مجموعہ سمجھا جاتا ہے۔</w:t>
      </w:r>
    </w:p>
    <w:p>
      <w:r>
        <w:rPr>
          <w:b/>
        </w:rPr>
        <w:t xml:space="preserve">[39:15] </w:t>
      </w:r>
      <w:r>
        <w:t>to jis ko Sahih Bukhari kehte hain, yeh 16 saal mein mukammal hui hai. yeh jild jo hai, to yeh is mein hadithain hain 9684.</w:t>
      </w:r>
    </w:p>
    <w:p>
      <w:pPr>
        <w:jc w:val="right"/>
      </w:pPr>
      <w:r>
        <w:t>تو جس کو صحیح بخاری کہتے ہیں، یہ 16 سال میں مکمل ہوئی ہے۔ یہ جلد جو ہے، تو یہ اس میں حدیثیں ہیں 9684۔</w:t>
      </w:r>
    </w:p>
    <w:p>
      <w:r>
        <w:rPr>
          <w:b/>
        </w:rPr>
        <w:t xml:space="preserve">[39:28] </w:t>
      </w:r>
      <w:r>
        <w:t>to Imam Bukhari ne bohat zyada mehnat ki. un ka hafiza bohat zabardast tha. to woh sari cheezein jo hain woh apne hafize mein rakh lete the.</w:t>
      </w:r>
    </w:p>
    <w:p>
      <w:pPr>
        <w:jc w:val="right"/>
      </w:pPr>
      <w:r>
        <w:t>تو امام بخاری نے بہت زیادہ محنت کی۔ ان کا حافظہ بہت زبردست تھا۔ تو وہ ساری چیزیں جو ہیں وہ اپنے حافظے میں رکھ لیتے تھے۔</w:t>
      </w:r>
    </w:p>
    <w:p>
      <w:r>
        <w:rPr>
          <w:b/>
        </w:rPr>
        <w:t xml:space="preserve">[39:38] </w:t>
      </w:r>
      <w:r>
        <w:t>to jahan bhi un ko maloom hota ke wahan hadithain available hain, to wahan woh pahunch jate aur bas sunte rehte, sunte rehte. log samajhte ke yeh to khali sun rahe hain, likh kuch nahi rahe hain.</w:t>
      </w:r>
    </w:p>
    <w:p>
      <w:pPr>
        <w:jc w:val="right"/>
      </w:pPr>
      <w:r>
        <w:t>تو جہاں بھی ان کو معلوم ہوتا کہ وہاں حدیثیں اویلیبل ہیں، تو وہاں وہ پہنچ جاتے اور بس سنتے رہتے، سنتے رہتے۔ لوگ سمجھتے کہ یہ تو خالی سن رہے ہیں، لکھ کچھ نہیں رہے ہیں۔</w:t>
      </w:r>
    </w:p>
    <w:p>
      <w:r>
        <w:rPr>
          <w:b/>
        </w:rPr>
        <w:t xml:space="preserve">[39:49] </w:t>
      </w:r>
      <w:r>
        <w:t>is zamane mein likhne ka aam riwaj ho gaya tha. to logon ne kaha ke tum apna waqt zaya kar rahe ho aur is tareeqe se to</w:t>
      </w:r>
    </w:p>
    <w:p>
      <w:pPr>
        <w:jc w:val="right"/>
      </w:pPr>
      <w:r>
        <w:t>اس زمانے میں لکھنے کا عام رواج ہو گیا تھا۔ تو لوگوں نے کہا کہ تم اپنا وقت ضائع کر رہے ہو اور اس طریقے سے تو</w:t>
      </w:r>
    </w:p>
    <w:p>
      <w:r>
        <w:rPr>
          <w:b/>
        </w:rPr>
        <w:t xml:space="preserve">[39:58] </w:t>
      </w:r>
      <w:r>
        <w:t>. to unhon ne kaha: "acha, jo tum ne likha hua hai, woh apna document le aao." phir woh us ko le aaye aur us se woh milane lagay.</w:t>
      </w:r>
    </w:p>
    <w:p>
      <w:pPr>
        <w:jc w:val="right"/>
      </w:pPr>
      <w:r>
        <w:t>۔ تو انہوں نے کہا: "اچھا، جو تم نے لکھا ہوا ہے، وہ اپنا ڈاکومنٹ لے آؤ۔" پھر وہ اس کو لے آئے اور اس سے وہ ملانے لگے۔</w:t>
      </w:r>
    </w:p>
    <w:p>
      <w:r>
        <w:rPr>
          <w:b/>
        </w:rPr>
        <w:t xml:space="preserve">[40:07] </w:t>
      </w:r>
      <w:r>
        <w:t>to Imam Bukhari ko ek ek lafz jo ustad ne un ko bataya tha, woh ek ek lafz un ko yaad tha.</w:t>
      </w:r>
    </w:p>
    <w:p>
      <w:pPr>
        <w:jc w:val="right"/>
      </w:pPr>
      <w:r>
        <w:t>تو امام بخاری کو ایک ایک لفظ جو استاد نے ان کو بتایا تھا، وہ ایک ایک لفظ ان کو یاد تھا۔</w:t>
      </w:r>
    </w:p>
    <w:p>
      <w:r>
        <w:rPr>
          <w:b/>
        </w:rPr>
        <w:t xml:space="preserve">[40:15] </w:t>
      </w:r>
      <w:r>
        <w:t>to is tareeqe se unhon ne sari cheezein jo hain, jo bhi available tha is zamane mein, woh sab unhon ne jama kar diya aur bohat zyada mehnat ki ke yeh is is silsile mein ke most authentic jo hadithain hain, wohi jama karein.</w:t>
      </w:r>
    </w:p>
    <w:p>
      <w:pPr>
        <w:jc w:val="right"/>
      </w:pPr>
      <w:r>
        <w:t>تو اس طریقے سے انہوں نے ساری چیزیں جو ہیں، جو بھی اویلیبل تھا اس زمانے میں، وہ سب انہوں نے جمع کر دیا اور بہت زیادہ محنت کی کہ یہ اس اس سلسلے میں کہ موسٹ اتھینٹک جو حدیثیں ہیں، وہی جمع کریں۔</w:t>
      </w:r>
    </w:p>
    <w:p>
      <w:r>
        <w:rPr>
          <w:b/>
        </w:rPr>
        <w:t xml:space="preserve">[40:32] </w:t>
      </w:r>
      <w:r>
        <w:t>hadithain to unhon ne bohat zyada jama ki thin, lekin chhanṭte chhanṭte chhanṭte yeh 9684 hadithain reh gayeen. phir is ke baad hain Imam Muslim Ibn Hajjaj Al-Qushairi.</w:t>
      </w:r>
    </w:p>
    <w:p>
      <w:pPr>
        <w:jc w:val="right"/>
      </w:pPr>
      <w:r>
        <w:t>حدیثیں تو انہوں نے بہت زیادہ جمع کی تھیں، لیکن چھانٹتے چھانٹتے چھانٹتے یہ 9684 حدیثیں رہ گئیں۔ پھر اس کے بعد ہیں امام مسلم ابن حجاج کشیری۔</w:t>
      </w:r>
    </w:p>
    <w:p>
      <w:r>
        <w:rPr>
          <w:b/>
        </w:rPr>
        <w:t xml:space="preserve">[40:45] </w:t>
      </w:r>
      <w:r>
        <w:t>yeh hai 202 se 261 tak is par kaam hua aur yeh unhon ne Sahih Muslim tarteeb di. Sahih Muslim ki khaas baat yeh hai ke unhon ne bohat zyada khoobsurti ke lehaz se yeh bohat zyada mumtaz mani jati hai.</w:t>
      </w:r>
    </w:p>
    <w:p>
      <w:pPr>
        <w:jc w:val="right"/>
      </w:pPr>
      <w:r>
        <w:t>یہ ہے 202 سے 261 تک اس پر کام ہوا اور یہ انہوں نے صحیح مسلم ترتیب کی۔ صحیح مسلم کی خاص بات یہ ہے کہ انہوں نے بہت زیادہ خوبصورتی کے لحاظ سے یہ بہت زیادہ ممتاز مانی جاتی ہے۔</w:t>
      </w:r>
    </w:p>
    <w:p>
      <w:r>
        <w:rPr>
          <w:b/>
        </w:rPr>
        <w:t xml:space="preserve">[41:00] </w:t>
      </w:r>
      <w:r>
        <w:t>yani jo arrangement hai un ka, woh bohat zyada behtar hai, Imam Sahih Bukhari se bhi zyada bah</w:t>
      </w:r>
    </w:p>
    <w:p>
      <w:pPr>
        <w:jc w:val="right"/>
      </w:pPr>
      <w:r>
        <w:t>یعنی جو ارینجمنٹ ہے ان کا، وہ بہت زیادہ بہتر ہے، امام صحیح بخاری سے بھی زیادہ بہ</w:t>
      </w:r>
    </w:p>
    <w:p>
      <w:r>
        <w:rPr>
          <w:b/>
        </w:rPr>
        <w:t xml:space="preserve">[41:07] </w:t>
      </w:r>
      <w:r>
        <w:t>tar hai. arrangement in ka to chounke unhon ne imam bukhari ke baad kaam kiya hai, to is se woh jo is se bhi un ko faida mila hoga.</w:t>
      </w:r>
    </w:p>
    <w:p>
      <w:pPr>
        <w:jc w:val="right"/>
      </w:pPr>
      <w:r>
        <w:t>تر ہے۔ ارینجمنٹ ان کا تو چونکہ انہوں نے امام بخاری کے بعد کام کیا ہے، تو اس سے وہ جو اس سے بھی ان کو فائدہ ملا ہوگا۔</w:t>
      </w:r>
    </w:p>
    <w:p>
      <w:r>
        <w:rPr>
          <w:b/>
        </w:rPr>
        <w:t xml:space="preserve">[41:17] </w:t>
      </w:r>
      <w:r>
        <w:t>to yeh ziyada behtar tarteeb ke tarteeb wais yeh ziyada behtar hai. is ke baad hai imam abu daud ki sunan. abu daud yeh ziyada tar ahkam par mushtamil hai aur is mein taqreeban paanch sau paanch hazar hadisain jo hain, is mein shamil hain.</w:t>
      </w:r>
    </w:p>
    <w:p>
      <w:pPr>
        <w:jc w:val="right"/>
      </w:pPr>
      <w:r>
        <w:t>تو یہ زیادہ بہتر ترتیب کے ترتیب وائز یہ زیادہ بہتر ہے۔ اس کے بعد ہے امام ابو داؤد کی سنن۔ ابو داؤد یہ زیادہ تر احکام پر مشتمل ہے اور اس میں تقریباً پانچ سو پانچ ہزار حدیثیں جو ہیں، اس میں شامل ہیں۔</w:t>
      </w:r>
    </w:p>
    <w:p>
      <w:r>
        <w:rPr>
          <w:b/>
        </w:rPr>
        <w:t xml:space="preserve">[41:34] </w:t>
      </w:r>
      <w:r>
        <w:t>phir imam tirmizi, imam nasai, imam muhammad ibn majah. to yeh hamare paas jo majmooa majmooe hain, yeh do tarah ke hote hain.</w:t>
      </w:r>
    </w:p>
    <w:p>
      <w:pPr>
        <w:jc w:val="right"/>
      </w:pPr>
      <w:r>
        <w:t>پھر امام ترمذی، امام نسائی، امام محمد ابن ماجہ۔ تو یہ ہمارے پاس جو مجموعہ مجموعے ہیں، یہ دو طرح کے ہوتے ہیں۔</w:t>
      </w:r>
    </w:p>
    <w:p>
      <w:r>
        <w:rPr>
          <w:b/>
        </w:rPr>
        <w:t xml:space="preserve">[41:45] </w:t>
      </w:r>
      <w:r>
        <w:t>ek kehte hain jawad jame, ek kehte hain sunan. jame mein taqreeban tamam mozuat hote hain. hadis mein jo bhi mozuat par discussions hue hain, woh sab mozuat hote hain aur sunan mein ziyada tar ahkam hote hain.</w:t>
      </w:r>
    </w:p>
    <w:p>
      <w:pPr>
        <w:jc w:val="right"/>
      </w:pPr>
      <w:r>
        <w:t>ایک کہتے ہیں جواد جامع، ایک کہتے ہیں سنن۔ جامع میں تقریباً تمام موضوعات ہوتے ہیں۔ حدیث میں جو بھی موضوعات پر ڈسکشنز ہوئے ہیں، وہ سب موضوعات ہوتے ہیں اور سنن میں زیادہ تر احکام ہوتے ہیں۔</w:t>
      </w:r>
    </w:p>
    <w:p>
      <w:r>
        <w:rPr>
          <w:b/>
        </w:rPr>
        <w:t xml:space="preserve">[42:02] </w:t>
      </w:r>
      <w:r>
        <w:t>to bukhari, muslim, tirmizi yeh jame kehlati hain aur jame mein aap ko milega aqaaid bhi, ibadat bhi, muamlat, adab, sirat, tareekh, fitan.</w:t>
      </w:r>
    </w:p>
    <w:p>
      <w:pPr>
        <w:jc w:val="right"/>
      </w:pPr>
      <w:r>
        <w:t>تو بخاری، مسلم، ترمذی یہ جامع کہلاتی ہیں اور جامع میں آپ کو ملے گا عقائد بھی، عبادات بھی، معاملات، آداب، سیرت، تاریخ، فتن۔</w:t>
      </w:r>
    </w:p>
    <w:p>
      <w:r>
        <w:rPr>
          <w:b/>
        </w:rPr>
        <w:t xml:space="preserve">[42:16] </w:t>
      </w:r>
      <w:r>
        <w:t>chounke aakhri zamane mein jo fitna samne aayega, is par bhi ek poora bab hota hai. to isi ke mutabiq jo hadisain hoti hain, woh sab is bab mein jama kar di jati hain.</w:t>
      </w:r>
    </w:p>
    <w:p>
      <w:pPr>
        <w:jc w:val="right"/>
      </w:pPr>
      <w:r>
        <w:t>کیونکہ آخری زمانے میں جو فتنہ سامنے آئے گا، اس پر بھی ایک پورا باب ہوتا ہے۔ تو اسی کے مطابق جو حدیثیں ہوتی ہیں، وہ سب اس باب میں جمع کر دی جاتی ہیں۔</w:t>
      </w:r>
    </w:p>
    <w:p>
      <w:r>
        <w:rPr>
          <w:b/>
        </w:rPr>
        <w:t xml:space="preserve">[42:29] </w:t>
      </w:r>
      <w:r>
        <w:t>to yeh sahih muslim mein bab ki tarteeb bohat ziyada behtar tareeqe se ki gayi hai. to jo abu daud, nasai, ibn majah ki jo sunan hain, in mein ziyada amli zindagi se mutaliq riwayat hain aur khaas taur par fiqhi mozuat par unhon ne deal kiya hai.</w:t>
      </w:r>
    </w:p>
    <w:p>
      <w:pPr>
        <w:jc w:val="right"/>
      </w:pPr>
      <w:r>
        <w:t>تو یہ صحیح مسلم میں باب کی ترتیب بہت زیادہ بہتر طریقے سے کی گئی ہے۔ تو جو ابو داؤد، نسائی، ابن ماجہ کی جو سنن ہیں، ان میں زیادہ عملی زندگی سے متعلق روایات ہیں اور خاص طور پر فقہی موضوعات پر انہوں نے ڈیل کیا ہے۔</w:t>
      </w:r>
    </w:p>
    <w:p>
      <w:r>
        <w:rPr>
          <w:b/>
        </w:rPr>
        <w:t xml:space="preserve">[42:51] </w:t>
      </w:r>
      <w:r>
        <w:t>ab chautha daur jo hai, chounke yeh bohat hi lamba topic hai, to bohat hi mukhtasar sa hum ab</w:t>
      </w:r>
    </w:p>
    <w:p>
      <w:pPr>
        <w:jc w:val="right"/>
      </w:pPr>
      <w:r>
        <w:t>اب چوتھا دور جو ہے، کیونکہ یہ بہت ہی لمبا ٹاپک ہے، تو بہت ہی مختصر سا ہم اب</w:t>
      </w:r>
    </w:p>
    <w:p>
      <w:r>
        <w:rPr>
          <w:b/>
        </w:rPr>
        <w:t xml:space="preserve">[42:57] </w:t>
      </w:r>
      <w:r>
        <w:t>bata rahe hain. chauthe daur mein ab sare collection bhi ho gaya, compilation bhi ho gaya. ab is ki sharhain likhi jane lagin, commentary is ki likhi jane lagi.</w:t>
      </w:r>
    </w:p>
    <w:p>
      <w:pPr>
        <w:jc w:val="right"/>
      </w:pPr>
      <w:r>
        <w:t>بتا رہے ہیں۔ چوتھے دور میں اب سارے کلیکشن بھی ہو گیا، کمپائلیشن بھی ہو گیا۔ اب اس کی شرحیں لکھی جانے لگیں، کمنٹری اس کی لکھی جانے لگی۔</w:t>
      </w:r>
    </w:p>
    <w:p>
      <w:r>
        <w:rPr>
          <w:b/>
        </w:rPr>
        <w:t xml:space="preserve">[43:08] </w:t>
      </w:r>
      <w:r>
        <w:t>margin mein jahan bhi kuch baat clear nahi thi, us ko margin mein likha jane laga. is ke khulase banaye jane lage. to khulase mein do bohat mashhoor hain: mishkat al-masabih aur riyadh al-salihin.</w:t>
      </w:r>
    </w:p>
    <w:p>
      <w:pPr>
        <w:jc w:val="right"/>
      </w:pPr>
      <w:r>
        <w:t>مارجن میں جہاں بھی کچھ بات کلیئر نہیں تھی، اس کو مارجن میں لکھا جانے لگا۔ اس کے خلاصے بنائے جانے لگے۔ تو خلاصے میں دو بہت مشہور ہیں: مشکات المصابیح اور ریاض الصالحین۔</w:t>
      </w:r>
    </w:p>
    <w:p>
      <w:r>
        <w:rPr>
          <w:b/>
        </w:rPr>
        <w:t xml:space="preserve">[43:22] </w:t>
      </w:r>
      <w:r>
        <w:t>to yeh kai kai jildon mein hai. mishkat al-masabih ki maulana likh rahe the commentary, to kafi likh liya, shayad ek hazar hadisain, 1800, 1800 hadisain likhi hain.</w:t>
      </w:r>
    </w:p>
    <w:p>
      <w:pPr>
        <w:jc w:val="right"/>
      </w:pPr>
      <w:r>
        <w:t>تو یہ کئی کئی جلدوں میں ہے۔ مشکات المصابیح کی مولانا لکھ رہے تھے کمنٹری، تو کافی لکھ لیا، شاید ایک ہزار حدیثیں، 1800، 1800 حدیثیں لکھی ہیں۔</w:t>
      </w:r>
    </w:p>
    <w:p>
      <w:r>
        <w:rPr>
          <w:b/>
        </w:rPr>
        <w:t xml:space="preserve">[43:36] </w:t>
      </w:r>
      <w:r>
        <w:t>woh inshallah jaldi woh ارسالہ ke zariye se aap ke samne aayega. to yeh bohat hi ziyada acha majmooa hai.</w:t>
      </w:r>
    </w:p>
    <w:p>
      <w:pPr>
        <w:jc w:val="right"/>
      </w:pPr>
      <w:r>
        <w:t>وہ انشاءاللہ جلدی وہ ارسالہ کے ذریعے سے آپ کے سامنے آئے گا۔ تو یہ بہت ہی زیادہ اچھا مجموعہ ہے۔</w:t>
      </w:r>
    </w:p>
    <w:p>
      <w:r>
        <w:rPr>
          <w:b/>
        </w:rPr>
        <w:t xml:space="preserve">[43:46] </w:t>
      </w:r>
      <w:r>
        <w:t>to is ke baad ab jo kaam reh gaya hai, woh yeh hai ke is ki index banai jaye. jaise encyclopedia waghera hoti hai, jaise aaj kal kitabon ke moti kitabon ke indexes hote hain, us ko consult karna aasan hota hai.</w:t>
      </w:r>
    </w:p>
    <w:p>
      <w:pPr>
        <w:jc w:val="right"/>
      </w:pPr>
      <w:r>
        <w:t>تو اس کے بعد اب جو کام رہ گیا ہے، وہ یہ ہے کہ اس کی انڈیکس بنائی جائے۔ جیسے انسائیکلوپیڈیا وغیرہ ہوتی ہے، جیسے آج کل کتابوں کے موٹی کتابوں کے انڈیکسز ہوتے ہیں، اس کو کنسلٹ کرنا آسان ہوتا ہے۔</w:t>
      </w:r>
    </w:p>
    <w:p>
      <w:r>
        <w:rPr>
          <w:b/>
        </w:rPr>
        <w:t xml:space="preserve">[43:59] </w:t>
      </w:r>
      <w:r>
        <w:t>to kaam to bohat kuch ho raha hai, lekin itna ziyada bara kaam hai ke kaam chalta hi rahega. is par</w:t>
      </w:r>
    </w:p>
    <w:p>
      <w:pPr>
        <w:jc w:val="right"/>
      </w:pPr>
      <w:r>
        <w:t>تو کام تو بہت کچھ ہو رہا ہے، لیکن اتنا زیادہ بڑا کام ہے کہ کام چلتا ہی رہے گا۔ اس پر</w:t>
      </w:r>
    </w:p>
    <w:p>
      <w:r>
        <w:rPr>
          <w:b/>
        </w:rPr>
        <w:t xml:space="preserve">[44:07] </w:t>
      </w:r>
      <w:r>
        <w:t>ek aham baat ki taraf jo maulana ne ishara kiya tha, woh hai. is par kaam karne ki zaroorat hai aur masail ijtihad mein is ki taraf ishara kiya hai.</w:t>
      </w:r>
    </w:p>
    <w:p>
      <w:pPr>
        <w:jc w:val="right"/>
      </w:pPr>
      <w:r>
        <w:t>ایک اہم بات کی طرف جو مولانا نے اشارہ کیا تھا، وہ ہے۔ اس پر کام کرنے کی ضرورت ہے اور مسائل اجتہاد میں اس کی طرف اشارہ کیا ہے۔</w:t>
      </w:r>
    </w:p>
    <w:p>
      <w:r>
        <w:rPr>
          <w:b/>
        </w:rPr>
        <w:t xml:space="preserve">[44:15] </w:t>
      </w:r>
      <w:r>
        <w:t>woh yeh hai ke maujooda zamane, qadeem zamane mein jo kitaben ikatha ki gayin, jama ki gayin, woh qadeem daur ki halat o zarooriyat ke lehaz se thin.</w:t>
      </w:r>
    </w:p>
    <w:p>
      <w:pPr>
        <w:jc w:val="right"/>
      </w:pPr>
      <w:r>
        <w:t>وہ یہ ہے کہ موجودہ زمانے، قدیم زمانے میں جو کتابیں اکٹھا کی گئی، جمع کی گئی، وہ قدیم دور کی حالات و ضروریات کے لحاظ سے تھیں۔</w:t>
      </w:r>
    </w:p>
    <w:p>
      <w:r>
        <w:rPr>
          <w:b/>
        </w:rPr>
        <w:t xml:space="preserve">[44:25] </w:t>
      </w:r>
      <w:r>
        <w:t>is zamane mein jo masle pesh aaye, us aitbar se is mein hadisain jama ki gayin aur chapter ka naam diya gaya hai.</w:t>
      </w:r>
    </w:p>
    <w:p>
      <w:pPr>
        <w:jc w:val="right"/>
      </w:pPr>
      <w:r>
        <w:t>اس زمانے میں جو مسئلے پیش آئے، اس اعتبار سے اس میں حدیثیں جمع کی گئیں اور چیپٹر کا نام دیا گیا ہے۔</w:t>
      </w:r>
    </w:p>
    <w:p>
      <w:r>
        <w:rPr>
          <w:b/>
        </w:rPr>
        <w:t xml:space="preserve">[44:31] </w:t>
      </w:r>
      <w:r>
        <w:t>aaj zaroorat hai ke aaj jo muamlat pesh aa rahe hain, masle pesh aa rahe hain, us aitbar se aaj zaroorat hai ke hadisain aktha ki jayen aur chapter ka naam diya jaye.</w:t>
      </w:r>
    </w:p>
    <w:p>
      <w:pPr>
        <w:jc w:val="right"/>
      </w:pPr>
      <w:r>
        <w:t>آج ضرورت ہے کہ آج جو معاملات پیش آ رہے ہیں، مسائل پیش آ رہے ہیں، اس اعتبار سے آج ضرورت ہے کہ حدیثیں اکٹھا کی جائیں اور چیپٹر کا نام دیا جائے۔</w:t>
      </w:r>
    </w:p>
    <w:p>
      <w:r>
        <w:rPr>
          <w:b/>
        </w:rPr>
        <w:t xml:space="preserve">[44:42] </w:t>
      </w:r>
      <w:r>
        <w:t>to jo aap ne jo bataya ke aaj ke aitbar se zaroorat hai aur khatm nahi hogi, woh bohat aham baat hai ke is par kaam hona chahiye. ab to is ke baad mein aap se bohat hi aham sawal karunga.</w:t>
      </w:r>
    </w:p>
    <w:p>
      <w:pPr>
        <w:jc w:val="right"/>
      </w:pPr>
      <w:r>
        <w:t>تو جو آپ نے جو بتایا کہ آج کے اعتبار سے ضرورت ہے اور ختم نہیں ہوگی، وہ بہت اہم بات ہے کہ اس پر کام ہونا چاہیے۔ اب تو اس کے بعد میں آپ سے بہت ہی اہم سوال کروں گا۔</w:t>
      </w:r>
    </w:p>
    <w:p>
      <w:r>
        <w:rPr>
          <w:b/>
        </w:rPr>
        <w:t xml:space="preserve">[44:55] </w:t>
      </w:r>
      <w:r>
        <w:t>woh yeh hai ke quran o hadis ke darmiyan rabt kya hai?</w:t>
      </w:r>
    </w:p>
    <w:p>
      <w:pPr>
        <w:jc w:val="right"/>
      </w:pPr>
      <w:r>
        <w:t>وہ یہ ہے کہ قرآن و حدیث کے درمیان ربط کیا ہے؟</w:t>
      </w:r>
    </w:p>
    <w:p>
      <w:r>
        <w:rPr>
          <w:b/>
        </w:rPr>
        <w:t xml:space="preserve">[45:02] </w:t>
      </w:r>
      <w:r>
        <w:t>asal mein khud quran mein aaya hai ke rasool ki do zimmedariyan hain. ek hai quran wahi ko padh kar sunana, jis ko hum tilawat kehte hain.</w:t>
      </w:r>
    </w:p>
    <w:p>
      <w:pPr>
        <w:jc w:val="right"/>
      </w:pPr>
      <w:r>
        <w:t>اصل میں خود قرآن میں آیا ہے کہ رسول کی دو ذمہ داریاں ہیں۔ ایک ہے قرآن وحی کو پڑھ کر سنانا، جس کو ہم تلاوت کہتے ہیں۔</w:t>
      </w:r>
    </w:p>
    <w:p>
      <w:r>
        <w:rPr>
          <w:b/>
        </w:rPr>
        <w:t xml:space="preserve">[45:12] </w:t>
      </w:r>
      <w:r>
        <w:t>quran ki tilawat karna, recitation karna, recite karna, aur doosre quran ko explain karna.</w:t>
      </w:r>
    </w:p>
    <w:p>
      <w:pPr>
        <w:jc w:val="right"/>
      </w:pPr>
      <w:r>
        <w:t>قرآن کی تلاوت کرنا، ریسائٹیشن کرنا، ریسائیٹ کرنا، اور دوسرے قرآن کو ایکسپلین کرنا۔</w:t>
      </w:r>
    </w:p>
    <w:p>
      <w:r>
        <w:rPr>
          <w:b/>
        </w:rPr>
        <w:t xml:space="preserve">[45:19] </w:t>
      </w:r>
      <w:r>
        <w:t>is ke liye lafz tabeen aaya hai. quran ko explain karna. to yahi jo explanation hai, usi ko aap hadis keh sakte hain. yahi hadis hai, chounke rasool Allah salallahu alaihi wasallam is ko explain karne ke liye jo lafz alfaaz bolte the, wohi hadis hai.</w:t>
      </w:r>
    </w:p>
    <w:p>
      <w:pPr>
        <w:jc w:val="right"/>
      </w:pPr>
      <w:r>
        <w:t>اس کے لیے لفظ تابعین آیا ہے۔ قرآن کو ایکسپلین کرنا۔ تو یہی جو ایکسپلینیشن ہے، اسی کو آپ حدیث کہہ سکتے ہیں۔ یہی حدیث ہے، کیونکہ رسول اللہ صلی اللہ علیہ وسلم اس کو ایکسپلین کرنے کے لیے جو لفظ الفاظ بولتے تھے، وہی حدیث ہے۔</w:t>
      </w:r>
    </w:p>
    <w:p>
      <w:r>
        <w:rPr>
          <w:b/>
        </w:rPr>
        <w:t xml:space="preserve">[45:35] </w:t>
      </w:r>
      <w:r>
        <w:t>aur isi ko log jo hain, mehfooz karne ke liye poori koshish karte the.</w:t>
      </w:r>
    </w:p>
    <w:p>
      <w:pPr>
        <w:jc w:val="right"/>
      </w:pPr>
      <w:r>
        <w:t>اور اسی کو لوگ جو ہیں، محفوظ کرنے کے لیے پوری کوشش کرتے تھے۔</w:t>
      </w:r>
    </w:p>
    <w:p>
      <w:r>
        <w:rPr>
          <w:b/>
        </w:rPr>
        <w:t xml:space="preserve">[45:42] </w:t>
      </w:r>
      <w:r>
        <w:t>to to Allah ki marzi ko janne ke liye jo woh alfaaz, jo rasool Allah ke alfaaz hain, jin ko hum hadis kehte hain, woh isi tarah mustanad hain jis tarah quran.</w:t>
      </w:r>
    </w:p>
    <w:p>
      <w:pPr>
        <w:jc w:val="right"/>
      </w:pPr>
      <w:r>
        <w:t>تو تو اللہ کی مرضی کو جاننے کے لیے جو وہ الفاظ، جو رسول اللہ کے الفاظ ہیں، جن کو ہم حدیث کہتے ہیں، وہ اسی طرح مستند ہیں جس طرح قرآن۔</w:t>
      </w:r>
    </w:p>
    <w:p>
      <w:r>
        <w:rPr>
          <w:b/>
        </w:rPr>
        <w:t xml:space="preserve">[45:57] </w:t>
      </w:r>
      <w:r>
        <w:t>donon ek doosre se jure hue</w:t>
      </w:r>
    </w:p>
    <w:p>
      <w:pPr>
        <w:jc w:val="right"/>
      </w:pPr>
      <w:r>
        <w:t>دونوں ایک دوسرے سے جڑے ہوئے</w:t>
      </w:r>
    </w:p>
    <w:p>
      <w:r>
        <w:rPr>
          <w:b/>
        </w:rPr>
        <w:t xml:space="preserve">[45:59] </w:t>
      </w:r>
      <w:r>
        <w:t>hain. keh khud rasool Allah sal Allah aleh wasallam ne farmaya keh sun lo, mujhe yeh quran diya gaya hai aur isi ke sath is ka misl bhi, yani is ki manind bhi.</w:t>
      </w:r>
    </w:p>
    <w:p>
      <w:pPr>
        <w:jc w:val="right"/>
      </w:pPr>
      <w:r>
        <w:t>ہیں۔ کہ خود رسول اللہ صلی اللہ علیہ وسلم نے فرمایا کہ سن لو، مجھے یہ قرآن دیا گیا ہے اور اسی کے ساتھ اس کا مثل بھی، یعنی اس کی مانند بھی۔</w:t>
      </w:r>
    </w:p>
    <w:p>
      <w:r>
        <w:rPr>
          <w:b/>
        </w:rPr>
        <w:t xml:space="preserve">[46:11] </w:t>
      </w:r>
      <w:r>
        <w:t>to jo is ko hum wahi matloob aur wahi ghair matloob bhi kehte hain. wahi matloob ma'ni woh woh alfaaz jo recite kiye jayen, yani quran, aur wahi ghair matloob jo hum recite nahin karte, lekin woh bhi itna hi important hai jitna keh wahi hai.</w:t>
      </w:r>
    </w:p>
    <w:p>
      <w:pPr>
        <w:jc w:val="right"/>
      </w:pPr>
      <w:r>
        <w:t>تو جو اس کو ہم وحی مطلوب اور وحی غیر مطلوب بھی کہتے ہیں۔ وحی مطلوب معنی وہ وہ الفاظ جو ریسائیٹ کیے جائیں، یعنی قرآن، اور وحی غیر مطلوب جو ہم ریسائیٹ نہیں کرتے، لیکن وہ بھی اتنا ہی امپورٹنٹ ہے جتنا کہ وحی ہے۔</w:t>
      </w:r>
    </w:p>
    <w:p>
      <w:r>
        <w:rPr>
          <w:b/>
        </w:rPr>
        <w:t xml:space="preserve">[46:30] </w:t>
      </w:r>
      <w:r>
        <w:t>kyunkeh wahi ko hum samajh nahin sakte is ke baghair. aur rasool Allah sal Allah aleh wasallam ne farmaya keh main apne mann ki baat nahin karta. mujhe jo bhi kehta hoon, woh wohi baat hoti hai jo Khuda jo hai, mujhe inspire karta hai.</w:t>
      </w:r>
    </w:p>
    <w:p>
      <w:pPr>
        <w:jc w:val="right"/>
      </w:pPr>
      <w:r>
        <w:t>کیونکہ وحی کو ہم سمجھ نہیں سکتے اس کے بغیر۔ اور رسول اللہ صلی اللہ علیہ وسلم نے فرمایا کہ میں اپنے من کی بات نہیں کرتا۔ مجھے جو بھی کہتا ہوں، وہ وہی بات ہوتی ہے جو خدا جو ہے، مجھے انسپائر کرتا ہے۔</w:t>
      </w:r>
    </w:p>
    <w:p>
      <w:r>
        <w:rPr>
          <w:b/>
        </w:rPr>
        <w:t xml:space="preserve">[46:44] </w:t>
      </w:r>
      <w:r>
        <w:t>hazrat jibril aate the, batate the baaten. inspiration aap ko milta tha, wahi aap bolte the.</w:t>
      </w:r>
    </w:p>
    <w:p>
      <w:pPr>
        <w:jc w:val="right"/>
      </w:pPr>
      <w:r>
        <w:t>حضرت جبرائیل آتے تھے، بتاتے تھے باتیں۔ انسپیریشن آپ کو ملتا تھا، وہی آپ بولتے تھے۔</w:t>
      </w:r>
    </w:p>
    <w:p>
      <w:r>
        <w:rPr>
          <w:b/>
        </w:rPr>
        <w:t xml:space="preserve">[46:52] </w:t>
      </w:r>
      <w:r>
        <w:t>to hum yeh Maulana ne likha hai keh jab hum peghambar ke kehne par wahi matloob ko mante hain, to wahi ghair matloob ko na manne ka koi jawaz nahin.</w:t>
      </w:r>
    </w:p>
    <w:p>
      <w:pPr>
        <w:jc w:val="right"/>
      </w:pPr>
      <w:r>
        <w:t>تو ہم یہ مولانا نے لکھا ہے کہ جب ہم پیغمبر کے کہنے پر وحی مطلوب کو مانتے ہیں، تو وحی غیر مطلوب کو نہ ماننے کا کوئی جواز نہیں۔</w:t>
      </w:r>
    </w:p>
    <w:p>
      <w:r>
        <w:rPr>
          <w:b/>
        </w:rPr>
        <w:t xml:space="preserve">[47:03] </w:t>
      </w:r>
      <w:r>
        <w:t>bas hamein yeh dekhna hai keh rawi jo hai, woh mo'tabar hona chahiye. kyunkeh quran mein aam taur par deen ke asasi ahkam hain, basics hain, aur amli tafseelat quran mein darj nahin hain.</w:t>
      </w:r>
    </w:p>
    <w:p>
      <w:pPr>
        <w:jc w:val="right"/>
      </w:pPr>
      <w:r>
        <w:t>بس ہمیں یہ دیکھنا ہے کہ راوی جو ہے، وہ معتبر ہونا چاہیے۔ کیونکہ قرآن میں عام طور پر دین کے اثاثی احکام ہیں، بیسکس ہیں، اور عملی تفصیلات قرآن میں درج نہیں ہیں۔</w:t>
      </w:r>
    </w:p>
    <w:p>
      <w:r>
        <w:rPr>
          <w:b/>
        </w:rPr>
        <w:t xml:space="preserve">[47:18] </w:t>
      </w:r>
      <w:r>
        <w:t>to hadith jo hai, quran ko ko ko kaise apply karen apni zindagi mein, woh hadith batati hai. to hadith jo hai, woh quran ka application hai.</w:t>
      </w:r>
    </w:p>
    <w:p>
      <w:pPr>
        <w:jc w:val="right"/>
      </w:pPr>
      <w:r>
        <w:t>تو حدیث جو ہے، قرآن کو کو کو کیسے اپلائی کریں اپنی زندگی میں، وہ حدیث بتاتی ہے۔ تو حدیث جو ہے، وہ قرآن کا ایپلیکیشن ہے۔</w:t>
      </w:r>
    </w:p>
    <w:p>
      <w:r>
        <w:rPr>
          <w:b/>
        </w:rPr>
        <w:t xml:space="preserve">[47:29] </w:t>
      </w:r>
      <w:r>
        <w:t>misal ke taur par quran mein aaya hai keh Allah ka zikr kaseer karo. ab zikr kaseer kaise karen? to</w:t>
      </w:r>
    </w:p>
    <w:p>
      <w:pPr>
        <w:jc w:val="right"/>
      </w:pPr>
      <w:r>
        <w:t>مثال کے طور پر قرآن میں آیا ہے کہ اللہ کا ذکر کثیر کرو۔ اب ذکر کثیر کیسے کریں؟ تو</w:t>
      </w:r>
    </w:p>
    <w:p>
      <w:r>
        <w:rPr>
          <w:b/>
        </w:rPr>
        <w:t xml:space="preserve">[47:36] </w:t>
      </w:r>
      <w:r>
        <w:t>is ke bare mein hazrat ayesha batati hain keh rasool Allah har mauqe par Khuda ka zikr karte the. yani koi bhi blessing hui, koi bhi nai baat hui, kyunkeh chidiya bhi pharphadati thi, to aap koi na koi is se Khuda ki baat batate the.</w:t>
      </w:r>
    </w:p>
    <w:p>
      <w:pPr>
        <w:jc w:val="right"/>
      </w:pPr>
      <w:r>
        <w:t>اس کے بارے میں حضرت عائشہ بتاتی ہیں کہ رسول اللہ ہر موقع پر خدا کا ذکر کرتے تھے۔ یعنی کوئی بھی بلیسنگ ہوئی، کوئی بھی نئی بات ہوئی، کیونکہ چڑیا بھی پھڑپھڑاتی تھی، تو آپ کوئی نہ کوئی اس سے خدا کی بات بتاتے تھے۔</w:t>
      </w:r>
    </w:p>
    <w:p>
      <w:r>
        <w:rPr>
          <w:b/>
        </w:rPr>
        <w:t xml:space="preserve">[47:54] </w:t>
      </w:r>
      <w:r>
        <w:t>to har mauqe par ek hai keh sirf sirf quran ko recite karte rehna.</w:t>
      </w:r>
    </w:p>
    <w:p>
      <w:pPr>
        <w:jc w:val="right"/>
      </w:pPr>
      <w:r>
        <w:t>تو ہر موقع پر ایک ہے کہ صرف صرف قرآن کو ریسائیٹ کرتے رہنا۔</w:t>
      </w:r>
    </w:p>
    <w:p>
      <w:r>
        <w:rPr>
          <w:b/>
        </w:rPr>
        <w:t xml:space="preserve">[48:01] </w:t>
      </w:r>
      <w:r>
        <w:t>ek hai keh har mauqe par hamein quran ki baaton ko remind karana, Khuda ki blessings ko remind karana. kyunkeh aadmi ko blessing milti rehti hai, lekin woh bhoola rehta hai.</w:t>
      </w:r>
    </w:p>
    <w:p>
      <w:pPr>
        <w:jc w:val="right"/>
      </w:pPr>
      <w:r>
        <w:t>ایک ہے کہ ہر موقع پر ہمیں قرآن کی باتوں کو ریمائنڈ کرانا، خدا کی بلیسنگز کو ریمائنڈ کرانا۔ کیونکہ آدمی کو بلیسنگ ملتی رہتی ہے، لیکن وہ بھولا رہتا ہے۔</w:t>
      </w:r>
    </w:p>
    <w:p>
      <w:r>
        <w:rPr>
          <w:b/>
        </w:rPr>
        <w:t xml:space="preserve">[48:13] </w:t>
      </w:r>
      <w:r>
        <w:t>to yeh sab hamein rasool Allah sal Allah aleh wasallam se hi maloom hota hai keh kis tareeqe se hum Khuda ko yaad karen, jis ko Maulana ne kaha tha point of reference ke zariye.</w:t>
      </w:r>
    </w:p>
    <w:p>
      <w:pPr>
        <w:jc w:val="right"/>
      </w:pPr>
      <w:r>
        <w:t>تو یہ سب ہمیں رسول اللہ صلی اللہ علیہ وسلم سے ہی معلوم ہوتا ہے کہ کس طریقے سے ہم خدا کو یاد کریں، جس کو مولانا نے کہا تھا پوائنٹ آف ریفرنس کے ذریعے۔</w:t>
      </w:r>
    </w:p>
    <w:p>
      <w:r>
        <w:rPr>
          <w:b/>
        </w:rPr>
        <w:t xml:space="preserve">[48:24] </w:t>
      </w:r>
      <w:r>
        <w:t>to koi bhi hamein, hamein koi bhi achhi cheez milti hai, hamein koi bhi Khuda ki taraf se hamein kuch milta hai, aur yeh sari jo blessings jo hamein duniya mein mil rahi hain, yeh sab Khuda ki taraf se hain.</w:t>
      </w:r>
    </w:p>
    <w:p>
      <w:pPr>
        <w:jc w:val="right"/>
      </w:pPr>
      <w:r>
        <w:t>تو کوئی بھی ہمیں، ہمیں کوئی بھی اچھی چیز ملتی ہے، ہمیں کوئی بھی خدا کی طرف سے ہمیں کچھ ملتا ہے، اور یہ ساری جو بلیسنگز جو ہمیں دنیا میں مل رہی ہیں، یہ سب خدا کی طرف سے ہیں۔</w:t>
      </w:r>
    </w:p>
    <w:p>
      <w:r>
        <w:rPr>
          <w:b/>
        </w:rPr>
        <w:t xml:space="preserve">[48:37] </w:t>
      </w:r>
      <w:r>
        <w:t>to hum is ko, is ko point of reference bana kar hum Khuda ko yaad karen. to yeh hamein rasool Allah sal Allah aleh wasallam ke amal se hi pata chalta hai.</w:t>
      </w:r>
    </w:p>
    <w:p>
      <w:pPr>
        <w:jc w:val="right"/>
      </w:pPr>
      <w:r>
        <w:t>تو ہم اس کو، اس کو پوائنٹ آف ریفرنس بنا کر ہم خدا کو یاد کریں۔ تو یہ ہمیں رسول اللہ صلی اللہ علیہ وسلم کے عمل سے ہی پتہ چلتا ہے۔</w:t>
      </w:r>
    </w:p>
    <w:p>
      <w:r>
        <w:rPr>
          <w:b/>
        </w:rPr>
        <w:t xml:space="preserve">[48:49] </w:t>
      </w:r>
      <w:r>
        <w:t>aur khaas taur par jo ibadat hain, woh to quran se samajh mein aayenge nahin, kyunkeh jo practical hota hai is mein, aur woh hamein quran se samajh mein nahin aa sakta.</w:t>
      </w:r>
    </w:p>
    <w:p>
      <w:pPr>
        <w:jc w:val="right"/>
      </w:pPr>
      <w:r>
        <w:t>اور خاص طور پر جو عبادات ہیں، وہ تو قرآن سے سمجھ میں آئیں گے نہیں، کیونکہ جو پریکٹیکل ہوتا ہے اس میں، اور وہ ہمیں قرآن سے سمجھ میں نہیں آ سکتا۔</w:t>
      </w:r>
    </w:p>
    <w:p>
      <w:r>
        <w:rPr>
          <w:b/>
        </w:rPr>
        <w:t xml:space="preserve">[48:59] </w:t>
      </w:r>
      <w:r>
        <w:t>quran mein to sirf yeh hai keh namaz parho, hajj karo waghera. to yeh jo hai, rasool Allah sal Allah aleh wasallam ne khud kaha hai keh main tumhare darmiyan do cheezen chhod raha hoon, tum hargiz gumrah nahin hoge jab tak in donon ko pakde rahoge: Allah ki kitab aur us ke rasool ki sunnat.</w:t>
      </w:r>
    </w:p>
    <w:p>
      <w:pPr>
        <w:jc w:val="right"/>
      </w:pPr>
      <w:r>
        <w:t>قرآن میں تو صرف یہ ہے کہ نماز پڑھو، حج کرو وغیرہ۔ تو یہ جو ہے، رسول اللہ صلی اللہ علیہ وسلم نے خود کہا ہے کہ میں تمہارے درمیان دو چیزیں چھوڑ رہا ہوں، تم ہرگز گمراہ نہیں ہوگے جب تک ان دونوں کو پکڑے رہو گے: اللہ کی کتاب اور اس کے رسول کی سنت۔</w:t>
      </w:r>
    </w:p>
    <w:p>
      <w:r>
        <w:rPr>
          <w:b/>
        </w:rPr>
        <w:t xml:space="preserve">[49:18] </w:t>
      </w:r>
      <w:r>
        <w:t>to quran o sunnat donon ekoli Khudai hidayat ka maqhaz hain, source hain.</w:t>
      </w:r>
    </w:p>
    <w:p>
      <w:pPr>
        <w:jc w:val="right"/>
      </w:pPr>
      <w:r>
        <w:t>تو قرآن و سنت دونوں ایکولی خدائی ہدایت کا ماخذ ہیں، سورس ہیں۔</w:t>
      </w:r>
    </w:p>
    <w:p>
      <w:r>
        <w:rPr>
          <w:b/>
        </w:rPr>
        <w:t xml:space="preserve">[49:25] </w:t>
      </w:r>
      <w:r>
        <w:t>to bilkul aise hi jaise ek pure science hoti hai aur ek applied science hoti hai. to woh pure Islam hai, theory hai, aur hadith jo hai, woh applied Islam hai, practice hai.</w:t>
      </w:r>
    </w:p>
    <w:p>
      <w:pPr>
        <w:jc w:val="right"/>
      </w:pPr>
      <w:r>
        <w:t>تو بالکل ایسے ہی جیسے ایک پیور سائنس ہوتی ہے اور ایک اپلائیڈ سائنس ہوتی ہے۔ تو وہ پیور اسلام ہے، تھیوری ہے، اور حدیث جو ہے، وہ اپلائیڈ اسلام ہے، پریکٹس ہے۔</w:t>
      </w:r>
    </w:p>
    <w:p>
      <w:r>
        <w:rPr>
          <w:b/>
        </w:rPr>
        <w:t xml:space="preserve">[49:38] </w:t>
      </w:r>
      <w:r>
        <w:t>to Islam par amal karne ke liye hamein donon pehluon ko samajhna bohat zaroori hai.</w:t>
      </w:r>
    </w:p>
    <w:p>
      <w:pPr>
        <w:jc w:val="right"/>
      </w:pPr>
      <w:r>
        <w:t>تو اسلام پر عمل کرنے کے لیے ہمیں دونوں پہلوؤں کو سمجھنا بہت ضروری ہے۔</w:t>
      </w:r>
    </w:p>
    <w:p>
      <w:r>
        <w:rPr>
          <w:b/>
        </w:rPr>
        <w:t xml:space="preserve">[49:45] </w:t>
      </w:r>
      <w:r>
        <w:t>ek aalim ne hajj ke safar mein yeh Furqan June 1979 mein aaya tha. to us ne, ek aalim ne hajj ke safar ke baad likha keh main bees saal se fiqh o hadith padha raha tha aur main samajh raha tha keh main hajj kar sakta hoon.</w:t>
      </w:r>
    </w:p>
    <w:p>
      <w:pPr>
        <w:jc w:val="right"/>
      </w:pPr>
      <w:r>
        <w:t>ایک عالم نے حج کے سفر میں یہ الفرقان جون 1979 میں آیا تھا۔ تو اس نے، ایک عالم نے حج کے سفر کے بعد لکھا کہ میں بیس سال سے فقہ و حدیث پڑھا رہا تھا اور میں سمجھ رہا تھا کہ میں حج کر سکتا ہوں۔</w:t>
      </w:r>
    </w:p>
    <w:p>
      <w:r>
        <w:rPr>
          <w:b/>
        </w:rPr>
        <w:t xml:space="preserve">[50:01] </w:t>
      </w:r>
      <w:r>
        <w:t>hamein koi guide ki bhi zaroorat nahin hai, itna hamare paas ilm hai keh hum aasani se hajj kar sakte hain. lekin jab woh hajj karne gaye to unhein laga keh jo hadith ki taleem woh de rahe the, woh woh kitabi ilm kafi nahin hai.</w:t>
      </w:r>
    </w:p>
    <w:p>
      <w:pPr>
        <w:jc w:val="right"/>
      </w:pPr>
      <w:r>
        <w:t>ہمیں کوئی گائیڈ کی بھی ضرورت نہیں ہے، اتنا ہمارے پاس علم ہے کہ ہم آسانی سے حج کر سکتے ہیں۔ لیکن جب وہ حج کرنے گئے تو انہیں لگا کہ جو حدیث کی تعلیم وہ دے رہے تھے، وہ وہ کتابی علم کافی نہیں ہے۔</w:t>
      </w:r>
    </w:p>
    <w:p>
      <w:r>
        <w:rPr>
          <w:b/>
        </w:rPr>
        <w:t xml:space="preserve">[50:14] </w:t>
      </w:r>
      <w:r>
        <w:t>to rasool Allah sal Allah aleh wasallam ne kaha tha keh tum mujh ko dekh kar hajj ke tareeqe seekh lo. to yeh to chand baaten hain.</w:t>
      </w:r>
    </w:p>
    <w:p>
      <w:pPr>
        <w:jc w:val="right"/>
      </w:pPr>
      <w:r>
        <w:t>تو رسول اللہ صلی اللہ علیہ وسلم نے کہا تھا کہ تم مجھ کو دیکھ کر حج کے طریقے سیکھ لو۔ تو یہ تو چند باتیں ہیں۔</w:t>
      </w:r>
    </w:p>
    <w:p>
      <w:r>
        <w:rPr>
          <w:b/>
        </w:rPr>
        <w:t xml:space="preserve">[50:24] </w:t>
      </w:r>
      <w:r>
        <w:t>isi tareeqe se har kaam, jab tak hum rasool Allah sal Allah aleh wasallam ke aqwal aur aap ki practices ko nahin samjhenge, hum quran par amal nahin kar sakte.</w:t>
      </w:r>
    </w:p>
    <w:p>
      <w:pPr>
        <w:jc w:val="right"/>
      </w:pPr>
      <w:r>
        <w:t>اسی طریقے سے ہر کام، جب تک ہم رسول اللہ صلی اللہ علیہ وسلم کے اقوال اور آپ کی پریکٹسز کو نہیں سمجھیں گے، ہم قرآن پر عمل نہیں کر سکتے۔</w:t>
      </w:r>
    </w:p>
    <w:p>
      <w:r>
        <w:rPr>
          <w:b/>
        </w:rPr>
        <w:t xml:space="preserve">[50:35] </w:t>
      </w:r>
      <w:r>
        <w:t>phir woh jo quran jo hai, woh ek book of recitation ho ke reh jayega.</w:t>
      </w:r>
    </w:p>
    <w:p>
      <w:pPr>
        <w:jc w:val="right"/>
      </w:pPr>
      <w:r>
        <w:t>پھر وہ جو قرآن جو ہے، وہ ایک بک آف ریسائٹیشن ہو کے رہ جائے گا۔</w:t>
      </w:r>
    </w:p>
    <w:p>
      <w:r>
        <w:rPr>
          <w:b/>
        </w:rPr>
        <w:t xml:space="preserve">[50:43] </w:t>
      </w:r>
      <w:r>
        <w:t>boht aham baat aap aap ne batai ke quran o hadith mein mukammal ka talluq jo boht gehra hai. is par mujhe aik hadith aur do ayaten yaad ayen jo mein yahan par zikr karna munasib samajhta hoon.</w:t>
      </w:r>
    </w:p>
    <w:p>
      <w:pPr>
        <w:jc w:val="right"/>
      </w:pPr>
      <w:r>
        <w:t>بہت اہم بات آپ آپ نے بتائی کہ قرآن و حدیث میں مکمل کا تعلق جو بہت گہرا ہے۔ اس پر مجھے ایک حدیث اور دو آیتیں یاد آئیں جو میں یہاں پر ذکر کرنا مناسب سمجھتا ہوں۔</w:t>
      </w:r>
    </w:p>
    <w:p>
      <w:r>
        <w:rPr>
          <w:b/>
        </w:rPr>
        <w:t xml:space="preserve">[50:59] </w:t>
      </w:r>
      <w:r>
        <w:t>aik hadith hai ke Allah ke rasool sallay alaihi wasallam ke zamanay mein aap kahin safar par ja rahay thay apnay ashaab ke sath. to aik sahabi ne rastay mein parinday ke bachay ko dekha, us ko utha</w:t>
      </w:r>
    </w:p>
    <w:p>
      <w:pPr>
        <w:jc w:val="right"/>
      </w:pPr>
      <w:r>
        <w:t>ایک حدیث ہے کہ اللہ کے رسول صلی اللہ علیہ وسلم کے زمانے میں آپ کہیں سفر پر جا رہے تھے اپنے اصحاب کے ساتھ۔ تو ایک صحابی نے راستے میں پرندے کے بچے کو دیکھا، اس کو اٹھا</w:t>
      </w:r>
    </w:p>
    <w:p>
      <w:r>
        <w:rPr>
          <w:b/>
        </w:rPr>
        <w:t xml:space="preserve">[51:12] </w:t>
      </w:r>
      <w:r>
        <w:t>liya, us ne apni god mein rakh liya aur le kar chalay aye jahan par parao dala hua tha. wahan to aur us ke baad us ki maan ayi, parinday bachay ki maan ayi, aur us ne aa kar jo yahan par parao tha, us ke pas aas pas aa kar chahchahana shuru kar diya.</w:t>
      </w:r>
    </w:p>
    <w:p>
      <w:pPr>
        <w:jc w:val="right"/>
      </w:pPr>
      <w:r>
        <w:t>لیا، اس نے اپنی گود میں رکھ لیا اور لے کر چلے آئے جہاں پر پڑاؤ ڈالا ہوا تھا۔ وہاں تو اور اس کے بعد اس کی ماں آئی، پرندے بچے کی ماں آئی، اور اس نے آ کر جو یہاں پر پڑاؤ تھا، اس کے پاس آس پاس آ کر چہچہانا شروع کر دیا۔</w:t>
      </w:r>
    </w:p>
    <w:p>
      <w:r>
        <w:rPr>
          <w:b/>
        </w:rPr>
        <w:t xml:space="preserve">[51:28] </w:t>
      </w:r>
      <w:r>
        <w:t>wo talash kar rahi thi apne bachay ko. Allah ke rasool sallay alaihi wasallam ne dekha ke aisay kar raha hai to poocha ke kis ne is ke bachay ko uthaya hai?</w:t>
      </w:r>
    </w:p>
    <w:p>
      <w:pPr>
        <w:jc w:val="right"/>
      </w:pPr>
      <w:r>
        <w:t>وہ تلاش کر رہی تھی اپنے بچے کو۔ اللہ کے رسول صلی اللہ علیہ وسلم نے دیکھا کہ ایسے کر رہا ہے تو پوچھا کہ کس نے اس کے بچے کو اٹھایا ہے؟</w:t>
      </w:r>
    </w:p>
    <w:p>
      <w:r>
        <w:rPr>
          <w:b/>
        </w:rPr>
        <w:t xml:space="preserve">[51:36] </w:t>
      </w:r>
      <w:r>
        <w:t>to aik sahabi ne kaha: " aey Allah ke rasool! mein ne." to kaha: " jao, is ke bachay ko us ko wapas kar do." phir us ke baad us se Allah ke rasool sallay alaihi wasallam ne aik lesson draw kar ke</w:t>
      </w:r>
    </w:p>
    <w:p>
      <w:pPr>
        <w:jc w:val="right"/>
      </w:pPr>
      <w:r>
        <w:t>تو ایک صحابی نے کہا: "اے اللہ کے رسول! میں نے۔" تو کہا: "جاؤ، اس کے بچے کو اس کو واپس کر دو۔" پھر اس کے بعد اس سے اللہ کے رسول صلی اللہ علیہ وسلم نے ایک لیسن ڈرا کر کے</w:t>
      </w:r>
    </w:p>
    <w:p>
      <w:r>
        <w:rPr>
          <w:b/>
        </w:rPr>
        <w:t xml:space="preserve">[51:46] </w:t>
      </w:r>
      <w:r>
        <w:t>bataya. poocha apnay ashaab se ke kya tum is baat ko yaqeen kar sakte ho ke yeh maada parinda jo hai, woh apne bachay ko aag mein daal degi ya us ko maar degi?</w:t>
      </w:r>
    </w:p>
    <w:p>
      <w:pPr>
        <w:jc w:val="right"/>
      </w:pPr>
      <w:r>
        <w:t>بتایا۔ پوچھا اپنے اصحاب سے کہ کیا تم اس بات کو یقین کر سکتے ہو کہ یہ مادہ پرندہ جو ہے، وہ اپنے بچے کو آگ میں ڈال دے گی یا اس کو مار دے گی؟</w:t>
      </w:r>
    </w:p>
    <w:p>
      <w:r>
        <w:rPr>
          <w:b/>
        </w:rPr>
        <w:t xml:space="preserve">[51:59] </w:t>
      </w:r>
      <w:r>
        <w:t>ashaab e rasool ne kaha: " nahin." to Allah taala ki rehmat ki taraf ishara karte hue kaha ke Allah taala is se bhi boht ziyada reham dil hai ke woh apne kisi banday ko aag mein dalay.</w:t>
      </w:r>
    </w:p>
    <w:p>
      <w:pPr>
        <w:jc w:val="right"/>
      </w:pPr>
      <w:r>
        <w:t>اصحاب رسول نے کہا: "نہیں۔" تو اللہ تعالیٰ کی رحمت کی طرف اشارہ کرتے ہوئے کہا کہ اللہ تعالیٰ اس سے بھی بہت زیادہ رحم دل ہے کہ وہ اپنے کسی بندے کو آگ میں ڈالے۔</w:t>
      </w:r>
    </w:p>
    <w:p>
      <w:r>
        <w:rPr>
          <w:b/>
        </w:rPr>
        <w:t xml:space="preserve">[52:10] </w:t>
      </w:r>
      <w:r>
        <w:t>to hum samajh saktay hain ke Allah ke rasool sallay alaihi wasallam quran mein hum parhtay hain ke Allah arham ul rahimin hai. is ki kitni achi explanation hai is mein.</w:t>
      </w:r>
    </w:p>
    <w:p>
      <w:pPr>
        <w:jc w:val="right"/>
      </w:pPr>
      <w:r>
        <w:t>تو ہم سمجھ سکتے ہیں کہ اللہ کے رسول صلی اللہ علیہ وسلم قرآن میں ہم پڑھتے ہیں کہ اللہ ارحم الراحمین ہے۔ اس کی کتنی اچھی ایکسپلینیشن ہے اس میں۔</w:t>
      </w:r>
    </w:p>
    <w:p>
      <w:r>
        <w:rPr>
          <w:b/>
        </w:rPr>
        <w:t xml:space="preserve">[52:20] </w:t>
      </w:r>
      <w:r>
        <w:t>quran mein jo Allah ke rasool sallay alaihi wasallam ke baray mein aya hai, char bunyadi farayiz bataye gaye hain aur yeh ayat taqreeban char martaba ayi hai. to aik jagah is in alfaaz mein ayi hai: kama arsalna fikum rasoolan minkum yatlu alaikum ayatina wa yuzakkikum wa yuallimukum al kitaba wal hikmata wa yuallimukum ma lam takunu ta'lamoon jaisa</w:t>
      </w:r>
    </w:p>
    <w:p>
      <w:pPr>
        <w:jc w:val="right"/>
      </w:pPr>
      <w:r>
        <w:t>قرآن میں جو اللہ کے رسول صلی اللہ علیہ وسلم کے بارے میں آیا ہے، چار بنیادی فرائض بتائے گئے ہیں اور یہ آیت تقریباً چار مرتبہ آئی ہے۔ تو ایک جگہ اس ان الفاظ میں آئی ہے: کما أرسلنا فيكم رسولاً منكم يتلو علیکم آياتنا ويزکیکم ويعلمکم الکتاب والحکمہ ويعلمکم ما لم تكونوا تعلمون جیسا</w:t>
      </w:r>
    </w:p>
    <w:p>
      <w:r>
        <w:rPr>
          <w:b/>
        </w:rPr>
        <w:t xml:space="preserve">[52:40] </w:t>
      </w:r>
      <w:r>
        <w:t>ke hum ne tum mein aik rasool bheja tumharay darmiyan se jo tum ko hamari ayaten tilawat kar ke sunata hai, yani quran, aur woh tumhara tazkiya karta hai aur tum ko kitab ki taleem deta hai aur hikmat ki taleem deta hai aur woh batain batata hai jo tum nahin jantay ho.</w:t>
      </w:r>
    </w:p>
    <w:p>
      <w:pPr>
        <w:jc w:val="right"/>
      </w:pPr>
      <w:r>
        <w:t>کہ ہم نے تم میں ایک رسول بھیجا تمہارے درمیان سے جو تم کو ہماری آیتیں تلاوت کر کے سناتا ہے، یعنی قرآن، اور وہ تمہارا تزکیہ کرتا ہے اور تم کو کتاب کی تعلیم دیتا ہے اور حکمت کی تعلیم دیتا ہے اور وہ باتیں بتاتا ہے جو تم نہیں جانتے ہو۔</w:t>
      </w:r>
    </w:p>
    <w:p>
      <w:r>
        <w:rPr>
          <w:b/>
        </w:rPr>
        <w:t xml:space="preserve">[53:00] </w:t>
      </w:r>
      <w:r>
        <w:t>to tilawat e ayat to bas quran ki baat ho gayi. is ke baad jo tazkiya kaisa hai ya isi tarah quran ki taleem dena, us ko samjhana kya cheez hai?</w:t>
      </w:r>
    </w:p>
    <w:p>
      <w:pPr>
        <w:jc w:val="right"/>
      </w:pPr>
      <w:r>
        <w:t>تو تلاوت آیت تو بس قرآن کی بات ہو گئی۔ اس کے بعد جو تزکیہ کیسا ہے یا اسی طریقے سے قرآن کی تعلیم دینا، اس کو سمجھانا کیا چیز ہے؟</w:t>
      </w:r>
    </w:p>
    <w:p>
      <w:r>
        <w:rPr>
          <w:b/>
        </w:rPr>
        <w:t xml:space="preserve">[53:09] </w:t>
      </w:r>
      <w:r>
        <w:t>hikmat kya hai?</w:t>
      </w:r>
    </w:p>
    <w:p>
      <w:pPr>
        <w:jc w:val="right"/>
      </w:pPr>
      <w:r>
        <w:t>حکمت کیا ہے؟</w:t>
      </w:r>
    </w:p>
    <w:p>
      <w:r>
        <w:rPr>
          <w:b/>
        </w:rPr>
        <w:t xml:space="preserve">[53:11] </w:t>
      </w:r>
      <w:r>
        <w:t>insan boht sari cheezon ko nahin janta, woh janna kya hai akhirat ke talluq se, fitnay ke talluq se? yeh sari cheezain Allah ke rasool sallay alaihi wasallam bataya karte thay.</w:t>
      </w:r>
    </w:p>
    <w:p>
      <w:pPr>
        <w:jc w:val="right"/>
      </w:pPr>
      <w:r>
        <w:t>انسان بہت ساری چیزوں کو نہیں جانتا، وہ جاننا کیا ہے آخرت کے تعلق سے، فتنے کے تعلق سے؟ یہ ساری چیزیں اللہ کے رسول صلی اللہ علیہ وسلم بتایا کرتے تھے۔</w:t>
      </w:r>
    </w:p>
    <w:p>
      <w:r>
        <w:rPr>
          <w:b/>
        </w:rPr>
        <w:t xml:space="preserve">[53:19] </w:t>
      </w:r>
      <w:r>
        <w:t>to Allah taala ne quran ke andar khud us ko muayyan kar diya tha ke yeh batain bhi Allah ke rasool sallay alaihi wasallam batayen ge, tum ko bata rahay hain quran ke ilawa. warna agar sirf quran ki tilawat hi hoti ke quran ja kar pohancha dena hai to aik courier person kidhar Allah ke rasool sallay alaihi wasallam ja kar quran pohancha sakte thay ke ab hamara kaam ho gaya hai?</w:t>
      </w:r>
    </w:p>
    <w:p>
      <w:pPr>
        <w:jc w:val="right"/>
      </w:pPr>
      <w:r>
        <w:t>تو اللہ تعالیٰ نے قرآن کے اندر خود اس کو متعین کر دیا تھا کہ یہ باتیں بھی اللہ کے رسول صلی اللہ علیہ وسلم بتائیں گے، تم کو بتا رہے ہیں قرآن کے علاوہ۔ ورنہ اگر صرف قرآن کی تلاوت ہی ہوتی کہ قرآن جا کے پہنچا دینا ہے تو ایک کوریئر پرسن کدھر اللہ کے رسول صلی اللہ علیہ وسلم جا کر قرآن پہنچا سکتے تھے کہ اب ہمارا کام ہو گیا ہے؟</w:t>
      </w:r>
    </w:p>
    <w:p>
      <w:r>
        <w:rPr>
          <w:b/>
        </w:rPr>
        <w:t xml:space="preserve">[53:37] </w:t>
      </w:r>
      <w:r>
        <w:t>isi tarah aik aur ayat hai jo ashaab e rasool ke hawale se hai, jo samajhnay ka hai ke agar woh is tarah iman laye jaisay tum iman laye ho. ashaab e rasool ko ishara hai ke tum jaisay iman laye ho, waisay woh log iman laye to woh hidayat pa jayen ge.</w:t>
      </w:r>
    </w:p>
    <w:p>
      <w:pPr>
        <w:jc w:val="right"/>
      </w:pPr>
      <w:r>
        <w:t>اسی طرح ایک اور آیت ہے جو اصحاب رسول کے حوالے سے ہے، جو سمجھنے کا ہے کہ اگر وہ اس طرح ایمان لائے جیسے تم ایمان لائے ہو۔ اصحاب رسول کو اشارہ ہے کہ تم جیسے ایمان لائے ہو، ویسے وہ لوگ ایمان لائے تو وہ ہدایت پا جائیں گے۔</w:t>
      </w:r>
    </w:p>
    <w:p>
      <w:r>
        <w:rPr>
          <w:b/>
        </w:rPr>
        <w:t xml:space="preserve">[53:51] </w:t>
      </w:r>
      <w:r>
        <w:t>zahair si baat hai ke ashaab e rasool aur rasool sallay alaihi wasallam ki zindagi ko hum nahin janen ge ke kaisay woh hidayat laye, paye, kaisi un ki zindagi thi, woh hum nahin samajh saktay hain.</w:t>
      </w:r>
    </w:p>
    <w:p>
      <w:pPr>
        <w:jc w:val="right"/>
      </w:pPr>
      <w:r>
        <w:t>ظاہر سی بات ہے کہ اصحاب رسول اور رسول صلی اللہ علیہ وسلم کی زندگی کو ہم نہیں جانیں گے کہ کیسے وہ ہدایت لائے، پائے، کیسی ان کی زندگی تھی، وہ ہم نہیں سمجھ سکتے ہیں۔</w:t>
      </w:r>
    </w:p>
    <w:p>
      <w:r>
        <w:rPr>
          <w:b/>
        </w:rPr>
        <w:t xml:space="preserve">[54:01] </w:t>
      </w:r>
      <w:r>
        <w:t>to is se hum na sirf Allah ke rasool sallay alaihi wasallam ki hadith ki ahmiyat ko samajh saktay hain balkay ashaab e rasool ki zindagi bhi</w:t>
      </w:r>
    </w:p>
    <w:p>
      <w:pPr>
        <w:jc w:val="right"/>
      </w:pPr>
      <w:r>
        <w:t>تو اس سے ہم نہ صرف اللہ کے رسول صلی اللہ علیہ وسلم کی حدیث کی اہمیت کو سمجھ سکتے ہیں بلکہ اصحاب رسول کی زندگی بھی</w:t>
      </w:r>
    </w:p>
    <w:p>
      <w:r>
        <w:rPr>
          <w:b/>
        </w:rPr>
        <w:t xml:space="preserve">[54:08] </w:t>
      </w:r>
      <w:r>
        <w:t>kitni important hai hamare liye, us ko hum samajh saktay hain aur dono ka rabt kya hai, woh hum jaan saktay hain. is se</w:t>
      </w:r>
    </w:p>
    <w:p>
      <w:pPr>
        <w:jc w:val="right"/>
      </w:pPr>
      <w:r>
        <w:t>کتنی امپورٹنٹ ہے ہمارے لیے، اس کو ہم سمجھ سکتے ہیں اور دونوں کا ربط کیا ہے، وہ ہم جان سکتے ہیں۔ اس سے</w:t>
      </w:r>
    </w:p>
    <w:p>
      <w:r>
        <w:rPr>
          <w:b/>
        </w:rPr>
        <w:t xml:space="preserve">[54:15] </w:t>
      </w:r>
      <w:r>
        <w:t>is ke baad kuch aur doosray sawalat hain aap ka jo mein aap se karna chahoon ga. yeh teen sawal hain jo hamaray sam'een ne kiya hain.</w:t>
      </w:r>
    </w:p>
    <w:p>
      <w:pPr>
        <w:jc w:val="right"/>
      </w:pPr>
      <w:r>
        <w:t>اس کے بعد کچھ اور دوسرے سوالات ہیں آپ کا جو میں آپ سے کرنا چاہوں گا۔ یہ تین سوال ہیں جو ہمارے سامعین نے کیا ہیں۔</w:t>
      </w:r>
    </w:p>
    <w:p>
      <w:r>
        <w:rPr>
          <w:b/>
        </w:rPr>
        <w:t xml:space="preserve">[54:28] </w:t>
      </w:r>
      <w:r>
        <w:t>sab se pehla sawal yeh hai ke zaeef aur sahih riwayat jo hain, us mein farq kya hai? kaisay hum janen? yeh asal mein Maulana ne likha hai ke mein is mamlay mein ulama ke maslak ko manta</w:t>
      </w:r>
    </w:p>
    <w:p>
      <w:pPr>
        <w:jc w:val="right"/>
      </w:pPr>
      <w:r>
        <w:t>سب سے پہلا سوال یہ ہے کہ ضعیف اور صحیح روایات جو ہیں، اس میں فرق کیا ہے؟ کیسے ہم جانیں؟ یہ اصل میں مولانا نے لکھا ہے کہ میں اس معاملے میں علماء کے مسلک کو مانت</w:t>
      </w:r>
    </w:p>
    <w:p>
      <w:r>
        <w:rPr>
          <w:b/>
        </w:rPr>
        <w:t xml:space="preserve">[54:44] </w:t>
      </w:r>
      <w:r>
        <w:t>hoon. to ulama ka maslak yeh hai ke jo zaeef riwayat hain, to sharai hukum ke baray mein woh qabool nahin ki jayen gi.</w:t>
      </w:r>
    </w:p>
    <w:p>
      <w:pPr>
        <w:jc w:val="right"/>
      </w:pPr>
      <w:r>
        <w:t>ا ہوں۔ تو علماء کا مسلک یہ ہے کہ جو ضعیف روایات ہیں، تو شرعی حکم کے بارے میں وہ قبول نہیں کی جائیں گی۔</w:t>
      </w:r>
    </w:p>
    <w:p>
      <w:r>
        <w:rPr>
          <w:b/>
        </w:rPr>
        <w:t xml:space="preserve">[54:52] </w:t>
      </w:r>
      <w:r>
        <w:t>lekin agar ma'rifat jaisay pehlu par hai to woh hum qabool kar saktay hain is shart pe ke woh kisi sahih hadith se ya quran ke se takra nahin rahi ho.</w:t>
      </w:r>
    </w:p>
    <w:p>
      <w:pPr>
        <w:jc w:val="right"/>
      </w:pPr>
      <w:r>
        <w:t>لیکن اگر معرفت جیسے پہلو پر ہے تو وہ ہم قبول کر سکتے ہیں اس شرط پہ کہ وہ کسی صحیح حدیث سے یا قرآن کے سے ٹکرا نہ رہی ہو۔</w:t>
      </w:r>
    </w:p>
    <w:p>
      <w:r>
        <w:rPr>
          <w:b/>
        </w:rPr>
        <w:t xml:space="preserve">[55:06] </w:t>
      </w:r>
      <w:r>
        <w:t>kyun ke ma'rifat waghera waghera wali jo riwayatain hain, un ko dawat o tarbiyat ke liye istemal kiya ja sakta hai.</w:t>
      </w:r>
    </w:p>
    <w:p>
      <w:pPr>
        <w:jc w:val="right"/>
      </w:pPr>
      <w:r>
        <w:t>کیونکہ معرفت وغیرہ وغیرہ والی جو روایتیں ہیں، ان کو دعوت و تربیت کے لیے استعمال کیا جا سکتا ہے۔</w:t>
      </w:r>
    </w:p>
    <w:p>
      <w:r>
        <w:rPr>
          <w:b/>
        </w:rPr>
        <w:t xml:space="preserve">[55:14] </w:t>
      </w:r>
      <w:r>
        <w:t>to is tarah se is mein koi harj nahin hai. misaal ke tor par aik aisi riwayat hai: " dunya ko mein ne tumharay liye paida kiya hai aur tum ko akhirat ke liye paida kiya hai."</w:t>
      </w:r>
    </w:p>
    <w:p>
      <w:pPr>
        <w:jc w:val="right"/>
      </w:pPr>
      <w:r>
        <w:t>تو اس طریقے سے اس میں کوئی حرج نہیں ہے۔ مثال کے طور پر ایک ایسی روایت ہے: "دنیا کو میں نے تمہارے لیے پیدا کیا ہے اور تم کو آخرت کے لیے پیدا کیا ہے۔"</w:t>
      </w:r>
    </w:p>
    <w:p>
      <w:r>
        <w:rPr>
          <w:b/>
        </w:rPr>
        <w:t xml:space="preserve">[55:28] </w:t>
      </w:r>
      <w:r>
        <w:t>to yeh waisi riwayat nahin hai, authentic, lekin is ko zaeef kehtay hain sanad ke aitbar se. lekin is mein koi harj nahin hai.</w:t>
      </w:r>
    </w:p>
    <w:p>
      <w:pPr>
        <w:jc w:val="right"/>
      </w:pPr>
      <w:r>
        <w:t>تو یہ ویسی روایت نہیں ہے، اتھینٹک، لیکن اس کو ضعیف کہتے ہیں سند کے اعتبار سے۔ لیکن اس میں کوئی حرج نہیں ہے۔</w:t>
      </w:r>
    </w:p>
    <w:p>
      <w:r>
        <w:rPr>
          <w:b/>
        </w:rPr>
        <w:t xml:space="preserve">[55:38] </w:t>
      </w:r>
      <w:r>
        <w:t>lekin agar woh hukum hota, koi saza jaise ahkam hote hain, to us ke liye bilkul authentic hadith chahiye aur Quran ka hukum chahiye.</w:t>
      </w:r>
    </w:p>
    <w:p>
      <w:pPr>
        <w:jc w:val="right"/>
      </w:pPr>
      <w:r>
        <w:t>لیکن اگر وہ حکم ہوتا، کوئی سزا جیسے احکام ہوتے ہیں، تو اس کے لیے بالکل اتھینٹک حدیث چاہیے اور قرآن کا حکم چاہیے۔</w:t>
      </w:r>
    </w:p>
    <w:p>
      <w:r>
        <w:rPr>
          <w:b/>
        </w:rPr>
        <w:t xml:space="preserve">[55:50] </w:t>
      </w:r>
      <w:r>
        <w:t>to tamam ek aur hai jo ke tamam sahaba sitaron ki manind hain jin se bhi tum chaho hidayat le sakte ho. shayad is ki bhi sanad mein koi kami hai, lekin bohat achhi hai.</w:t>
      </w:r>
    </w:p>
    <w:p>
      <w:pPr>
        <w:jc w:val="right"/>
      </w:pPr>
      <w:r>
        <w:t>تو تمام ایک اور ہے جو کہ تمام صحابہ ستاروں کی مانند ہیں جن سے بھی تم چاہو ہدایت لے سکتے ہو۔ شاید اس کی بھی سند میں کوئی کمی ہے، لیکن بہت اچھی ہے۔</w:t>
      </w:r>
    </w:p>
    <w:p>
      <w:r>
        <w:rPr>
          <w:b/>
        </w:rPr>
        <w:t xml:space="preserve">[56:03] </w:t>
      </w:r>
      <w:r>
        <w:t>sahaba to sab ke sab guided hain hi hain. to kabhi kabhi ho sakta hai ke sanad mein koi kami reh gayi ho, lekin baat jo hai bilkul sahi hai.</w:t>
      </w:r>
    </w:p>
    <w:p>
      <w:pPr>
        <w:jc w:val="right"/>
      </w:pPr>
      <w:r>
        <w:t>صحابہ تو سب کے سب گائیڈڈ ہیں ہی ہیں۔ تو کبھی کبھی ہو سکتا ہے کہ سند میں کوئی کمی رہ گئی ہو، لیکن بات جو ہے بالکل صحیح ہے۔</w:t>
      </w:r>
    </w:p>
    <w:p>
      <w:r>
        <w:rPr>
          <w:b/>
        </w:rPr>
        <w:t xml:space="preserve">[56:12] </w:t>
      </w:r>
      <w:r>
        <w:t>ab sahi riwayat woh hoti hai jaise "inma al-amalu binniyat", is ki sari sanad jo hain, woh sab sahi hain.</w:t>
      </w:r>
    </w:p>
    <w:p>
      <w:pPr>
        <w:jc w:val="right"/>
      </w:pPr>
      <w:r>
        <w:t>اب صحیح روایت وہ ہوتی ہے جیسے "إنما الأعمال بالنيات"، اس کی ساری سند جو ہیں، وہ سب صحیح ہیں۔</w:t>
      </w:r>
    </w:p>
    <w:p>
      <w:r>
        <w:rPr>
          <w:b/>
        </w:rPr>
        <w:t xml:space="preserve">[56:19] </w:t>
      </w:r>
      <w:r>
        <w:t>to is tarah se zaeef riwayat ko hum ek limited had tak istemal kar sakte hain, tamam zaeef riwayat ko nahi istemal kar sakte.</w:t>
      </w:r>
    </w:p>
    <w:p>
      <w:pPr>
        <w:jc w:val="right"/>
      </w:pPr>
      <w:r>
        <w:t>تو اس طریقے سے ضعیف روایات کو ہم ایک لمیٹڈ حد تک استعمال کر سکتے ہیں، تمام ضعیف روایات کو نہیں استعمال کر سکتے۔</w:t>
      </w:r>
    </w:p>
    <w:p>
      <w:r>
        <w:rPr>
          <w:b/>
        </w:rPr>
        <w:t xml:space="preserve">[56:32] </w:t>
      </w:r>
      <w:r>
        <w:t>is ke baad agla sawal hai woh yeh ke hadith ke irshad mein, hadith ki hifazat mein auraton ka contribution kya hai?</w:t>
      </w:r>
    </w:p>
    <w:p>
      <w:pPr>
        <w:jc w:val="right"/>
      </w:pPr>
      <w:r>
        <w:t>اس کے بعد اگلا سوال ہے وہ یہ کہ حدیث کے ارشاد میں، حدیث کی حفاظت میں عورتوں کا کنٹریبیوشن کیا ہے؟</w:t>
      </w:r>
    </w:p>
    <w:p>
      <w:r>
        <w:rPr>
          <w:b/>
        </w:rPr>
        <w:t xml:space="preserve">[56:44] </w:t>
      </w:r>
      <w:r>
        <w:t>asal mein arbon mein to auratein bilkul azaad theen.</w:t>
      </w:r>
    </w:p>
    <w:p>
      <w:pPr>
        <w:jc w:val="right"/>
      </w:pPr>
      <w:r>
        <w:t>اصل میں عربوں میں تو عورتیں بالکل آزاد تھیں۔</w:t>
      </w:r>
    </w:p>
    <w:p>
      <w:r>
        <w:rPr>
          <w:b/>
        </w:rPr>
        <w:t xml:space="preserve">[56:49] </w:t>
      </w:r>
      <w:r>
        <w:t>rasool Allah sal-lal-lahu alaihi wasallam ke sath masjid mein namaz padhti theen, sermon sunti theen, battlefield mein jaati theen. to har tarah se woh azaad theen. ab yahi hai ke jis ke andar jitni salahiyat thi, us ke hisab se woh apni learning kar raha tha.</w:t>
      </w:r>
    </w:p>
    <w:p>
      <w:pPr>
        <w:jc w:val="right"/>
      </w:pPr>
      <w:r>
        <w:t>رسول اللہ صلی اللہ علیہ وسلم کے ساتھ مسجد میں نماز پڑھتی تھیں، سرمن سنتی تھیں، بیٹل فیلڈ میں جاتی تھیں۔ تو ہر طرح سے وہ آزاد تھیں۔ اب یہی ہے کہ جس کے اندر جتنی صلاحیت تھی، اس کے حساب سے وہ اپنی لرننگ کر رہا تھا۔</w:t>
      </w:r>
    </w:p>
    <w:p>
      <w:r>
        <w:rPr>
          <w:b/>
        </w:rPr>
        <w:t xml:space="preserve">[57:03] </w:t>
      </w:r>
      <w:r>
        <w:t>bas yeh hai ke auraton ko baad baad mein bhi auraton ne bohat kaam kiya hai, lekin woh itna record mein nahi aati theen. to is wajah se logon ko lagta hai ke auraton ne kaam kam kiya hai.</w:t>
      </w:r>
    </w:p>
    <w:p>
      <w:pPr>
        <w:jc w:val="right"/>
      </w:pPr>
      <w:r>
        <w:t>بس یہ ہے کہ عورتوں کو بعد بعد میں بھی عورتوں نے بہت کام کیا ہے، لیکن وہ اتنا ریکارڈ میں نہیں آتی تھیں۔ تو اس وجہ سے لوگوں کو لگتا ہے کہ عورتوں نے کام کم کیا ہے۔</w:t>
      </w:r>
    </w:p>
    <w:p>
      <w:r>
        <w:rPr>
          <w:b/>
        </w:rPr>
        <w:t xml:space="preserve">[57:14] </w:t>
      </w:r>
      <w:r>
        <w:t>ek hain doctor Muhammad Akram Nadvi, to unhone ek bohat zakhim kitaab likhi hai. to is mein aurat ka contribution, auraton ka contribution, aur unhone tafsir mein kya kiya, unhone contribute kiya hai.</w:t>
      </w:r>
    </w:p>
    <w:p>
      <w:pPr>
        <w:jc w:val="right"/>
      </w:pPr>
      <w:r>
        <w:t>ایک ہیں ڈاکٹر محمد اکرم ندوی، تو انہوں نے ایک بہت زخیم کتاب لکھی ہے۔ تو اس میں عورت کا کنٹریبیوشن، عورتوں کا کنٹریبیوشن، اور انہوں نے تفسیر میں کیا کیا، انہوں نے کنٹریبیوٹ کیا ہے۔</w:t>
      </w:r>
    </w:p>
    <w:p>
      <w:r>
        <w:rPr>
          <w:b/>
        </w:rPr>
        <w:t xml:space="preserve">[57:29] </w:t>
      </w:r>
      <w:r>
        <w:t>to woh unhone bohat detail mein, unhone research work ki haisiyat se is ko likha hai. to bohat sare kaam kiye hain. aur Maulana ne khatoon Islam aur aurat mein hamare insaniyat mein bohat sare hawale diye hain ke auraton ne jo kaam kiye hain.</w:t>
      </w:r>
    </w:p>
    <w:p>
      <w:pPr>
        <w:jc w:val="right"/>
      </w:pPr>
      <w:r>
        <w:t>تو وہ انہوں نے بہت ڈیٹیل میں، انہوں نے ریسرچ ورک کی حیثیت سے اس کو لکھا ہے۔ تو بہت سارے کام کیے ہیں۔ اور مولانا نے خاتون اسلام اور عورت میں ہمارے انسانیت میں بہت سارے حوالے دیے ہیں کہ عورتوں نے جو کام کیے ہیں۔</w:t>
      </w:r>
    </w:p>
    <w:p>
      <w:r>
        <w:rPr>
          <w:b/>
        </w:rPr>
        <w:t xml:space="preserve">[57:44] </w:t>
      </w:r>
      <w:r>
        <w:t>is se aaj satah mein bhi bataya gaya hai ke riwayat karne wali sahabi'aat ki tadad taqreeban 115 hai.</w:t>
      </w:r>
    </w:p>
    <w:p>
      <w:pPr>
        <w:jc w:val="right"/>
      </w:pPr>
      <w:r>
        <w:t>اس سے آج ستہ میں بھی بتایا گیا ہے کہ روایات کرنے والی صحابیات کی تعداد تقریباً 115 ہے۔</w:t>
      </w:r>
    </w:p>
    <w:p>
      <w:r>
        <w:rPr>
          <w:b/>
        </w:rPr>
        <w:t xml:space="preserve">[57:53] </w:t>
      </w:r>
      <w:r>
        <w:t>bas is mein yeh hai ke sab se mashhoor Hazrat Aisha ka naam hai, kyun ke un un ke upar bohat sari kitabein likhi gayi hain. aur unhone yeh log jo the, full time unhone apne aap ko dedicate kar diya tha.</w:t>
      </w:r>
    </w:p>
    <w:p>
      <w:pPr>
        <w:jc w:val="right"/>
      </w:pPr>
      <w:r>
        <w:t>بس اس میں یہ ہے کہ سب سے مشہور حضرت عائشہ کا نام ہے، کیونکہ ان ان کے اوپر بہت ساری کتابیں لکھی گئی ہیں۔ اور انہوں نے یہ لوگ جو تھے، فل ٹائم انہوں نے اپنے آپ کو ڈیڈیکیٹ کر دیا تھا۔</w:t>
      </w:r>
    </w:p>
    <w:p>
      <w:r>
        <w:rPr>
          <w:b/>
        </w:rPr>
        <w:t xml:space="preserve">[58:07] </w:t>
      </w:r>
      <w:r>
        <w:t>aur Hazrat Aisha chunke bohat hi zyada zaheen theen aur bohat hi akhaz un ka zehn tha, to woh baaton ko bohat gehrai se pakad leti theen.</w:t>
      </w:r>
    </w:p>
    <w:p>
      <w:pPr>
        <w:jc w:val="right"/>
      </w:pPr>
      <w:r>
        <w:t>اور حضرت عائشہ چونکہ بہت ہی زیادہ ذہین تھیں اور بہت ہی اخاذ ان کا ذہن تھا، تو وہ باتوں کو بہت گہرائی سے پکڑ لیتی تھیں۔</w:t>
      </w:r>
    </w:p>
    <w:p>
      <w:r>
        <w:rPr>
          <w:b/>
        </w:rPr>
        <w:t xml:space="preserve">[58:16] </w:t>
      </w:r>
      <w:r>
        <w:t>to sirf riwayat hi nahi, balkeh woh explain karti theen. woh bohat sari aisi cheezein unhone explain ki hain ke jo doosre log nahi kar pa</w:t>
      </w:r>
    </w:p>
    <w:p>
      <w:pPr>
        <w:jc w:val="right"/>
      </w:pPr>
      <w:r>
        <w:t>تو صرف روایت ہی نہیں، بلکہ وہ ایکسپلین کرتی تھیں۔ وہ بہت ساری ایسی چیزیں انہوں نے ایکسپلین کی ہیں کہ جو دوسرے لوگ نہیں کر پ</w:t>
      </w:r>
    </w:p>
    <w:p>
      <w:r>
        <w:rPr>
          <w:b/>
        </w:rPr>
        <w:t xml:space="preserve">[58:25] </w:t>
      </w:r>
      <w:r>
        <w:t>aye the. Hazrat Aisha ne 2210 un ki riwayatein hain. to riwayaton se bohat zyada jo important hai, un ka in hadithon ki tashreeh aur masail ka istinbat, masail se jo infer kiya hai, unhone gehre gehre mani to woh bohat important hain.</w:t>
      </w:r>
    </w:p>
    <w:p>
      <w:pPr>
        <w:jc w:val="right"/>
      </w:pPr>
      <w:r>
        <w:t>ائے تھے۔ حضرت عائشہ نے 2210 ان کی روایتیں ہیں۔ تو روایتوں سے بہت زیادہ جو امپورٹنٹ ہے، ان کا ان حدیثوں کی تشریح اور مسائل کا استنباط، مسائل سے جو انفر کیا ہے، انہوں نے گہرے گہرے معنی تو وہ بہت امپورٹنٹ ہیں۔</w:t>
      </w:r>
    </w:p>
    <w:p>
      <w:r>
        <w:rPr>
          <w:b/>
        </w:rPr>
        <w:t xml:space="preserve">[58:43] </w:t>
      </w:r>
      <w:r>
        <w:t>yahan to Maulana bar bar is ke hawale diye hain. to misal ke taur par ek sawal kisi ne un se poocha ke log jo hain, ek raat mein do do, teen teen bar Quran ko hi padh lete hain.</w:t>
      </w:r>
    </w:p>
    <w:p>
      <w:pPr>
        <w:jc w:val="right"/>
      </w:pPr>
      <w:r>
        <w:t>یہاں تو مولانا بار بار اس کے حوالے دیے ہیں۔ تو مثال کے طور پر ایک سوال کسی نے ان سے پوچھا کہ لوگ جو ہیں، ایک رات میں دو دو، تین تین بار قرآن کو ہی پڑھ لیتے ہیں۔</w:t>
      </w:r>
    </w:p>
    <w:p>
      <w:r>
        <w:rPr>
          <w:b/>
        </w:rPr>
        <w:t xml:space="preserve">[58:55] </w:t>
      </w:r>
      <w:r>
        <w:t>to unhone kaha: "ula'ika qara'u wa lam yaqra'u" unhone padha lekin nahi padha. yani jo unhone rasool Allah sal-lal-lahu alaihi wasallam se samjha tha ke Quran mein tadabbur zar</w:t>
      </w:r>
    </w:p>
    <w:p>
      <w:pPr>
        <w:jc w:val="right"/>
      </w:pPr>
      <w:r>
        <w:t>تو انہوں نے کہا: أُلَاۤئِكَ قَرَوْا وَلَمْ يَقْرَوْا انہوں نے پڑھا لیکن نہیں پڑھا۔ یعنی جو انہوں نے رسول اللہ صلی اللہ علیہ وسلم سے سمجھا تھا کہ قرآن میں تدبر ضر</w:t>
      </w:r>
    </w:p>
    <w:p>
      <w:r>
        <w:rPr>
          <w:b/>
        </w:rPr>
        <w:t xml:space="preserve">[59:07] </w:t>
      </w:r>
      <w:r>
        <w:t>uri hai, khali recitation nahi. is ka to ek part hai recitation. asal jo hai, tadabbur se is ki spirit hamare upar wazeh hoti hai.</w:t>
      </w:r>
    </w:p>
    <w:p>
      <w:pPr>
        <w:jc w:val="right"/>
      </w:pPr>
      <w:r>
        <w:t>وری ہے، خالی ریسائٹیشن نہیں۔ اس کا تو ایک پارٹ ہے ریسائٹیشن۔ اصل جو ہے، تدبر سے اس کی سپرٹ ہمارے اوپر واضح ہوتی ہے۔</w:t>
      </w:r>
    </w:p>
    <w:p>
      <w:r>
        <w:rPr>
          <w:b/>
        </w:rPr>
        <w:t xml:space="preserve">[59:17] </w:t>
      </w:r>
      <w:r>
        <w:t>to isi tarah se rasool Allah sal-lal-lahu alaihi wasallam ki yeh baat pakdi ke jab bhi koi faisla karna hota to aap harder option pe nahi jaate, balkeh easier option pe jaate.</w:t>
      </w:r>
    </w:p>
    <w:p>
      <w:pPr>
        <w:jc w:val="right"/>
      </w:pPr>
      <w:r>
        <w:t>تو اسی طریقے سے رسول اللہ صلی اللہ علیہ وسلم کی یہ بات پکڑی کہ جب بھی کوئی فیصلہ کرنا ہوتا تو آپ ہارڈر آپشن پہ نہیں جاتے، بلکہ ایزیر آپشن پہ جاتے۔</w:t>
      </w:r>
    </w:p>
    <w:p>
      <w:r>
        <w:rPr>
          <w:b/>
        </w:rPr>
        <w:t xml:space="preserve">[59:28] </w:t>
      </w:r>
      <w:r>
        <w:t>ikhtiyar aysar, ikhtiyar aathir. misal ke taur par hijrat jab aap ne ki to aap wahin par jang bhi kar sakte the, lekin aap ne yeh faisla kiya ke hijrat karein khamoshi se, kyun ke apne aap ko save karna hai, apne aap bohat zyada kaam karna hai.</w:t>
      </w:r>
    </w:p>
    <w:p>
      <w:pPr>
        <w:jc w:val="right"/>
      </w:pPr>
      <w:r>
        <w:t>اختیار عیصر، اختیار عاثر۔ مثال کے طور پر ہجرت جب آپ نے کی تو آپ وہیں پر جنگ بھی کر سکتے تھے، لیکن آپ نے یہ فیصلہ کیا کہ ہجرت کریں خاموشی سے، کیونکہ اپنے آپ کو سیو کرنا ہے، اپنے آپ بہت زیادہ کام کرنا ہے۔</w:t>
      </w:r>
    </w:p>
    <w:p>
      <w:r>
        <w:rPr>
          <w:b/>
        </w:rPr>
        <w:t xml:space="preserve">[59:46] </w:t>
      </w:r>
      <w:r>
        <w:t>khali jang karna thodi hai. jang to sirf us waqt hoti hai jab bilkul hi naguzir ho jaye, defense ke mauqe ho jaye, aur woh bhi naguzir ho jaye.</w:t>
      </w:r>
    </w:p>
    <w:p>
      <w:pPr>
        <w:jc w:val="right"/>
      </w:pPr>
      <w:r>
        <w:t>خالی جنگ کرنا تھوڑی ہے۔ جنگ تو صرف اس وقت ہوتی ہے جب بالکل ہی ناگزیر ہو جائے، ڈیفنس کے موقع ہو جائے، اور وہ بھی ناگزیر ہو جائے۔</w:t>
      </w:r>
    </w:p>
    <w:p>
      <w:r>
        <w:rPr>
          <w:b/>
        </w:rPr>
        <w:t xml:space="preserve">[59:56] </w:t>
      </w:r>
      <w:r>
        <w:t>warna hamesha aap jang ko avoid karte rahein.</w:t>
      </w:r>
    </w:p>
    <w:p>
      <w:pPr>
        <w:jc w:val="right"/>
      </w:pPr>
      <w:r>
        <w:t>ورنہ ہمیشہ آپ جنگ کو اوائڈ کرتے رہیں۔</w:t>
      </w:r>
    </w:p>
    <w:p>
      <w:r>
        <w:rPr>
          <w:b/>
        </w:rPr>
        <w:t xml:space="preserve">[59:59] </w:t>
      </w:r>
      <w:r>
        <w:t>isi tarah sulah Hudaybiyyah aap ne ki, wahan bhi jang ke bilkul mauqe the, lekin aap ne dushman ki tamam sharton ko accept kar ke sulah kar li.</w:t>
      </w:r>
    </w:p>
    <w:p>
      <w:pPr>
        <w:jc w:val="right"/>
      </w:pPr>
      <w:r>
        <w:t>اسی طرح صلح حدیبیہ آپ نے کی، وہاں بھی جنگ کے بالکل مواقع تھے، لیکن آپ نے دشمن کی تمام شرطوں کو ایکسیپٹ کر کے صلح کر لی۔</w:t>
      </w:r>
    </w:p>
    <w:p>
      <w:r>
        <w:rPr>
          <w:b/>
        </w:rPr>
        <w:t xml:space="preserve">[1:00:11] </w:t>
      </w:r>
      <w:r>
        <w:t>to isi tarah log kehte hain ke Miraj mein rasool Allah sal-lal-lahu alaihi wasallam ne Khuda ko dekha, aap ne kaha: "yeh bilkul galat hai." balkeh us zamane mein sahaba ke upar jo tanqideen hoti theen, woh bura bilkul nahi mante the, kyun ke koi bhi Khuda ko nahi dekh sakta hai.</w:t>
      </w:r>
    </w:p>
    <w:p>
      <w:pPr>
        <w:jc w:val="right"/>
      </w:pPr>
      <w:r>
        <w:t>تو اسی طرح لوگ کہتے ہیں کہ معراج میں رسول اللہ صلی اللہ علیہ وسلم نے خدا کو دیکھا، آپ نے کہا: "یہ بالکل غلط ہے۔" بلکہ اس زمانے میں صحابہ کے اوپر جو تنقیدیں ہوتی تھیں، وہ برا بالکل نہیں مانتے تھے، کیونکہ کوئی بھی خدا کو نہیں دیکھ سکتا ہے۔</w:t>
      </w:r>
    </w:p>
    <w:p>
      <w:r>
        <w:rPr>
          <w:b/>
        </w:rPr>
        <w:t xml:space="preserve">[1:00:29] </w:t>
      </w:r>
      <w:r>
        <w:t>to khuda ek baar hazrat jibril alaihi assalam ki jo ek baar kisi ne poocha ke dunya mein jo sab se achi jagah kaun hai aur sab se buri jagah kaun hai, to rasool allah salallahu alaihi wasallam ne kaha ke "main jibril aayenge to un se pooch ke bata doonga." to hazrat jibril jab aaye to poocha, to unhon ne kaha: "to mujhe bhi nahi maloom, main khuda se poochhoonga."</w:t>
      </w:r>
    </w:p>
    <w:p>
      <w:pPr>
        <w:jc w:val="right"/>
      </w:pPr>
      <w:r>
        <w:t>تو خدا ایک بار حضرت جبرائیل علیہ السلام کی جو ایک بار کسی نے پوچھا کہ دنیا میں جو سب سے اچھی جگہ کون ہے اور سب سے بری جگہ کون ہے، تو رسول اللہ صلی اللہ علیہ وسلم نے کہا کہ "میں جبرائیل آئیں گے تو ان سے پوچھ کے بتا دوں گا۔" تو حضرت جبرائیل جب آئے تو پوچھا، تو انہوں نے کہا: "تو مجھے بھی نہیں معلوم، میں خدا سے پوچھوں گا۔"</w:t>
      </w:r>
    </w:p>
    <w:p>
      <w:r>
        <w:rPr>
          <w:b/>
        </w:rPr>
        <w:t xml:space="preserve">[1:00:53] </w:t>
      </w:r>
      <w:r>
        <w:t>to woh gaye khuda se poochne ke liye. to kehte hain ke ek hazaar noorani pardon ka distance tha. kaha jab hazrat jibril alaihi assalam ne bhi khuda ko is tarah nahi dekha jaise hum aankh se sab cheezein dekhte hain, to phir unhon ne bataya ke sab se achi cheez jo hai, woh masjid hai.</w:t>
      </w:r>
    </w:p>
    <w:p>
      <w:pPr>
        <w:jc w:val="right"/>
      </w:pPr>
      <w:r>
        <w:t>تو وہ گئے خدا سے پوچھنے کے لیے۔ تو کہتے ہیں کہ ایک ہزار نورانی پردوں کا ڈسٹنس تھا۔ کہا جب حضرت جبرائیل علیہ السلام نے بھی خدا کو اس طرح نہیں دیکھا جیسے ہم آنکھ سے سب چیزیں دیکھتے ہیں، تو پھر انہوں نے بتایا کہ سب سے اچھی چیز جو ہے، وہ مسجد ہے۔</w:t>
      </w:r>
    </w:p>
    <w:p>
      <w:r>
        <w:rPr>
          <w:b/>
        </w:rPr>
        <w:t xml:space="preserve">[1:01:12] </w:t>
      </w:r>
      <w:r>
        <w:t>sab se achi jagah masjid hai aur sab se buri jagah shopping centers hain.</w:t>
      </w:r>
    </w:p>
    <w:p>
      <w:pPr>
        <w:jc w:val="right"/>
      </w:pPr>
      <w:r>
        <w:t>سب سے اچھی جگہ مسجد ہے اور سب سے بری جگہ شاپنگ سینٹرز ہیں۔</w:t>
      </w:r>
    </w:p>
    <w:p>
      <w:r>
        <w:rPr>
          <w:b/>
        </w:rPr>
        <w:t xml:space="preserve">[1:01:18] </w:t>
      </w:r>
      <w:r>
        <w:t>to masjid to ab to waise hi achi rahi nahi. wahan pehle to sirf wahan par ibadat hoti thi aur mazhabi baatein hoti thi.</w:t>
      </w:r>
    </w:p>
    <w:p>
      <w:pPr>
        <w:jc w:val="right"/>
      </w:pPr>
      <w:r>
        <w:t>تو مسجد تو اب تو ویسے ہی اچھی رہی نہیں۔ وہاں پہلے تو صرف وہاں پر عبادت ہوتی تھی اور مذہبی باتیں ہوتی تھیں۔</w:t>
      </w:r>
    </w:p>
    <w:p>
      <w:r>
        <w:rPr>
          <w:b/>
        </w:rPr>
        <w:t xml:space="preserve">[1:01:26] </w:t>
      </w:r>
      <w:r>
        <w:t>ab to wahan bhi politics waghera sab chalti hai. behal is zamane ke lehaz se to isi tarah se ek baar hazrat aisha se kisi ne kaha ke "is islam badshagooni teen cheezon mein hai: aurat, ghoda aur ghar mein."</w:t>
      </w:r>
    </w:p>
    <w:p>
      <w:pPr>
        <w:jc w:val="right"/>
      </w:pPr>
      <w:r>
        <w:t>اب تو وہاں بھی پولیٹکس وغیرہ سب چلتی ہے۔ بہرحال اس زمانے کے لحاظ سے تو اسی طریقے سے ایک بار حضرت عائشہ سے کسی نے کہا کہ "اس اسلام بدشگونی تین چیزوں میں ہے: عورت، گھوڑا اور گھر میں۔"</w:t>
      </w:r>
    </w:p>
    <w:p>
      <w:r>
        <w:rPr>
          <w:b/>
        </w:rPr>
        <w:t xml:space="preserve">[1:01:45] </w:t>
      </w:r>
      <w:r>
        <w:t>to hazrat aisha ne kaha: "bilkul galat, tum ne poori baat suni nahi." to woh tha ke door jahiliyat mein, yaani islam se pehle, arab aisa samajhte the ke islam mein to auraton ko bilkul barabar ka darja diya gaya hai.</w:t>
      </w:r>
    </w:p>
    <w:p>
      <w:pPr>
        <w:jc w:val="right"/>
      </w:pPr>
      <w:r>
        <w:t>تو حضرت عائشہ نے کہا: "بالکل غلط، تم نے پوری بات سنی نہیں۔" تو وہ تھا کہ دور جاہلیت میں، یعنی اسلام سے پہلے، عرب ایسا سمجھتے تھے کہ اسلام میں تو عورتوں کو بالکل برابر کا درجہ دیا گیا ہے۔</w:t>
      </w:r>
    </w:p>
    <w:p>
      <w:r>
        <w:rPr>
          <w:b/>
        </w:rPr>
        <w:t xml:space="preserve">[1:02:00] </w:t>
      </w:r>
      <w:r>
        <w:t>to is tarah se unhon ne deeper level par islam ko samjha aur taqreeban pachas baras tak woh kaam karti rah</w:t>
      </w:r>
    </w:p>
    <w:p>
      <w:pPr>
        <w:jc w:val="right"/>
      </w:pPr>
      <w:r>
        <w:t>تو اس طریقے سے انہوں نے ڈیپر لیول پر اسلام کو سمجھا اور تقریباً پچاس برس تک وہ کام کرتی رہ</w:t>
      </w:r>
    </w:p>
    <w:p>
      <w:r>
        <w:rPr>
          <w:b/>
        </w:rPr>
        <w:t xml:space="preserve">[1:02:08] </w:t>
      </w:r>
      <w:r>
        <w:t>in. un ke bahut saare shagird the, yahan tak ke jinnats bhi, sahaba bhi, un ke paas jaate the jab un ko koi baat samajh mein nahi aati thi.</w:t>
      </w:r>
    </w:p>
    <w:p>
      <w:pPr>
        <w:jc w:val="right"/>
      </w:pPr>
      <w:r>
        <w:t>یں۔ ان کے بہت سارے شاگرد تھے، یہاں تک کہ جینٹس بھی، صحابہ بھی، ان کے پاس جاتے تھے جب ان کو کوئی بات سمجھ میں نہیں آتی تھی۔</w:t>
      </w:r>
    </w:p>
    <w:p>
      <w:r>
        <w:rPr>
          <w:b/>
        </w:rPr>
        <w:t xml:space="preserve">[1:02:17] </w:t>
      </w:r>
      <w:r>
        <w:t>to un ke paas jaate the aur woh kehte the: "wahan hum ko ilm milta hai." to yeh bahut sari misalein jo hain, aurat mein hamare insaniyat aur khatoon islam mein aap aap ko mil sak mil jayegi.</w:t>
      </w:r>
    </w:p>
    <w:p>
      <w:pPr>
        <w:jc w:val="right"/>
      </w:pPr>
      <w:r>
        <w:t>تو ان کے پاس جاتے تھے اور وہ کہتے تھے: "وہاں ہم کو علم ملتا ہے۔" تو یہ بہت ساری مثالیں جو ہیں، عورت میں ہمارے انسانیت اور خاتون اسلام میں آپ آپ کو مل سک مل جائے گی۔</w:t>
      </w:r>
    </w:p>
    <w:p>
      <w:r>
        <w:rPr>
          <w:b/>
        </w:rPr>
        <w:t xml:space="preserve">[1:02:33] </w:t>
      </w:r>
      <w:r>
        <w:t>maulana ne aurat mein hamare insaniyat mein do waqiyat zikr kiya jo main yahan samajhta hoon ke munasib hoga batana. maulana ne yeh kaha hai ke mashhoor muhaddis aur aalim</w:t>
      </w:r>
    </w:p>
    <w:p>
      <w:pPr>
        <w:jc w:val="right"/>
      </w:pPr>
      <w:r>
        <w:t>مولانا نے عورت میں ہماری انسانیت میں دو واقعات ذکر کیا جو میں یہاں سمجھتا ہوں کہ مناسب ہوگا بتانا۔ مولانا نے یہ کہا ہے کہ مشہور محدث اور عالم</w:t>
      </w:r>
    </w:p>
    <w:p>
      <w:r>
        <w:rPr>
          <w:b/>
        </w:rPr>
        <w:t xml:space="preserve">[1:02:50] </w:t>
      </w:r>
      <w:r>
        <w:t>ibn asakir, un ki kitab tareekh damishq, yeh taqreeban pachas volume se zyada mein phaili hui kitab hai.</w:t>
      </w:r>
    </w:p>
    <w:p>
      <w:pPr>
        <w:jc w:val="right"/>
      </w:pPr>
      <w:r>
        <w:t>ابن عثاکر، ان کی کتاب تاریخ دمشق، یہ تقریباً پچاس والیوم سے زیادہ میں پھیلی ہوئی کتاب ہے۔</w:t>
      </w:r>
    </w:p>
    <w:p>
      <w:r>
        <w:rPr>
          <w:b/>
        </w:rPr>
        <w:t xml:space="preserve">[1:02:58] </w:t>
      </w:r>
      <w:r>
        <w:t>woh yeh kehte hain ke ibn asakir ne jin logon se hadith ka ilm hasil kiya, un mein ek badi tadad auraton ki thi. aur ek bazabta is par ek kitab likhi gayi hai: "al-muhaddathat min tareekh damishq" ibn asakir ke jo auratein muhaddisa thi jin ka zikr hai aur jin se bayan ki gayi yeh baatein, ibn asakir ki tareekh damishq mein un ka zikr ek kitab hai, bazabta is par likhi gayi hai.</w:t>
      </w:r>
    </w:p>
    <w:p>
      <w:pPr>
        <w:jc w:val="right"/>
      </w:pPr>
      <w:r>
        <w:t>وہ یہ کہتے ہیں کہ ابن عثاکر نے جن لوگوں سے حدیث کا علم حاصل کیا، ان میں ایک بڑی تعداد عورتوں کی تھی۔ اور ایک باضابطہ اس پر ایک کتاب لکھی گئی ہے: "المحدثات من تاریخ دمشق" ابن عثاکر کہ جو عورتیں محدثہ تھیں جن کا ذکر ہے اور جن سے بیان کی گئی یہ باتیں، ابن عثاکر کی تاریخ دمشق میں ان کا ذکر ایک کتاب ہے، باضابطہ اس پر لکھی گئی ہے۔</w:t>
      </w:r>
    </w:p>
    <w:p>
      <w:r>
        <w:rPr>
          <w:b/>
        </w:rPr>
        <w:t xml:space="preserve">[1:03:26] </w:t>
      </w:r>
      <w:r>
        <w:t>isi tarah se ek aur mashhoor aalim ka zikr karte hue kehte hain ke unhon ne ek kitab likhi thi: "sharh ma'ani al-athar". woh kehte hain ke unhon ne apni beti se is ko imla karwaya tha.</w:t>
      </w:r>
    </w:p>
    <w:p>
      <w:pPr>
        <w:jc w:val="right"/>
      </w:pPr>
      <w:r>
        <w:t>اسی طریقے سے ایک اور مشہور عالم کا ذکر کرتے ہوئے کہتے ہیں کہ انہوں نے ایک کتاب لکھی تھی: "شرح معانی الاثار"۔ وہ کہتے ہیں کہ انہوں نے اپنی بیٹی سے اس کو املاء کروایا تھا۔</w:t>
      </w:r>
    </w:p>
    <w:p>
      <w:r>
        <w:rPr>
          <w:b/>
        </w:rPr>
        <w:t xml:space="preserve">[1:03:36] </w:t>
      </w:r>
      <w:r>
        <w:t>zahiri si baat hai, beti itni janne wali hongi, tab unhon ne un ko bitha kar imla karwaya tha ke yeh kitab likho. to bahut ahem contribution hadith ke mamle mein aur doosre ilmi field mein bahut ahem contribution auraton ka.</w:t>
      </w:r>
    </w:p>
    <w:p>
      <w:pPr>
        <w:jc w:val="right"/>
      </w:pPr>
      <w:r>
        <w:t>ظاہر سی بات ہے، بیٹی اتنی جاننے والی ہوں گی، تب انہوں نے ان کو بیٹھا کر املاء کروایا تھا کہ یہ کتاب لکھو۔ تو بہت اہم کنٹریبیوشن حدیث کے معاملے میں اور دوسرے علمی فیلڈ میں بہت اہم کنٹریبیوشن عورتوں کا۔</w:t>
      </w:r>
    </w:p>
    <w:p>
      <w:r>
        <w:rPr>
          <w:b/>
        </w:rPr>
        <w:t xml:space="preserve">[1:03:48] </w:t>
      </w:r>
      <w:r>
        <w:t>agle sawal mein aap se karunga aap ka ke asma ul rijal ka ilm</w:t>
      </w:r>
    </w:p>
    <w:p>
      <w:pPr>
        <w:jc w:val="right"/>
      </w:pPr>
      <w:r>
        <w:t>اگلا سوال میں آپ سے کروں گا آپ کا کہ اسماء الرجال کا علم</w:t>
      </w:r>
    </w:p>
    <w:p>
      <w:r>
        <w:rPr>
          <w:b/>
        </w:rPr>
        <w:t xml:space="preserve">[1:03:53] </w:t>
      </w:r>
      <w:r>
        <w:t>kya hai? hadith jab hum padhte hain to is ka zikr to aata hai, is par kuch bataein humein. asal mein jab hadisein jama huin, pehle to alag alag sahabi aur alag alag tabi, yeh log apna alag alag hadisein bayan karte the.</w:t>
      </w:r>
    </w:p>
    <w:p>
      <w:pPr>
        <w:jc w:val="right"/>
      </w:pPr>
      <w:r>
        <w:t>کیا ہے؟ حدیث جب ہم پڑھتے ہیں تو اس کا ذکر تو آتا ہے، اس پر کچھ بتائیں ہمیں۔ اصل میں جب حدیثیں جمع ہوئیں، پہلے تو الگ الگ صحابی اور الگ الگ تابعی، یہ لوگ اپنا الگ الگ حدیثیں بیان کرتے تھے۔</w:t>
      </w:r>
    </w:p>
    <w:p>
      <w:r>
        <w:rPr>
          <w:b/>
        </w:rPr>
        <w:t xml:space="preserve">[1:04:11] </w:t>
      </w:r>
      <w:r>
        <w:t>baad mein jab jama huin, tab is mein bahut sari jama karne mein aur log doosre log is mein beech beech mein kuch hadisein shamil karne lag gaye jo zyada authentic nahi thi, zaeef thi.</w:t>
      </w:r>
    </w:p>
    <w:p>
      <w:pPr>
        <w:jc w:val="right"/>
      </w:pPr>
      <w:r>
        <w:t>بعد میں جب جمع ہوئیں، تب اس میں بہت ساری جمع کرنے میں اور لوگ دوسرے لوگ اس میں بیچ بیچ میں کچھ حدیثیں شامل کرنے لگ گئے جو زیادہ اتھینٹک نہیں تھیں، ضعیف تھیں۔</w:t>
      </w:r>
    </w:p>
    <w:p>
      <w:r>
        <w:rPr>
          <w:b/>
        </w:rPr>
        <w:t xml:space="preserve">[1:04:23] </w:t>
      </w:r>
      <w:r>
        <w:t>to yeh masla ho gaya ke is ko kaise scrutiny kaise karein ke hadith ki authenticity kaise maloom karein.</w:t>
      </w:r>
    </w:p>
    <w:p>
      <w:pPr>
        <w:jc w:val="right"/>
      </w:pPr>
      <w:r>
        <w:t>تو یہ مسئلہ ہو گیا کہ اس کو کیسے سکروٹنی کیسے کریں کہ حدیث کی اتھنٹیسٹی کیسے معلوم کریں۔</w:t>
      </w:r>
    </w:p>
    <w:p>
      <w:r>
        <w:rPr>
          <w:b/>
        </w:rPr>
        <w:t xml:space="preserve">[1:04:33] </w:t>
      </w:r>
      <w:r>
        <w:t>to yeh poora ek ek ek poora science develop ki gayi. matlab jo jo bhi narrators the, jo bhi narrators the hadith ke, to un ke bare mein poori maloomat document, documentary andaaz mein un pesh ki gayi.</w:t>
      </w:r>
    </w:p>
    <w:p>
      <w:pPr>
        <w:jc w:val="right"/>
      </w:pPr>
      <w:r>
        <w:t>تو یہ پورا ایک ایک ایک پورا سائنس ڈیویلپ کی گئی۔ مطلب جو جو بھی نیریٹرز تھے، جو بھی نیریٹرز تھے حدیث کے، تو ان کے بارے میں پوری معلومات ڈاکومنٹ، ڈاکومنٹری انداز میں ان پیش کی گئی۔</w:t>
      </w:r>
    </w:p>
    <w:p>
      <w:r>
        <w:rPr>
          <w:b/>
        </w:rPr>
        <w:t xml:space="preserve">[1:04:50] </w:t>
      </w:r>
      <w:r>
        <w:t>jaise biography likhte hain</w:t>
      </w:r>
    </w:p>
    <w:p>
      <w:pPr>
        <w:jc w:val="right"/>
      </w:pPr>
      <w:r>
        <w:t>جیسے بائیوگرافی لکھتے ہیں</w:t>
      </w:r>
    </w:p>
    <w:p>
      <w:r>
        <w:rPr>
          <w:b/>
        </w:rPr>
        <w:t xml:space="preserve">[1:04:53] </w:t>
      </w:r>
      <w:r>
        <w:t>to woh kaun the, kya the, aur rawiyon ke poore mukammal halaat. kyunke jab tak rawiyon ke bare mein pata nahi chalega, tab tak unhon ne jo baat hum tak pahunchai hai, to woh authentic hai ke nahi, pata nahi chalega is ka.</w:t>
      </w:r>
    </w:p>
    <w:p>
      <w:pPr>
        <w:jc w:val="right"/>
      </w:pPr>
      <w:r>
        <w:t>تو وہ کون تھے، کیا تھے، اور راویوں کے پورے مکمل حالات۔ کیونکہ جب تک راویوں کے بارے میں پتہ نہیں چلے گا، تب تک انہوں نے جو بات ہم تک پہنچائی ہے، تو وہ اتھینٹک ہے کہ نہیں، پتہ نہیں چلے گا اس کا۔</w:t>
      </w:r>
    </w:p>
    <w:p>
      <w:r>
        <w:rPr>
          <w:b/>
        </w:rPr>
        <w:t xml:space="preserve">[1:05:09] </w:t>
      </w:r>
      <w:r>
        <w:t>to un ke naam, nasab, kis qaum se talluq rakhte the, un ka watan kya tha, un ke paas ilm kitna tha</w:t>
      </w:r>
    </w:p>
    <w:p>
      <w:pPr>
        <w:jc w:val="right"/>
      </w:pPr>
      <w:r>
        <w:t>تو ان کے نام، نسب، کس قوم سے تعلق رکھتے تھے، ان کا وطن کیا تھا، ان کے پاس علم کتنا تھا</w:t>
      </w:r>
    </w:p>
    <w:p>
      <w:r>
        <w:rPr>
          <w:b/>
        </w:rPr>
        <w:t xml:space="preserve">[1:05:17] </w:t>
      </w:r>
      <w:r>
        <w:t>, aur sab se zyada woh justice un ke andar thi ke nahi, taqwa un ke andar tha ke nahi. kyunke taqwa jo hai, woh bahut zyada zaroori hai.</w:t>
      </w:r>
    </w:p>
    <w:p>
      <w:pPr>
        <w:jc w:val="right"/>
      </w:pPr>
      <w:r>
        <w:t>، اور سب سے زیادہ وہ جسٹس ان کے اندر تھی کہ نہیں، تقویٰ ان کے اندر تھا کہ نہیں۔ کیونکہ تقویٰ جو ہے، وہ بہت زیادہ ضروری ہے۔</w:t>
      </w:r>
    </w:p>
    <w:p>
      <w:r>
        <w:rPr>
          <w:b/>
        </w:rPr>
        <w:t xml:space="preserve">[1:05:26] </w:t>
      </w:r>
      <w:r>
        <w:t>jab insaan darega khuda se, to tabhi woh sach sach baat kahega. aur aur bahut ek badi cheez thi, woh hafiza.</w:t>
      </w:r>
    </w:p>
    <w:p>
      <w:pPr>
        <w:jc w:val="right"/>
      </w:pPr>
      <w:r>
        <w:t>جب انسان ڈرے گا خدا سے، تو تبھی وہ سچ سچ بات کہے گا۔ اور اور بہت ایک بڑی چیز تھی، وہ حافظہ۔</w:t>
      </w:r>
    </w:p>
    <w:p>
      <w:r>
        <w:rPr>
          <w:b/>
        </w:rPr>
        <w:t xml:space="preserve">[1:05:38] </w:t>
      </w:r>
      <w:r>
        <w:t>to yeh sari cheezon ka jaiza liya jata hai ke kisi bhi cheez mein agar koi bhi kami pai jaye, koi imperfection pai jaye, to phir us ko, us ko, us ko authentic is mein nahi shamil karte ke is ka narration jo hai, woh authentic hai.</w:t>
      </w:r>
    </w:p>
    <w:p>
      <w:pPr>
        <w:jc w:val="right"/>
      </w:pPr>
      <w:r>
        <w:t>تو یہ ساری چیزوں کا جائزہ لیا جاتا ہے کہ کسی بھی چیز میں اگر کوئی بھی کمی پائی جائے، کوئی امپرفیکشن پائی جائے، تو پھر اس کو، اس کو، اس کو اتھینٹک اس میں نہیں شامل کرتے کہ اس کا نیریشن جو ہے، وہ اتھینٹک ہے۔</w:t>
      </w:r>
    </w:p>
    <w:p>
      <w:r>
        <w:rPr>
          <w:b/>
        </w:rPr>
        <w:t xml:space="preserve">[1:05:58] </w:t>
      </w:r>
      <w:r>
        <w:t>to misal ke taur par ek batate hain ke jo honesty ko kitna zyada unhon ne supreme rakha ke ek baar kya hua ke ek aadmi khali bartan le kar ke oont ko bula raha tha ke oont yeh samjhe ke is mein dana hai, to oont aayega.</w:t>
      </w:r>
    </w:p>
    <w:p>
      <w:pPr>
        <w:jc w:val="right"/>
      </w:pPr>
      <w:r>
        <w:t>تو مثال کے طور پر ایک بتاتے ہیں کہ جو اونسٹی کو کتنا زیادہ انہوں نے سپریم رکھا کہ ایک بار کیا ہوا کہ ایک آدمی خالی برتن لے کر کے اونٹ کو بلا رہا تھا کہ اونٹ یہ سمجھے کہ اس میں دانہ ہے، تو اونٹ آئے گا۔</w:t>
      </w:r>
    </w:p>
    <w:p>
      <w:r>
        <w:rPr>
          <w:b/>
        </w:rPr>
        <w:t xml:space="preserve">[1:06:16] </w:t>
      </w:r>
      <w:r>
        <w:t>to is ne dekha, is ne koi hadith ka narrator tha, woh</w:t>
      </w:r>
    </w:p>
    <w:p>
      <w:pPr>
        <w:jc w:val="right"/>
      </w:pPr>
      <w:r>
        <w:t>تو اس نے دیکھا، اس نے کوئی حدیث کا نیریٹر تھا، وہ</w:t>
      </w:r>
    </w:p>
    <w:p>
      <w:r>
        <w:rPr>
          <w:b/>
        </w:rPr>
        <w:t xml:space="preserve">[1:06:22] </w:t>
      </w:r>
      <w:r>
        <w:t>dekha ke woh aisa aadmi hai jab oont ko dhokha de de sakta hai, to woh us ki batai hui hadith jo hai, woh authentic nahi</w:t>
      </w:r>
    </w:p>
    <w:p>
      <w:pPr>
        <w:jc w:val="right"/>
      </w:pPr>
      <w:r>
        <w:t>دیکھا کہ وہ ایسا آدمی ہے جب اونٹ کو دھوکہ دے دے سکتا ہے، تو وہ اس کی بتائی ہوئی حدیث جو ہے، وہ اتھینٹک نہیں</w:t>
      </w:r>
    </w:p>
    <w:p>
      <w:r>
        <w:rPr>
          <w:b/>
        </w:rPr>
        <w:t xml:space="preserve">[1:06:31] </w:t>
      </w:r>
      <w:r>
        <w:t>hai. To yeh sab cheezain unhon ne itna zabardast ilm jama kiya ke sabhi log hairaan hain, balkay orientalist bhi hairaan hain ke is zamane mein jab ke arabon ko scholarship arabon ke paas itni thi nahi, is waqt un ko kaise samajh mein aaya ke taqreeban paanch lakh logon ki poori poori mukammal maloomat un ki zindagi ke baray mein jama kar di gayi.</w:t>
      </w:r>
    </w:p>
    <w:p>
      <w:pPr>
        <w:jc w:val="right"/>
      </w:pPr>
      <w:r>
        <w:t>ہے۔ تو یہ سب چیزیں انہوں نے اتنا زبردست علم جمع کیا کہ سبھی لوگ حیران ہیں، بلکہ اورینٹلسٹ بھی حیران ہیں کہ اس زمانے میں جب کہ عربوں کو اسکالرشپ عربوں کے پاس اتنی تھی نہیں، اس وقت ان کو کیسے سمجھ میں آیا کہ تقریباً پانچ لاکھ لوگوں کی پوری پوری مکمل معلومات ان کی زندگی کے بارے میں جمع کر دی گئی۔</w:t>
      </w:r>
    </w:p>
    <w:p>
      <w:r>
        <w:rPr>
          <w:b/>
        </w:rPr>
        <w:t xml:space="preserve">[1:06:58] </w:t>
      </w:r>
      <w:r>
        <w:t>to is se bohat aasani ho gayi ke kaun kis ki hadith jo hai, kis ka narration authentic ho hai, kis ka nahi hai.</w:t>
      </w:r>
    </w:p>
    <w:p>
      <w:pPr>
        <w:jc w:val="right"/>
      </w:pPr>
      <w:r>
        <w:t>تو اس سے بہت آسانی ہو گئی کہ کون کس کی حدیث جو ہے، کس کا نیریشن اتھینٹک ہو ہے، کس کا نہیں ہے۔</w:t>
      </w:r>
    </w:p>
    <w:p>
      <w:r>
        <w:rPr>
          <w:b/>
        </w:rPr>
        <w:t xml:space="preserve">[1:07:08] </w:t>
      </w:r>
      <w:r>
        <w:t>to yeh hai, is pe bohat hi baray baray is mein kitabein likhi gayi hain. To is mein agar aap kuch add karna chahein to kar dijiye.</w:t>
      </w:r>
    </w:p>
    <w:p>
      <w:pPr>
        <w:jc w:val="right"/>
      </w:pPr>
      <w:r>
        <w:t>تو یہ ہے، اس پہ بہت ہی بڑے بڑے اس میں کتابیں لکھی گئی ہیں۔ تو اس میں اگر آپ کچھ ایڈ کرنا چاہیں تو کر دیجئے۔</w:t>
      </w:r>
    </w:p>
    <w:p>
      <w:r>
        <w:rPr>
          <w:b/>
        </w:rPr>
        <w:t xml:space="preserve">[1:07:19] </w:t>
      </w:r>
      <w:r>
        <w:t>apa, main yahan par sirf kitabon ke naam zikr kar deta hoon.</w:t>
      </w:r>
    </w:p>
    <w:p>
      <w:pPr>
        <w:jc w:val="right"/>
      </w:pPr>
      <w:r>
        <w:t>آپا، میں یہاں پر صرف کتابوں کے نام ذکر کر دیتا ہوں۔</w:t>
      </w:r>
    </w:p>
    <w:p>
      <w:r>
        <w:rPr>
          <w:b/>
        </w:rPr>
        <w:t xml:space="preserve">[1:07:25] </w:t>
      </w:r>
      <w:r>
        <w:t>ek kitab is mein jo hai, woh Ibn Abi Hatim ki hai "Al-Jarh wa al-Ta'dil" ke naam se, aur ek Ibn Hajar Asqalani ki "Tahdhib al-Tahdhib" ke naam se, aur ek bohat hi famous aur bohat hi taqreeban 12 ya 14 volume mein "Siyar A'lam al-Nubala" yeh Imam Shams al-Din al-Dhahabi ki kitab hai.</w:t>
      </w:r>
    </w:p>
    <w:p>
      <w:pPr>
        <w:jc w:val="right"/>
      </w:pPr>
      <w:r>
        <w:t>ایک کتاب اس میں جو ہے، وہ ابن ابی حاتم کی ہے "الجرح والتعدیل" کے نام سے، اور ایک ابن حجر عسقلانی کی "تہذیب التہذیب" کے نام سے، اور ایک بہت ہی فیمس اور بہت ہی تقریباً 12 یا 14 والیوم میں "سیر و عالم النبلاء" یہ امام شمس الدین ذہبی کی کتاب ہے۔</w:t>
      </w:r>
    </w:p>
    <w:p>
      <w:r>
        <w:rPr>
          <w:b/>
        </w:rPr>
        <w:t xml:space="preserve">[1:07:46] </w:t>
      </w:r>
      <w:r>
        <w:t>inhin ki ek aur kitab hai "Mizan al-I'tidal", yeh bhi kya hai, chaar paanch volume mein yeh</w:t>
      </w:r>
    </w:p>
    <w:p>
      <w:pPr>
        <w:jc w:val="right"/>
      </w:pPr>
      <w:r>
        <w:t>انہی کی ایک اور کتاب ہے "میزان الاعتدال"، یہ بھی کیا ہے، چار پانچ والیوم میں یہ</w:t>
      </w:r>
    </w:p>
    <w:p>
      <w:r>
        <w:rPr>
          <w:b/>
        </w:rPr>
        <w:t xml:space="preserve">[1:07:51] </w:t>
      </w:r>
      <w:r>
        <w:t>hai. To kafi kaam hua hai is par, aur kafi aisa nahi hai ke sirf aise hi le liya gaya hai. Kaun kaisa insaan tha, us ko bhi janne ki koshish ki gayi hai.</w:t>
      </w:r>
    </w:p>
    <w:p>
      <w:pPr>
        <w:jc w:val="right"/>
      </w:pPr>
      <w:r>
        <w:t>ہے۔ تو کافی کام ہوا ہے اس پر، اور کافی ایسا نہیں ہے کہ صرف ایسے ہی لے لیا گیا ہے۔ کون کیسا انسان تھا، اس کو بھی جاننے کی کوشش کی گئی ہے۔</w:t>
      </w:r>
    </w:p>
    <w:p>
      <w:r>
        <w:rPr>
          <w:b/>
        </w:rPr>
        <w:t xml:space="preserve">[1:08:01] </w:t>
      </w:r>
      <w:r>
        <w:t>to is se hum samajh sakte hain ke hadith jo hamare paas itni mehfooz shakalon mein aaya hai, woh aise hi nahi aa gaya hai. Is ke peeche logon ki zindagiyaan lagi hain, is ke baad woh cheez aayi hai.</w:t>
      </w:r>
    </w:p>
    <w:p>
      <w:pPr>
        <w:jc w:val="right"/>
      </w:pPr>
      <w:r>
        <w:t>تو اس سے ہم سمجھ سکتے ہیں کہ حدیث جو ہمارے پاس اتنی محفوظ شکلوں میں آیا ہے، وہ ایسے ہی نہیں آ گیا ہے۔ اس کے پیچھے لوگوں کی زندگیاں لگی ہیں، اس کے بعد وہ چیز آئی ہے۔</w:t>
      </w:r>
    </w:p>
    <w:p>
      <w:r>
        <w:rPr>
          <w:b/>
        </w:rPr>
        <w:t xml:space="preserve">[1:08:11] </w:t>
      </w:r>
      <w:r>
        <w:t>is ko hum samajh sakte hain, yeh ilm al-rijal, asma, ilm wa asma al-rijal ke ilm se hum samajh sakte hain.</w:t>
      </w:r>
    </w:p>
    <w:p>
      <w:pPr>
        <w:jc w:val="right"/>
      </w:pPr>
      <w:r>
        <w:t>اس کو ہم سمجھ سکتے ہیں، یہ علم الرجال، اسماء، علم و اسمائے رجال کے علم سے ہم سمجھ سکتے ہیں۔</w:t>
      </w:r>
    </w:p>
    <w:p>
      <w:r>
        <w:rPr>
          <w:b/>
        </w:rPr>
        <w:t xml:space="preserve">[1:08:18] </w:t>
      </w:r>
      <w:r>
        <w:t>aakhir mein ek sawal jo kuch log karte rehte hain, is par main apni taraf se kuch baat bata deta hoon. Woh yeh hai, sawal yeh hai ke</w:t>
      </w:r>
    </w:p>
    <w:p>
      <w:pPr>
        <w:jc w:val="right"/>
      </w:pPr>
      <w:r>
        <w:t>آخر میں ایک سوال جو کچھ لوگ کرتے رہتے ہیں، اس پر میں اپنی طرف سے کچھ بات بتا دیتا ہوں۔ وہ یہ ہے، سوال یہ ہے کہ</w:t>
      </w:r>
    </w:p>
    <w:p>
      <w:r>
        <w:rPr>
          <w:b/>
        </w:rPr>
        <w:t xml:space="preserve">[1:08:30] </w:t>
      </w:r>
      <w:r>
        <w:t>hadith mein kaise address kiya gaya hai is muamle ko jo family ka hai, marriage ka hai, aur society ka hai? Kaise address kiya gaya hai?</w:t>
      </w:r>
    </w:p>
    <w:p>
      <w:pPr>
        <w:jc w:val="right"/>
      </w:pPr>
      <w:r>
        <w:t>حدیث میں کیسے ایڈریس کیا گیا ہے اس معاملے کو جو فیملی کا ہے، میرج کا ہے، اور سوسائٹی کا ہے؟ کیسے ایڈریس کیا گیا ہے؟</w:t>
      </w:r>
    </w:p>
    <w:p>
      <w:r>
        <w:rPr>
          <w:b/>
        </w:rPr>
        <w:t xml:space="preserve">[1:08:39] </w:t>
      </w:r>
      <w:r>
        <w:t>to dekhiye, is ka jawab yeh hai ke Quran agar hum parhein to is mein jo family ya kisi bhi talluq se baatein hain, to spirituality ka pehlu zyada aham hai, phaila hua hai, zyada focus kiya gaya hai.</w:t>
      </w:r>
    </w:p>
    <w:p>
      <w:pPr>
        <w:jc w:val="right"/>
      </w:pPr>
      <w:r>
        <w:t>تو دیکھیے، اس کا جواب یہ ہے کہ قرآن اگر ہم پڑھیں تو اس میں جو فیملی یا کسی بھی تعلق سے باتیں ہیں، تو اسپریچویلٹی کا پہلو زیادہ اہم ہے، پھیلا ہوا ہے، زیادہ فوکس کیا گیا ہے۔</w:t>
      </w:r>
    </w:p>
    <w:p>
      <w:r>
        <w:rPr>
          <w:b/>
        </w:rPr>
        <w:t xml:space="preserve">[1:08:51] </w:t>
      </w:r>
      <w:r>
        <w:t>hadith mein hum jaate to is mein practical wisdom ke sath baaton ko bataya gaya hai. Jaisa ke Maulana kehte thay ke hadith ki hikmat ko bhi janna chahiye, ya marifat hadith ko janiye, to woh hum ko</w:t>
      </w:r>
    </w:p>
    <w:p>
      <w:pPr>
        <w:jc w:val="right"/>
      </w:pPr>
      <w:r>
        <w:t>حدیث میں ہم جاتے تو اس میں پریکٹیکل وزڈم کے ساتھ باتوں کو بتایا گیا ہے۔ جیسا کہ مولانا کہتے تھے کہ حدیث کی حکمت کو بھی جاننا چاہیے، یا معرفت حدیث کو جانیں، تو وہ ہم کو</w:t>
      </w:r>
    </w:p>
    <w:p>
      <w:r>
        <w:rPr>
          <w:b/>
        </w:rPr>
        <w:t xml:space="preserve">[1:09:02] </w:t>
      </w:r>
      <w:r>
        <w:t>hadith se maloom hota hai. Aur muhaddiseen ne is par kai bab bhi bandhe hain, jaisa ke ek bab hai "Husn al-Mu'asharat ma' al-Ahl" ke naam se ke ghar walon ke sath kaise achhe tarike se raha jaye.</w:t>
      </w:r>
    </w:p>
    <w:p>
      <w:pPr>
        <w:jc w:val="right"/>
      </w:pPr>
      <w:r>
        <w:t>حدیث سے معلوم ہوتا ہے۔ اور محدثین نے اس پر کئی باب بھی باندھے ہیں، جیسے ایک باب ہے "حسن المعاشرت مع الاہل" کے نام سے کہ گھر والوں کے ساتھ کیسے اچھے طریقے سے رہا جائے۔</w:t>
      </w:r>
    </w:p>
    <w:p>
      <w:r>
        <w:rPr>
          <w:b/>
        </w:rPr>
        <w:t xml:space="preserve">[1:09:15] </w:t>
      </w:r>
      <w:r>
        <w:t>isi tarike se "Husn Mu'asharat al-Nisa" auraton ke sath kaise achhe tarike se rehna chahiye, is par hai.</w:t>
      </w:r>
    </w:p>
    <w:p>
      <w:pPr>
        <w:jc w:val="right"/>
      </w:pPr>
      <w:r>
        <w:t>اسی طریقے سے "حسن معاشرت النساء" عورتوں کے ساتھ کیسے اچھے طریقے سے رہنا چاہیے، اس پر ہے۔</w:t>
      </w:r>
    </w:p>
    <w:p>
      <w:r>
        <w:rPr>
          <w:b/>
        </w:rPr>
        <w:t xml:space="preserve">[1:09:21] </w:t>
      </w:r>
      <w:r>
        <w:t>to aise aayi hain, kai cheezain aayi hain. Ek hadith hai, Allah ke Rasool sallallahu alaihi wasallam ne kaha ke society mein kaisa achhe tarike se reh sakta hai insaan? Is par yeh hadith ke ek insaan jo logon ke sath milta julta hai aur us ki aza par sabr karta hai, woh us se behtar hai jo logon se milta julta nahi aur un ki aza par sabr nahi karta.</w:t>
      </w:r>
    </w:p>
    <w:p>
      <w:pPr>
        <w:jc w:val="right"/>
      </w:pPr>
      <w:r>
        <w:t>تو ایسے آئی ہیں، کئی چیزیں آئی ہیں۔ ایک حدیث ہے، اللہ کے رسول صلی اللہ علیہ وسلم نے کہا کہ سوسائٹی میں کیسا اچھے طریقے سے رہ سکتا ہے انسان؟ اس پر یہ حدیث کہ ایک انسان جو لوگوں کے ساتھ ملتا جلتا ہے اور اس کی اضا پر صبر کرتا ہے، وہ اس سے بہتر ہے جو لوگوں سے ملتا جلتا نہیں اور ان کی اضا پر صبر نہیں کرتا۔</w:t>
      </w:r>
    </w:p>
    <w:p>
      <w:r>
        <w:rPr>
          <w:b/>
        </w:rPr>
        <w:t xml:space="preserve">[1:09:43] </w:t>
      </w:r>
      <w:r>
        <w:t>marriage ke talluq se jo kabhi kabhi insaan ko shakk ho jata hai, is par ek bohat hi aham aur bohat hi achhi hadith hai ke ek dehati Allah ke Rasool sallallahu alaihi wasallam ke paas aaya.</w:t>
      </w:r>
    </w:p>
    <w:p>
      <w:pPr>
        <w:jc w:val="right"/>
      </w:pPr>
      <w:r>
        <w:t>میرج کے تعلق سے جو کبھی کبھی انسان کو شک ہو جاتا ہے، اس پر ایک بہت ہی اہم اور بہت ہی اچھی حدیث ہے کہ ایک دیہاتی اللہ کے رسول صلی اللہ علیہ وسلم کے پاس آیا۔</w:t>
      </w:r>
    </w:p>
    <w:p>
      <w:r>
        <w:rPr>
          <w:b/>
        </w:rPr>
        <w:t xml:space="preserve">[1:09:51] </w:t>
      </w:r>
      <w:r>
        <w:t>arab chuki safed hotay thay, to is ka beta paida hua kala tha. To us ne aa kar yeh kaha ke Allah ke Rasool, mera beta paida hua kala hai. Woh us ke zariye inkar karna chah raha tha.</w:t>
      </w:r>
    </w:p>
    <w:p>
      <w:pPr>
        <w:jc w:val="right"/>
      </w:pPr>
      <w:r>
        <w:t>عرب چونکہ سفید ہوتے تھے، تو اس کا بیٹا پیدا ہوا کالا تھا۔ تو اس نے آ کر یہ کہا کہ اللہ کے رسول، میرا بیٹا پیدا ہوا کالا ہے۔ وہ اس کے ذریعے انکار کرنا چاہ رہا تھا۔</w:t>
      </w:r>
    </w:p>
    <w:p>
      <w:r>
        <w:rPr>
          <w:b/>
        </w:rPr>
        <w:t xml:space="preserve">[1:10:01] </w:t>
      </w:r>
      <w:r>
        <w:t>to Allah ke Rasool sallallahu alaihi wasallam ne bohat hi aham umda misal de kar us ko samjhaya ke tumhare paas oont hain. Us ne kaha: "Haan." To kaha ke is ka rang kya hai? To kaha: "Red." Surkh.</w:t>
      </w:r>
    </w:p>
    <w:p>
      <w:pPr>
        <w:jc w:val="right"/>
      </w:pPr>
      <w:r>
        <w:t>تو اللہ کے رسول صلی اللہ علیہ وسلم نے بہت ہی اہم عمدہ مثال دے کر اس کو سمجھایا کہ تمہارے پاس اونٹ ہیں۔ اس نے کہا: "ہاں۔" تو کہا کہ اس کا رنگ کیا ہے؟ تو کہا: "ریڈ۔" سرخ۔</w:t>
      </w:r>
    </w:p>
    <w:p>
      <w:r>
        <w:rPr>
          <w:b/>
        </w:rPr>
        <w:t xml:space="preserve">[1:10:12] </w:t>
      </w:r>
      <w:r>
        <w:t>kaha ke: "Achha,</w:t>
      </w:r>
    </w:p>
    <w:p>
      <w:pPr>
        <w:jc w:val="right"/>
      </w:pPr>
      <w:r>
        <w:t>کہا کہ: "اچھا،</w:t>
      </w:r>
    </w:p>
    <w:p>
      <w:r>
        <w:rPr>
          <w:b/>
        </w:rPr>
        <w:t xml:space="preserve">[1:10:13] </w:t>
      </w:r>
      <w:r>
        <w:t>is mein koi aisa bhi hai jo bhure rang ka ho?" To kaha: "Haan." To kaha: "Yeh kahan se aa gaya?" To kaha: "Is ki koi urq hogi jo us ko le kar aa gayi hogi." Yani genes keh lein, aaj ke alfaz mein gene hogi jo le kar aa gayi ho.</w:t>
      </w:r>
    </w:p>
    <w:p>
      <w:pPr>
        <w:jc w:val="right"/>
      </w:pPr>
      <w:r>
        <w:t>اس میں کوئی ایسا بھی ہے جو بھورے رنگ کا ہو؟" تو کہا: "ہاں۔" تو کہا: "یہ کہاں سے آ گیا؟" تو کہا: "اس کی کوئی عرق ہوگی جو اس کو لے کر آ گئی ہوگی۔" یعنی جینز کہہ لیں، آج کے الفاظ میں جین ہوگی جو لے کر آ گئی ہو۔</w:t>
      </w:r>
    </w:p>
    <w:p>
      <w:r>
        <w:rPr>
          <w:b/>
        </w:rPr>
        <w:t xml:space="preserve">[1:10:23] </w:t>
      </w:r>
      <w:r>
        <w:t>to kaha: "Isi tarike se woh kala jo ho gaya, tumhare gene mein se koi cheez us ko le kar aa gayi hogi." Aur us ko ijazat nahi di.</w:t>
      </w:r>
    </w:p>
    <w:p>
      <w:pPr>
        <w:jc w:val="right"/>
      </w:pPr>
      <w:r>
        <w:t>تو کہا: "اسی طریقے سے وہ کالا جو ہو گیا، تمہارے جین میں سے کوئی چیز اس کو لے کر آ گئی ہوگی۔" اور اس کو اجازت نہیں دیا۔</w:t>
      </w:r>
    </w:p>
    <w:p>
      <w:r>
        <w:rPr>
          <w:b/>
        </w:rPr>
        <w:t xml:space="preserve">[1:10:30] </w:t>
      </w:r>
      <w:r>
        <w:t>aik aur bohat hi bohat hi practical hadith hai jo Allah ke Rasool sallallahu alaihi wasallam ne kaha ke koi momin shohar apni momin biwi ko takleef na de kisi baat ki wajah se jo us ko nagawar ho</w:t>
      </w:r>
    </w:p>
    <w:p>
      <w:pPr>
        <w:jc w:val="right"/>
      </w:pPr>
      <w:r>
        <w:t>ایک اور بہت ہی بہت ہی پریکٹیکل حدیث ہے جو اللہ کے رسول صلی اللہ علیہ وسلم نے کہا کہ کوئی مومن شوہر اپنی مومن بیوی کو تکلیف نہ دے کسی بات کی وجہ سے جو اس کو ناگوار ہو</w:t>
      </w:r>
    </w:p>
    <w:p>
      <w:r>
        <w:rPr>
          <w:b/>
        </w:rPr>
        <w:t xml:space="preserve">[1:10:41] </w:t>
      </w:r>
      <w:r>
        <w:t>. agar aik baat us ko nagawar lage gi to doosri baat aisi hogi jo us ko khush kar de gi. to hum samajh sakte hain ke hadith mein bilkul practical, bohat hi mind ko appeal karne wale tareeqe se rehnumai ki gayi hai.</w:t>
      </w:r>
    </w:p>
    <w:p>
      <w:pPr>
        <w:jc w:val="right"/>
      </w:pPr>
      <w:r>
        <w:t>۔ اگر ایک بات اس کو ناگوار لگے گی تو دوسری بات ایسی ہوگی جو اس کو خوش کر دے گی۔ تو ہم سمجھ سکتے ہیں کہ حدیث میں بالکل پریکٹیکل، بہت ہی مائنڈ کو اپیل کرنے والے طریقے سے رہنمائی کی گئی ہے۔</w:t>
      </w:r>
    </w:p>
    <w:p>
      <w:r>
        <w:rPr>
          <w:b/>
        </w:rPr>
        <w:t xml:space="preserve">[1:10:56] </w:t>
      </w:r>
      <w:r>
        <w:t>to isi par aaj hum apni is majlis ko khatam karte hain aur Allah taala se dua karte hain ke Allah taala hame hadith ki hikmat ko samajhne ki tofeeq ata farmaye.</w:t>
      </w:r>
    </w:p>
    <w:p>
      <w:pPr>
        <w:jc w:val="right"/>
      </w:pPr>
      <w:r>
        <w:t>تو اسی پر آج ہم اپنی اس مجلس کو ختم کرتے ہیں اور اللہ تعالی سے دعا کرتے ہیں کہ اللہ تعالی ہمیں حدیث کی حکمت کو سمجھنے کی توفیق عطا فرمائے۔</w:t>
      </w:r>
    </w:p>
    <w:p>
      <w:r>
        <w:rPr>
          <w:b/>
        </w:rPr>
        <w:t xml:space="preserve">[1:11:06] </w:t>
      </w:r>
      <w:r>
        <w:t>aur hum apne doctor Fareeda Khanam sahiba ka shukriya ada karte hain ke unhon ne is bohat hi aham masle par bohat achi rehnumai farmayi.</w:t>
      </w:r>
    </w:p>
    <w:p>
      <w:pPr>
        <w:jc w:val="right"/>
      </w:pPr>
      <w:r>
        <w:t>اور ہم اپنے ڈاکٹر فریدہ خانم صاحبہ کا شکریہ ادا کرتے ہیں کہ انہوں نے اس بہت ہی اہم مسئلے پر بہت اچھی رہنمائی فرمائی۔</w:t>
      </w:r>
    </w:p>
    <w:p>
      <w:r>
        <w:rPr>
          <w:b/>
        </w:rPr>
        <w:t xml:space="preserve">[1:11:18] </w:t>
      </w:r>
      <w:r>
        <w:t>aur hum un se umeed karte hain ke aage bhi yeh isi tareeqe se rehnumai karte rahen gi hum logon ki. to aaj ki majlis ko isi par khatam karte hain.</w:t>
      </w:r>
    </w:p>
    <w:p>
      <w:pPr>
        <w:jc w:val="right"/>
      </w:pPr>
      <w:r>
        <w:t>اور ہم ان سے امید کرتے ہیں کہ آگے بھی یہ اسی طریقے سے رہنمائی کرتے رہیں گی ہم لوگوں کی۔ تو آج کی مجلس کو اسی پر ختم کرتے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