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Love of God April 10, 2011</w:t>
      </w:r>
    </w:p>
    <w:p>
      <w:r>
        <w:t>https://youtu.be/Pt1wxMp7nvE</w:t>
      </w:r>
    </w:p>
    <w:p>
      <w:r>
        <w:rPr>
          <w:b/>
        </w:rPr>
        <w:t xml:space="preserve">[00:14] </w:t>
      </w:r>
      <w:r>
        <w:t>bismillah hir rahman nir rahim, wasalli Allahu ala nabi il kareem. rab ishrah li sadri, wa yassir li amri,</w:t>
      </w:r>
    </w:p>
    <w:p>
      <w:pPr>
        <w:jc w:val="right"/>
      </w:pPr>
      <w:r>
        <w:t>بسم اللہ الرحمن الرحیم، وصلی اللہ علی النبی الکریم۔ رب اشرح لی صدری، ویسر لی امری،</w:t>
      </w:r>
    </w:p>
    <w:p>
      <w:r>
        <w:rPr>
          <w:b/>
        </w:rPr>
        <w:t xml:space="preserve">[00:29] </w:t>
      </w:r>
      <w:r>
        <w:t>wahlul uqdatan min lisani yafqahu qawli.</w:t>
      </w:r>
    </w:p>
    <w:p>
      <w:pPr>
        <w:jc w:val="right"/>
      </w:pPr>
      <w:r>
        <w:t>واحل العقدۃ من لسانی یفقہ قولی۔</w:t>
      </w:r>
    </w:p>
    <w:p>
      <w:r>
        <w:rPr>
          <w:b/>
        </w:rPr>
        <w:t xml:space="preserve">[00:38] </w:t>
      </w:r>
      <w:r>
        <w:t>aaj ka mozu hai</w:t>
      </w:r>
    </w:p>
    <w:p>
      <w:pPr>
        <w:jc w:val="right"/>
      </w:pPr>
      <w:r>
        <w:t>آج کا موضوع ہے</w:t>
      </w:r>
    </w:p>
    <w:p>
      <w:r>
        <w:rPr>
          <w:b/>
        </w:rPr>
        <w:t xml:space="preserve">[00:42] </w:t>
      </w:r>
      <w:r>
        <w:t>mohabbat ilahi, yani love for God.</w:t>
      </w:r>
    </w:p>
    <w:p>
      <w:pPr>
        <w:jc w:val="right"/>
      </w:pPr>
      <w:r>
        <w:t>محبت الہی، یعنی لو فار گاڈ۔</w:t>
      </w:r>
    </w:p>
    <w:p>
      <w:r>
        <w:rPr>
          <w:b/>
        </w:rPr>
        <w:t xml:space="preserve">[00:52] </w:t>
      </w:r>
      <w:r>
        <w:t>Allah se mohabbat kitna zyada matloob hai, woh Quran mein surah al baqarah ke ek ayat se maloom hota hai.</w:t>
      </w:r>
    </w:p>
    <w:p>
      <w:pPr>
        <w:jc w:val="right"/>
      </w:pPr>
      <w:r>
        <w:t>اللہ سے محبت کتنا زیادہ مطلوب ہے، وہ قرآن میں سورہ البقرہ کے ایک آیت سے معلوم ہوتا ہے۔</w:t>
      </w:r>
    </w:p>
    <w:p>
      <w:r>
        <w:rPr>
          <w:b/>
        </w:rPr>
        <w:t xml:space="preserve">[01:08] </w:t>
      </w:r>
      <w:r>
        <w:t>Quran mein hai ke allazeena aamanoo ashadd hubba lillah</w:t>
      </w:r>
    </w:p>
    <w:p>
      <w:pPr>
        <w:jc w:val="right"/>
      </w:pPr>
      <w:r>
        <w:t>قرآن میں ہے کہ الذین آمنوا أشد حبا لله</w:t>
      </w:r>
    </w:p>
    <w:p>
      <w:r>
        <w:rPr>
          <w:b/>
        </w:rPr>
        <w:t xml:space="preserve">[01:15] </w:t>
      </w:r>
      <w:r>
        <w:t>. jo iman wale hain, woh Allah se bohat zyada mohabbat karte hain.</w:t>
      </w:r>
    </w:p>
    <w:p>
      <w:pPr>
        <w:jc w:val="right"/>
      </w:pPr>
      <w:r>
        <w:t>۔ جو ایمان والے ہیں، وہ اللہ سے بہت زیادہ محبت کرتے ہیں۔</w:t>
      </w:r>
    </w:p>
    <w:p>
      <w:r>
        <w:rPr>
          <w:b/>
        </w:rPr>
        <w:t xml:space="preserve">[01:26] </w:t>
      </w:r>
      <w:r>
        <w:t>yeh aayat quran majeed mein surah baqarah mein aai hai. is se maloom hua ke bohat ziyada mohabbat allah se honi chahiye, yeh goya pehchan hai imaan ki.</w:t>
      </w:r>
    </w:p>
    <w:p>
      <w:pPr>
        <w:jc w:val="right"/>
      </w:pPr>
      <w:r>
        <w:t>یہ آیت قرآن مجید میں سورہ البقرہ میں آئی ہے۔ اس سے معلوم ہوا کہ بہت زیادہ محبت اللہ سے ہونی چاہیے، یہ گویا پہچان ہے ایمان کی۔</w:t>
      </w:r>
    </w:p>
    <w:p>
      <w:r>
        <w:rPr>
          <w:b/>
        </w:rPr>
        <w:t xml:space="preserve">[01:44] </w:t>
      </w:r>
      <w:r>
        <w:t>lekin ajeeb baat hai ke hum ne is aayat ko</w:t>
      </w:r>
    </w:p>
    <w:p>
      <w:pPr>
        <w:jc w:val="right"/>
      </w:pPr>
      <w:r>
        <w:t>لیکن عجیب بات ہے کہ ہم نے اس آیت کو</w:t>
      </w:r>
    </w:p>
    <w:p>
      <w:r>
        <w:rPr>
          <w:b/>
        </w:rPr>
        <w:t xml:space="preserve">[01:53] </w:t>
      </w:r>
      <w:r>
        <w:t>tafaseer mein dekha, kitabon mein dekha, koi is mein koi wazeh baat nahi kar saka ke mohabbat se kya murad hai.</w:t>
      </w:r>
    </w:p>
    <w:p>
      <w:pPr>
        <w:jc w:val="right"/>
      </w:pPr>
      <w:r>
        <w:t>تفسیروں میں دیکھا، کتابوں میں دیکھا، کوئی اس میں کوئی واضح بات نہیں کر سکا کہ محبت سے کیا مراد ہے۔</w:t>
      </w:r>
    </w:p>
    <w:p>
      <w:r>
        <w:rPr>
          <w:b/>
        </w:rPr>
        <w:t xml:space="preserve">[02:05] </w:t>
      </w:r>
      <w:r>
        <w:t>ziyadah tar log is aayat mein atke hue hain ke ek aur aayat hai quran majeed mein, us ko samajhte hain ke isi se maloom hota hai ke mohabbat ilahi kya hai.</w:t>
      </w:r>
    </w:p>
    <w:p>
      <w:pPr>
        <w:jc w:val="right"/>
      </w:pPr>
      <w:r>
        <w:t>زیادہ تر لوگ اس آیت میں اٹکے ہوئے ہیں کہ ایک اور آیت ہے قرآن مجید میں، اس کو سمجھتے ہیں کہ اسی سے معلوم ہوتا ہے کہ محبت الہی کیا ہے۔</w:t>
      </w:r>
    </w:p>
    <w:p>
      <w:r>
        <w:rPr>
          <w:b/>
        </w:rPr>
        <w:t xml:space="preserve">[02:17] </w:t>
      </w:r>
      <w:r>
        <w:t>woh aayat hai qul in kuntum tuhibbun allaha fatabi'uni yuhbibkum allahu.</w:t>
      </w:r>
    </w:p>
    <w:p>
      <w:pPr>
        <w:jc w:val="right"/>
      </w:pPr>
      <w:r>
        <w:t>وہ آیت ہے قل إن كنتم تحبون الله فاتبعوني يحبكم الله ۔</w:t>
      </w:r>
    </w:p>
    <w:p>
      <w:r>
        <w:rPr>
          <w:b/>
        </w:rPr>
        <w:t xml:space="preserve">[02:26] </w:t>
      </w:r>
      <w:r>
        <w:t>yani agar tum allah se mohabbat karte ho to rasool ki ittaba karo.</w:t>
      </w:r>
    </w:p>
    <w:p>
      <w:pPr>
        <w:jc w:val="right"/>
      </w:pPr>
      <w:r>
        <w:t>یعنی اگر تم اللہ سے محبت کرتے ہو تو رسول کی اتباع کرو۔</w:t>
      </w:r>
    </w:p>
    <w:p>
      <w:r>
        <w:rPr>
          <w:b/>
        </w:rPr>
        <w:t xml:space="preserve">[02:33] </w:t>
      </w:r>
      <w:r>
        <w:t>log samajhte hain ke mohabbat se murad yahan ittaba hai, magar yeh tafseer bilkul durust nahi.</w:t>
      </w:r>
    </w:p>
    <w:p>
      <w:pPr>
        <w:jc w:val="right"/>
      </w:pPr>
      <w:r>
        <w:t>لوگ سمجھتے ہیں کہ محبت سے مراد یہاں اتباع ہے، مگر یہ تفسیر بالکل درست نہیں۔</w:t>
      </w:r>
    </w:p>
    <w:p>
      <w:r>
        <w:rPr>
          <w:b/>
        </w:rPr>
        <w:t xml:space="preserve">[02:44] </w:t>
      </w:r>
      <w:r>
        <w:t>yeh jo aayat hai, ittaba wali, woh mohabbat ilahi ki definition ke taur par nahi aai hai.</w:t>
      </w:r>
    </w:p>
    <w:p>
      <w:pPr>
        <w:jc w:val="right"/>
      </w:pPr>
      <w:r>
        <w:t>یہ جو آیت ہے، اتباع والی، وہ محبت الہی کی ڈیفینیشن کے طور پر نہیں آئی ہے۔</w:t>
      </w:r>
    </w:p>
    <w:p>
      <w:r>
        <w:rPr>
          <w:b/>
        </w:rPr>
        <w:t xml:space="preserve">[02:55] </w:t>
      </w:r>
      <w:r>
        <w:t>yani mohabbat ilahi ki tareef ya definition kya hai, yeh batane ke liye nahi aai hai.</w:t>
      </w:r>
    </w:p>
    <w:p>
      <w:pPr>
        <w:jc w:val="right"/>
      </w:pPr>
      <w:r>
        <w:t>یعنی محبت الہی کی تعریف یا ڈیفینیشن کیا ہے، یہ بتانے کے لیے نہیں آئی ہے۔</w:t>
      </w:r>
    </w:p>
    <w:p>
      <w:r>
        <w:rPr>
          <w:b/>
        </w:rPr>
        <w:t xml:space="preserve">[03:03] </w:t>
      </w:r>
      <w:r>
        <w:t>yeh mohabbat ilahi ke ek taqazay ko batati hai. yani agar kisi ke dil mein sach much allah ki mohabbat aa jayegi to lazman aisa hoga ke woh allah ke rasool ko follow karega, us ko ittaba karega.</w:t>
      </w:r>
    </w:p>
    <w:p>
      <w:pPr>
        <w:jc w:val="right"/>
      </w:pPr>
      <w:r>
        <w:t>یہ محبت الہی کے ایک تقاضے کو بتاتی ہے۔ یعنی اگر کسی کے دل میں سچ مچ اللہ کی محبت آ جائے گی تو لازماً ایسا ہوگا کہ وہ اللہ کے رسول کو فالو کرے گا، اس کو اتباع کرے گا۔</w:t>
      </w:r>
    </w:p>
    <w:p>
      <w:r>
        <w:rPr>
          <w:b/>
        </w:rPr>
        <w:t xml:space="preserve">[03:24] </w:t>
      </w:r>
      <w:r>
        <w:t>to woh mohabbat ilahi ki definition nahi hai, woh mohabbat ilahi ke ek taqazay ko bayan karti hai yeh aayat.</w:t>
      </w:r>
    </w:p>
    <w:p>
      <w:pPr>
        <w:jc w:val="right"/>
      </w:pPr>
      <w:r>
        <w:t>تو وہ محبت الہی کی ڈیفینیشن نہیں ہے، وہ محبت الہی کے ایک تقاضے کو بیان کرتی ہے یہ آیت۔</w:t>
      </w:r>
    </w:p>
    <w:p>
      <w:r>
        <w:rPr>
          <w:b/>
        </w:rPr>
        <w:t xml:space="preserve">[03:37] </w:t>
      </w:r>
      <w:r>
        <w:t>dekhein, is aayat ko samajhne ke liye</w:t>
      </w:r>
    </w:p>
    <w:p>
      <w:pPr>
        <w:jc w:val="right"/>
      </w:pPr>
      <w:r>
        <w:t>دیکھیں، اس آیت کو سمجھنے کے لیے</w:t>
      </w:r>
    </w:p>
    <w:p>
      <w:r>
        <w:rPr>
          <w:b/>
        </w:rPr>
        <w:t xml:space="preserve">[03:42] </w:t>
      </w:r>
      <w:r>
        <w:t>aap nafsiati aitbaar se dekhiye. har insaan mein mohabbat ka jazba bohat ziyada gehrai ke sath paya jata hai.</w:t>
      </w:r>
    </w:p>
    <w:p>
      <w:pPr>
        <w:jc w:val="right"/>
      </w:pPr>
      <w:r>
        <w:t>آپ نفسیاتی اعتبار سے دیکھیے۔ ہر انسان میں محبت کا جذبہ بہت زیادہ گہرائی کے ساتھ پایا جاتا ہے۔</w:t>
      </w:r>
    </w:p>
    <w:p>
      <w:r>
        <w:rPr>
          <w:b/>
        </w:rPr>
        <w:t xml:space="preserve">[03:56] </w:t>
      </w:r>
      <w:r>
        <w:t>mohabbat kya hai? mohabbat naam hai strong affection ka, shadeed meylan.</w:t>
      </w:r>
    </w:p>
    <w:p>
      <w:pPr>
        <w:jc w:val="right"/>
      </w:pPr>
      <w:r>
        <w:t>محبت کیا ہے؟ محبت نام ہے اسٹرانگ افیکشن کا، شدید میلان۔</w:t>
      </w:r>
    </w:p>
    <w:p>
      <w:r>
        <w:rPr>
          <w:b/>
        </w:rPr>
        <w:t xml:space="preserve">[04:06] </w:t>
      </w:r>
      <w:r>
        <w:t>to yeh jo mohabbat hai ya strong affection hai, yeh insaan ki fitrat mein inherent hai.</w:t>
      </w:r>
    </w:p>
    <w:p>
      <w:pPr>
        <w:jc w:val="right"/>
      </w:pPr>
      <w:r>
        <w:t>تو یہ جو محبت ہے یا اسٹرانگ افیکشن ہے، یہ انسان کی فطرت میں انٹرولونٹ ہے۔</w:t>
      </w:r>
    </w:p>
    <w:p>
      <w:r>
        <w:rPr>
          <w:b/>
        </w:rPr>
        <w:t xml:space="preserve">[04:16] </w:t>
      </w:r>
      <w:r>
        <w:t>yani insaan chahe mard ho ya aurat, har ek ke andar ek bohat hi gehra jazba hai maujood ke kisi se woh bohat ziyada mohabbat kare.</w:t>
      </w:r>
    </w:p>
    <w:p>
      <w:pPr>
        <w:jc w:val="right"/>
      </w:pPr>
      <w:r>
        <w:t>یعنی انسان چاہے مرد ہو یا عورت، ہر ایک کے اندر ایک بہت ہی گہرا جذبہ ہے موجود کہ کسی سے وہ بہت زیادہ محبت کرے۔</w:t>
      </w:r>
    </w:p>
    <w:p>
      <w:r>
        <w:rPr>
          <w:b/>
        </w:rPr>
        <w:t xml:space="preserve">[04:31] </w:t>
      </w:r>
      <w:r>
        <w:t>in terms of strong affection .</w:t>
      </w:r>
    </w:p>
    <w:p>
      <w:pPr>
        <w:jc w:val="right"/>
      </w:pPr>
      <w:r>
        <w:t>In terms of strong affection ۔</w:t>
      </w:r>
    </w:p>
    <w:p>
      <w:r>
        <w:rPr>
          <w:b/>
        </w:rPr>
        <w:t xml:space="preserve">[04:36] </w:t>
      </w:r>
      <w:r>
        <w:t>koi bhi is se khaali nahi. to yahan jo aayat mein bataya gaya hai, woh yeh hai ke insaan yeh karta hai</w:t>
      </w:r>
    </w:p>
    <w:p>
      <w:pPr>
        <w:jc w:val="right"/>
      </w:pPr>
      <w:r>
        <w:t>کوئی بھی اس سے خالی نہیں۔ تو یہاں جو آیت میں بتایا گیا ہے، وہ یہ ہے کہ انسان یہ کرتا ہے</w:t>
      </w:r>
    </w:p>
    <w:p>
      <w:r>
        <w:rPr>
          <w:b/>
        </w:rPr>
        <w:t xml:space="preserve">[04:50] </w:t>
      </w:r>
      <w:r>
        <w:t>ke kisi aur se associate kar leta hai is jazbe ko.</w:t>
      </w:r>
    </w:p>
    <w:p>
      <w:pPr>
        <w:jc w:val="right"/>
      </w:pPr>
      <w:r>
        <w:t>کہ کسی اور سے ایسوسی ایٹ کر لیتا ہے اس جذبے کو۔</w:t>
      </w:r>
    </w:p>
    <w:p>
      <w:r>
        <w:rPr>
          <w:b/>
        </w:rPr>
        <w:t xml:space="preserve">[04:58] </w:t>
      </w:r>
      <w:r>
        <w:t>yeh jo mohabbat ka jazba hai, strong affection ka jazba hai insaan ke andar, to us ko kisi aur se associate kar leta hai.</w:t>
      </w:r>
    </w:p>
    <w:p>
      <w:pPr>
        <w:jc w:val="right"/>
      </w:pPr>
      <w:r>
        <w:t>یہ جو محبت کا جذبہ ہے، اسٹرانگ افیکشن کا جذبہ ہے انسان کے اندر، تو اس کو کسی اور سے ایسوسی ایٹ کر لیتا ہے۔</w:t>
      </w:r>
    </w:p>
    <w:p>
      <w:r>
        <w:rPr>
          <w:b/>
        </w:rPr>
        <w:t xml:space="preserve">[05:10] </w:t>
      </w:r>
      <w:r>
        <w:t>yeh hai gumrahi. to us ko sirf khuda se associate karna yeh matloob hai.</w:t>
      </w:r>
    </w:p>
    <w:p>
      <w:pPr>
        <w:jc w:val="right"/>
      </w:pPr>
      <w:r>
        <w:t>یہ ہے گمراہی۔ تو اس کو صرف خدا سے ایسوسی ایٹ کرنا یہ مطلوب ہے۔</w:t>
      </w:r>
    </w:p>
    <w:p>
      <w:r>
        <w:rPr>
          <w:b/>
        </w:rPr>
        <w:t xml:space="preserve">[05:22] </w:t>
      </w:r>
      <w:r>
        <w:t>to shirk kya hua?</w:t>
      </w:r>
    </w:p>
    <w:p>
      <w:pPr>
        <w:jc w:val="right"/>
      </w:pPr>
      <w:r>
        <w:t>تو شرک کیا ہوا؟</w:t>
      </w:r>
    </w:p>
    <w:p>
      <w:r>
        <w:rPr>
          <w:b/>
        </w:rPr>
        <w:t xml:space="preserve">[05:25] </w:t>
      </w:r>
      <w:r>
        <w:t>to associate</w:t>
      </w:r>
    </w:p>
    <w:p>
      <w:pPr>
        <w:jc w:val="right"/>
      </w:pPr>
      <w:r>
        <w:t>To associate</w:t>
      </w:r>
    </w:p>
    <w:p>
      <w:r>
        <w:rPr>
          <w:b/>
        </w:rPr>
        <w:t xml:space="preserve">[05:30] </w:t>
      </w:r>
      <w:r>
        <w:t>the sentiments of love</w:t>
      </w:r>
    </w:p>
    <w:p>
      <w:pPr>
        <w:jc w:val="right"/>
      </w:pPr>
      <w:r>
        <w:t>the sentiments of love</w:t>
      </w:r>
    </w:p>
    <w:p>
      <w:r>
        <w:rPr>
          <w:b/>
        </w:rPr>
        <w:t xml:space="preserve">[05:38] </w:t>
      </w:r>
      <w:r>
        <w:t>to anyone other than god. god ke siwa kisi aur se apne is fitri jazbe ko aap associate karein to yeh shirk hai.</w:t>
      </w:r>
    </w:p>
    <w:p>
      <w:pPr>
        <w:jc w:val="right"/>
      </w:pPr>
      <w:r>
        <w:t>to anyone other than God. گاڈ کے سوا کسی اور سے اپنے اس فطری جذبے کو آپ ایسوسی ایٹ کریں تو یہ شرک ہے۔</w:t>
      </w:r>
    </w:p>
    <w:p>
      <w:r>
        <w:rPr>
          <w:b/>
        </w:rPr>
        <w:t xml:space="preserve">[05:51] </w:t>
      </w:r>
      <w:r>
        <w:t>aur isi se mana kiya gaya hai.</w:t>
      </w:r>
    </w:p>
    <w:p>
      <w:pPr>
        <w:jc w:val="right"/>
      </w:pPr>
      <w:r>
        <w:t>اور اسی سے منع کیا گیا ہے۔</w:t>
      </w:r>
    </w:p>
    <w:p>
      <w:r>
        <w:rPr>
          <w:b/>
        </w:rPr>
        <w:t xml:space="preserve">[05:53] </w:t>
      </w:r>
      <w:r>
        <w:t>to momin kaun hai? momin woh hai jo Khuda ko daryaft karta hai, monium ke taur par.</w:t>
      </w:r>
    </w:p>
    <w:p>
      <w:pPr>
        <w:jc w:val="right"/>
      </w:pPr>
      <w:r>
        <w:t>تو مومن کون ہے؟ مومن وہ ہے جو خدا کو دریافت کرتا ہے، مونیوم کے طور پر۔</w:t>
      </w:r>
    </w:p>
    <w:p>
      <w:r>
        <w:rPr>
          <w:b/>
        </w:rPr>
        <w:t xml:space="preserve">[06:04] </w:t>
      </w:r>
      <w:r>
        <w:t>Khuda ko daryaft karta hai woh giwar ke taur par. Khuda ko daryaft karta hai apne sab kuch ke taur par.</w:t>
      </w:r>
    </w:p>
    <w:p>
      <w:pPr>
        <w:jc w:val="right"/>
      </w:pPr>
      <w:r>
        <w:t>خدا کو دریافت کرتا ہے وہ گیور کے طور پر۔ خدا کو دریافت کرتا ہے اپنے سب کچھ کے طور پر۔</w:t>
      </w:r>
    </w:p>
    <w:p>
      <w:r>
        <w:rPr>
          <w:b/>
        </w:rPr>
        <w:t xml:space="preserve">[06:16] </w:t>
      </w:r>
      <w:r>
        <w:t>Khuda ko daryaft karta hai woh ke isi par meri zindagi nirpar hai, isi par meri zindagi depend karti hai. Sab kuch isi ne diya hai.</w:t>
      </w:r>
    </w:p>
    <w:p>
      <w:pPr>
        <w:jc w:val="right"/>
      </w:pPr>
      <w:r>
        <w:t>خدا کو دریافت کرتا ہے وہ کہ اسی پر میری زندگی نرپر ہے، اسی پر میری زندگی ڈیپینڈ کرتی ہے۔ سب کچھ اسی نے دیا ہے۔</w:t>
      </w:r>
    </w:p>
    <w:p>
      <w:r>
        <w:rPr>
          <w:b/>
        </w:rPr>
        <w:t xml:space="preserve">[06:25] </w:t>
      </w:r>
      <w:r>
        <w:t>is hesiyat se jab momin daryaft karta hai Khuda ko, It is but natural ke us ko bohat zyada mohabbat Allah se ho jati hai.</w:t>
      </w:r>
    </w:p>
    <w:p>
      <w:pPr>
        <w:jc w:val="right"/>
      </w:pPr>
      <w:r>
        <w:t>اس حیثیت سے جب مومن دریافت کرتا ہے خدا کو، It is but natural کہ اس کو بہت زیادہ محبت اللہ سے ہو جاتی ہے۔</w:t>
      </w:r>
    </w:p>
    <w:p>
      <w:r>
        <w:rPr>
          <w:b/>
        </w:rPr>
        <w:t xml:space="preserve">[06:36] </w:t>
      </w:r>
      <w:r>
        <w:t>to fitrat mein jo jazba rakha gaya hai, woh isi liye hai ke jab insan daryaft karega Khuda ko Rab al-Alameen ke taur par, to yeh jazba jo hai is se jurh jayega.</w:t>
      </w:r>
    </w:p>
    <w:p>
      <w:pPr>
        <w:jc w:val="right"/>
      </w:pPr>
      <w:r>
        <w:t>تو فطرت میں جو جذبہ رکھا گیا ہے، وہ اسی لیے ہے کہ جب انسان دریافت کرے گا خدا کو رب العالمین کے طور پر، تو یہ جذبہ جو ہے اس سے جڑ جائے گا۔</w:t>
      </w:r>
    </w:p>
    <w:p>
      <w:r>
        <w:rPr>
          <w:b/>
        </w:rPr>
        <w:t xml:space="preserve">[06:51] </w:t>
      </w:r>
      <w:r>
        <w:t>woh use associate kar sakega Khuda se.</w:t>
      </w:r>
    </w:p>
    <w:p>
      <w:pPr>
        <w:jc w:val="right"/>
      </w:pPr>
      <w:r>
        <w:t>وہ اسے ایسوسی ایٹ کر سکے گا خدا سے۔</w:t>
      </w:r>
    </w:p>
    <w:p>
      <w:r>
        <w:rPr>
          <w:b/>
        </w:rPr>
        <w:t xml:space="preserve">[06:57] </w:t>
      </w:r>
      <w:r>
        <w:t>yeh matlab hai is ka. to sara mamla associate karne ka hai yeh.</w:t>
      </w:r>
    </w:p>
    <w:p>
      <w:pPr>
        <w:jc w:val="right"/>
      </w:pPr>
      <w:r>
        <w:t>یہ مطلب ہے اس کا۔ تو سارا معاملہ ایسوسی ایٹ کرنے کا ہے یہ۔</w:t>
      </w:r>
    </w:p>
    <w:p>
      <w:r>
        <w:rPr>
          <w:b/>
        </w:rPr>
        <w:t xml:space="preserve">[07:06] </w:t>
      </w:r>
      <w:r>
        <w:t>aap dekhen, har insan ko kisi na kisi se mohabbat hoti hai. kisi ko apne family se bohat mohabbat hai. kisi ko apne beta beti se bohat mohabbat hai.</w:t>
      </w:r>
    </w:p>
    <w:p>
      <w:pPr>
        <w:jc w:val="right"/>
      </w:pPr>
      <w:r>
        <w:t>آپ دیکھیں، ہر انسان کو کسی نہ کسی سے محبت ہوتی ہے۔ کسی کو اپنے فیملی سے بہت محبت ہے۔ کسی کو اپنے بیٹا بیٹی سے بہت محبت ہے۔</w:t>
      </w:r>
    </w:p>
    <w:p>
      <w:r>
        <w:rPr>
          <w:b/>
        </w:rPr>
        <w:t xml:space="preserve">[07:22] </w:t>
      </w:r>
      <w:r>
        <w:t>ek khatoon ko maine dekha ke ek bar un ka beta kahin se aya to us ka woh taaruf kar rahe the, parche kar rahe the ke yeh mere bete hain.</w:t>
      </w:r>
    </w:p>
    <w:p>
      <w:pPr>
        <w:jc w:val="right"/>
      </w:pPr>
      <w:r>
        <w:t>ایک خاتون کو میں نے دیکھا کہ ایک بار ان کا بیٹا کہیں سے آیا تو اس کا وہ تعارف کر رہے تھے، پرچے کر رہے تھے کہ یہ میرے بیٹے ہیں۔</w:t>
      </w:r>
    </w:p>
    <w:p>
      <w:r>
        <w:rPr>
          <w:b/>
        </w:rPr>
        <w:t xml:space="preserve">[07:34] </w:t>
      </w:r>
      <w:r>
        <w:t>to maine dekha un ki aankhon mein chamak aa gayi thi. Maa ki aankhon mein chamak aa gayi. Aur ek ajib qism ka yani lehja un ka ho gaya.</w:t>
      </w:r>
    </w:p>
    <w:p>
      <w:pPr>
        <w:jc w:val="right"/>
      </w:pPr>
      <w:r>
        <w:t>تو میں نے دیکھا ان کی آنکھوں میں چمک آ گئی تھی۔ ماں کی آنکھوں میں چمک آ گئی۔ اور ایک عجیب قسم کا یعنی لہجہ ان کا ہو گیا۔</w:t>
      </w:r>
    </w:p>
    <w:p>
      <w:r>
        <w:rPr>
          <w:b/>
        </w:rPr>
        <w:t xml:space="preserve">[07:44] </w:t>
      </w:r>
      <w:r>
        <w:t>yeh kehte hue ke yeh mere bete hain. Kyun? Bohat zyada gehra jazba tha un ko is bete se. To woh yani strong affection un ko tha apne bete se.</w:t>
      </w:r>
    </w:p>
    <w:p>
      <w:pPr>
        <w:jc w:val="right"/>
      </w:pPr>
      <w:r>
        <w:t>یہ کہتے ہوئے کہ یہ میرے بیٹے ہیں۔ کیوں؟ بہت زیادہ گہرا جذبہ تھا ان کو اس بیٹے سے۔ تو وہ یعنی اسٹرانگ افیکشن ان کو تھا اپنے بیٹے سے۔</w:t>
      </w:r>
    </w:p>
    <w:p>
      <w:r>
        <w:rPr>
          <w:b/>
        </w:rPr>
        <w:t xml:space="preserve">[07:58] </w:t>
      </w:r>
      <w:r>
        <w:t>to kisi ko beta beti se, kisi ko family se, kisi ko apne business se, kisi ko apne job se, kisi ko apne rupay paise se, kisi ko apni property se.</w:t>
      </w:r>
    </w:p>
    <w:p>
      <w:pPr>
        <w:jc w:val="right"/>
      </w:pPr>
      <w:r>
        <w:t>تو کسی کو بیٹا بیٹی سے، کسی کو فیملی سے، کسی کو اپنے بزنس سے، کسی کو اپنے جاب سے، کسی کو اپنے روپے پیسے سے، کسی کو اپنی پراپرٹی سے۔</w:t>
      </w:r>
    </w:p>
    <w:p>
      <w:r>
        <w:rPr>
          <w:b/>
        </w:rPr>
        <w:t xml:space="preserve">[08:12] </w:t>
      </w:r>
      <w:r>
        <w:t>har ek ko aap dekhen to kahin na kahin is ne apne mohabbat ke jazbat ko associate kar rakha hai. Har ek ne.</w:t>
      </w:r>
    </w:p>
    <w:p>
      <w:pPr>
        <w:jc w:val="right"/>
      </w:pPr>
      <w:r>
        <w:t>ہر ایک کو آپ دیکھیں تو کہیں نہ کہیں اس نے اپنے محبت کے جذبات کو ایسوسی ایٹ کر رکھا ہے۔ ہر ایک نے۔</w:t>
      </w:r>
    </w:p>
    <w:p>
      <w:r>
        <w:rPr>
          <w:b/>
        </w:rPr>
        <w:t xml:space="preserve">[08:22] </w:t>
      </w:r>
      <w:r>
        <w:t>to yahi is ayat mein yahi bataya gaya hai ke وَإِنَّا لَا تَخْذُونِي مِنْ دُونِ اللَّهِ أَنْتَهَدُونِي وَحَبُّونَكُمْ بِاللَّهِ وَالَّذِينَ آَمَنُوا أَشَدُّ حَبًّا لِلَّهِ ।</w:t>
      </w:r>
    </w:p>
    <w:p>
      <w:pPr>
        <w:jc w:val="right"/>
      </w:pPr>
      <w:r>
        <w:t>تو یہی اس آیت میں یہی بتایا گیا ہے کہ وَإِنَّا لَا تَخْذُونِي مِنْ دُونِ اللَّهِ أَنْتَهَدُونِي وَحَبُّونَكُمْ بِاللَّهِ وَالَّذِينَ آَمَنُوا أَشَدُّ حَبًّا لِلَّهِ ۔</w:t>
      </w:r>
    </w:p>
    <w:p>
      <w:r>
        <w:rPr>
          <w:b/>
        </w:rPr>
        <w:t xml:space="preserve">[08:33] </w:t>
      </w:r>
      <w:r>
        <w:t>ke logon mein kuch aise hain jo Khuda ka equal banate hain. Aur is se woh mohabbat karne lagte hain jo mohabbat Khuda se karna chahiye.</w:t>
      </w:r>
    </w:p>
    <w:p>
      <w:pPr>
        <w:jc w:val="right"/>
      </w:pPr>
      <w:r>
        <w:t>کہ لوگوں میں کچھ ایسے ہیں جو خدا کا ایکول بناتے ہیں۔ اور اس سے وہ محبت کرنے لگتے ہیں جو محبت خدا سے کرنا چاہیے۔</w:t>
      </w:r>
    </w:p>
    <w:p>
      <w:r>
        <w:rPr>
          <w:b/>
        </w:rPr>
        <w:t xml:space="preserve">[08:45] </w:t>
      </w:r>
      <w:r>
        <w:t>y</w:t>
      </w:r>
    </w:p>
    <w:p>
      <w:pPr>
        <w:jc w:val="right"/>
      </w:pPr>
      <w:r>
        <w:t>ی</w:t>
      </w:r>
    </w:p>
    <w:p>
      <w:r>
        <w:rPr>
          <w:b/>
        </w:rPr>
        <w:t xml:space="preserve">[08:46] </w:t>
      </w:r>
      <w:r>
        <w:t>ani woh is fitri jazba-e-mohabbat ko, is strong affection ko associate kar lete hain kisi aur se.</w:t>
      </w:r>
    </w:p>
    <w:p>
      <w:pPr>
        <w:jc w:val="right"/>
      </w:pPr>
      <w:r>
        <w:t>عنی وہ اس فطری جذبہ محبت کو، اس اسٹرانگ افیکشن کو ایسوسی ایٹ کر لیتے ہیں کسی اور سے۔</w:t>
      </w:r>
    </w:p>
    <w:p>
      <w:r>
        <w:rPr>
          <w:b/>
        </w:rPr>
        <w:t xml:space="preserve">[08:57] </w:t>
      </w:r>
      <w:r>
        <w:t>jabke sirf Khuda se is ko associate karna chahiye.</w:t>
      </w:r>
    </w:p>
    <w:p>
      <w:pPr>
        <w:jc w:val="right"/>
      </w:pPr>
      <w:r>
        <w:t>جبکہ صرف خدا سے اس کو ایسوسی ایٹ کرنا چاہیے۔</w:t>
      </w:r>
    </w:p>
    <w:p>
      <w:r>
        <w:rPr>
          <w:b/>
        </w:rPr>
        <w:t xml:space="preserve">[09:05] </w:t>
      </w:r>
      <w:r>
        <w:t>is mamle mein hamare haan jo mutakallimeen hain aur doosre jo log hain, to bari bahasen in par hain.</w:t>
      </w:r>
    </w:p>
    <w:p>
      <w:pPr>
        <w:jc w:val="right"/>
      </w:pPr>
      <w:r>
        <w:t>اس معاملے میں ہمارے ہاں جو متکلمین ہیں اور دوسرے جو لوگ ہیں، تو بڑی بحثیں ان پر ہیں۔</w:t>
      </w:r>
    </w:p>
    <w:p>
      <w:r>
        <w:rPr>
          <w:b/>
        </w:rPr>
        <w:t xml:space="preserve">[09:16] </w:t>
      </w:r>
      <w:r>
        <w:t>bahasen kyun hain? Bahasen is liye hain ke woh yeh samajhte hain ke mohabbat karne ke liye ek physical wajood samne hona chahiye.</w:t>
      </w:r>
    </w:p>
    <w:p>
      <w:pPr>
        <w:jc w:val="right"/>
      </w:pPr>
      <w:r>
        <w:t>بحثیں کیوں ہیں؟ بحثیں اس لیے ہیں کہ وہ یہ سمجھتے ہیں کہ محبت کرنے کے لیے ایک فزیکل وجود سامنے ہونا چاہیے۔</w:t>
      </w:r>
    </w:p>
    <w:p>
      <w:r>
        <w:rPr>
          <w:b/>
        </w:rPr>
        <w:t xml:space="preserve">[09:26] </w:t>
      </w:r>
      <w:r>
        <w:t>to Khuda as a physical wajood hamare samne nahi hai. Phir un ko samajh nahi ata ke Khuda se mohabbat kaise karen.</w:t>
      </w:r>
    </w:p>
    <w:p>
      <w:pPr>
        <w:jc w:val="right"/>
      </w:pPr>
      <w:r>
        <w:t>تو خدا ایز اے فزیکل وجود ہمارے سامنے نہیں ہے۔ پھر ان کو سمجھ نہیں آتا کہ خدا سے محبت کیسے کریں۔</w:t>
      </w:r>
    </w:p>
    <w:p>
      <w:r>
        <w:rPr>
          <w:b/>
        </w:rPr>
        <w:t xml:space="preserve">[09:36] </w:t>
      </w:r>
      <w:r>
        <w:t>to is liye is ko ittaba ke mani le lete hain.</w:t>
      </w:r>
    </w:p>
    <w:p>
      <w:pPr>
        <w:jc w:val="right"/>
      </w:pPr>
      <w:r>
        <w:t>تو اس لیے اس کو اتباع کے معنی لے لیتے ہیں۔</w:t>
      </w:r>
    </w:p>
    <w:p>
      <w:r>
        <w:rPr>
          <w:b/>
        </w:rPr>
        <w:t xml:space="preserve">[09:44] </w:t>
      </w:r>
      <w:r>
        <w:t>yeh bohat bari ghalati hai.</w:t>
      </w:r>
    </w:p>
    <w:p>
      <w:pPr>
        <w:jc w:val="right"/>
      </w:pPr>
      <w:r>
        <w:t>یہ بہت بڑی غلطی ہے۔</w:t>
      </w:r>
    </w:p>
    <w:p>
      <w:r>
        <w:rPr>
          <w:b/>
        </w:rPr>
        <w:t xml:space="preserve">[09:46] </w:t>
      </w:r>
      <w:r>
        <w:t>Khuda se jo mohabbat hai, woh jismani aitbar se nahi hai. Jise husband aur wife mein mohabbat hoti hai, jismani aitbar se.</w:t>
      </w:r>
    </w:p>
    <w:p>
      <w:pPr>
        <w:jc w:val="right"/>
      </w:pPr>
      <w:r>
        <w:t>خدا سے جو محبت ہے، وہ جسمانی اعتبار سے نہیں ہے۔ جسے ہسبینڈ اور وائف میں محبت ہوتی ہے، جسمانی اعتبار سے۔</w:t>
      </w:r>
    </w:p>
    <w:p>
      <w:r>
        <w:rPr>
          <w:b/>
        </w:rPr>
        <w:t xml:space="preserve">[09:59] </w:t>
      </w:r>
      <w:r>
        <w:t>baap aur bete mein mohabbat hoti hai, woh jismani aitbaar se. to is tarah is tarah ka maamla nahi hai Allah se mohabbat ka.</w:t>
      </w:r>
    </w:p>
    <w:p>
      <w:pPr>
        <w:jc w:val="right"/>
      </w:pPr>
      <w:r>
        <w:t>باپ اور بیٹے میں محبت ہوتی ہے، وہ جسمانی اعتبار سے۔ تو اس طرح اس طرح کا معاملہ نہیں ہے اللہ سے محبت کا۔</w:t>
      </w:r>
    </w:p>
    <w:p>
      <w:r>
        <w:rPr>
          <w:b/>
        </w:rPr>
        <w:t xml:space="preserve">[10:08] </w:t>
      </w:r>
      <w:r>
        <w:t>Allah se mohabbat ka jo masdar hai, jo sar chashma hai, woh hai inaamaat elahi.</w:t>
      </w:r>
    </w:p>
    <w:p>
      <w:pPr>
        <w:jc w:val="right"/>
      </w:pPr>
      <w:r>
        <w:t>اللہ سے محبت کا جو مصدر ہے، جو سرچشمہ ہے، وہ ہے انعامات الہی۔</w:t>
      </w:r>
    </w:p>
    <w:p>
      <w:r>
        <w:rPr>
          <w:b/>
        </w:rPr>
        <w:t xml:space="preserve">[10:18] </w:t>
      </w:r>
      <w:r>
        <w:t>Allah ki blessing. jitna zyada aap ko ehsaas hoga ke Khuda ne itni blessing ki hai, itne inaamaat is ke hain mere upar, to utni zyada mohabbat paida hogi</w:t>
      </w:r>
    </w:p>
    <w:p>
      <w:pPr>
        <w:jc w:val="right"/>
      </w:pPr>
      <w:r>
        <w:t>اللہ کی بلیسنگ۔ جتنا زیادہ آپ کو احساس ہوگا کہ خدا نے اتنی بلیسنگ کی ہے، اتنے انعامات اس کے ہیں میرے اوپر، تو اتنی زیادہ محبت پیدا ہوگی</w:t>
      </w:r>
    </w:p>
    <w:p>
      <w:r>
        <w:rPr>
          <w:b/>
        </w:rPr>
        <w:t xml:space="preserve">[10:36] </w:t>
      </w:r>
      <w:r>
        <w:t>. yaani inaam ka ehsaas moniem ka tasawwur paida karta hai. aur moniem ka tasawwur le aata hai mohabbat tak.</w:t>
      </w:r>
    </w:p>
    <w:p>
      <w:pPr>
        <w:jc w:val="right"/>
      </w:pPr>
      <w:r>
        <w:t>۔ یعنی انعام کا احساس مونیم کا تصور پیدا کرتا ہے۔ اور مونیم کا تصور لے آتا ہے محبت تک۔</w:t>
      </w:r>
    </w:p>
    <w:p>
      <w:r>
        <w:rPr>
          <w:b/>
        </w:rPr>
        <w:t xml:space="preserve">[10:48] </w:t>
      </w:r>
      <w:r>
        <w:t>inaam ki daryaft aap ko moniem tak pohnchati hai.</w:t>
      </w:r>
    </w:p>
    <w:p>
      <w:pPr>
        <w:jc w:val="right"/>
      </w:pPr>
      <w:r>
        <w:t>انعام کی دریافت آپ کو مونیم تک پہنچاتی ہے۔</w:t>
      </w:r>
    </w:p>
    <w:p>
      <w:r>
        <w:rPr>
          <w:b/>
        </w:rPr>
        <w:t xml:space="preserve">[10:54] </w:t>
      </w:r>
      <w:r>
        <w:t>yaani inaamaat dene wale. aur moniem ki daryaft aap ko pohnchati hai mohabbat elahi tak. yeh hai.</w:t>
      </w:r>
    </w:p>
    <w:p>
      <w:pPr>
        <w:jc w:val="right"/>
      </w:pPr>
      <w:r>
        <w:t>یعنی انعامات دینے والے۔ اور مونیم کی دریافت آپ کو پہنچاتی ہے محبت الہی تک۔ یہ ہے۔</w:t>
      </w:r>
    </w:p>
    <w:p>
      <w:r>
        <w:rPr>
          <w:b/>
        </w:rPr>
        <w:t xml:space="preserve">[11:02] </w:t>
      </w:r>
      <w:r>
        <w:t>to Khuda ki zaat se mohabbat ka koi matlab nahi hai. mohabbat paida hoti hai is liye ke Khuda ne aap ko sab kuch diya.</w:t>
      </w:r>
    </w:p>
    <w:p>
      <w:pPr>
        <w:jc w:val="right"/>
      </w:pPr>
      <w:r>
        <w:t>تو خدا کی ذات سے محبت کا کوئی مطلب نہیں ہے۔ محبت پیدا ہوتی ہے اس لیے کہ خدا نے آپ کو سب کچھ دیا۔</w:t>
      </w:r>
    </w:p>
    <w:p>
      <w:r>
        <w:rPr>
          <w:b/>
        </w:rPr>
        <w:t xml:space="preserve">[11:13] </w:t>
      </w:r>
      <w:r>
        <w:t>isi se isi ke diye se sab kuch mila hai aap ko</w:t>
      </w:r>
    </w:p>
    <w:p>
      <w:pPr>
        <w:jc w:val="right"/>
      </w:pPr>
      <w:r>
        <w:t>اسی سے اسی کے دیے سے سب کچھ ملا ہے آپ کو</w:t>
      </w:r>
    </w:p>
    <w:p>
      <w:r>
        <w:rPr>
          <w:b/>
        </w:rPr>
        <w:t xml:space="preserve">[11:16] </w:t>
      </w:r>
      <w:r>
        <w:t>. koi bhi cheez jo aap ke paas hai, aap ka apna wajood, yeh zameen, yeh suraj, yeh chand, yeh laaf support system, maal o aulaad, jo kuch bhi, jo kuch bhi, jo kuch bhi aap ko hai, woh sab Khuda ke diye se to mila hai.</w:t>
      </w:r>
    </w:p>
    <w:p>
      <w:pPr>
        <w:jc w:val="right"/>
      </w:pPr>
      <w:r>
        <w:t>۔ کوئی بھی چیز جو آپ کے پاس ہے، آپ کا اپنا وجود، یہ زمین، یہ سورج، یہ چاند، یہ لاف سپورٹ سسٹم، مال و اولاد، جو کچھ بھی، جو کچھ بھی، جو کچھ بھی آپ کو ہے، وہ سب خدا کے دیے سے تو ملا ہے۔</w:t>
      </w:r>
    </w:p>
    <w:p>
      <w:r>
        <w:rPr>
          <w:b/>
        </w:rPr>
        <w:t xml:space="preserve">[11:35] </w:t>
      </w:r>
      <w:r>
        <w:t>to jab yeh ehsaas hoga to mohabbat ka paida hona bilkul</w:t>
      </w:r>
    </w:p>
    <w:p>
      <w:pPr>
        <w:jc w:val="right"/>
      </w:pPr>
      <w:r>
        <w:t>تو جب یہ احساس ہوگا تو محبت کا پیدا ہونا بالکل</w:t>
      </w:r>
    </w:p>
    <w:p>
      <w:r>
        <w:rPr>
          <w:b/>
        </w:rPr>
        <w:t xml:space="preserve">[11:40] </w:t>
      </w:r>
      <w:r>
        <w:t>fitri hai. maine ek qissa is se pehle bataya tha aap ko. woh bohat illustrative qissa hai woh. yeh batane ke liye.</w:t>
      </w:r>
    </w:p>
    <w:p>
      <w:pPr>
        <w:jc w:val="right"/>
      </w:pPr>
      <w:r>
        <w:t>فطری ہے۔ میں نے ایک قصہ اس سے پہلے بتایا تھا آپ کو۔ وہ بہت السٹریٹیو قصہ ہے وہ۔ یہ بتانے کے لیے۔</w:t>
      </w:r>
    </w:p>
    <w:p>
      <w:r>
        <w:rPr>
          <w:b/>
        </w:rPr>
        <w:t xml:space="preserve">[11:51] </w:t>
      </w:r>
      <w:r>
        <w:t>qissa nahi, woh waqia hai. isi Dilli ka waqia hai. to bohat illustrative qissa hai. bohat illustrative waqia hai woh.</w:t>
      </w:r>
    </w:p>
    <w:p>
      <w:pPr>
        <w:jc w:val="right"/>
      </w:pPr>
      <w:r>
        <w:t>قصہ نہیں، وہ واقعہ ہے۔ اسی دلی کا واقعہ ہے۔ تو بہت السٹریٹیو قصہ ہے۔ بہت السٹریٹیو واقعہ ہے وہ۔</w:t>
      </w:r>
    </w:p>
    <w:p>
      <w:r>
        <w:rPr>
          <w:b/>
        </w:rPr>
        <w:t xml:space="preserve">[12:00] </w:t>
      </w:r>
      <w:r>
        <w:t>dekhein, ek zamane mein yahan par Dilli mein Sanjay Gandhi ki bari dhoom hua karti thi.</w:t>
      </w:r>
    </w:p>
    <w:p>
      <w:pPr>
        <w:jc w:val="right"/>
      </w:pPr>
      <w:r>
        <w:t>دیکھیں، ایک زمانے میں یہاں پر دلی میں سنجے گاندھی کی بڑی دھوم ہوا کرتی تھی۔</w:t>
      </w:r>
    </w:p>
    <w:p>
      <w:r>
        <w:rPr>
          <w:b/>
        </w:rPr>
        <w:t xml:space="preserve">[12:08] </w:t>
      </w:r>
      <w:r>
        <w:t>jab Indira Gandhi prime minister theen. to Sanjay Gandhi ko bohat zyada dakhal ho gaya tha government ke mamlaat mein.</w:t>
      </w:r>
    </w:p>
    <w:p>
      <w:pPr>
        <w:jc w:val="right"/>
      </w:pPr>
      <w:r>
        <w:t>جب اندرا گاندھی پرائم منسٹر تھیں۔ تو سنجے گاندھی کو بہت زیادہ دخل ہو گیا تھا گورنمنٹ کے معاملات میں۔</w:t>
      </w:r>
    </w:p>
    <w:p>
      <w:r>
        <w:rPr>
          <w:b/>
        </w:rPr>
        <w:t xml:space="preserve">[12:20] </w:t>
      </w:r>
      <w:r>
        <w:t>to hamare ilaaqe ke ek sahib, yaani UP ke ilaaqe ke ek sahib, Sanjay Gandhi ki party mein shamil ho gaye. bohat wafadari dikhai unhon ne.</w:t>
      </w:r>
    </w:p>
    <w:p>
      <w:pPr>
        <w:jc w:val="right"/>
      </w:pPr>
      <w:r>
        <w:t>تو ہمارے علاقے کے ایک صاحب، یعنی یو پی کے علاقے کے ایک صاحب، سنجے گاندھی کی پارٹی میں شامل ہو گئے۔ بہت وفاداری دکھائی انہوں نے۔</w:t>
      </w:r>
    </w:p>
    <w:p>
      <w:r>
        <w:rPr>
          <w:b/>
        </w:rPr>
        <w:t xml:space="preserve">[12:31] </w:t>
      </w:r>
      <w:r>
        <w:t>to Sanjay Gandhi ne un ko raaj sahib ka member bana diya.</w:t>
      </w:r>
    </w:p>
    <w:p>
      <w:pPr>
        <w:jc w:val="right"/>
      </w:pPr>
      <w:r>
        <w:t>تو سنجے گاندھی نے ان کو رائج صاحب کا ممبر بنا دیا۔</w:t>
      </w:r>
    </w:p>
    <w:p>
      <w:r>
        <w:rPr>
          <w:b/>
        </w:rPr>
        <w:t xml:space="preserve">[12:37] </w:t>
      </w:r>
      <w:r>
        <w:t>is zamane mein Sanjay Gandhi ke haath mein sab kuch hua karta tha. ab woh gaon ka ek aadmi, mamooli ghar mein rehne wala, koi is ki hesiyat nahi thi wahan par apne gaon mein.</w:t>
      </w:r>
    </w:p>
    <w:p>
      <w:pPr>
        <w:jc w:val="right"/>
      </w:pPr>
      <w:r>
        <w:t>اس زمانے میں سنجے گاندھی کے ہاتھ میں سب کچھ ہوا کرتا تھا۔ اب وہ گاؤں کا ایک آدمی، معمولی گھر میں رہنے والا، کوئی اس کی حیثیت نہیں تھی وہاں پر اپنے گاؤں میں۔</w:t>
      </w:r>
    </w:p>
    <w:p>
      <w:r>
        <w:rPr>
          <w:b/>
        </w:rPr>
        <w:t xml:space="preserve">[12:50] </w:t>
      </w:r>
      <w:r>
        <w:t>lekin Sanjay Gandhi ki party mein shamil hua aur wahan par is ne wafadari dikhai. to Sanjay Gandhi khush ho gaye un se aur un ko raaj sahib ka member bana diya.</w:t>
      </w:r>
    </w:p>
    <w:p>
      <w:pPr>
        <w:jc w:val="right"/>
      </w:pPr>
      <w:r>
        <w:t>لیکن سنجے گاندھی کی پارٹی میں شامل ہوا اور وہاں پر اس نے وفاداری دکھائی۔ تو سنجے گاندھی خوش ہو گئے ان سے اور ان کو رائج صاحب کا ممبر بنا دیا۔</w:t>
      </w:r>
    </w:p>
    <w:p>
      <w:r>
        <w:rPr>
          <w:b/>
        </w:rPr>
        <w:t xml:space="preserve">[13:04] </w:t>
      </w:r>
      <w:r>
        <w:t>to wahan ke ek sahib ek baar aaye is se milne ke liye. gaye. main un ko jaanta tha. to woh kaha, unhon ne kaha mujh se ke main ja raha hoon falan aadmi se milne ke liye.</w:t>
      </w:r>
    </w:p>
    <w:p>
      <w:pPr>
        <w:jc w:val="right"/>
      </w:pPr>
      <w:r>
        <w:t>تو وہاں کے ایک صاحب ایک بار آئے اس سے ملنے کے لیے۔ گئے۔ میں ان کو جانتا تھا۔ تو وہ کہا، انہوں نے کہا مجھ سے کہ میں جا رہا ہوں فلاں آدمی سے ملنے کے لیے۔</w:t>
      </w:r>
    </w:p>
    <w:p>
      <w:r>
        <w:rPr>
          <w:b/>
        </w:rPr>
        <w:t xml:space="preserve">[13:15] </w:t>
      </w:r>
      <w:r>
        <w:t>woh mere janne wale hain. woh suna hai ke woh raaj sahib ka member ho gaye hain.</w:t>
      </w:r>
    </w:p>
    <w:p>
      <w:pPr>
        <w:jc w:val="right"/>
      </w:pPr>
      <w:r>
        <w:t>وہ میرے جاننے والے ہیں۔ وہ سنا ہے کہ وہ رائج صاحب کا ممبر ہو گئے ہیں۔</w:t>
      </w:r>
    </w:p>
    <w:p>
      <w:r>
        <w:rPr>
          <w:b/>
        </w:rPr>
        <w:t xml:space="preserve">[13:23] </w:t>
      </w:r>
      <w:r>
        <w:t>to member parliament ki hesiyat se un ko ek bohat achi jagah rehne ke liye mili. car mili, telephone mila aur bohat sari cheezein.</w:t>
      </w:r>
    </w:p>
    <w:p>
      <w:pPr>
        <w:jc w:val="right"/>
      </w:pPr>
      <w:r>
        <w:t>تو ممبر پارلیمنٹ کی حیثیت سے ان کو ایک بہت اچھی جگہ رہنے کے لیے ملی۔ کار ملی، ٹیلی فون ملا اور بہت ساری چیزیں۔</w:t>
      </w:r>
    </w:p>
    <w:p>
      <w:r>
        <w:rPr>
          <w:b/>
        </w:rPr>
        <w:t xml:space="preserve">[13:32] </w:t>
      </w:r>
      <w:r>
        <w:t>jo unhon ne kabhi socha bhi nahi tha. unthinkable tha un ke liye gaon mein. to yeh jab gaye, dono ek doosre ko achi tarah jante the.</w:t>
      </w:r>
    </w:p>
    <w:p>
      <w:pPr>
        <w:jc w:val="right"/>
      </w:pPr>
      <w:r>
        <w:t>جو انہوں نے کبھی سوچا بھی نہیں تھا۔ Unthinkable تھا ان کے لیے گاؤں میں۔ تو یہ جب گئے، دونوں ایک دوسرے کو اچھی طرح جانتے تھے۔</w:t>
      </w:r>
    </w:p>
    <w:p>
      <w:r>
        <w:rPr>
          <w:b/>
        </w:rPr>
        <w:t xml:space="preserve">[13:43] </w:t>
      </w:r>
      <w:r>
        <w:t>to unhon ne bataya ke jab main pohncha to un ke paas koi baat hi doosri nahi thi</w:t>
      </w:r>
    </w:p>
    <w:p>
      <w:pPr>
        <w:jc w:val="right"/>
      </w:pPr>
      <w:r>
        <w:t>تو انہوں نے بتایا کہ جب میں پہنچا تو ان کے پاس کوئی بات ہی دوسری نہیں تھی</w:t>
      </w:r>
    </w:p>
    <w:p>
      <w:r>
        <w:rPr>
          <w:b/>
        </w:rPr>
        <w:t xml:space="preserve">[13:47] </w:t>
      </w:r>
      <w:r>
        <w:t>siwaye Sanjay Gandhi ke bakhaan tareef ke. woh bar bar kehte the ke yeh sab, yeh sab Sanjay babu ki dein hai.</w:t>
      </w:r>
    </w:p>
    <w:p>
      <w:pPr>
        <w:jc w:val="right"/>
      </w:pPr>
      <w:r>
        <w:t>سوائے سنجے گاندھی کے بکھان تعریف کے۔ وہ بار بار کہتے تھے کہ یہ سب، یہ سب سنجے بابو کی دین ہے۔</w:t>
      </w:r>
    </w:p>
    <w:p>
      <w:r>
        <w:rPr>
          <w:b/>
        </w:rPr>
        <w:t xml:space="preserve">[13:59] </w:t>
      </w:r>
      <w:r>
        <w:t>yeh sab Sanjay babu ki dein hai. jaise lagta tha ke un ko Sanjay babu se itna attachment hai ke woh jo us ko yeh strong affection jis ko maine kaha, ek hi insaan se hai, woh hai Sanjay babu.</w:t>
      </w:r>
    </w:p>
    <w:p>
      <w:pPr>
        <w:jc w:val="right"/>
      </w:pPr>
      <w:r>
        <w:t>یہ سب سنجے بابو کی دین ہے۔ جیسے لگتا تھا کہ ان کو سنجے بابو سے اتنا attachment ہے کہ وہ جو اس کو یہ strong affection جس کو میں نے کہا، ایک ہی انسان سے ہے، وہ ہے سنجے بابو۔</w:t>
      </w:r>
    </w:p>
    <w:p>
      <w:r>
        <w:rPr>
          <w:b/>
        </w:rPr>
        <w:t xml:space="preserve">[14:12] </w:t>
      </w:r>
      <w:r>
        <w:t>saare mohabbat ke jazbaat, saare affection, woh sab unka ek ek hi point par centralize ho gaya tha.</w:t>
      </w:r>
    </w:p>
    <w:p>
      <w:pPr>
        <w:jc w:val="right"/>
      </w:pPr>
      <w:r>
        <w:t>سارے محبت کے جذبات، سارے affection، وہ سب ان کا ایک ایک ہی point پر centralize ہو گیا تھا۔</w:t>
      </w:r>
    </w:p>
    <w:p>
      <w:r>
        <w:rPr>
          <w:b/>
        </w:rPr>
        <w:t xml:space="preserve">[14:21] </w:t>
      </w:r>
      <w:r>
        <w:t>woh the sanjay gandhi. toh baar baar kehte the ke yeh sab, yeh sab sanjay babu ki dein hai.</w:t>
      </w:r>
    </w:p>
    <w:p>
      <w:pPr>
        <w:jc w:val="right"/>
      </w:pPr>
      <w:r>
        <w:t>وہ تھے سنجے گاندھی۔ تو بار بار کہتے تھے کہ یہ سب، یہ سب سنجے بابو کی دین ہے۔</w:t>
      </w:r>
    </w:p>
    <w:p>
      <w:r>
        <w:rPr>
          <w:b/>
        </w:rPr>
        <w:t xml:space="preserve">[14:32] </w:t>
      </w:r>
      <w:r>
        <w:t>jab maine yeh socha toh mere dil mein aaya ke isi hesiyat se jab aap khuda ko daryaft karein toh kainaati satah par sab kuch aap ko lagega ke yeh sab khawand zuljalal ki dein hai.</w:t>
      </w:r>
    </w:p>
    <w:p>
      <w:pPr>
        <w:jc w:val="right"/>
      </w:pPr>
      <w:r>
        <w:t>جب میں نے یہ سوچا تو میرے دل میں آیا کہ اسی حیثیت سے جب آپ خدا کو دریافت کریں تو کائناتی سطح پر سب کچھ آپ کو لگے گا کہ یہ سب خداوند ذوالجلال کی دین ہے۔</w:t>
      </w:r>
    </w:p>
    <w:p>
      <w:r>
        <w:rPr>
          <w:b/>
        </w:rPr>
        <w:t xml:space="preserve">[14:45] </w:t>
      </w:r>
      <w:r>
        <w:t>sab God Almighty ki dein hai.</w:t>
      </w:r>
    </w:p>
    <w:p>
      <w:pPr>
        <w:jc w:val="right"/>
      </w:pPr>
      <w:r>
        <w:t>سب God Almighty کی دین ہے۔</w:t>
      </w:r>
    </w:p>
    <w:p>
      <w:r>
        <w:rPr>
          <w:b/>
        </w:rPr>
        <w:t xml:space="preserve">[14:50] </w:t>
      </w:r>
      <w:r>
        <w:t>kyunke aap ka wajood, yeh zameen, yeh hawa, yeh suraj, jo kuch bhi hai, jo kuch bhi hai, jo kuch bhi hai, sab Allah ki dein hai.</w:t>
      </w:r>
    </w:p>
    <w:p>
      <w:pPr>
        <w:jc w:val="right"/>
      </w:pPr>
      <w:r>
        <w:t>کیونکہ آپ کا وجود، یہ زمین، یہ ہوا، یہ سورج، جو کچھ بھی ہے، جو کچھ بھی ہے، جو کچھ بھی ہے، سب اللہ کی دین ہے۔</w:t>
      </w:r>
    </w:p>
    <w:p>
      <w:r>
        <w:rPr>
          <w:b/>
        </w:rPr>
        <w:t xml:space="preserve">[14:59] </w:t>
      </w:r>
      <w:r>
        <w:t>jis se aap faida uthate hain.</w:t>
      </w:r>
    </w:p>
    <w:p>
      <w:pPr>
        <w:jc w:val="right"/>
      </w:pPr>
      <w:r>
        <w:t>جس سے آپ فائدہ اٹھاتے ہیں۔</w:t>
      </w:r>
    </w:p>
    <w:p>
      <w:r>
        <w:rPr>
          <w:b/>
        </w:rPr>
        <w:t xml:space="preserve">[15:02] </w:t>
      </w:r>
      <w:r>
        <w:t>toh agar aap is ko daryaft karein sach pooch toh aap jiyenge is ehsaas mein ke yeh sab jo khawand zuljalal ki dein hai. yeh sab God Almighty ki dein hai.</w:t>
      </w:r>
    </w:p>
    <w:p>
      <w:pPr>
        <w:jc w:val="right"/>
      </w:pPr>
      <w:r>
        <w:t>تو اگر آپ اس کو دریافت کریں سچ پوچھ تو آپ جئیں گے اس احساس میں کہ یہ سب جو خداوند ذوالجلال کی دین ہے۔ یہ سب God Almighty کی دین ہے۔</w:t>
      </w:r>
    </w:p>
    <w:p>
      <w:r>
        <w:rPr>
          <w:b/>
        </w:rPr>
        <w:t xml:space="preserve">[15:12] </w:t>
      </w:r>
      <w:r>
        <w:t>toh yeh hai mohabbat. itni zyada aap ke andar Allah se mohabbat paida ho jayegi. itna zyada strong affection ho jayega Allah taala se ke baar baar aap ki zubaan se niklega.</w:t>
      </w:r>
    </w:p>
    <w:p>
      <w:pPr>
        <w:jc w:val="right"/>
      </w:pPr>
      <w:r>
        <w:t>تو یہ ہے محبت۔ اتنی زیادہ آپ کے اندر اللہ سے محبت پیدا ہو جائے گی۔ اتنا زیادہ strong affection ہو جائے گا اللہ تعالیٰ سے کہ بار بار آپ کی زبان سے نکلے گا۔</w:t>
      </w:r>
    </w:p>
    <w:p>
      <w:r>
        <w:rPr>
          <w:b/>
        </w:rPr>
        <w:t xml:space="preserve">[15:25] </w:t>
      </w:r>
      <w:r>
        <w:t>yahi hai ashad hubban lillah. yahi ashad hubban lillah.</w:t>
      </w:r>
    </w:p>
    <w:p>
      <w:pPr>
        <w:jc w:val="right"/>
      </w:pPr>
      <w:r>
        <w:t>یہی ہے أشد حبًا لله ۔ یہی أشد حبًا لله ۔</w:t>
      </w:r>
    </w:p>
    <w:p>
      <w:r>
        <w:rPr>
          <w:b/>
        </w:rPr>
        <w:t xml:space="preserve">[15:38] </w:t>
      </w:r>
      <w:r>
        <w:t>dekhein, musalmanon ne, ek musalmanon ke jo wa'izeen hain, muqarririn hain, woh aksar ek hadith ke taur par jumla dohrate hain lawlak lam khalaqtal akhlaq.</w:t>
      </w:r>
    </w:p>
    <w:p>
      <w:pPr>
        <w:jc w:val="right"/>
      </w:pPr>
      <w:r>
        <w:t>دیکھیں، مسلمانوں نے، ایک مسلمانوں کے جو واعظین ہیں، مقررین ہیں، وہ اکثر ایک حدیث کے طور پر جملہ دہراتے ہیں لولاك لما خلقت الأخلاق ۔</w:t>
      </w:r>
    </w:p>
    <w:p>
      <w:r>
        <w:rPr>
          <w:b/>
        </w:rPr>
        <w:t xml:space="preserve">[15:51] </w:t>
      </w:r>
      <w:r>
        <w:t>yaani jo Rasool Allah salla Allahu alaihi wasallam hain, Muhammad salla Allahu alaihi wasallam hain, toh yeh hadith qudsi ke taur par pesh karte hain ke Khuda kehta hai ke agar tum ko paida na karna hota toh main kainat ko na paida karta.</w:t>
      </w:r>
    </w:p>
    <w:p>
      <w:pPr>
        <w:jc w:val="right"/>
      </w:pPr>
      <w:r>
        <w:t>یعنی جو رسول اللہ صلی اللہ علیہ وسلم ہیں، محمد صلی اللہ علیہ وسلم ہیں، تو یہ حدیث قدسی کے طور پر پیش کرتے ہیں کہ خدا کہتا ہے کہ اگر تم کو پیدا نہ کرنا ہوتا تو میں کائنات کو نہ پیدا کرتا۔</w:t>
      </w:r>
    </w:p>
    <w:p>
      <w:r>
        <w:rPr>
          <w:b/>
        </w:rPr>
        <w:t xml:space="preserve">[16:06] </w:t>
      </w:r>
      <w:r>
        <w:t>aasmanon ko na paida karta</w:t>
      </w:r>
    </w:p>
    <w:p>
      <w:pPr>
        <w:jc w:val="right"/>
      </w:pPr>
      <w:r>
        <w:t>آسمانوں کو نہ پیدا کرتا</w:t>
      </w:r>
    </w:p>
    <w:p>
      <w:r>
        <w:rPr>
          <w:b/>
        </w:rPr>
        <w:t xml:space="preserve">[16:09] </w:t>
      </w:r>
      <w:r>
        <w:t>lawlak lam khalaqtal akhlaq. yeh hadith toh mauzu hai, is hadith ki koi asal nahi hai. lekin zyada sahi baat yeh hai ke aap yeh soch paayein ke sab kuch insaan ke liye banaya gaya hai.</w:t>
      </w:r>
    </w:p>
    <w:p>
      <w:pPr>
        <w:jc w:val="right"/>
      </w:pPr>
      <w:r>
        <w:t>لولاك لما خلقت الأخلاق ۔ یہ حدیث تو موضوع ہے، اس حدیث کی کوئی اصل نہیں ہے۔ لیکن زیادہ صحیح بات یہ ہے کہ آپ یہ سوچ پائیں کہ سب کچھ انسان کے لیے بنایا گیا ہے۔</w:t>
      </w:r>
    </w:p>
    <w:p>
      <w:r>
        <w:rPr>
          <w:b/>
        </w:rPr>
        <w:t xml:space="preserve">[16:24] </w:t>
      </w:r>
      <w:r>
        <w:t>toh aap kahenge lawla al insaan lam khalaqtal akhlaq. lawla al insaan lam khalaqtal akhlaq. aur yeh maujood hai Quran majeed mein wasakhkhar lakum ma fis samawati wal arz.</w:t>
      </w:r>
    </w:p>
    <w:p>
      <w:pPr>
        <w:jc w:val="right"/>
      </w:pPr>
      <w:r>
        <w:t>تو آپ کہیں گے لولا الإنسان لما خلقت الأخلاق ۔ لولا الإنسان لما خلقت الأخلاق۔ اور یہ موجود ہے قرآن مجید میں وسخر لكم ما في السماوات والأرض ۔</w:t>
      </w:r>
    </w:p>
    <w:p>
      <w:r>
        <w:rPr>
          <w:b/>
        </w:rPr>
        <w:t xml:space="preserve">[16:41] </w:t>
      </w:r>
      <w:r>
        <w:t>zameen o aasman sab kuch insaan ke liye. kyunke dekhein, insaan hi woh makhlooq hai jo soch sakta hai, jiske andar conceptual thinking hai.</w:t>
      </w:r>
    </w:p>
    <w:p>
      <w:pPr>
        <w:jc w:val="right"/>
      </w:pPr>
      <w:r>
        <w:t>زمین و آسمان سب کچھ انسان کے لیے۔ کیونکہ دیکھیں، انسان ہی وہ مخلوق ہے جو سوچ سکتا ہے، جس کے اندر conceptual thinking ہے۔</w:t>
      </w:r>
    </w:p>
    <w:p>
      <w:r>
        <w:rPr>
          <w:b/>
        </w:rPr>
        <w:t xml:space="preserve">[16:54] </w:t>
      </w:r>
      <w:r>
        <w:t>jo dekhta hai, jo nateeja nikalta hai, jo sunta hai, jo chalta hai.</w:t>
      </w:r>
    </w:p>
    <w:p>
      <w:pPr>
        <w:jc w:val="right"/>
      </w:pPr>
      <w:r>
        <w:t>جو دیکھتا ہے، جو نتیجہ نکالتا ہے، جو سنتا ہے، جو چلتا ہے۔</w:t>
      </w:r>
    </w:p>
    <w:p>
      <w:r>
        <w:rPr>
          <w:b/>
        </w:rPr>
        <w:t xml:space="preserve">[17:03] </w:t>
      </w:r>
      <w:r>
        <w:t>achhe bure ki tameez rakhta hai.</w:t>
      </w:r>
    </w:p>
    <w:p>
      <w:pPr>
        <w:jc w:val="right"/>
      </w:pPr>
      <w:r>
        <w:t>اچھے برے کی تمیز رکھتا ہے۔</w:t>
      </w:r>
    </w:p>
    <w:p>
      <w:r>
        <w:rPr>
          <w:b/>
        </w:rPr>
        <w:t xml:space="preserve">[17:07] </w:t>
      </w:r>
      <w:r>
        <w:t>yaani saare jo cheezein hain, unka ta'alluq minds se hai, woh sab insani mein toh hai, woh aur kis mein hai? yeh sab tajrubaat kisi sitare ko nahi hote.</w:t>
      </w:r>
    </w:p>
    <w:p>
      <w:pPr>
        <w:jc w:val="right"/>
      </w:pPr>
      <w:r>
        <w:t>یعنی سارے جو چیزیں ہیں، ان کا تعلق minds ہے، وہ سب انسانی میں تو ہے، وہ اور کس میں ہے؟ یہ سب تجربات کسی ستارے کو نہیں ہوتے۔</w:t>
      </w:r>
    </w:p>
    <w:p>
      <w:r>
        <w:rPr>
          <w:b/>
        </w:rPr>
        <w:t xml:space="preserve">[17:17] </w:t>
      </w:r>
      <w:r>
        <w:t>kisi sayare ko nahi hote. kisi pahad ko nahi hote. kisi samandar ko nahi hote. kisi hathi ko nahi hote. kisi sher ko nahi hote.</w:t>
      </w:r>
    </w:p>
    <w:p>
      <w:pPr>
        <w:jc w:val="right"/>
      </w:pPr>
      <w:r>
        <w:t>کسی سیارے کو نہیں ہوتے۔ کسی پہاڑ کو نہیں ہوتے۔ کسی سمندر کو نہیں ہوتے۔ کسی ہاتھی کو نہیں ہوتے۔ کسی شیر کو نہیں ہوتے۔</w:t>
      </w:r>
    </w:p>
    <w:p>
      <w:r>
        <w:rPr>
          <w:b/>
        </w:rPr>
        <w:t xml:space="preserve">[17:26] </w:t>
      </w:r>
      <w:r>
        <w:t>yeh sirf insaan ko hote hain.</w:t>
      </w:r>
    </w:p>
    <w:p>
      <w:pPr>
        <w:jc w:val="right"/>
      </w:pPr>
      <w:r>
        <w:t>یہ صرف انسان کو ہوتے ہیں۔</w:t>
      </w:r>
    </w:p>
    <w:p>
      <w:r>
        <w:rPr>
          <w:b/>
        </w:rPr>
        <w:t xml:space="preserve">[17:30] </w:t>
      </w:r>
      <w:r>
        <w:t>insaan hai jo bolta hai. is kainat mein koi bhi nahi jisko bolne ka, speech ka, ki taqat ho.</w:t>
      </w:r>
    </w:p>
    <w:p>
      <w:pPr>
        <w:jc w:val="right"/>
      </w:pPr>
      <w:r>
        <w:t>انسان ہے جو بولتا ہے۔ اس کائنات میں کوئی بھی نہیں جس کو بولنے کا، speech کا، کی طاقت ہو۔</w:t>
      </w:r>
    </w:p>
    <w:p>
      <w:r>
        <w:rPr>
          <w:b/>
        </w:rPr>
        <w:t xml:space="preserve">[17:39] </w:t>
      </w:r>
      <w:r>
        <w:t>nutq ki taqat ho. toh insaan hi bol kar yeh keh sakta hai ke Khuda, yeh itni badi kainat tune paida ki, toh azeem hai, toh Rabbul Aalameen hai.</w:t>
      </w:r>
    </w:p>
    <w:p>
      <w:pPr>
        <w:jc w:val="right"/>
      </w:pPr>
      <w:r>
        <w:t>نطق کی طاقت ہو۔ تو انسان ہی بول کر یہ کہہ سکتا ہے کہ خدا، یہ اتنی بڑی کائنات تو نے پیدا کی، تو عظیم ہے، تو رب العالمین ہے۔</w:t>
      </w:r>
    </w:p>
    <w:p>
      <w:r>
        <w:rPr>
          <w:b/>
        </w:rPr>
        <w:t xml:space="preserve">[17:52] </w:t>
      </w:r>
      <w:r>
        <w:t>yaani Alhamdulillah Rabbil Aalameen. insaan ke siwa koi nahi keh sakta.</w:t>
      </w:r>
    </w:p>
    <w:p>
      <w:pPr>
        <w:jc w:val="right"/>
      </w:pPr>
      <w:r>
        <w:t>یعنی الحمد لله رب العالمين ۔ انسان کے سوا کوئی نہیں کہہ سکتا۔</w:t>
      </w:r>
    </w:p>
    <w:p>
      <w:r>
        <w:rPr>
          <w:b/>
        </w:rPr>
        <w:t xml:space="preserve">[17:58] </w:t>
      </w:r>
      <w:r>
        <w:t>yaani yeh ek waqea hai is kainat mein ke Khuda ka wajood aur uska Rabb hona, yeh sab bator waqea kainat mein maujood hai.</w:t>
      </w:r>
    </w:p>
    <w:p>
      <w:pPr>
        <w:jc w:val="right"/>
      </w:pPr>
      <w:r>
        <w:t>یعنی یہ ایک واقعہ ہے اس کائنات میں کہ خدا کا وجود اور اس کا رب ہونا، یہ سب بطور واقعہ کائنات میں موجود ہے۔</w:t>
      </w:r>
    </w:p>
    <w:p>
      <w:r>
        <w:rPr>
          <w:b/>
        </w:rPr>
        <w:t xml:space="preserve">[18:08] </w:t>
      </w:r>
      <w:r>
        <w:t>lekin kisi kisi galaxy ko yeh taqat nahi ke woh bol sake Alhamdulillah Rabbil Aalameen. koi samandar ya pahad nahi bol sakta.</w:t>
      </w:r>
    </w:p>
    <w:p>
      <w:pPr>
        <w:jc w:val="right"/>
      </w:pPr>
      <w:r>
        <w:t>لیکن کسی کسی galaxy کو یہ طاقت نہیں کہ وہ بول سکے الحمد لله رب العالمين ۔ کوئی سمندر یا پہاڑ نہیں بول سکتا۔</w:t>
      </w:r>
    </w:p>
    <w:p>
      <w:r>
        <w:rPr>
          <w:b/>
        </w:rPr>
        <w:t xml:space="preserve">[18:20] </w:t>
      </w:r>
      <w:r>
        <w:t>hata ke koi hathi aur sher nahi bol sakta. ye sirf insan hai jo khara ho kar kehta hai ke alhamdulillah rabbul alameen.</w:t>
      </w:r>
    </w:p>
    <w:p>
      <w:pPr>
        <w:jc w:val="right"/>
      </w:pPr>
      <w:r>
        <w:t>حتیٰ کہ کوئی ہاتھی اور شیر نہیں بول سکتا۔ یہ صرف انسان ہے جو کھڑا ہو کر کہتا ہے کہ الحمد لله رب العالمين ۔</w:t>
      </w:r>
    </w:p>
    <w:p>
      <w:r>
        <w:rPr>
          <w:b/>
        </w:rPr>
        <w:t xml:space="preserve">[18:30] </w:t>
      </w:r>
      <w:r>
        <w:t>to sara zameen o asman is liye paida kiya gaya ke insan is ko daryaft karay. is ki azmat, khuda ki azmat is ko milay is mein.</w:t>
      </w:r>
    </w:p>
    <w:p>
      <w:pPr>
        <w:jc w:val="right"/>
      </w:pPr>
      <w:r>
        <w:t>تو سارا زمین و آسمان اس لیے پیدا کیا گیا کہ انسان اس کو دریافت کرے۔ اس کی عظمت، خدا کی عظمت اس کو ملے اس میں۔</w:t>
      </w:r>
    </w:p>
    <w:p>
      <w:r>
        <w:rPr>
          <w:b/>
        </w:rPr>
        <w:t xml:space="preserve">[18:39] </w:t>
      </w:r>
      <w:r>
        <w:t>aala Allah ko janay. aur phir is ka etiraf karay. aur is ke nateejay mein is ko jannat milay. ye sab to insani ke liye sab kuch hai.</w:t>
      </w:r>
    </w:p>
    <w:p>
      <w:pPr>
        <w:jc w:val="right"/>
      </w:pPr>
      <w:r>
        <w:t>اعلیٰ اللہ کو جانے۔ اور پھر اس کا اعتراف کرے۔ اور اس کے نتیجے میں اس کو جنت ملے۔ یہ سب تو انسانی کے لیے سب کچھ ہے۔</w:t>
      </w:r>
    </w:p>
    <w:p>
      <w:r>
        <w:rPr>
          <w:b/>
        </w:rPr>
        <w:t xml:space="preserve">[18:49] </w:t>
      </w:r>
      <w:r>
        <w:t>to agar ye haqiqat wazeh ho to aap ye nahi kahain gay ke lawlak lamma khalaqtal akhlaq.</w:t>
      </w:r>
    </w:p>
    <w:p>
      <w:pPr>
        <w:jc w:val="right"/>
      </w:pPr>
      <w:r>
        <w:t>تو اگر یہ حقیقت واضح ہو تو آپ یہ نہیں کہیں گے کہ لولاك لما خلقت الأخلاق ۔</w:t>
      </w:r>
    </w:p>
    <w:p>
      <w:r>
        <w:rPr>
          <w:b/>
        </w:rPr>
        <w:t xml:space="preserve">[18:58] </w:t>
      </w:r>
      <w:r>
        <w:t>aap kahain gay ye to mauzu hadith hai. lekin sahih baat ye hai lawlal insaan lamma khalaqtul akhlaq</w:t>
      </w:r>
    </w:p>
    <w:p>
      <w:pPr>
        <w:jc w:val="right"/>
      </w:pPr>
      <w:r>
        <w:t>آپ کہیں گے یہ تو موضوع حدیث ہے۔ لیکن صحیح بات یہ ہے لولا الإنسان لما خلقت الأخلاق</w:t>
      </w:r>
    </w:p>
    <w:p>
      <w:r>
        <w:rPr>
          <w:b/>
        </w:rPr>
        <w:t xml:space="preserve">[19:09] </w:t>
      </w:r>
      <w:r>
        <w:t>. to jab ye is tareeqay se aap payen gay Allah ko to mohabbat hi to paida hogi.</w:t>
      </w:r>
    </w:p>
    <w:p>
      <w:pPr>
        <w:jc w:val="right"/>
      </w:pPr>
      <w:r>
        <w:t>۔ تو جب یہ اس طریقے سے آپ پائیں گے اللہ کو تو محبت ہی تو پیدا ہوگی۔</w:t>
      </w:r>
    </w:p>
    <w:p>
      <w:r>
        <w:rPr>
          <w:b/>
        </w:rPr>
        <w:t xml:space="preserve">[19:18] </w:t>
      </w:r>
      <w:r>
        <w:t>mohabbat kyun nahi paida hogi?</w:t>
      </w:r>
    </w:p>
    <w:p>
      <w:pPr>
        <w:jc w:val="right"/>
      </w:pPr>
      <w:r>
        <w:t>محبت کیوں نہیں پیدا ہوگی؟</w:t>
      </w:r>
    </w:p>
    <w:p>
      <w:r>
        <w:rPr>
          <w:b/>
        </w:rPr>
        <w:t xml:space="preserve">[19:22] </w:t>
      </w:r>
      <w:r>
        <w:t>itni bari nematoun ka ehsas aap ko ho, itni bari blessing ka, to kaisay mohabbat nahi paida hogi?</w:t>
      </w:r>
    </w:p>
    <w:p>
      <w:pPr>
        <w:jc w:val="right"/>
      </w:pPr>
      <w:r>
        <w:t>اتنی بڑی نعمتوں کا احساس آپ کو ہو، اتنی بڑی بلیسنگ کا، تو کیسے محبت نہیں پیدا ہوگی؟</w:t>
      </w:r>
    </w:p>
    <w:p>
      <w:r>
        <w:rPr>
          <w:b/>
        </w:rPr>
        <w:t xml:space="preserve">[19:32] </w:t>
      </w:r>
      <w:r>
        <w:t>apnay wajood par jab sochen gay to aap sochen gay kaisa ajeeb wajood hai insan ka. laqad karramna bani adam laqad khalaqal insana fi aslin taqwim.</w:t>
      </w:r>
    </w:p>
    <w:p>
      <w:pPr>
        <w:jc w:val="right"/>
      </w:pPr>
      <w:r>
        <w:t>اپنے وجود پر جب سوچیں گے تو آپ سوچیں گے کیسا عجیب وجود ہے انسان کا۔ لقد كرمنا بني آدم لقد خلق الإنسان في أصل تقويم ۔</w:t>
      </w:r>
    </w:p>
    <w:p>
      <w:r>
        <w:rPr>
          <w:b/>
        </w:rPr>
        <w:t xml:space="preserve">[19:44] </w:t>
      </w:r>
      <w:r>
        <w:t>to aik aslin taqwim ke sath mujhe paida kiya Allah taala ne. is ko soch kar, soch kar ke mohabbat paida hogi.</w:t>
      </w:r>
    </w:p>
    <w:p>
      <w:pPr>
        <w:jc w:val="right"/>
      </w:pPr>
      <w:r>
        <w:t>تو ایک أصل تقویم کے ساتھ مجھے پیدا کیا اللہ تعالیٰ نے۔ اس کو سوچ کر، سوچ کر کے محبت پیدا ہوگی۔</w:t>
      </w:r>
    </w:p>
    <w:p>
      <w:r>
        <w:rPr>
          <w:b/>
        </w:rPr>
        <w:t xml:space="preserve">[19:52] </w:t>
      </w:r>
      <w:r>
        <w:t>phir ye life support system, ye solar system, ye sare zameen o asman mere liye musakhkhar kar diye gaye hain. isi se daryaft kar ke main, yani insan ne jo banaya hai cheezain,</w:t>
      </w:r>
    </w:p>
    <w:p>
      <w:pPr>
        <w:jc w:val="right"/>
      </w:pPr>
      <w:r>
        <w:t>پھر یہ life support system، یہ solar system، یہ سارے زمین و آسمان میرے لیے مسخر کر دیے گئے ہیں۔ اسی سے دریافت کر کے میں، یعنی انسان نے جو بنایا ہے چیزیں،</w:t>
      </w:r>
    </w:p>
    <w:p>
      <w:r>
        <w:rPr>
          <w:b/>
        </w:rPr>
        <w:t xml:space="preserve">[20:08] </w:t>
      </w:r>
      <w:r>
        <w:t>steamship banaya daryaft kar ke. car banai to isi mein law of nature ko daryaft kar ke. hawai jahaz banaya tab bhi fitrat ke qawaneen ko daryaft kar ke.</w:t>
      </w:r>
    </w:p>
    <w:p>
      <w:pPr>
        <w:jc w:val="right"/>
      </w:pPr>
      <w:r>
        <w:t>steamship بنایا دریافت کر کے۔ کار بنائی تو اسی میں law of nature کو دریافت کر کے۔ ہوائی جہاز بنایا تب بھی فطرت کے قوانین کو دریافت کر کے۔</w:t>
      </w:r>
    </w:p>
    <w:p>
      <w:r>
        <w:rPr>
          <w:b/>
        </w:rPr>
        <w:t xml:space="preserve">[20:20] </w:t>
      </w:r>
      <w:r>
        <w:t>to ye sab insani ke liye to tha.</w:t>
      </w:r>
    </w:p>
    <w:p>
      <w:pPr>
        <w:jc w:val="right"/>
      </w:pPr>
      <w:r>
        <w:t>تو یہ سب انسانی کے لیے تو تھا۔</w:t>
      </w:r>
    </w:p>
    <w:p>
      <w:r>
        <w:rPr>
          <w:b/>
        </w:rPr>
        <w:t xml:space="preserve">[20:25] </w:t>
      </w:r>
      <w:r>
        <w:t>aur insan, Allah taala ne is dunya mein discovery method rakha tha. insan apnay dimagh ko istemal karay. aur phir cheezon ko daryaft karay.</w:t>
      </w:r>
    </w:p>
    <w:p>
      <w:pPr>
        <w:jc w:val="right"/>
      </w:pPr>
      <w:r>
        <w:t>اور انسان، اللہ تعالیٰ نے اس دنیا میں discovery method رکھا تھا۔ انسان اپنے دماغ کو استعمال کرے۔ اور پھر چیزوں کو دریافت کرے۔</w:t>
      </w:r>
    </w:p>
    <w:p>
      <w:r>
        <w:rPr>
          <w:b/>
        </w:rPr>
        <w:t xml:space="preserve">[20:36] </w:t>
      </w:r>
      <w:r>
        <w:t>misal ke taur par jab insan paida hua to paidal chalta tha. sirf paidal chal sakta tha. phir is ne dekha ke janglon mein ghoray</w:t>
      </w:r>
    </w:p>
    <w:p>
      <w:pPr>
        <w:jc w:val="right"/>
      </w:pPr>
      <w:r>
        <w:t>مثلاً جب انسان پیدا ہوا تو پیدل چلتا تھا۔ صرف پیدل چل سکتا تھا۔ پھر اس نے دیکھا کہ جنگلوں میں گھوڑ</w:t>
      </w:r>
    </w:p>
    <w:p>
      <w:r>
        <w:rPr>
          <w:b/>
        </w:rPr>
        <w:t xml:space="preserve">[20:45] </w:t>
      </w:r>
      <w:r>
        <w:t>hotay hain. pakra is ne ghoray ko. is ko sadaya. aur sada kar ke is ne ghoray ko sawari shuru kar di. phir kuch dinoun ke baad is ko daryaft hui ke bhaya banaya jaye to gari ho sakti hai.</w:t>
      </w:r>
    </w:p>
    <w:p>
      <w:pPr>
        <w:jc w:val="right"/>
      </w:pPr>
      <w:r>
        <w:t>ے ہوتے ہیں۔ پکڑا اس نے گھوڑے کو۔ اس کو سدایا۔ اور سدا کر کے اس نے گھوڑے کو سواری شروع کر دی۔ پھر کچھ دنوں کے بعد اس کو دریافت ہوئی کہ بھیا بنایا جائے تو گاڑی ہو سکتی ہے۔</w:t>
      </w:r>
    </w:p>
    <w:p>
      <w:r>
        <w:rPr>
          <w:b/>
        </w:rPr>
        <w:t xml:space="preserve">[20:58] </w:t>
      </w:r>
      <w:r>
        <w:t>to gari banai is ne. ab is ke pas sarak banai chalane ke liye is ko. phir bar bearing bana to bohat asan ho gaya gari ko chalana.</w:t>
      </w:r>
    </w:p>
    <w:p>
      <w:pPr>
        <w:jc w:val="right"/>
      </w:pPr>
      <w:r>
        <w:t>تو گاڑی بنائی اس نے۔ اب اس کے پاس سڑک بنائی چلانے کے لیے اس کو۔ پھر بار بیئرنگ بنا تو بہت آسان ہو گیا گاڑی کو چلانا۔</w:t>
      </w:r>
    </w:p>
    <w:p>
      <w:r>
        <w:rPr>
          <w:b/>
        </w:rPr>
        <w:t xml:space="preserve">[21:09] </w:t>
      </w:r>
      <w:r>
        <w:t>hotay hotay, hotay, hotay bicycle banai. phir hotay hotay car banai. phir hotay hotay hawai jahaz banaya. ye sab kaisay hua? isi dunya mein jo fitrat ke jo laws of nature thay,</w:t>
      </w:r>
    </w:p>
    <w:p>
      <w:pPr>
        <w:jc w:val="right"/>
      </w:pPr>
      <w:r>
        <w:t>ہوتے ہوتے، ہوتے، ہوتے بائیسکل بنائی۔ پھر ہوتے ہوتے کار بنائی۔ پھر ہوتے ہوتے ہوائی جہاز بنایا۔ یہ سب کیسے ہوا؟ اسی دنیا میں جو فطرت کے جو laws of nature تھے،</w:t>
      </w:r>
    </w:p>
    <w:p>
      <w:r>
        <w:rPr>
          <w:b/>
        </w:rPr>
        <w:t xml:space="preserve">[21:26] </w:t>
      </w:r>
      <w:r>
        <w:t>maujood thay pehlay se, wo laws of nature ko daryaft kar ke.</w:t>
      </w:r>
    </w:p>
    <w:p>
      <w:pPr>
        <w:jc w:val="right"/>
      </w:pPr>
      <w:r>
        <w:t>موجود تھے پہلے سے، وہ laws of nature کو دریافت کر کے۔</w:t>
      </w:r>
    </w:p>
    <w:p>
      <w:r>
        <w:rPr>
          <w:b/>
        </w:rPr>
        <w:t xml:space="preserve">[21:31] </w:t>
      </w:r>
      <w:r>
        <w:t>to jitni daryaftain hain, yateem, ye jo sari civilization hai, wo sab laws of nature ko daryaft kar ke bani hain.</w:t>
      </w:r>
    </w:p>
    <w:p>
      <w:pPr>
        <w:jc w:val="right"/>
      </w:pPr>
      <w:r>
        <w:t>تو جتنی دریافتیں ہیں، یتیم، یہ جو ساری civilization ہے، وہ سب laws of nature کو دریافت کر کے بنی ہیں۔</w:t>
      </w:r>
    </w:p>
    <w:p>
      <w:r>
        <w:rPr>
          <w:b/>
        </w:rPr>
        <w:t xml:space="preserve">[21:45] </w:t>
      </w:r>
      <w:r>
        <w:t>to jab aap is ko sochen gay to kitni zyada mohabbat paida hogi ke khuda ne mere liye sab kuch kar diya. ye taaziyat kar diya mere liye.</w:t>
      </w:r>
    </w:p>
    <w:p>
      <w:pPr>
        <w:jc w:val="right"/>
      </w:pPr>
      <w:r>
        <w:t>تو جب آپ اس کو سوچیں گے تو کتنی زیادہ محبت پیدا ہوگی کہ خدا نے میرے لیے سب کچھ کر دیا۔ یہ تعزیت کر دیا میرے لیے۔</w:t>
      </w:r>
    </w:p>
    <w:p>
      <w:r>
        <w:rPr>
          <w:b/>
        </w:rPr>
        <w:t xml:space="preserve">[21:55] </w:t>
      </w:r>
      <w:r>
        <w:t>to dainkhay mohabbat ka ajeeb yani muamla hua is muamlay mein ke literature aap sari chhan daliye. mohabbat ilahi par koi qabil e qadr kitab, qabil yani, yani qabil e zikr koi kitab hi nahi.</w:t>
      </w:r>
    </w:p>
    <w:p>
      <w:pPr>
        <w:jc w:val="right"/>
      </w:pPr>
      <w:r>
        <w:t>تو دیکھیں محبت کا عجیب یعنی معاملہ ہوا اس معاملے میں کہ literature آپ ساری چھان ڈالیے۔ محبت الہی پر کوئی قابل قدر کتاب، قابل یعنی، یعنی قابل ذکر کوئی کتاب ہی نہیں۔</w:t>
      </w:r>
    </w:p>
    <w:p>
      <w:r>
        <w:rPr>
          <w:b/>
        </w:rPr>
        <w:t xml:space="preserve">[22:10] </w:t>
      </w:r>
      <w:r>
        <w:t>mohabbat ilahi kiya hai? is ki definition tak maloom nahi.</w:t>
      </w:r>
    </w:p>
    <w:p>
      <w:pPr>
        <w:jc w:val="right"/>
      </w:pPr>
      <w:r>
        <w:t>محبت الہی کیا ہے؟ اس کی definition تک معلوم نہیں۔</w:t>
      </w:r>
    </w:p>
    <w:p>
      <w:r>
        <w:rPr>
          <w:b/>
        </w:rPr>
        <w:t xml:space="preserve">[22:19] </w:t>
      </w:r>
      <w:r>
        <w:t>jis ki wajah se kiya hua?</w:t>
      </w:r>
    </w:p>
    <w:p>
      <w:pPr>
        <w:jc w:val="right"/>
      </w:pPr>
      <w:r>
        <w:t>جس کی وجہ سے کیا ہوا؟</w:t>
      </w:r>
    </w:p>
    <w:p>
      <w:r>
        <w:rPr>
          <w:b/>
        </w:rPr>
        <w:t xml:space="preserve">[22:22] </w:t>
      </w:r>
      <w:r>
        <w:t>insan sari bari bari cheezon se mehroom ho gaya. kyun ke mohabbat ilahi jab hoti hai tab aap Allah ke kaam ke liye uthtay hain.</w:t>
      </w:r>
    </w:p>
    <w:p>
      <w:pPr>
        <w:jc w:val="right"/>
      </w:pPr>
      <w:r>
        <w:t>انسان ساری بڑی بڑی چیزوں سے محروم ہو گیا۔ کیونکہ محبت الہی جب ہوتی ہے تب آپ اللہ کے کام کے لیے اٹھتے ہیں۔</w:t>
      </w:r>
    </w:p>
    <w:p>
      <w:r>
        <w:rPr>
          <w:b/>
        </w:rPr>
        <w:t xml:space="preserve">[22:32] </w:t>
      </w:r>
      <w:r>
        <w:t>dawat-e-illahi ke liye uthte hain. badi badi duaein nikalti hain aap ke andar se. woh sab se mehroom. ab dawa kya hai?</w:t>
      </w:r>
    </w:p>
    <w:p>
      <w:pPr>
        <w:jc w:val="right"/>
      </w:pPr>
      <w:r>
        <w:t>دعوت اللہ کے لیے اٹھتے ہیں۔ بڑی بڑی دعائیں نکلتی ہیں آپ کے اندر سے۔ وہ سب سے محروم۔ اب دوا کیا ہے؟</w:t>
      </w:r>
    </w:p>
    <w:p>
      <w:r>
        <w:rPr>
          <w:b/>
        </w:rPr>
        <w:t xml:space="preserve">[22:41] </w:t>
      </w:r>
      <w:r>
        <w:t>kuchh alfaaz yaad kar liya. is ko padh diya.</w:t>
      </w:r>
    </w:p>
    <w:p>
      <w:pPr>
        <w:jc w:val="right"/>
      </w:pPr>
      <w:r>
        <w:t>کچھ الفاظ یاد کر لیا۔ اس کو پڑھ دیا۔</w:t>
      </w:r>
    </w:p>
    <w:p>
      <w:r>
        <w:rPr>
          <w:b/>
        </w:rPr>
        <w:t xml:space="preserve">[22:44] </w:t>
      </w:r>
      <w:r>
        <w:t>woh jo duaein jo hain, ism-e-adam wali duaein, woh nikalti nahin aap se. kyunke aap ne Khuda ko mohabbat ka darja daryaft hi nahin kiya.</w:t>
      </w:r>
    </w:p>
    <w:p>
      <w:pPr>
        <w:jc w:val="right"/>
      </w:pPr>
      <w:r>
        <w:t>وہ جو دعائیں جو ہیں، اسم آدم والی دعائیں، وہ نکلتی نہیں آپ سے۔ کیونکہ آپ نے خدا کو محبت کا درجہ دریافت ہی نہیں کیا۔</w:t>
      </w:r>
    </w:p>
    <w:p>
      <w:r>
        <w:rPr>
          <w:b/>
        </w:rPr>
        <w:t xml:space="preserve">[22:56] </w:t>
      </w:r>
      <w:r>
        <w:t>Khuda ko mohabbat ka darja daryaft hi nahin kiya.</w:t>
      </w:r>
    </w:p>
    <w:p>
      <w:pPr>
        <w:jc w:val="right"/>
      </w:pPr>
      <w:r>
        <w:t>خدا کو محبت کا درجہ دریافت ہی نہیں کیا۔</w:t>
      </w:r>
    </w:p>
    <w:p>
      <w:r>
        <w:rPr>
          <w:b/>
        </w:rPr>
        <w:t xml:space="preserve">[22:58] </w:t>
      </w:r>
      <w:r>
        <w:t>ek din main soch raha tha is ko ke kaisi ajeeb baat hai ke Khuda ki itni blessing hai. Khuda ke itne aala hain.</w:t>
      </w:r>
    </w:p>
    <w:p>
      <w:pPr>
        <w:jc w:val="right"/>
      </w:pPr>
      <w:r>
        <w:t>ایک دن میں سوچ رہا تھا اس کو کہ کیسی عجیب بات ہے کہ خدا کی اتنی بلیسنگ ہے۔ خدا کے اتنے اعلیٰ ہیں۔</w:t>
      </w:r>
    </w:p>
    <w:p>
      <w:r>
        <w:rPr>
          <w:b/>
        </w:rPr>
        <w:t xml:space="preserve">[23:09] </w:t>
      </w:r>
      <w:r>
        <w:t>Khuda ke itne kalmaat hain. Khuda ki itni azmaten har taraf phaili hui hain. ke Khuda hi se mohabbat karne wale nahin. poori tareekh mein Khuda se mohabbat karne wale jaise lagta hai ke paida hi nahin hue.</w:t>
      </w:r>
    </w:p>
    <w:p>
      <w:pPr>
        <w:jc w:val="right"/>
      </w:pPr>
      <w:r>
        <w:t>خدا کے اتنے کلمات ہیں۔ خدا کی اتنی عظمتیں ہر طرف پھیلی ہوئی ہیں۔ کہ خدا ہی سے محبت کرنے والے نہیں۔ پوری تاریخ میں خدا سے محبت کرنے والے جیسے لگتا ہے کہ پیدا ہی نہیں ہوئے۔</w:t>
      </w:r>
    </w:p>
    <w:p>
      <w:r>
        <w:rPr>
          <w:b/>
        </w:rPr>
        <w:t xml:space="preserve">[23:24] </w:t>
      </w:r>
      <w:r>
        <w:t>ajeeb baat hai.</w:t>
      </w:r>
    </w:p>
    <w:p>
      <w:pPr>
        <w:jc w:val="right"/>
      </w:pPr>
      <w:r>
        <w:t>عجیب بات ہے۔</w:t>
      </w:r>
    </w:p>
    <w:p>
      <w:r>
        <w:rPr>
          <w:b/>
        </w:rPr>
        <w:t xml:space="preserve">[23:27] </w:t>
      </w:r>
      <w:r>
        <w:t>Literature mein to is ka saboot nahin milta. nahin. kyunke mohabbat ke ma'ne mein le rakha hai. aur sufiya ne le rakha hai ishq ke ma'ne mein.</w:t>
      </w:r>
    </w:p>
    <w:p>
      <w:pPr>
        <w:jc w:val="right"/>
      </w:pPr>
      <w:r>
        <w:t>Literature میں تو اس کا ثبوت نہیں ملتا۔ نہیں۔ کیونکہ محبت کے معنی میں لے رکھا ہے۔ اور صوفیاء نے لے رکھا ہے عشق کے معنی میں۔</w:t>
      </w:r>
    </w:p>
    <w:p>
      <w:r>
        <w:rPr>
          <w:b/>
        </w:rPr>
        <w:t xml:space="preserve">[23:36] </w:t>
      </w:r>
      <w:r>
        <w:t>woh bilkul absurd hai. ishq-e-illahi is nothing. kuchh bhi is ki haqeeqat nahin hai. ishq-e-illahi kya?</w:t>
      </w:r>
    </w:p>
    <w:p>
      <w:pPr>
        <w:jc w:val="right"/>
      </w:pPr>
      <w:r>
        <w:t>وہ بالکل absurd ہے۔ عشق الہی is nothing۔ کچھ بھی اس کی حقیقت نہیں ہے۔ عشق الہی کیا؟</w:t>
      </w:r>
    </w:p>
    <w:p>
      <w:r>
        <w:rPr>
          <w:b/>
        </w:rPr>
        <w:t xml:space="preserve">[23:47] </w:t>
      </w:r>
      <w:r>
        <w:t>yeh ek to lafz ka lafzi bid'at hai. Quran mein Hadees mein ishq to aata nahin. aap ne kahan se ishq-e-illahi nikaal liya? jab Quran-o-Hadees mein mohabbat-e-illahi ka lafz hai to aap ko mohabbat-e-illahi bolna chahiye.</w:t>
      </w:r>
    </w:p>
    <w:p>
      <w:pPr>
        <w:jc w:val="right"/>
      </w:pPr>
      <w:r>
        <w:t>یہ ایک تو لفظ کا لفظی بدعت ہے۔ قرآن میں حدیث میں عشق تو آتا نہیں۔ آپ نے کہاں سے عشق الہی نکال لیا؟ جب قرآن و حدیث میں محبت الہی کا لفظ ہے تو آپ کو محبت الہی بولنا چاہیے۔</w:t>
      </w:r>
    </w:p>
    <w:p>
      <w:r>
        <w:rPr>
          <w:b/>
        </w:rPr>
        <w:t xml:space="preserve">[24:00] </w:t>
      </w:r>
      <w:r>
        <w:t>ek naya lafz, bid'ati lafz nikaal kar ke saara maamla ho gaya yaani woh derail ho gaya. derail. sachi mohabbat nahin paida hui.</w:t>
      </w:r>
    </w:p>
    <w:p>
      <w:pPr>
        <w:jc w:val="right"/>
      </w:pPr>
      <w:r>
        <w:t>ایک نیا لفظ، بدعتی لفظ نکال کر کے سارا معاملہ ہو گیا یعنی وہ derail ہو گیا۔ Derail۔ سچی محبت نہیں پیدا ہوئی۔</w:t>
      </w:r>
    </w:p>
    <w:p>
      <w:r>
        <w:rPr>
          <w:b/>
        </w:rPr>
        <w:t xml:space="preserve">[24:11] </w:t>
      </w:r>
      <w:r>
        <w:t>sachi mohabbat nahin paida hui to sachi duaein bhi nahin nikalti.</w:t>
      </w:r>
    </w:p>
    <w:p>
      <w:pPr>
        <w:jc w:val="right"/>
      </w:pPr>
      <w:r>
        <w:t>سچی محبت نہیں پیدا ہوئی تو سچی دعائیں بھی نہیں نکلتی۔</w:t>
      </w:r>
    </w:p>
    <w:p>
      <w:r>
        <w:rPr>
          <w:b/>
        </w:rPr>
        <w:t xml:space="preserve">[24:20] </w:t>
      </w:r>
      <w:r>
        <w:t>ek martaba yeh sab main soch raha tha apne kamre mein to achaanak ek ajeeb ek kaifiyat paida hui. main kursi se khada ho gaya.</w:t>
      </w:r>
    </w:p>
    <w:p>
      <w:pPr>
        <w:jc w:val="right"/>
      </w:pPr>
      <w:r>
        <w:t>ایک مرتبہ یہ سب میں سوچ رہا تھا اپنے کمرے میں تو اچانک ایک عجیب ایک کیفیت پیدا ہوئی۔ میں کرسی سے کھڑا ہو گیا۔</w:t>
      </w:r>
    </w:p>
    <w:p>
      <w:r>
        <w:rPr>
          <w:b/>
        </w:rPr>
        <w:t xml:space="preserve">[24:32] </w:t>
      </w:r>
      <w:r>
        <w:t>main ne kaha Khudaaya main tujh se mohabbat karta hoon. aur saare aalam ki taraf se main tujh se mohabbat karta hoon.</w:t>
      </w:r>
    </w:p>
    <w:p>
      <w:pPr>
        <w:jc w:val="right"/>
      </w:pPr>
      <w:r>
        <w:t>میں نے کہا خدایا میں تجھ سے محبت کرتا ہوں۔ اور سارے عالم کی طرف سے میں تجھ سے محبت کرتا ہوں۔</w:t>
      </w:r>
    </w:p>
    <w:p>
      <w:r>
        <w:rPr>
          <w:b/>
        </w:rPr>
        <w:t xml:space="preserve">[24:41] </w:t>
      </w:r>
      <w:r>
        <w:t>saara aalam jo hai is ka numainda ban kar ke main tujh se mohabbat kar raha hoon. to aisa laga ke jab main yeh keh raha tha ya zameen-o-aasman keh rahe hain</w:t>
      </w:r>
    </w:p>
    <w:p>
      <w:pPr>
        <w:jc w:val="right"/>
      </w:pPr>
      <w:r>
        <w:t>سارا عالم جو ہے اس کا نمائندہ بن کر کے میں تجھ سے محبت کر رہا ہوں۔ تو ایسا لگا کہ جب میں یہ کہہ رہا تھا یا زمین و آسمان کہہ رہے ہیں</w:t>
      </w:r>
    </w:p>
    <w:p>
      <w:r>
        <w:rPr>
          <w:b/>
        </w:rPr>
        <w:t xml:space="preserve">[24:54] </w:t>
      </w:r>
      <w:r>
        <w:t>tum aey insaan, tum aey insaan, woh waqea mujhe yaad aaya ke Rasool Allah sallallahu alaihi wasallam ko jab nabuwwat mili</w:t>
      </w:r>
    </w:p>
    <w:p>
      <w:pPr>
        <w:jc w:val="right"/>
      </w:pPr>
      <w:r>
        <w:t>تم اے انسان، تم اے انسان، وہ واقعہ مجھے یاد آیا کہ رسول اللہ صلی اللہ علیہ وسلم کو جب نبوت ملی</w:t>
      </w:r>
    </w:p>
    <w:p>
      <w:r>
        <w:rPr>
          <w:b/>
        </w:rPr>
        <w:t xml:space="preserve">[25:04] </w:t>
      </w:r>
      <w:r>
        <w:t>to aap ne apne ghar walon ko, apne banu Hashim ko ikattha kiya aur kaha ke mujhe Allah ne nabi banaya hai to is zimmedari ko ada karne mein tum log mujh ko support do apna.</w:t>
      </w:r>
    </w:p>
    <w:p>
      <w:pPr>
        <w:jc w:val="right"/>
      </w:pPr>
      <w:r>
        <w:t>تو آپ نے اپنے گھر والوں کو، اپنے بنو ہاشم کو اکٹھا کیا اور کہا کہ مجھے اللہ نے نبی بنایا ہے تو اس ذمہ داری کو ادا کرنے میں تم لوگ مجھ کو support دو اپنا۔</w:t>
      </w:r>
    </w:p>
    <w:p>
      <w:r>
        <w:rPr>
          <w:b/>
        </w:rPr>
        <w:t xml:space="preserve">[25:21] </w:t>
      </w:r>
      <w:r>
        <w:t>koi bola nahin. sab log baithe reh gaye, baithe reh gaye, baithe reh gaye. sar jhuka kar. to Ali jo us waqt bachcha the, ghaliban gyarah saal ki umr thi un ki, woh khade hue hain.</w:t>
      </w:r>
    </w:p>
    <w:p>
      <w:pPr>
        <w:jc w:val="right"/>
      </w:pPr>
      <w:r>
        <w:t>کوئی بولا نہیں۔ سب لوگ بیٹھے رہ گئے، بیٹھے رہ گئے، بیٹھے رہ گئے۔ سر جھکا کر۔ تو علی جو اس وقت بچہ تھے، غالباً گیارہ سال کی عمر تھی ان کی، وہ کھڑے ہوئے ہیں۔</w:t>
      </w:r>
    </w:p>
    <w:p>
      <w:r>
        <w:rPr>
          <w:b/>
        </w:rPr>
        <w:t xml:space="preserve">[25:34] </w:t>
      </w:r>
      <w:r>
        <w:t>to unhon ne kaha ke main aap ka saath doonga.</w:t>
      </w:r>
    </w:p>
    <w:p>
      <w:pPr>
        <w:jc w:val="right"/>
      </w:pPr>
      <w:r>
        <w:t>تو انہوں نے کہا کہ میں آپ کا ساتھ دوں گا۔</w:t>
      </w:r>
    </w:p>
    <w:p>
      <w:r>
        <w:rPr>
          <w:b/>
        </w:rPr>
        <w:t xml:space="preserve">[25:39] </w:t>
      </w:r>
      <w:r>
        <w:t>to Rasool Allah ne kaha ke anta ya Ali, anta ya Ali, tum aey Ali. matlab tum ek bachche ho. aur us waqt woh kamzor bhi the woh dekhne mein.</w:t>
      </w:r>
    </w:p>
    <w:p>
      <w:pPr>
        <w:jc w:val="right"/>
      </w:pPr>
      <w:r>
        <w:t>تو رسول اللہ نے کہا کہ أنتَ يا علي، أنتَ يا علي، تم اے علی ۔ مطلب تم ایک بچے ہو۔ اور اس وقت وہ کمزور بھی تھے وہ دیکھنے میں۔</w:t>
      </w:r>
    </w:p>
    <w:p>
      <w:r>
        <w:rPr>
          <w:b/>
        </w:rPr>
        <w:t xml:space="preserve">[25:52] </w:t>
      </w:r>
      <w:r>
        <w:t>to jab main yeh keh raha tha ke Khudaaya main tujh se mohabbat karta hoon aur saari, saare, saare, saare insaanon ki taraf se main tujh se mohabbat ka izhaar karta hoon, sab ki taraf se, to lagta tha ke saare zameen-o-aasman yeh keh rahe hain ke tu hai, tu hai aajiz insaan.</w:t>
      </w:r>
    </w:p>
    <w:p>
      <w:pPr>
        <w:jc w:val="right"/>
      </w:pPr>
      <w:r>
        <w:t>تو جب میں یہ کہہ رہا تھا کہ خدایا میں تجھ سے محبت کرتا ہوں اور ساری، سارے، سارے، سارے انسانوں کی طرف سے میں تجھ سے محبت کا اظہار کرتا ہوں، سب کی طرف سے، تو لگتا تھا کہ سارے زمین و آسمان یہ کہہ رہے ہیں کہ تو ہے، تو ہے عاجز انسان۔</w:t>
      </w:r>
    </w:p>
    <w:p>
      <w:r>
        <w:rPr>
          <w:b/>
        </w:rPr>
        <w:t xml:space="preserve">[26:11] </w:t>
      </w:r>
      <w:r>
        <w:t>anta ya Ali, anta ya Ali.</w:t>
      </w:r>
    </w:p>
    <w:p>
      <w:pPr>
        <w:jc w:val="right"/>
      </w:pPr>
      <w:r>
        <w:t>أنتَ يا علي، أنتَ يا علي ۔</w:t>
      </w:r>
    </w:p>
    <w:p>
      <w:r>
        <w:rPr>
          <w:b/>
        </w:rPr>
        <w:t xml:space="preserve">[26:17] </w:t>
      </w:r>
      <w:r>
        <w:t>to dekhen jab aap Allah se mohabbat karte hain tabhi aap ke andar ma'rifat ke sarchashme jaari hote hain.</w:t>
      </w:r>
    </w:p>
    <w:p>
      <w:pPr>
        <w:jc w:val="right"/>
      </w:pPr>
      <w:r>
        <w:t>تو دیکھیں جب آپ اللہ سے محبت کرتے ہیں تبھی آپ کے اندر معرفت کے سرچشمے جاری ہوتے ہیں۔</w:t>
      </w:r>
    </w:p>
    <w:p>
      <w:r>
        <w:rPr>
          <w:b/>
        </w:rPr>
        <w:t xml:space="preserve">[26:26] </w:t>
      </w:r>
      <w:r>
        <w:t>aur tabhi aap badi badi duaein aap ke munh se nikalti hain.</w:t>
      </w:r>
    </w:p>
    <w:p>
      <w:pPr>
        <w:jc w:val="right"/>
      </w:pPr>
      <w:r>
        <w:t>اور تبھی آپ بڑی بڑی دعائیں آپ کے منہ سے نکلتی ہیں۔</w:t>
      </w:r>
    </w:p>
    <w:p>
      <w:r>
        <w:rPr>
          <w:b/>
        </w:rPr>
        <w:t xml:space="preserve">[26:35] </w:t>
      </w:r>
      <w:r>
        <w:t>mohabbat jo hai sarchashma hai badi badi duaon ka. dekhen mohabbat se kya hota hai?</w:t>
      </w:r>
    </w:p>
    <w:p>
      <w:pPr>
        <w:jc w:val="right"/>
      </w:pPr>
      <w:r>
        <w:t>محبت جو ہے سرچشمہ ہے بڑی بڑی دعاؤں کا۔ دیکھیں محبت سے کیا ہوتا ہے؟</w:t>
      </w:r>
    </w:p>
    <w:p>
      <w:r>
        <w:rPr>
          <w:b/>
        </w:rPr>
        <w:t xml:space="preserve">[26:48] </w:t>
      </w:r>
      <w:r>
        <w:t>yani mohabbat jo hai woh aap ke andar aik Allah pe aitmad paida karti hai. Allah pe bharosa paida karti hai.</w:t>
      </w:r>
    </w:p>
    <w:p>
      <w:pPr>
        <w:jc w:val="right"/>
      </w:pPr>
      <w:r>
        <w:t>یعنی محبت جو ہے وہ آپ کے اندر ایک اللہ پہ اعتماد پیدا کرتی ہے۔ اللہ پہ بھروسہ پیدا کرتی ہے۔</w:t>
      </w:r>
    </w:p>
    <w:p>
      <w:r>
        <w:rPr>
          <w:b/>
        </w:rPr>
        <w:t xml:space="preserve">[26:59] </w:t>
      </w:r>
      <w:r>
        <w:t>Allah pe yaqeen barhati hai aap ko. Yeh sab cheezein paida hoti hain. Aur phir jo duaen nikalti hain woh aam aahat mein nahi nikal sakti hain.</w:t>
      </w:r>
    </w:p>
    <w:p>
      <w:pPr>
        <w:jc w:val="right"/>
      </w:pPr>
      <w:r>
        <w:t>اللہ پہ یقین بڑھاتی ہے آپ کو۔ یہ سب چیزیں پیدا ہوتی ہیں۔ اور پھر جو دعائیں نکلتی ہیں وہ عام آہٹ میں نہیں نکل سکتی ہیں۔</w:t>
      </w:r>
    </w:p>
    <w:p>
      <w:r>
        <w:rPr>
          <w:b/>
        </w:rPr>
        <w:t xml:space="preserve">[27:14] </w:t>
      </w:r>
      <w:r>
        <w:t>Jitni ziyada mohabbat utni ziyada gehri duaen, utni ziyada bari bari duaen.</w:t>
      </w:r>
    </w:p>
    <w:p>
      <w:pPr>
        <w:jc w:val="right"/>
      </w:pPr>
      <w:r>
        <w:t>جتنی زیادہ محبت اتنی زیادہ گہری دعائیں، اتنی زیادہ بڑی بڑی دعائیں۔</w:t>
      </w:r>
    </w:p>
    <w:p>
      <w:r>
        <w:rPr>
          <w:b/>
        </w:rPr>
        <w:t xml:space="preserve">[27:22] </w:t>
      </w:r>
      <w:r>
        <w:t>ke mohabbat sar-chashma hai har deeni aamal ka.</w:t>
      </w:r>
    </w:p>
    <w:p>
      <w:pPr>
        <w:jc w:val="right"/>
      </w:pPr>
      <w:r>
        <w:t>کہ محبت سرچشمہ ہے ہر دینی اعمال کا۔</w:t>
      </w:r>
    </w:p>
    <w:p>
      <w:r>
        <w:rPr>
          <w:b/>
        </w:rPr>
        <w:t xml:space="preserve">[27:33] </w:t>
      </w:r>
      <w:r>
        <w:t>Jaise aik din kya hua ke mein yeh baatein soch raha tha to mujhe Hazrat Abu Bakr ka waqia yaad aaya.</w:t>
      </w:r>
    </w:p>
    <w:p>
      <w:pPr>
        <w:jc w:val="right"/>
      </w:pPr>
      <w:r>
        <w:t>جیسے ایک دن کیا ہوا کہ میں یہ باتیں سوچ رہا تھا تو مجھے حضرت ابوبکر کا واقعہ یاد آیا۔</w:t>
      </w:r>
    </w:p>
    <w:p>
      <w:r>
        <w:rPr>
          <w:b/>
        </w:rPr>
        <w:t xml:space="preserve">[27:44] </w:t>
      </w:r>
      <w:r>
        <w:t>Hazrat Abu Bakr jo pehle khalifa thay to Rasool Allah ki jab wafat ho gayi to Hazrat Aisha kehti hain ke walama tawaffa Rasool Allah sallallahu alaihi wasallam artaadat al-Arab.</w:t>
      </w:r>
    </w:p>
    <w:p>
      <w:pPr>
        <w:jc w:val="right"/>
      </w:pPr>
      <w:r>
        <w:t>حضرت ابوبکر جو پہلے خلیفہ تھے تو رسول اللہ کی جب وفات ہو گئی تو حضرت عائشہ کہتی ہیں کہ ولما توفی رسول اللہ صلی اللہ علیہ وسلم ارتدت العرب ۔</w:t>
      </w:r>
    </w:p>
    <w:p>
      <w:r>
        <w:rPr>
          <w:b/>
        </w:rPr>
        <w:t xml:space="preserve">[28:00] </w:t>
      </w:r>
      <w:r>
        <w:t>Har taraf baghavat phail gayi.</w:t>
      </w:r>
    </w:p>
    <w:p>
      <w:pPr>
        <w:jc w:val="right"/>
      </w:pPr>
      <w:r>
        <w:t>ہر طرف بغاوت پھیل گئی۔</w:t>
      </w:r>
    </w:p>
    <w:p>
      <w:r>
        <w:rPr>
          <w:b/>
        </w:rPr>
        <w:t xml:space="preserve">[28:05] </w:t>
      </w:r>
      <w:r>
        <w:t>Yaman is ka khaas garh tha. To us waqt Hazrat Abu Bakr ne kaha tha ke ayyun qaswat ad-deen wa ana hay?</w:t>
      </w:r>
    </w:p>
    <w:p>
      <w:pPr>
        <w:jc w:val="right"/>
      </w:pPr>
      <w:r>
        <w:t>یمن اس کا خاص گڑھ تھا۔ تو اس وقت حضرت ابوبکر نے کہا تھا کہ أيُّن قسوة الدين وانا حي؟</w:t>
      </w:r>
    </w:p>
    <w:p>
      <w:r>
        <w:rPr>
          <w:b/>
        </w:rPr>
        <w:t xml:space="preserve">[28:19] </w:t>
      </w:r>
      <w:r>
        <w:t>. Ayyun qaswat ad-deen wa ana hay? . . . . . . . . . Kya deen mein kami ho gayi halankeh mein zinda hoon? To mein yeh, yeh, yeh soch kar ke mein Allah taala se mein kehne laga ke khudaaya kya mein tabah hoonga aur tu zinda maujood hai?</w:t>
      </w:r>
    </w:p>
    <w:p>
      <w:pPr>
        <w:jc w:val="right"/>
      </w:pPr>
      <w:r>
        <w:t>۔ أيُّن قسوة الدين وانا حي؟ ۔ ۔ ۔ ۔ ۔ ۔ ۔ ۔ ۔ ۔ کیا دین میں کمی ہو گئی حالانکہ میں زندہ ہوں؟ تو میں یہ، یہ، یہ سوچ کر کے میں اللہ تعالیٰ سے میں کہنے لگا کہ خدایا کیا میں تباہ ہوں گا اور تو زندہ موجود ہے؟</w:t>
      </w:r>
    </w:p>
    <w:p>
      <w:r>
        <w:rPr>
          <w:b/>
        </w:rPr>
        <w:t xml:space="preserve">[28:34] </w:t>
      </w:r>
      <w:r>
        <w:t>Tera yeh ajez banda jis ne tujh se mohabbat ki, tera yeh ajez banda jis ne tujh ko daryaft kiya, tera yeh ajez banda jo tujh mein</w:t>
      </w:r>
    </w:p>
    <w:p>
      <w:pPr>
        <w:jc w:val="right"/>
      </w:pPr>
      <w:r>
        <w:t>تیرا یہ عاجز بندہ جس نے تجھ سے محبت کی، تیرا یہ عاجز بندہ جس نے تجھ کو دریافت کیا، تیرا یہ عاجز بندہ جو تجھ میں</w:t>
      </w:r>
    </w:p>
    <w:p>
      <w:r>
        <w:rPr>
          <w:b/>
        </w:rPr>
        <w:t xml:space="preserve">[28:47] </w:t>
      </w:r>
      <w:r>
        <w:t>tera zikr kiya, jo teri yaad mein jiya, to kya yeh, yeh banda tabah ho jayega halankeh tu zinda hai?</w:t>
      </w:r>
    </w:p>
    <w:p>
      <w:pPr>
        <w:jc w:val="right"/>
      </w:pPr>
      <w:r>
        <w:t>تیرا ذکر کیا، جو تیری یاد میں جیا، تو کیا یہ، یہ بندہ تباہ ہو جائے گا حالانکہ تو زندہ ہے؟</w:t>
      </w:r>
    </w:p>
    <w:p>
      <w:r>
        <w:rPr>
          <w:b/>
        </w:rPr>
        <w:t xml:space="preserve">[28:59] </w:t>
      </w:r>
      <w:r>
        <w:t>Ab yeh, yeh dua jo hai jis tarah se, jis tarah se aik beta baap se mohabbat karta hai to us ko aik naaz hota hai apne baap ke upar.</w:t>
      </w:r>
    </w:p>
    <w:p>
      <w:pPr>
        <w:jc w:val="right"/>
      </w:pPr>
      <w:r>
        <w:t>اب یہ، یہ دعا جو ہے جس طرح سے، جس طرح سے ایک بیٹا باپ سے محبت کرتا ہے تو اس کو ایک ناز ہوتا ہے اپنے باپ کے اوپر۔</w:t>
      </w:r>
    </w:p>
    <w:p>
      <w:r>
        <w:rPr>
          <w:b/>
        </w:rPr>
        <w:t xml:space="preserve">[29:09] </w:t>
      </w:r>
      <w:r>
        <w:t>Woh kehta hai us se jo aam insaan nahi kar sakta.</w:t>
      </w:r>
    </w:p>
    <w:p>
      <w:pPr>
        <w:jc w:val="right"/>
      </w:pPr>
      <w:r>
        <w:t>وہ کہتا ہے اس سے جو عام انسان نہیں کر سکتا۔</w:t>
      </w:r>
    </w:p>
    <w:p>
      <w:r>
        <w:rPr>
          <w:b/>
        </w:rPr>
        <w:t xml:space="preserve">[29:15] </w:t>
      </w:r>
      <w:r>
        <w:t>Aap ko agar koi cheez chahiye to apne baap se aap kehte hain. Kyun ke aap baap se aap ko mohabbat hai. Woh mohabbat ki wajah se aap ko himmat hoti hai kehne ki.</w:t>
      </w:r>
    </w:p>
    <w:p>
      <w:pPr>
        <w:jc w:val="right"/>
      </w:pPr>
      <w:r>
        <w:t>آپ کو اگر کوئی چیز چاہیے تو اپنے باپ سے آپ کہتے ہیں۔ کیونکہ آپ باپ سے آپ کو محبت ہے۔ وہ محبت کی وجہ سے آپ کو ہمت ہوتی ہے کہنے کی۔</w:t>
      </w:r>
    </w:p>
    <w:p>
      <w:r>
        <w:rPr>
          <w:b/>
        </w:rPr>
        <w:t xml:space="preserve">[29:25] </w:t>
      </w:r>
      <w:r>
        <w:t>Aap man of state nahi kar sakte aap. Kyun ke man of state se aap ko mohabbat nahi.</w:t>
      </w:r>
    </w:p>
    <w:p>
      <w:pPr>
        <w:jc w:val="right"/>
      </w:pPr>
      <w:r>
        <w:t>آپ man of state نہیں کر سکتے آپ۔ کیونکہ man of state سے آپ کو محبت نہیں۔</w:t>
      </w:r>
    </w:p>
    <w:p>
      <w:r>
        <w:rPr>
          <w:b/>
        </w:rPr>
        <w:t xml:space="preserve">[29:34] </w:t>
      </w:r>
      <w:r>
        <w:t>To Khuda se mohabbat jo hai woh sar-chashma hai saare, saare yani gehri kaifiyat ka.</w:t>
      </w:r>
    </w:p>
    <w:p>
      <w:pPr>
        <w:jc w:val="right"/>
      </w:pPr>
      <w:r>
        <w:t>تو خدا سے محبت جو ہے وہ سرچشمہ ہے سارے، سارے یعنی گہری کیفیات کا۔</w:t>
      </w:r>
    </w:p>
    <w:p>
      <w:r>
        <w:rPr>
          <w:b/>
        </w:rPr>
        <w:t xml:space="preserve">[29:46] </w:t>
      </w:r>
      <w:r>
        <w:t>Is tarah se aap dekhein dawat Allah ka kaam hai. Dawat Allah ka kaam taqreeban mafqood hai. Jis ko dekhein woh millat ka kaam kar raha hai.</w:t>
      </w:r>
    </w:p>
    <w:p>
      <w:pPr>
        <w:jc w:val="right"/>
      </w:pPr>
      <w:r>
        <w:t>اس طرح سے آپ دیکھیں دعوت اللہ کا کام ہے۔ دعوت اللہ کا کام تقریباً مفقود ہے۔ جس کو دیکھیں وہ ملت کا کام کر رہا ہے۔</w:t>
      </w:r>
    </w:p>
    <w:p>
      <w:r>
        <w:rPr>
          <w:b/>
        </w:rPr>
        <w:t xml:space="preserve">[29:57] </w:t>
      </w:r>
      <w:r>
        <w:t>Qaumi kaam, mili kaam, siyasat kaam. Sab ka khulasa hai qaumi kaam. Apni qaum ke liye log hero bane hue hain.</w:t>
      </w:r>
    </w:p>
    <w:p>
      <w:pPr>
        <w:jc w:val="right"/>
      </w:pPr>
      <w:r>
        <w:t>قومی کام، ملی کام، سیاسی کام۔ سب کا خلاصہ ہے قومی کام۔ اپنی قوم کے لیے لوگ ہیرو بنے ہوئے ہیں۔</w:t>
      </w:r>
    </w:p>
    <w:p>
      <w:r>
        <w:rPr>
          <w:b/>
        </w:rPr>
        <w:t xml:space="preserve">[30:07] </w:t>
      </w:r>
      <w:r>
        <w:t>Jis ko dekhein. Qaumi kaam ke liye hero bane hue hain. Khuda ke liye kaun hero hai? Dawat Allah ke rastay pe kaun hero hai?</w:t>
      </w:r>
    </w:p>
    <w:p>
      <w:pPr>
        <w:jc w:val="right"/>
      </w:pPr>
      <w:r>
        <w:t>جس کو دیکھیں۔ قومی کام کے لیے ہیرو بنے ہوئے ہیں۔ خدا کے لیے کون ہیرو ہے؟ دعوت اللہ کے راستے پہ کون ہیرو ہے؟</w:t>
      </w:r>
    </w:p>
    <w:p>
      <w:r>
        <w:rPr>
          <w:b/>
        </w:rPr>
        <w:t xml:space="preserve">[30:20] </w:t>
      </w:r>
      <w:r>
        <w:t>Qaumi shahadat ke liye, qaumi mafadat ke liye, qaumi cause ke liye jis ko dekhein woh hero bana hua hai. Kyun? Qaum se mohabbat hai.</w:t>
      </w:r>
    </w:p>
    <w:p>
      <w:pPr>
        <w:jc w:val="right"/>
      </w:pPr>
      <w:r>
        <w:t>قومی شہادت کے لیے، قومی مفادات کے لیے، قومی کاز کے لیے جس کو دیکھیں وہ ہیرو بنا ہوا ہے۔ کیوں؟ قوم سے محبت ہے۔</w:t>
      </w:r>
    </w:p>
    <w:p>
      <w:r>
        <w:rPr>
          <w:b/>
        </w:rPr>
        <w:t xml:space="preserve">[30:31] </w:t>
      </w:r>
      <w:r>
        <w:t>Allah se mohabbat nahi. Mohabbat hogi</w:t>
      </w:r>
    </w:p>
    <w:p>
      <w:pPr>
        <w:jc w:val="right"/>
      </w:pPr>
      <w:r>
        <w:t>اللہ سے محبت نہیں۔ محبت ہوگی</w:t>
      </w:r>
    </w:p>
    <w:p>
      <w:r>
        <w:rPr>
          <w:b/>
        </w:rPr>
        <w:t xml:space="preserve">[30:36] </w:t>
      </w:r>
      <w:r>
        <w:t>To kya hoga dekhein. Quran majeed mein yeh hai ke Allah taala ne insaan ko paida kiya. Aur us ke baad us ke yeh, us yeh qanoon banaya hai ya qanoon ke jo sirat-e-mustaqeem par chale us ke liye jannat hai.</w:t>
      </w:r>
    </w:p>
    <w:p>
      <w:pPr>
        <w:jc w:val="right"/>
      </w:pPr>
      <w:r>
        <w:t>تو کیا ہوگا دیکھیں۔ قرآن مجید میں یہ ہے کہ اللہ تعالیٰ نے انسان کو پیدا کیا۔ اور اس کے بعد اس کے یہ، اس یہ قانون بنایا ہے یا قانون کہ جو صراط مستقیم پر چلے اس کے لیے جنت ہے۔</w:t>
      </w:r>
    </w:p>
    <w:p>
      <w:r>
        <w:rPr>
          <w:b/>
        </w:rPr>
        <w:t xml:space="preserve">[30:54] </w:t>
      </w:r>
      <w:r>
        <w:t>Aur jo sirat-e-mustaqeem par na chale us ke liye jahannum hai. To Quran mein yeh hai ke Allah taala ne nabi bheje</w:t>
      </w:r>
    </w:p>
    <w:p>
      <w:pPr>
        <w:jc w:val="right"/>
      </w:pPr>
      <w:r>
        <w:t>اور جو صراط مستقیم پر نہ چلے اس کے لیے جہنم ہے۔ تو قرآن میں یہ ہے کہ اللہ تعالیٰ نے نبی بھیجے</w:t>
      </w:r>
    </w:p>
    <w:p>
      <w:r>
        <w:rPr>
          <w:b/>
        </w:rPr>
        <w:t xml:space="preserve">[31:04] </w:t>
      </w:r>
      <w:r>
        <w:t>bataane ke liye. La allaha yakoonu alaa an-naasi la allaha hujjatun ba'dar rusoo</w:t>
      </w:r>
    </w:p>
    <w:p>
      <w:pPr>
        <w:jc w:val="right"/>
      </w:pPr>
      <w:r>
        <w:t>بتانے کے لیے۔ لَا اللَّهَ يَكُونُ عَلَى النَّاسِ لَا اللَّهُ حُجَّةٌ بَعْدَ الرُّسُ</w:t>
      </w:r>
    </w:p>
    <w:p>
      <w:r>
        <w:rPr>
          <w:b/>
        </w:rPr>
        <w:t xml:space="preserve">[31:10] </w:t>
      </w:r>
      <w:r>
        <w:t>li. . . . . . . . . . Ke logon ko hashar mein yeh kehne ka mauqa na mile ke khudaaya aap hum ko pakad rahe hain, hum ko azaab dene mein daal rahe hain ka faisla kar rahe hain.</w:t>
      </w:r>
    </w:p>
    <w:p>
      <w:pPr>
        <w:jc w:val="right"/>
      </w:pPr>
      <w:r>
        <w:t>لِ ۔ ۔ ۔ ۔ ۔ ۔ ۔ ۔ ۔ ۔ کہ لوگوں کو حشر میں یہ کہنے کا موقع نہ ملے کہ خدایا آپ ہم کو پکڑ رہے ہیں، ہم کو عذاب دینے میں ڈال رہے ہیں کا فیصلہ کر رہے ہیں۔</w:t>
      </w:r>
    </w:p>
    <w:p>
      <w:r>
        <w:rPr>
          <w:b/>
        </w:rPr>
        <w:t xml:space="preserve">[31:20] </w:t>
      </w:r>
      <w:r>
        <w:t>to hum ko to kuch pata hi nahi tha ke kya aap ka krishan plan kya hai? hum se kya matloob hai? hum to bas paida ho gaye, jeete jeete rahe aur phir mar gaye?</w:t>
      </w:r>
    </w:p>
    <w:p>
      <w:pPr>
        <w:jc w:val="right"/>
      </w:pPr>
      <w:r>
        <w:t>تو ہم کو تو کچھ پتہ ہی نہیں تھا کہ کیا آپ کا کرشن پلان کیا ہے؟ ہم سے کیا مطلوب ہے؟ ہم تو بس پیدا ہو گئے، جیتے جیتے رہے اور پھر مر گئے؟</w:t>
      </w:r>
    </w:p>
    <w:p>
      <w:r>
        <w:rPr>
          <w:b/>
        </w:rPr>
        <w:t xml:space="preserve">[31:30] </w:t>
      </w:r>
      <w:r>
        <w:t>aap tarpain ge, aap tarpain ge agar mohabbat hai aap ko Allah se ke Khuda par hujjat na jaane paaye.</w:t>
      </w:r>
    </w:p>
    <w:p>
      <w:pPr>
        <w:jc w:val="right"/>
      </w:pPr>
      <w:r>
        <w:t>آپ تڑپیں گے، آپ تڑپیں گے اگر محبت ہے آپ کو اللہ سے کہ خدا پر حجت نہ جانے پائے۔</w:t>
      </w:r>
    </w:p>
    <w:p>
      <w:r>
        <w:rPr>
          <w:b/>
        </w:rPr>
        <w:t xml:space="preserve">[31:39] </w:t>
      </w:r>
      <w:r>
        <w:t>koi aakhirat ke maidan mein yeh na keh paaye Khuda se ke mujh ko to khabar nahi thi.</w:t>
      </w:r>
    </w:p>
    <w:p>
      <w:pPr>
        <w:jc w:val="right"/>
      </w:pPr>
      <w:r>
        <w:t>کوئی آخرت کے میدان میں یہ نہ کہنے پائے خدا سے کہ مجھ کو تو خبر نہیں تھی۔</w:t>
      </w:r>
    </w:p>
    <w:p>
      <w:r>
        <w:rPr>
          <w:b/>
        </w:rPr>
        <w:t xml:space="preserve">[31:48] </w:t>
      </w:r>
      <w:r>
        <w:t>mujh ko to khabar nahi thi.</w:t>
      </w:r>
    </w:p>
    <w:p>
      <w:pPr>
        <w:jc w:val="right"/>
      </w:pPr>
      <w:r>
        <w:t>مجھ کو تو خبر نہیں تھی۔</w:t>
      </w:r>
    </w:p>
    <w:p>
      <w:r>
        <w:rPr>
          <w:b/>
        </w:rPr>
        <w:t xml:space="preserve">[31:52] </w:t>
      </w:r>
      <w:r>
        <w:t>yani agar aap ko Allah se mohabbat hai to aap tarp uthain ge ke Allah par hujjat na jaane paaye. aur phir dawat ke liye sargaram ho jain ge aap. aap hero ban jain ge.</w:t>
      </w:r>
    </w:p>
    <w:p>
      <w:pPr>
        <w:jc w:val="right"/>
      </w:pPr>
      <w:r>
        <w:t>یعنی اگر آپ کو اللہ سے محبت ہے تو آپ تڑپ اٹھیں گے کہ اللہ پر حجت نہ جانے پائے۔ اور پھر دعوت کے لیے سرگرم ہو جائیں گے آپ۔ آپ ہیرو بن جائیں گے۔</w:t>
      </w:r>
    </w:p>
    <w:p>
      <w:r>
        <w:rPr>
          <w:b/>
        </w:rPr>
        <w:t xml:space="preserve">[32:04] </w:t>
      </w:r>
      <w:r>
        <w:t>to Allah se mohabbat ka sar chashma kya hai?</w:t>
      </w:r>
    </w:p>
    <w:p>
      <w:pPr>
        <w:jc w:val="right"/>
      </w:pPr>
      <w:r>
        <w:t>تو اللہ سے محبت کا سرچشمہ کیا ہے؟</w:t>
      </w:r>
    </w:p>
    <w:p>
      <w:r>
        <w:rPr>
          <w:b/>
        </w:rPr>
        <w:t xml:space="preserve">[32:08] </w:t>
      </w:r>
      <w:r>
        <w:t>Allah ki blessings ki daryaft. Allah ke inaamaat ki daryaft. Allah ko as a minim daryaft karna. minim.</w:t>
      </w:r>
    </w:p>
    <w:p>
      <w:pPr>
        <w:jc w:val="right"/>
      </w:pPr>
      <w:r>
        <w:t>اللہ کی بلیسنگز کی دریافت۔ اللہ کے انعامات کی دریافت۔ اللہ کو as اے منیم دریافت کرنا۔ منیم۔</w:t>
      </w:r>
    </w:p>
    <w:p>
      <w:r>
        <w:rPr>
          <w:b/>
        </w:rPr>
        <w:t xml:space="preserve">[32:19] </w:t>
      </w:r>
      <w:r>
        <w:t>as a giver daryaft karna. jab is tarah aap daryaft karte hain to be panaah mohabbat paida hoti hai Allah taala se aap ko.</w:t>
      </w:r>
    </w:p>
    <w:p>
      <w:pPr>
        <w:jc w:val="right"/>
      </w:pPr>
      <w:r>
        <w:t>as اے giver دریافت کرنا۔ جب اس طرح آپ دریافت کرتے ہیں تو بے پناہ محبت پیدا ہوتی ہے اللہ تعالیٰ سے آپ کو۔</w:t>
      </w:r>
    </w:p>
    <w:p>
      <w:r>
        <w:rPr>
          <w:b/>
        </w:rPr>
        <w:t xml:space="preserve">[32:29] </w:t>
      </w:r>
      <w:r>
        <w:t>yani yani emotional attachment ho jata hai. strong affection ho jata hai. aur jab aap ko is tarah ka ta'alluq hota hai Allah taala se to is ke baad aap Allah ke kaam ke liye sargaram ho jate hain.</w:t>
      </w:r>
    </w:p>
    <w:p>
      <w:pPr>
        <w:jc w:val="right"/>
      </w:pPr>
      <w:r>
        <w:t>یعنی یعنی emotional attachment ہو جاتا ہے۔ strong affection ہو جاتا ہے۔ اور جب آپ کو اس طرح کا تعلق ہوتا ہے اللہ تعالیٰ سے تو اس کے بعد آپ اللہ کے کام کے لیے سرگرم ہو جاتے ہیں۔</w:t>
      </w:r>
    </w:p>
    <w:p>
      <w:r>
        <w:rPr>
          <w:b/>
        </w:rPr>
        <w:t xml:space="preserve">[32:45] </w:t>
      </w:r>
      <w:r>
        <w:t>dawat Allah ke kaam mein hero ban jate hain. aur phir aap ko duaen nikalti hain aisi jo aam haalaat mein nahi nikal sakti kisi ki.</w:t>
      </w:r>
    </w:p>
    <w:p>
      <w:pPr>
        <w:jc w:val="right"/>
      </w:pPr>
      <w:r>
        <w:t>دعوت اللہ کے کام میں ہیرو بن جاتے ہیں۔ اور پھر آپ کو دعائیں نکلتی ہیں ایسی جو عام حالات میں نہیں نکل سکتی کسی کی۔</w:t>
      </w:r>
    </w:p>
    <w:p>
      <w:r>
        <w:rPr>
          <w:b/>
        </w:rPr>
        <w:t xml:space="preserve">[32:59] </w:t>
      </w:r>
      <w:r>
        <w:t>to Allah se mohabbat jo hai deen mein mein samajhta hoon ke top ki cheez hai.</w:t>
      </w:r>
    </w:p>
    <w:p>
      <w:pPr>
        <w:jc w:val="right"/>
      </w:pPr>
      <w:r>
        <w:t>تو اللہ سے محبت جو ہے دین میں میں سمجھتا ہوں کہ ٹاپ کی چیز ہے۔</w:t>
      </w:r>
    </w:p>
    <w:p>
      <w:r>
        <w:rPr>
          <w:b/>
        </w:rPr>
        <w:t xml:space="preserve">[33:09] </w:t>
      </w:r>
      <w:r>
        <w:t>top ki cheez hai. Allah ki mohabbat hi na hone ki wajah se dekhen har taraf nafraten phaili hui hain. nafraten phaili hui hain.</w:t>
      </w:r>
    </w:p>
    <w:p>
      <w:pPr>
        <w:jc w:val="right"/>
      </w:pPr>
      <w:r>
        <w:t>ٹاپ کی چیز ہے۔ اللہ کی محبت ہی نہ ہونے کی وجہ سے دیکھیں ہر طرف نفرتیں پھیلی ہوئی ہیں۔ نفرتیں پھیلی ہوئی ہیں۔</w:t>
      </w:r>
    </w:p>
    <w:p>
      <w:r>
        <w:rPr>
          <w:b/>
        </w:rPr>
        <w:t xml:space="preserve">[33:19] </w:t>
      </w:r>
      <w:r>
        <w:t>warna aap jab doosre insaan ko dekhen ge agar aap ko Allah se mohabbat hai to aap kya sochen ge? ke yeh mere Allah ki takhleeq hai.</w:t>
      </w:r>
    </w:p>
    <w:p>
      <w:pPr>
        <w:jc w:val="right"/>
      </w:pPr>
      <w:r>
        <w:t>ورنہ آپ جب دوسرے انسان کو دیکھیں گے اگر آپ کو اللہ سے محبت ہے تو آپ کیا سوچیں گے؟ کہ یہ میرے اللہ کی تخلیق ہے۔</w:t>
      </w:r>
    </w:p>
    <w:p>
      <w:r>
        <w:rPr>
          <w:b/>
        </w:rPr>
        <w:t xml:space="preserve">[33:28] </w:t>
      </w:r>
      <w:r>
        <w:t>mere Allah ne is ko paida kiya hai. mein nafrat kaise karoon is se?</w:t>
      </w:r>
    </w:p>
    <w:p>
      <w:pPr>
        <w:jc w:val="right"/>
      </w:pPr>
      <w:r>
        <w:t>میرے اللہ نے اس کو پیدا کیا ہے۔ میں نفرت کیسے کروں اس سے؟</w:t>
      </w:r>
    </w:p>
    <w:p>
      <w:r>
        <w:rPr>
          <w:b/>
        </w:rPr>
        <w:t xml:space="preserve">[33:35] </w:t>
      </w:r>
      <w:r>
        <w:t>jaise ek, ek, ek, ek maa ke pait se aap paida hue. ek aur bhai paida hua to aap is se nafrat nahi kar sakte. kyun?</w:t>
      </w:r>
    </w:p>
    <w:p>
      <w:pPr>
        <w:jc w:val="right"/>
      </w:pPr>
      <w:r>
        <w:t>جیسے ایک، ایک، ایک، ایک ماں کے پیٹ سے آپ پیدا ہوئے۔ ایک اور بھائی پیدا ہوا تو آپ اس سے نفرت نہیں کر سکتے۔ کیوں؟</w:t>
      </w:r>
    </w:p>
    <w:p>
      <w:r>
        <w:rPr>
          <w:b/>
        </w:rPr>
        <w:t xml:space="preserve">[33:44] </w:t>
      </w:r>
      <w:r>
        <w:t>aap sochte hain ke woh bhi to usi maa ke pait se paida hua hai jis se mein paida hua hoon.</w:t>
      </w:r>
    </w:p>
    <w:p>
      <w:pPr>
        <w:jc w:val="right"/>
      </w:pPr>
      <w:r>
        <w:t>آپ سوچتے ہیں کہ وہ بھی تو اسی ماں کے پیٹ سے پیدا ہوا ہے جس سے میں پیدا ہوا ہوں۔</w:t>
      </w:r>
    </w:p>
    <w:p>
      <w:r>
        <w:rPr>
          <w:b/>
        </w:rPr>
        <w:t xml:space="preserve">[33:48] </w:t>
      </w:r>
      <w:r>
        <w:t>to apni maa ke aulaad se mein nafrat kaise kar sakta hoon?</w:t>
      </w:r>
    </w:p>
    <w:p>
      <w:pPr>
        <w:jc w:val="right"/>
      </w:pPr>
      <w:r>
        <w:t>تو اپنی ماں کے اولاد سے میں نفرت کیسے کر سکتا ہوں؟</w:t>
      </w:r>
    </w:p>
    <w:p>
      <w:r>
        <w:rPr>
          <w:b/>
        </w:rPr>
        <w:t xml:space="preserve">[33:57] </w:t>
      </w:r>
      <w:r>
        <w:t>to agar aap ko gehri mohabbat Allah taala se ho to nafrat khatam ho jaaye. hate khatam ho jaaye. balance khatam ho jaaye.</w:t>
      </w:r>
    </w:p>
    <w:p>
      <w:pPr>
        <w:jc w:val="right"/>
      </w:pPr>
      <w:r>
        <w:t>تو اگر آپ کو گہری محبت اللہ تعالیٰ سے ہو تو نفرت ختم ہو جائے۔ Hate ختم ہو جائے۔ Balance ختم ہو جائے۔</w:t>
      </w:r>
    </w:p>
    <w:p>
      <w:r>
        <w:rPr>
          <w:b/>
        </w:rPr>
        <w:t xml:space="preserve">[34:06] </w:t>
      </w:r>
      <w:r>
        <w:t>har cheez khatam ho jaaye. mohabbat na hone ki wajah se yeh sab cheezen hain duniya mein. mohabbat ilahi na hone ki wajah se.</w:t>
      </w:r>
    </w:p>
    <w:p>
      <w:pPr>
        <w:jc w:val="right"/>
      </w:pPr>
      <w:r>
        <w:t>ہر چیز ختم ہو جائے۔ محبت نہ ہونے کی وجہ سے یہ سب چیزیں ہیں دنیا میں۔ محبت الہی نہ ہونے کی وجہ سے۔</w:t>
      </w:r>
    </w:p>
    <w:p>
      <w:r>
        <w:rPr>
          <w:b/>
        </w:rPr>
        <w:t xml:space="preserve">[34:18] </w:t>
      </w:r>
      <w:r>
        <w:t>aap dekhen kahin charcha hota hai Allah ka. Musalmanon ke koi akhbar padhiye. Musalmanon ke koi magazine padhiye. Musalmanon ke kisi jalse mein jaiye. kahin bhi jaiye.</w:t>
      </w:r>
    </w:p>
    <w:p>
      <w:pPr>
        <w:jc w:val="right"/>
      </w:pPr>
      <w:r>
        <w:t>آپ دیکھیں کہیں چرچہ ہوتا ہے اللہ کا۔ مسلمانوں کے کوئی اخبار پڑھیے۔ مسلمانوں کے کوئی میگزین پڑھیے۔ مسلمانوں کے کسی جلسے میں جائیے۔ کہیں بھی جائیے۔</w:t>
      </w:r>
    </w:p>
    <w:p>
      <w:r>
        <w:rPr>
          <w:b/>
        </w:rPr>
        <w:t xml:space="preserve">[34:29] </w:t>
      </w:r>
      <w:r>
        <w:t>to koi Allah ka charcha nahi. doosri doosri cheezon ka charcha hota hai. qaumi masail ka charcha. apne barhon ka charcha.</w:t>
      </w:r>
    </w:p>
    <w:p>
      <w:pPr>
        <w:jc w:val="right"/>
      </w:pPr>
      <w:r>
        <w:t>تو کوئی اللہ کا چرچہ نہیں۔ دوسری دوسری چیزوں کا چرچہ ہوتا ہے۔ قومی مسائل کا چرچہ۔ اپنے بڑوں کا چرچہ۔</w:t>
      </w:r>
    </w:p>
    <w:p>
      <w:r>
        <w:rPr>
          <w:b/>
        </w:rPr>
        <w:t xml:space="preserve">[34:40] </w:t>
      </w:r>
      <w:r>
        <w:t>apne interest ka charcha.</w:t>
      </w:r>
    </w:p>
    <w:p>
      <w:pPr>
        <w:jc w:val="right"/>
      </w:pPr>
      <w:r>
        <w:t>اپنے interest کا چرچہ۔</w:t>
      </w:r>
    </w:p>
    <w:p>
      <w:r>
        <w:rPr>
          <w:b/>
        </w:rPr>
        <w:t xml:space="preserve">[34:45] </w:t>
      </w:r>
      <w:r>
        <w:t>har jagah doosri doosri baaton ke charchay hain.</w:t>
      </w:r>
    </w:p>
    <w:p>
      <w:pPr>
        <w:jc w:val="right"/>
      </w:pPr>
      <w:r>
        <w:t>ہر جگہ دوسری دوسری باتوں کے چرچے ہیں۔</w:t>
      </w:r>
    </w:p>
    <w:p>
      <w:r>
        <w:rPr>
          <w:b/>
        </w:rPr>
        <w:t xml:space="preserve">[34:48] </w:t>
      </w:r>
      <w:r>
        <w:t>Khuda ka charcha kahan hai? kyunke Khuda ki mohabbat dilon mein maujood hi nahi. ek rasmi aqeeday ke taur par Khuda hai aap ke liye.</w:t>
      </w:r>
    </w:p>
    <w:p>
      <w:pPr>
        <w:jc w:val="right"/>
      </w:pPr>
      <w:r>
        <w:t>خدا کا چرچہ کہاں ہے؟ کیونکہ خدا کی محبت دلوں میں موجود ہی نہیں۔ ایک رسمی عقیدے کے طور پر خدا ہے آپ کے لیے۔</w:t>
      </w:r>
    </w:p>
    <w:p>
      <w:r>
        <w:rPr>
          <w:b/>
        </w:rPr>
        <w:t xml:space="preserve">[34:57] </w:t>
      </w:r>
      <w:r>
        <w:t>rasmi aqeedah bas.</w:t>
      </w:r>
    </w:p>
    <w:p>
      <w:pPr>
        <w:jc w:val="right"/>
      </w:pPr>
      <w:r>
        <w:t>رسمی عقیدہ بس۔</w:t>
      </w:r>
    </w:p>
    <w:p>
      <w:r>
        <w:rPr>
          <w:b/>
        </w:rPr>
        <w:t xml:space="preserve">[35:02] </w:t>
      </w:r>
      <w:r>
        <w:t>to rasmi aqeedah mohabbat nahi paida kar sakta hai.</w:t>
      </w:r>
    </w:p>
    <w:p>
      <w:pPr>
        <w:jc w:val="right"/>
      </w:pPr>
      <w:r>
        <w:t>تو رسمی عقیدہ محبت نہیں پیدا کر سکتا ہے۔</w:t>
      </w:r>
    </w:p>
    <w:p>
      <w:r>
        <w:rPr>
          <w:b/>
        </w:rPr>
        <w:t xml:space="preserve">[35:09] </w:t>
      </w:r>
      <w:r>
        <w:t>rasmi aqeedah jo hai woh mohabbat nahi paida kar sakta hai.</w:t>
      </w:r>
    </w:p>
    <w:p>
      <w:pPr>
        <w:jc w:val="right"/>
      </w:pPr>
      <w:r>
        <w:t>رسمی عقیدہ جو ہے وہ محبت نہیں پیدا کر سکتا ہے۔</w:t>
      </w:r>
    </w:p>
    <w:p>
      <w:r>
        <w:rPr>
          <w:b/>
        </w:rPr>
        <w:t xml:space="preserve">[35:17] </w:t>
      </w:r>
      <w:r>
        <w:t>mohabbat ke liye darkar hai ke aap ne khuda ko discover kiya ho. discover kiya ho.</w:t>
      </w:r>
    </w:p>
    <w:p>
      <w:pPr>
        <w:jc w:val="right"/>
      </w:pPr>
      <w:r>
        <w:t>محبت کے لیے درکار ہے کہ آپ نے خدا کو discover کیا ہو۔ discover کیا ہو۔</w:t>
      </w:r>
    </w:p>
    <w:p>
      <w:r>
        <w:rPr>
          <w:b/>
        </w:rPr>
        <w:t xml:space="preserve">[35:32] </w:t>
      </w:r>
      <w:r>
        <w:t>tab jab mohabbat ka chashma uble ga to phir woh bari bari duaen niklen gi aap se.</w:t>
      </w:r>
    </w:p>
    <w:p>
      <w:pPr>
        <w:jc w:val="right"/>
      </w:pPr>
      <w:r>
        <w:t>تب جب محبت کا چشمہ ابلے گا تو پھر وہ بڑی بڑی دعائیں نکلیں گی آپ سے۔</w:t>
      </w:r>
    </w:p>
    <w:p>
      <w:r>
        <w:rPr>
          <w:b/>
        </w:rPr>
        <w:t xml:space="preserve">[35:44] </w:t>
      </w:r>
      <w:r>
        <w:t>mein apna aik tajruba aap se arz karoon.</w:t>
      </w:r>
    </w:p>
    <w:p>
      <w:pPr>
        <w:jc w:val="right"/>
      </w:pPr>
      <w:r>
        <w:t>میں اپنا ایک تجربہ آپ سے عرض کروں۔</w:t>
      </w:r>
    </w:p>
    <w:p>
      <w:r>
        <w:rPr>
          <w:b/>
        </w:rPr>
        <w:t xml:space="preserve">[35:50] </w:t>
      </w:r>
      <w:r>
        <w:t>ke aksar mein sochta rehta hoon maut ke baray mein. maut. maut kya hai? maut ka matlab hai har cheez se har cheez ka chhin jana.</w:t>
      </w:r>
    </w:p>
    <w:p>
      <w:pPr>
        <w:jc w:val="right"/>
      </w:pPr>
      <w:r>
        <w:t>کہ اکثر میں سوچتا رہتا ہوں موت کے بارے میں۔ موت۔ موت کیا ہے؟ موت کا مطلب ہے ہر چیز سے ہر چیز کا چھن جانا۔</w:t>
      </w:r>
    </w:p>
    <w:p>
      <w:r>
        <w:rPr>
          <w:b/>
        </w:rPr>
        <w:t xml:space="preserve">[36:05] </w:t>
      </w:r>
      <w:r>
        <w:t>aik lamha aata hai insan ki zindagi mein ke yeh jism bhi chhin gaya. yeh ghar bhi chhin gaya. family bhi chhin gayi.</w:t>
      </w:r>
    </w:p>
    <w:p>
      <w:pPr>
        <w:jc w:val="right"/>
      </w:pPr>
      <w:r>
        <w:t>ایک لمحہ آتا ہے انسان کی زندگی میں کہ یہ جسم بھی چھن گیا۔ یہ گھر بھی چھن گیا۔ family بھی چھن گئی۔</w:t>
      </w:r>
    </w:p>
    <w:p>
      <w:r>
        <w:rPr>
          <w:b/>
        </w:rPr>
        <w:t xml:space="preserve">[36:15] </w:t>
      </w:r>
      <w:r>
        <w:t>saathi bhi chhin gaye. jo kuch bhi hai duniya mein aap ke paas sab chhin gaya. aap bilkul akele ho gaye. akele ho kar ke kahin aur pohncha diye gaye.</w:t>
      </w:r>
    </w:p>
    <w:p>
      <w:pPr>
        <w:jc w:val="right"/>
      </w:pPr>
      <w:r>
        <w:t>ساتھی بھی چھن گئے۔ جو کچھ بھی ہے دنیا میں آپ کے پاس سب چھن گیا۔ آپ بالکل اکیلے ہو گئے۔ اکیلے ہو کر کے کہیں اور پہنچا دیے گئے۔</w:t>
      </w:r>
    </w:p>
    <w:p>
      <w:r>
        <w:rPr>
          <w:b/>
        </w:rPr>
        <w:t xml:space="preserve">[36:30] </w:t>
      </w:r>
      <w:r>
        <w:t>to mein sochta hoon aksar ke wahan par kya hoga? mera kya anjam hoga wahan par?</w:t>
      </w:r>
    </w:p>
    <w:p>
      <w:pPr>
        <w:jc w:val="right"/>
      </w:pPr>
      <w:r>
        <w:t>تو میں سوچتا ہوں اکثر کہ وہاں پر کیا ہوگا؟ میرا کیا انجام ہوگا وہاں پر؟</w:t>
      </w:r>
    </w:p>
    <w:p>
      <w:r>
        <w:rPr>
          <w:b/>
        </w:rPr>
        <w:t xml:space="preserve">[36:36] </w:t>
      </w:r>
      <w:r>
        <w:t>yahan par to mein jee raha hoon is liye ke sari cheezain mere saath hain.</w:t>
      </w:r>
    </w:p>
    <w:p>
      <w:pPr>
        <w:jc w:val="right"/>
      </w:pPr>
      <w:r>
        <w:t>یہاں پر تو میں جی رہا ہوں اس لیے کہ ساری چیزیں میرے ساتھ ہیں۔</w:t>
      </w:r>
    </w:p>
    <w:p>
      <w:r>
        <w:rPr>
          <w:b/>
        </w:rPr>
        <w:t xml:space="preserve">[36:43] </w:t>
      </w:r>
      <w:r>
        <w:t>hata ke jo life support system woh bhi mere saath hai. maut ke mani ke sab cheez se mahroomi. life support system se le kar ke family tak har cheez se mahroomi.</w:t>
      </w:r>
    </w:p>
    <w:p>
      <w:pPr>
        <w:jc w:val="right"/>
      </w:pPr>
      <w:r>
        <w:t>حتیٰ کہ جو life support system وہ بھی میرے ساتھ ہے۔ موت کے معنی کہ سب چیز سے محرومی۔ life support system سے لے کر کے family تک ہر چیز سے محرومی۔</w:t>
      </w:r>
    </w:p>
    <w:p>
      <w:r>
        <w:rPr>
          <w:b/>
        </w:rPr>
        <w:t xml:space="preserve">[36:54] </w:t>
      </w:r>
      <w:r>
        <w:t>kya hoga mera anjam?</w:t>
      </w:r>
    </w:p>
    <w:p>
      <w:pPr>
        <w:jc w:val="right"/>
      </w:pPr>
      <w:r>
        <w:t>کیا ہوگا میرا انجام؟</w:t>
      </w:r>
    </w:p>
    <w:p>
      <w:r>
        <w:rPr>
          <w:b/>
        </w:rPr>
        <w:t xml:space="preserve">[36:58] </w:t>
      </w:r>
      <w:r>
        <w:t>is ke baad kya tajruba hua mujhe woh arz karna chahta hoon.</w:t>
      </w:r>
    </w:p>
    <w:p>
      <w:pPr>
        <w:jc w:val="right"/>
      </w:pPr>
      <w:r>
        <w:t>اس کے بعد کیا تجربہ ہوا مجھے وہ عرض کرنا چاہتا ہ</w:t>
      </w:r>
    </w:p>
    <w:p>
      <w:r>
        <w:rPr>
          <w:b/>
        </w:rPr>
        <w:t xml:space="preserve">[37:02] </w:t>
      </w:r>
      <w:r>
        <w:t>kuchh arsa hua mujhe qatar ke se invitation mila. qatar. aik conference mein shirkat kar.</w:t>
      </w:r>
    </w:p>
    <w:p>
      <w:pPr>
        <w:jc w:val="right"/>
      </w:pPr>
      <w:r>
        <w:t>وں۔ کچھ عرصہ ہوا مجھے قطر کے سے invitation ملا۔ قطر۔ ایک conference میں شرکت کر۔</w:t>
      </w:r>
    </w:p>
    <w:p>
      <w:r>
        <w:rPr>
          <w:b/>
        </w:rPr>
        <w:t xml:space="preserve">[37:13] </w:t>
      </w:r>
      <w:r>
        <w:t>to mera haal yeh hai ke mein chunchke apne ko waqea hai ke bilkul aajiz samajhta hoon. nothing samajhta hoon. yeh kaha ji mera mizaj hai samajhta hoon ke mein kuch bhi nahi hoon.</w:t>
      </w:r>
    </w:p>
    <w:p>
      <w:pPr>
        <w:jc w:val="right"/>
      </w:pPr>
      <w:r>
        <w:t>تو میرا حال یہ ہے کہ میں چونکہ اپنے کو واقعہ ہے کہ بالکل عاجز سمجھتا ہوں۔ nothing سمجھتا ہوں۔ یہ کہا جی میرا مزاج ہے سمجھتا ہوں کہ میں کچھ بھی نہیں ہوں۔</w:t>
      </w:r>
    </w:p>
    <w:p>
      <w:r>
        <w:rPr>
          <w:b/>
        </w:rPr>
        <w:t xml:space="preserve">[37:26] </w:t>
      </w:r>
      <w:r>
        <w:t>to wahan se jo dawat nama aaya to mein</w:t>
      </w:r>
    </w:p>
    <w:p>
      <w:pPr>
        <w:jc w:val="right"/>
      </w:pPr>
      <w:r>
        <w:t>تو وہاں سے جو دعوت نامہ آیا تو میں</w:t>
      </w:r>
    </w:p>
    <w:p>
      <w:r>
        <w:rPr>
          <w:b/>
        </w:rPr>
        <w:t xml:space="preserve">[37:31] </w:t>
      </w:r>
      <w:r>
        <w:t>I was reluctant to participate is is conference mein shirkat ke liye mein yani mein bohat ziyada reluctant tha.</w:t>
      </w:r>
    </w:p>
    <w:p>
      <w:pPr>
        <w:jc w:val="right"/>
      </w:pPr>
      <w:r>
        <w:t>I was reluctant to participate اس اس conference میں شرکت کے لیے میں یعنی میں بہت زیادہ reluctant تھا۔</w:t>
      </w:r>
    </w:p>
    <w:p>
      <w:r>
        <w:rPr>
          <w:b/>
        </w:rPr>
        <w:t xml:space="preserve">[37:42] </w:t>
      </w:r>
      <w:r>
        <w:t>kyun? mein sochta tha ke wahan jaon ga to kya hoga?</w:t>
      </w:r>
    </w:p>
    <w:p>
      <w:pPr>
        <w:jc w:val="right"/>
      </w:pPr>
      <w:r>
        <w:t>کیوں؟ میں سوچتا تھا کہ وہاں جاؤں گا تو کیا ہوگا؟</w:t>
      </w:r>
    </w:p>
    <w:p>
      <w:r>
        <w:rPr>
          <w:b/>
        </w:rPr>
        <w:t xml:space="preserve">[37:47] </w:t>
      </w:r>
      <w:r>
        <w:t>wahan shayad mera koi janne wala na ho. koi airport pe koi na aaye. koi thehrne ka intezam na ho. kya karoon ga?</w:t>
      </w:r>
    </w:p>
    <w:p>
      <w:pPr>
        <w:jc w:val="right"/>
      </w:pPr>
      <w:r>
        <w:t>وہاں شاید میرا کوئی جاننے والا نہ ہو۔ کوئی airport پہ کوئی نہ آئے۔ کوئی ٹھہرنے کا انتظام نہ ہو۔ کیا کروں گا؟</w:t>
      </w:r>
    </w:p>
    <w:p>
      <w:r>
        <w:rPr>
          <w:b/>
        </w:rPr>
        <w:t xml:space="preserve">[37:55] </w:t>
      </w:r>
      <w:r>
        <w:t>yani is tarah ka aap aik aam aadmi soche ga ke ajeeb se khayalat yeh hain. kyunke jab invite kiya hai to woh intezam karen ge.</w:t>
      </w:r>
    </w:p>
    <w:p>
      <w:pPr>
        <w:jc w:val="right"/>
      </w:pPr>
      <w:r>
        <w:t>یعنی اس طرح کا آپ ایک عام آدمی سوچے گا کہ عجیب سے خیالات یہ ہیں۔ کیونکہ جب invite کیا ہے تو وہ انتظام کریں گے۔</w:t>
      </w:r>
    </w:p>
    <w:p>
      <w:r>
        <w:rPr>
          <w:b/>
        </w:rPr>
        <w:t xml:space="preserve">[38:06] </w:t>
      </w:r>
      <w:r>
        <w:t>lekin chunchke mein apne ko bohat hi ziyada yani valueless samajhta hoon. nothing samajhta hoon to woh unconsciously yeh sab mere khayalat aate rehte hain.</w:t>
      </w:r>
    </w:p>
    <w:p>
      <w:pPr>
        <w:jc w:val="right"/>
      </w:pPr>
      <w:r>
        <w:t>لیکن چونکہ میں اپنے کو بہت ہی زیادہ یعنی valueless سمجھتا ہوں۔ nothing سمجھتا ہوں تو وہ unconsciously یہ سب میرے خیالات آتے رہتے ہیں۔</w:t>
      </w:r>
    </w:p>
    <w:p>
      <w:r>
        <w:rPr>
          <w:b/>
        </w:rPr>
        <w:t xml:space="preserve">[38:18] </w:t>
      </w:r>
      <w:r>
        <w:t>to mein ne socha ke mein mein jaon ga nahi. phir wahan aik abdul basit umri aik sahib hain qatar mein.</w:t>
      </w:r>
    </w:p>
    <w:p>
      <w:pPr>
        <w:jc w:val="right"/>
      </w:pPr>
      <w:r>
        <w:t>تو میں نے سوچا کہ میں میں جاؤں گا نہیں۔ پھر وہاں ایک عبدالباسط عمری ایک صاحب ہیں قطر میں۔</w:t>
      </w:r>
    </w:p>
    <w:p>
      <w:r>
        <w:rPr>
          <w:b/>
        </w:rPr>
        <w:t xml:space="preserve">[38:27] </w:t>
      </w:r>
      <w:r>
        <w:t>woh hamare risala ke parhne wale hain. to un se baat hui. mujhe mein ne kaha ke bhai dawat nama to aaya hai lekin meri jane ki himmat nahi par rahi hai.</w:t>
      </w:r>
    </w:p>
    <w:p>
      <w:pPr>
        <w:jc w:val="right"/>
      </w:pPr>
      <w:r>
        <w:t>وہ ہمارے رسالہ کے پڑھنے والے ہیں۔ تو ان سے بات ہوئی۔ مجھے میں نے کہا کہ بھئی دعوت نامہ تو آیا ہے لیکن میری جانے کی ہمت نہیں پڑ رہی ہے۔</w:t>
      </w:r>
    </w:p>
    <w:p>
      <w:r>
        <w:rPr>
          <w:b/>
        </w:rPr>
        <w:t xml:space="preserve">[38:40] </w:t>
      </w:r>
      <w:r>
        <w:t>ke wahan pata nahi kya hoga.</w:t>
      </w:r>
    </w:p>
    <w:p>
      <w:pPr>
        <w:jc w:val="right"/>
      </w:pPr>
      <w:r>
        <w:t>کہ وہاں پتہ نہیں کیا ہوگا۔</w:t>
      </w:r>
    </w:p>
    <w:p>
      <w:r>
        <w:rPr>
          <w:b/>
        </w:rPr>
        <w:t xml:space="preserve">[38:43] </w:t>
      </w:r>
      <w:r>
        <w:t>to unhon ne kaha ke aap yeh kyun sochte hain? hum hum khud aap ko sab kuch karen ge. unhon ne kaha ke mere paas car hai mein airport pe khud maujood rahoon ga apne saahiyon ke saath.</w:t>
      </w:r>
    </w:p>
    <w:p>
      <w:pPr>
        <w:jc w:val="right"/>
      </w:pPr>
      <w:r>
        <w:t>تو انہوں نے کہا کہ آپ یہ کیوں سوچتے ہیں؟ ہم ہم خود آپ کو سب کچھ کریں گے۔ انہوں نے کہا کہ میرے پاس car ہے میں airport پہ خود موجود رہوں گا اپنے ساتھیوں کے ساتھ۔</w:t>
      </w:r>
    </w:p>
    <w:p>
      <w:r>
        <w:rPr>
          <w:b/>
        </w:rPr>
        <w:t xml:space="preserve">[38:55] </w:t>
      </w:r>
      <w:r>
        <w:t>airport se aap ko le jaon ga apne ghar. mere sath aap rahen gay. jab tak chahain. waqea yeh hai ke agar abdul basit umri sahib ka yeh telephone na aya hota to mein qatar na jata.</w:t>
      </w:r>
    </w:p>
    <w:p>
      <w:pPr>
        <w:jc w:val="right"/>
      </w:pPr>
      <w:r>
        <w:t>airport سے آپ کو لے جاؤں گا اپنے گھر۔ میرے ساتھ آپ رہیں گے۔ جب تک چاہیں۔ واقعہ یہ ہے کہ اگر عبدالباسط عمری صاحب کا یہ telephone نہ آیا ہوتا تو میں قطر نہ جاتا۔</w:t>
      </w:r>
    </w:p>
    <w:p>
      <w:r>
        <w:rPr>
          <w:b/>
        </w:rPr>
        <w:t xml:space="preserve">[39:10] </w:t>
      </w:r>
      <w:r>
        <w:t>jata hi nahin.</w:t>
      </w:r>
    </w:p>
    <w:p>
      <w:pPr>
        <w:jc w:val="right"/>
      </w:pPr>
      <w:r>
        <w:t>جاتا ہی نہیں۔</w:t>
      </w:r>
    </w:p>
    <w:p>
      <w:r>
        <w:rPr>
          <w:b/>
        </w:rPr>
        <w:t xml:space="preserve">[39:14] </w:t>
      </w:r>
      <w:r>
        <w:t>to abdul basit umri sahib ka bohat bara dakhal hai is mein ke mein qatar gaya. is ka safarnama chhaapa. logon ne bohat ziyada is ko dilchaspi dilchaspi li.</w:t>
      </w:r>
    </w:p>
    <w:p>
      <w:pPr>
        <w:jc w:val="right"/>
      </w:pPr>
      <w:r>
        <w:t>تو عبدالباسط عمری صاحب کا بہت بڑا دخل ہے اس میں کہ میں قطر گیا۔ اس کا سفرنامہ چھپا۔ لوگوں نے بہت زیادہ اس کو دلچسپی دلچسپی لی۔</w:t>
      </w:r>
    </w:p>
    <w:p>
      <w:r>
        <w:rPr>
          <w:b/>
        </w:rPr>
        <w:t xml:space="preserve">[39:24] </w:t>
      </w:r>
      <w:r>
        <w:t>ab dekhen kya hota hai. jab mein pohncha hoon airport par qatar ke to meri sari jo meri jo soch thi woh bilkul toot gayi.</w:t>
      </w:r>
    </w:p>
    <w:p>
      <w:pPr>
        <w:jc w:val="right"/>
      </w:pPr>
      <w:r>
        <w:t>اب دیکھیں کیا ہوتا ہے۔ جب میں پہنچا ہوں airport پر قطر کے تو میری ساری جو میری جو سوچ تھی وہ بالکل ٹوٹ گئی۔</w:t>
      </w:r>
    </w:p>
    <w:p>
      <w:r>
        <w:rPr>
          <w:b/>
        </w:rPr>
        <w:t xml:space="preserve">[39:41] </w:t>
      </w:r>
      <w:r>
        <w:t>wahan bilkul hawai jahaz ke pas do aadmi kharay hue thay. sarkari aadmi. kyunke woh wahan government ki taraf se tha woh woh seminar.</w:t>
      </w:r>
    </w:p>
    <w:p>
      <w:pPr>
        <w:jc w:val="right"/>
      </w:pPr>
      <w:r>
        <w:t>وہاں بالکل ہوائی جہاز کے پاس دو آدمی کھڑے ہوئے تھے۔ سرکاری آدمی۔ کیونکہ وہ وہاں government کی طرف سے تھا وہ وہ سیمینار۔</w:t>
      </w:r>
    </w:p>
    <w:p>
      <w:r>
        <w:rPr>
          <w:b/>
        </w:rPr>
        <w:t xml:space="preserve">[39:54] </w:t>
      </w:r>
      <w:r>
        <w:t>mujh ko receive karne ke liye. to phone unhon ne mujh ko sath liya. aur special tor par yani naye rastay se gari bitha kar le gaye.</w:t>
      </w:r>
    </w:p>
    <w:p>
      <w:pPr>
        <w:jc w:val="right"/>
      </w:pPr>
      <w:r>
        <w:t>مجھ کو receive کرنے کے لیے۔ تو فون انہوں نے مجھ کو ساتھ لیا۔ اور special طور پر یعنی نئے راستے سے گاڑی بٹھا کر لے گئے۔</w:t>
      </w:r>
    </w:p>
    <w:p>
      <w:r>
        <w:rPr>
          <w:b/>
        </w:rPr>
        <w:t xml:space="preserve">[40:07] </w:t>
      </w:r>
      <w:r>
        <w:t>aur aik bohat hi bilkul royal lounge tha royal</w:t>
      </w:r>
    </w:p>
    <w:p>
      <w:pPr>
        <w:jc w:val="right"/>
      </w:pPr>
      <w:r>
        <w:t>اور ایک بہت ہی بالکل royal lounge تھا royal</w:t>
      </w:r>
    </w:p>
    <w:p>
      <w:r>
        <w:rPr>
          <w:b/>
        </w:rPr>
        <w:t xml:space="preserve">[40:10] </w:t>
      </w:r>
      <w:r>
        <w:t>. bilkul shahana imarat ke andar woh lounge tha. wahan mujhe thahraya. mera passport le liya. aur kaha ke hum sab woh jo airport par jo karna hota hai hum khud karenge.</w:t>
      </w:r>
    </w:p>
    <w:p>
      <w:pPr>
        <w:jc w:val="right"/>
      </w:pPr>
      <w:r>
        <w:t>۔ بالکل شاہانہ عمارت کے اندر وہ lounge تھا۔ وہاں مجھے ٹھہرایا۔ میرا passport لے لیا۔ اور کہا کہ ہم سب وہ جو airport پر جو کرنا ہوتا ہے ہم خود کریں گے۔</w:t>
      </w:r>
    </w:p>
    <w:p>
      <w:r>
        <w:rPr>
          <w:b/>
        </w:rPr>
        <w:t xml:space="preserve">[40:25] </w:t>
      </w:r>
      <w:r>
        <w:t>to wahan mujhe bitha diya. per khane peene ka saman. aur mujhe kahin jana nahin pada. woh passport mein is time par lagwa kar aaye.</w:t>
      </w:r>
    </w:p>
    <w:p>
      <w:pPr>
        <w:jc w:val="right"/>
      </w:pPr>
      <w:r>
        <w:t>تو وہاں مجھے بٹھا دیا۔ پر کھانے پینے کا سامان۔ اور مجھے کہیں جانا نہیں پڑا۔ وہ passport میں اس ٹائم پر لگوا کر آئے۔</w:t>
      </w:r>
    </w:p>
    <w:p>
      <w:r>
        <w:rPr>
          <w:b/>
        </w:rPr>
        <w:t xml:space="preserve">[40:36] </w:t>
      </w:r>
      <w:r>
        <w:t>aur phir mujhe aik shandar gari mein bitha kar ke hotel le gaye.</w:t>
      </w:r>
    </w:p>
    <w:p>
      <w:pPr>
        <w:jc w:val="right"/>
      </w:pPr>
      <w:r>
        <w:t>اور پھر مجھے ایک شاندار گاڑی میں بٹھا کر کے ہوٹل لے گئے۔</w:t>
      </w:r>
    </w:p>
    <w:p>
      <w:r>
        <w:rPr>
          <w:b/>
        </w:rPr>
        <w:t xml:space="preserve">[40:40] </w:t>
      </w:r>
      <w:r>
        <w:t>hotel mein bohat zabardast un ka suite mere liye tha. samandar ke kinare. to mein ne socha ke dekhen</w:t>
      </w:r>
    </w:p>
    <w:p>
      <w:pPr>
        <w:jc w:val="right"/>
      </w:pPr>
      <w:r>
        <w:t>ہوٹل میں بہت زبردست ان کا suite میرے لیے تھا۔ سمندر کے کنارے۔ تو میں نے سوچا کہ دیکھیں</w:t>
      </w:r>
    </w:p>
    <w:p>
      <w:r>
        <w:rPr>
          <w:b/>
        </w:rPr>
        <w:t xml:space="preserve">[40:52] </w:t>
      </w:r>
      <w:r>
        <w:t>dilli se mein sab kuch chor kar aaya tha. apne is wajood ke sath sab kuch chor kar. yani family chhoot gayi. team chhoot gayi.</w:t>
      </w:r>
    </w:p>
    <w:p>
      <w:pPr>
        <w:jc w:val="right"/>
      </w:pPr>
      <w:r>
        <w:t>دلی سے میں سب کچھ چھوڑ کر آیا تھا۔ اپنے اس وجود کے ساتھ سب کچھ چھوڑ کر۔ یعنی family چھوٹ گئی۔ ٹیم چھوٹ گئی۔</w:t>
      </w:r>
    </w:p>
    <w:p>
      <w:r>
        <w:rPr>
          <w:b/>
        </w:rPr>
        <w:t xml:space="preserve">[41:02] </w:t>
      </w:r>
      <w:r>
        <w:t>ghar chhoot gaya. office chhoot gaya.</w:t>
      </w:r>
    </w:p>
    <w:p>
      <w:pPr>
        <w:jc w:val="right"/>
      </w:pPr>
      <w:r>
        <w:t>گھر چھوٹ گیا۔ آفس چھوٹ گیا۔</w:t>
      </w:r>
    </w:p>
    <w:p>
      <w:r>
        <w:rPr>
          <w:b/>
        </w:rPr>
        <w:t xml:space="preserve">[41:05] </w:t>
      </w:r>
      <w:r>
        <w:t>sab kuch chor kar ke mein qatar pohncha. lekin dobara Allah taala ne wahan sab kuch mujhe de diya. to mein ne kaha khuda ya aise hi hone wala hai maut ke baad ke sab kuch chor kar mein kahin jaon.</w:t>
      </w:r>
    </w:p>
    <w:p>
      <w:pPr>
        <w:jc w:val="right"/>
      </w:pPr>
      <w:r>
        <w:t>سب کچھ چھوڑ کر کے میں قطر پہنچا۔ لیکن دوبارہ اللہ تعالیٰ نے وہاں سب کچھ مجھے دے دیا۔ تو میں نے کہا خدایا ایسے ہی ہونے والا ہے موت کے بعد کہ سب کچھ چھوڑ کر میں کہیں جاؤں۔</w:t>
      </w:r>
    </w:p>
    <w:p>
      <w:r>
        <w:rPr>
          <w:b/>
        </w:rPr>
        <w:t xml:space="preserve">[41:17] </w:t>
      </w:r>
      <w:r>
        <w:t>le jaya jaon ga. to wahan phir dobara sab kuch mujhe izafay ke sath de de.</w:t>
      </w:r>
    </w:p>
    <w:p>
      <w:pPr>
        <w:jc w:val="right"/>
      </w:pPr>
      <w:r>
        <w:t>لے جایا جاؤں گا۔ تو وہاں پھر دوبارہ سب کچھ مجھے اضافے کے ساتھ دے دے۔</w:t>
      </w:r>
    </w:p>
    <w:p>
      <w:r>
        <w:rPr>
          <w:b/>
        </w:rPr>
        <w:t xml:space="preserve">[41:26] </w:t>
      </w:r>
      <w:r>
        <w:t>jis tarah yahan to ne aisa kiya ke sab kuch mein dilli mein chor kar ke qatar aaya tha to yahan to ne ziyada shandar tor par har cheez de di.</w:t>
      </w:r>
    </w:p>
    <w:p>
      <w:pPr>
        <w:jc w:val="right"/>
      </w:pPr>
      <w:r>
        <w:t>جس طرح یہاں تو نے ایسا کیا کہ سب کچھ میں دلی میں چھوڑ کر کے قطر آیا تھا تو یہاں تو نے زیادہ شاندار طور پر ہر چیز دے دی۔</w:t>
      </w:r>
    </w:p>
    <w:p>
      <w:r>
        <w:rPr>
          <w:b/>
        </w:rPr>
        <w:t xml:space="preserve">[41:38] </w:t>
      </w:r>
      <w:r>
        <w:t>gari ka intezam, ghar ka intezam, khane ka intezam. yani har cheez aur ziyada behtar shakal mein mojood hai.</w:t>
      </w:r>
    </w:p>
    <w:p>
      <w:pPr>
        <w:jc w:val="right"/>
      </w:pPr>
      <w:r>
        <w:t>گاڑی کا انتظام، گھر کا انتظام، کھانے کا انتظام۔ یعنی ہر چیز اور زیادہ بہتر شکل میں موجود ہے۔</w:t>
      </w:r>
    </w:p>
    <w:p>
      <w:r>
        <w:rPr>
          <w:b/>
        </w:rPr>
        <w:t xml:space="preserve">[41:47] </w:t>
      </w:r>
      <w:r>
        <w:t>to mein ne kaha khuda ya yahi tarah yahi mamla maut ke waqt pesh anay wala hai</w:t>
      </w:r>
    </w:p>
    <w:p>
      <w:pPr>
        <w:jc w:val="right"/>
      </w:pPr>
      <w:r>
        <w:t>تو میں نے کہا خدایا یہی طرح یہی معاملہ موت کے وقت پیش آنے والا ہے</w:t>
      </w:r>
    </w:p>
    <w:p>
      <w:r>
        <w:rPr>
          <w:b/>
        </w:rPr>
        <w:t xml:space="preserve">[41:57] </w:t>
      </w:r>
      <w:r>
        <w:t>ke mein sab kuch chor kar ke farishtay ke sath mujhe kahin jana paray ga. to jis tarah to ne yahan par mamla kiya to ne isi tarah se maut ke baad bhi mamla farma.</w:t>
      </w:r>
    </w:p>
    <w:p>
      <w:pPr>
        <w:jc w:val="right"/>
      </w:pPr>
      <w:r>
        <w:t>کہ میں سب کچھ چھوڑ کر کے فرشتے کے ساتھ مجھے کہیں جانا پڑے گا۔ تو جس طرح تو نے یہاں پر معاملہ کیا تو نے اسی طرح سے موت کے بعد بھی معاملہ فرما۔</w:t>
      </w:r>
    </w:p>
    <w:p>
      <w:r>
        <w:rPr>
          <w:b/>
        </w:rPr>
        <w:t xml:space="preserve">[42:11] </w:t>
      </w:r>
      <w:r>
        <w:t>aur dobara mujhe sab kuch de de.</w:t>
      </w:r>
    </w:p>
    <w:p>
      <w:pPr>
        <w:jc w:val="right"/>
      </w:pPr>
      <w:r>
        <w:t>اور دوبارہ مجھے سب کچھ دے دے۔</w:t>
      </w:r>
    </w:p>
    <w:p>
      <w:r>
        <w:rPr>
          <w:b/>
        </w:rPr>
        <w:t xml:space="preserve">[42:16] </w:t>
      </w:r>
      <w:r>
        <w:t>to yeh sab duaen kaise paida hoti hain? jab Allah ko aap ne discover kiya ho. Allah par aap gehra yaqeen ho. Allah aap ka concern bana hua ho.</w:t>
      </w:r>
    </w:p>
    <w:p>
      <w:pPr>
        <w:jc w:val="right"/>
      </w:pPr>
      <w:r>
        <w:t>تو یہ سب دعائیں کیسے پیدا ہوتی ہیں؟ جب اللہ کو آپ نے discover کیا ہو۔ اللہ پر آپ گہرا یقین ہو۔ اللہ آپ کا concern بنا ہوا ہو۔</w:t>
      </w:r>
    </w:p>
    <w:p>
      <w:r>
        <w:rPr>
          <w:b/>
        </w:rPr>
        <w:t xml:space="preserve">[42:26] </w:t>
      </w:r>
      <w:r>
        <w:t>Allah se aap ko mohabbat paida ho chuki ho. tab ja kar aisi duaen nikalti hain.</w:t>
      </w:r>
    </w:p>
    <w:p>
      <w:pPr>
        <w:jc w:val="right"/>
      </w:pPr>
      <w:r>
        <w:t>اللہ سے آپ کو محبت پیدا ہو چکی ہو۔ تب جا کر ایسی دعائیں نکلتی ہیں۔</w:t>
      </w:r>
    </w:p>
    <w:p>
      <w:r>
        <w:rPr>
          <w:b/>
        </w:rPr>
        <w:t xml:space="preserve">[42:36] </w:t>
      </w:r>
      <w:r>
        <w:t>abhi aik sahib se mein keh raha tha kuch logon se ke dekhen agar aap ko Allah se gehra taluq paida ho jaye to aap ajeeb ghareeb tareeqay se aap se Allah taala se sargoshi hone lagti hain.</w:t>
      </w:r>
    </w:p>
    <w:p>
      <w:pPr>
        <w:jc w:val="right"/>
      </w:pPr>
      <w:r>
        <w:t>ابھی ایک صاحب سے میں کہہ رہا تھا کچھ لوگوں سے کہ دیکھیں اگر آپ کو اللہ سے گہرا تعلق پیدا ہو جائے تو آپ عجیب غریب طریقے سے آپ سے اللہ تعالیٰ سے سرگوش ہونے لگتی ہے۔</w:t>
      </w:r>
    </w:p>
    <w:p>
      <w:r>
        <w:rPr>
          <w:b/>
        </w:rPr>
        <w:t xml:space="preserve">[42:52] </w:t>
      </w:r>
      <w:r>
        <w:t>hadith ma'al-ta'ala-al-ibad banda aur Khuda ke darmiyan whisper hota hai. baaten hoti hain.</w:t>
      </w:r>
    </w:p>
    <w:p>
      <w:pPr>
        <w:jc w:val="right"/>
      </w:pPr>
      <w:r>
        <w:t>حَدِيثٌ مَعَٱلطَّٰلَىٰٱلْعِبَّادِ بندہ اور خدا کے درمیان whisper ہوتا ہے۔ باتیں ہوتی ہیں۔</w:t>
      </w:r>
    </w:p>
    <w:p>
      <w:r>
        <w:rPr>
          <w:b/>
        </w:rPr>
        <w:t xml:space="preserve">[43:01] </w:t>
      </w:r>
      <w:r>
        <w:t>to mein ne kaha ke woh us waqt aap aise alfaaz nikalne lagte hain jo aam halaat mein nahin niklen gay. woh taluq niklwata hai.</w:t>
      </w:r>
    </w:p>
    <w:p>
      <w:pPr>
        <w:jc w:val="right"/>
      </w:pPr>
      <w:r>
        <w:t>تو میں نے کہا کہ وہ اس وقت آپ ایسے الفاظ نکلنے لگتے ہیں جو عام حالات میں نہیں نکلیں گے۔ وہ تعلق نکلواتا ہے۔</w:t>
      </w:r>
    </w:p>
    <w:p>
      <w:r>
        <w:rPr>
          <w:b/>
        </w:rPr>
        <w:t xml:space="preserve">[43:11] </w:t>
      </w:r>
      <w:r>
        <w:t>woh talluq nikalwata hai. yeh mohabbat nikalwati hai. ke aap deen ka kaam karna chahte hain. dawat ka kaam karna chahte hain. aur mehsoos karte hain ke mere paas toh kuch bhi nahin.</w:t>
      </w:r>
    </w:p>
    <w:p>
      <w:pPr>
        <w:jc w:val="right"/>
      </w:pPr>
      <w:r>
        <w:t>وہ تعلق نکلواتا ہے۔ یہ محبت نکلواتی ہے۔ کہ آپ دین کا کام کرنا چاہتے ہیں۔ دعوت کا کام کرنا چاہتے ہیں۔ اور محسوس کرتے ہیں کہ میرے پاس تو کچھ بھی نہیں۔</w:t>
      </w:r>
    </w:p>
    <w:p>
      <w:r>
        <w:rPr>
          <w:b/>
        </w:rPr>
        <w:t xml:space="preserve">[43:25] </w:t>
      </w:r>
      <w:r>
        <w:t>apne wajood ke siwa kuch bhi nahin mere paas. koi saada nahin. koi source nahin. kuch bhi nahin.</w:t>
      </w:r>
    </w:p>
    <w:p>
      <w:pPr>
        <w:jc w:val="right"/>
      </w:pPr>
      <w:r>
        <w:t>اپنے وجود کے سوا کچھ بھی نہیں میرے پاس۔ کوئی سادہ نہیں۔ کوئی source نہیں۔ کچھ بھی نہیں۔</w:t>
      </w:r>
    </w:p>
    <w:p>
      <w:r>
        <w:rPr>
          <w:b/>
        </w:rPr>
        <w:t xml:space="preserve">[43:33] </w:t>
      </w:r>
      <w:r>
        <w:t>toh is waqt aap ka haal wahi hota hai ke rubb ashaa asha awar matfuwiyyin bil-labab lawaqsam la ilaha illa barrhu. aap tarap kar keh padhte hain ke khudaaya mere aur tere darmiyan ek ahad o peyman hai.</w:t>
      </w:r>
    </w:p>
    <w:p>
      <w:pPr>
        <w:jc w:val="right"/>
      </w:pPr>
      <w:r>
        <w:t>تو اس وقت آپ کا حال وہی ہوتا ہے کہ رُبَّ عَشَسَا أَعْوَرَ مَتْفَوِّيٍّ بِاللَّبَّابِ لَوَقْسَمَ لَا إِلَٰهَ إِلَّا بَرَّهُ ۔ آپ تڑپ کر کہہ پڑتے ہیں کہ خدایا میرے اور تیرے درمیان ایک عہد و پیمان ہے۔</w:t>
      </w:r>
    </w:p>
    <w:p>
      <w:r>
        <w:rPr>
          <w:b/>
        </w:rPr>
        <w:t xml:space="preserve">[43:50] </w:t>
      </w:r>
      <w:r>
        <w:t>ke main tera kaam karoon toh mera kaam kare. apne wajood ko main laga doon teri dawat ke kaam mein. aur tu saare kaamon ke liye meri taraf se kaafi ho jaye.</w:t>
      </w:r>
    </w:p>
    <w:p>
      <w:pPr>
        <w:jc w:val="right"/>
      </w:pPr>
      <w:r>
        <w:t>کہ میں تیرا کام کروں تو میرا کام کرے۔ اپنے وجود کو میں لگا دوں تیری دعوت کے کام میں۔ اور تو سارے کاموں کے لیے میری طرف سے کافی ہو جائے۔</w:t>
      </w:r>
    </w:p>
    <w:p>
      <w:r>
        <w:rPr>
          <w:b/>
        </w:rPr>
        <w:t xml:space="preserve">[44:03] </w:t>
      </w:r>
      <w:r>
        <w:t>yahi baat is hadith mein kahi gayi hai ke man ja'al al-humm muhammadan wa'idan humma akhirati kafahu allahu an humumi ad-dunya.</w:t>
      </w:r>
    </w:p>
    <w:p>
      <w:pPr>
        <w:jc w:val="right"/>
      </w:pPr>
      <w:r>
        <w:t>یہی بات اس حدیث میں کہی گئی ہے کہ مَنْ جَعَلَ الْهُمَّ مَحَمَّدًا وَاعِدًا هَمَّا آخِرَتَهِ كَفَاهُ اللَّهُ عَنْ هُمِمِ الدُّنْيَا ۔</w:t>
      </w:r>
    </w:p>
    <w:p>
      <w:r>
        <w:rPr>
          <w:b/>
        </w:rPr>
        <w:t xml:space="preserve">[44:15] </w:t>
      </w:r>
      <w:r>
        <w:t>is hadith mein darasal isi insaan ka zikr hai. ke jab insaan itna zyada apne ko Allah mein involve kar de. jab itna zyada woh Allah ko apna concern bana le.</w:t>
      </w:r>
    </w:p>
    <w:p>
      <w:pPr>
        <w:jc w:val="right"/>
      </w:pPr>
      <w:r>
        <w:t>اس حدیث میں دراصل اسی انسان کا ذکر ہے۔ کہ جب انسان اتنا زیادہ اپنے کو اللہ میں involve کر دے۔ جب اتنا زیادہ وہ اللہ کو اپنا concern بنا لے۔</w:t>
      </w:r>
    </w:p>
    <w:p>
      <w:r>
        <w:rPr>
          <w:b/>
        </w:rPr>
        <w:t xml:space="preserve">[44:26] </w:t>
      </w:r>
      <w:r>
        <w:t>itna zyada Allah is se uska mohabbat ka talluq qaim ho jaye.</w:t>
      </w:r>
    </w:p>
    <w:p>
      <w:pPr>
        <w:jc w:val="right"/>
      </w:pPr>
      <w:r>
        <w:t>اتنا زیادہ اللہ اس سے اس کا محبت کا تعلق قائم ہو جائے۔</w:t>
      </w:r>
    </w:p>
    <w:p>
      <w:r>
        <w:rPr>
          <w:b/>
        </w:rPr>
        <w:t xml:space="preserve">[44:32] </w:t>
      </w:r>
      <w:r>
        <w:t>toh yahi hota hai. kya Khuda is ko nazar andaaz nahin kar sakta? jis tarah se ek ek ek baap apne bete se mohabbat karta hai toh woh bete ki tabahi ko nazar andaaz nahin kar sakta.</w:t>
      </w:r>
    </w:p>
    <w:p>
      <w:pPr>
        <w:jc w:val="right"/>
      </w:pPr>
      <w:r>
        <w:t>تو یہی ہوتا ہے۔ کیا خدا اس کو نظر انداز نہیں کر سکتا؟ جس طرح سے ایک ایک ایک باپ اپنے بیٹے سے محبت کرتا ہے تو وہ بیٹے کی تباہی کو نظر انداز نہیں کر سکتا۔</w:t>
      </w:r>
    </w:p>
    <w:p>
      <w:r>
        <w:rPr>
          <w:b/>
        </w:rPr>
        <w:t xml:space="preserve">[44:46] </w:t>
      </w:r>
      <w:r>
        <w:t>woh dekh nahin sakta. bete yaani baap ke bas mein nahin hota ke bete ki tabahi ko woh nazar andaaz kare.</w:t>
      </w:r>
    </w:p>
    <w:p>
      <w:pPr>
        <w:jc w:val="right"/>
      </w:pPr>
      <w:r>
        <w:t>وہ دیکھ نہیں سکتا۔ بیٹے یعنی باپ کے بس میں نہیں ہوتا کہ بیٹے کی تباہی کو وہ نظر انداز کرے۔</w:t>
      </w:r>
    </w:p>
    <w:p>
      <w:r>
        <w:rPr>
          <w:b/>
        </w:rPr>
        <w:t xml:space="preserve">[44:56] </w:t>
      </w:r>
      <w:r>
        <w:t>bete ki tabahi hote hue dekhe aur uska kuch na kare.</w:t>
      </w:r>
    </w:p>
    <w:p>
      <w:pPr>
        <w:jc w:val="right"/>
      </w:pPr>
      <w:r>
        <w:t>بیٹے کی تباہی ہوتے ہوئے دیکھے اور اس کا کچھ نہ کرے۔</w:t>
      </w:r>
    </w:p>
    <w:p>
      <w:r>
        <w:rPr>
          <w:b/>
        </w:rPr>
        <w:t xml:space="preserve">[45:01] </w:t>
      </w:r>
      <w:r>
        <w:t>toh is darje mein aap ko pahunchana hai apne aap ko. jaise ek qissa maine is se pehle bayan kiya tha ke ek sachha qissa hai.</w:t>
      </w:r>
    </w:p>
    <w:p>
      <w:pPr>
        <w:jc w:val="right"/>
      </w:pPr>
      <w:r>
        <w:t>تو اس درجے میں آپ کو پہنچانا ہے اپنے آپ کو۔ جیسے ایک قصہ میں نے اس سے پہلے بیان کیا تھا کہ ایک سچا قصہ ہے۔</w:t>
      </w:r>
    </w:p>
    <w:p>
      <w:r>
        <w:rPr>
          <w:b/>
        </w:rPr>
        <w:t xml:space="preserve">[45:16] </w:t>
      </w:r>
      <w:r>
        <w:t>ek sachha qissa hai ghaliban Rampur ka. ek baap tha woh teacher tha mamooli teacher. teacher ki aamdani is zamane mein toh bohat kam hoti thi.</w:t>
      </w:r>
    </w:p>
    <w:p>
      <w:pPr>
        <w:jc w:val="right"/>
      </w:pPr>
      <w:r>
        <w:t>ایک سچا قصہ ہے غالباً رام پور کا۔ ایک باپ تھا وہ ٹیچر تھا معمولی ٹیچر۔ ٹیچر کی آمدنی اس زمانے میں تو بہت کم ہوتی تھی۔</w:t>
      </w:r>
    </w:p>
    <w:p>
      <w:r>
        <w:rPr>
          <w:b/>
        </w:rPr>
        <w:t xml:space="preserve">[45:27] </w:t>
      </w:r>
      <w:r>
        <w:t>ab toh kuch badh bhi gayi hai.</w:t>
      </w:r>
    </w:p>
    <w:p>
      <w:pPr>
        <w:jc w:val="right"/>
      </w:pPr>
      <w:r>
        <w:t>اب تو کچھ بڑھ بھی گئی ہے۔</w:t>
      </w:r>
    </w:p>
    <w:p>
      <w:r>
        <w:rPr>
          <w:b/>
        </w:rPr>
        <w:t xml:space="preserve">[45:30] </w:t>
      </w:r>
      <w:r>
        <w:t>toh bachche ko yeh shauq hua ke us ke paas bicycle ho. apne baap se us ne kaha ke mujhe aap ek bicycle khareed dijiye.</w:t>
      </w:r>
    </w:p>
    <w:p>
      <w:pPr>
        <w:jc w:val="right"/>
      </w:pPr>
      <w:r>
        <w:t>تو بچے کو یہ شوق ہوا کہ اس کے پاس bicycle ہو۔ اپنے باپ سے اس نے کہا کہ مجھے آپ ایک bicycle خرید دیجیے۔</w:t>
      </w:r>
    </w:p>
    <w:p>
      <w:r>
        <w:rPr>
          <w:b/>
        </w:rPr>
        <w:t xml:space="preserve">[45:41] </w:t>
      </w:r>
      <w:r>
        <w:t>toh baap chunke us ke paas paisa nahin tha toh us ne nazar andaaz kiya. kuch jawab nahin diya us ne. toh bete ne kai baar baap se kaha ke mujhe aap ek bicycle khareed dijiye.</w:t>
      </w:r>
    </w:p>
    <w:p>
      <w:pPr>
        <w:jc w:val="right"/>
      </w:pPr>
      <w:r>
        <w:t>تو باپ چونکہ اس کے پاس پیسہ نہیں تھا تو اس نے نظر انداز کیا۔ کچھ جواب نہیں دیا اس نے۔ تو بیٹے نے کئی بار باپ سے کہا کہ مجھے آپ ایک bicycle خرید دیجیے۔</w:t>
      </w:r>
    </w:p>
    <w:p>
      <w:r>
        <w:rPr>
          <w:b/>
        </w:rPr>
        <w:t xml:space="preserve">[45:54] </w:t>
      </w:r>
      <w:r>
        <w:t>mujhe bicycle chahiye.</w:t>
      </w:r>
    </w:p>
    <w:p>
      <w:pPr>
        <w:jc w:val="right"/>
      </w:pPr>
      <w:r>
        <w:t>مجھے bicycle چاہیے۔</w:t>
      </w:r>
    </w:p>
    <w:p>
      <w:r>
        <w:rPr>
          <w:b/>
        </w:rPr>
        <w:t xml:space="preserve">[45:57] </w:t>
      </w:r>
      <w:r>
        <w:t>toh kai baar ke baad jab bete ne ek din kaha toh baap ghussa ho gaya. main ne mujhe mein bicycle nahin khareed sakta.</w:t>
      </w:r>
    </w:p>
    <w:p>
      <w:pPr>
        <w:jc w:val="right"/>
      </w:pPr>
      <w:r>
        <w:t>تو کئی بار کے بعد جب بیٹے نے ایک دن کہا تو باپ غصہ ہو گیا۔ میں نے مجھے میں bicycle نہیں خرید سکتا۔</w:t>
      </w:r>
    </w:p>
    <w:p>
      <w:r>
        <w:rPr>
          <w:b/>
        </w:rPr>
        <w:t xml:space="preserve">[46:08] </w:t>
      </w:r>
      <w:r>
        <w:t>mere bas mein nahin hai. aur tum agar use kehte rahe toh tum maroonga main tum ko.</w:t>
      </w:r>
    </w:p>
    <w:p>
      <w:pPr>
        <w:jc w:val="right"/>
      </w:pPr>
      <w:r>
        <w:t>میرے بس میں نہیں ہے۔ اور تم اگر اسے کہتے رہے تو تم ماروں گا میں تم کو۔</w:t>
      </w:r>
    </w:p>
    <w:p>
      <w:r>
        <w:rPr>
          <w:b/>
        </w:rPr>
        <w:t xml:space="preserve">[46:16] </w:t>
      </w:r>
      <w:r>
        <w:t>toh toh kya hua ke beta ro pada. bete ne kaha aap hi toh hamare baap hain.</w:t>
      </w:r>
    </w:p>
    <w:p>
      <w:pPr>
        <w:jc w:val="right"/>
      </w:pPr>
      <w:r>
        <w:t>تو تو کیا ہوا کہ بیٹا رو پڑا۔ بیٹے نے کہا آپ ہی تو ہمارے باپ ہیں۔</w:t>
      </w:r>
    </w:p>
    <w:p>
      <w:r>
        <w:rPr>
          <w:b/>
        </w:rPr>
        <w:t xml:space="preserve">[46:27] </w:t>
      </w:r>
      <w:r>
        <w:t>aap se na kaha toh kis se kahein?</w:t>
      </w:r>
    </w:p>
    <w:p>
      <w:pPr>
        <w:jc w:val="right"/>
      </w:pPr>
      <w:r>
        <w:t>آپ سے نہ کہا تو کس سے کہیں؟</w:t>
      </w:r>
    </w:p>
    <w:p>
      <w:r>
        <w:rPr>
          <w:b/>
        </w:rPr>
        <w:t xml:space="preserve">[46:32] </w:t>
      </w:r>
      <w:r>
        <w:t>aap hi toh hamare baap hain. aap se na kaha toh kis se kahein? yeh kehte hue beta bhi ro pada. baap bhi ro pada. baap ne jab suna woh bhi rone laga.</w:t>
      </w:r>
    </w:p>
    <w:p>
      <w:pPr>
        <w:jc w:val="right"/>
      </w:pPr>
      <w:r>
        <w:t>آپ ہی تو ہمارے باپ ہیں۔ آپ سے نہ کہا تو کس سے کہیں؟ یہ کہتے ہوئے بیٹا بھی رو پڑا۔ باپ بھی رو پڑا۔ باپ نے جب سنا وہ بھی رونے لگا۔</w:t>
      </w:r>
    </w:p>
    <w:p>
      <w:r>
        <w:rPr>
          <w:b/>
        </w:rPr>
        <w:t xml:space="preserve">[46:43] </w:t>
      </w:r>
      <w:r>
        <w:t>aur beta bhi rone laga. ke aap hi toh hamare baap hain. aap se na kaha toh kis se kahein? yeh hai beta jo apne baap se mohabbat karta hai toh us ko ek naaz paida ho jata hai.</w:t>
      </w:r>
    </w:p>
    <w:p>
      <w:pPr>
        <w:jc w:val="right"/>
      </w:pPr>
      <w:r>
        <w:t>اور بیٹا بھی رونے لگا۔ کہ آپ ہی تو ہمارے باپ ہیں۔ آپ سے نہ کہا تو کس سے کہیں؟ یہ ہے بیٹا جو اپنے باپ سے محبت کرتا ہے تو اس کو ایک ناز پیدا ہو جاتا ہے۔</w:t>
      </w:r>
    </w:p>
    <w:p>
      <w:r>
        <w:rPr>
          <w:b/>
        </w:rPr>
        <w:t xml:space="preserve">[46:57] </w:t>
      </w:r>
      <w:r>
        <w:t>wohi beta kisi aur se nahin kahega. is rag ke chalne wale ko pakad kar nahin kahega aisa woh. yeh talluq bande ko Khuda se hona chahiye.</w:t>
      </w:r>
    </w:p>
    <w:p>
      <w:pPr>
        <w:jc w:val="right"/>
      </w:pPr>
      <w:r>
        <w:t>وہی بیٹا کسی اور سے نہیں کہے گا۔ اس رگ کے چلنے والے کو پکڑ کر نہیں کہے گا ایسا وہ۔ یہ تعلق بندے کو خدا سے ہونا چاہیے۔</w:t>
      </w:r>
    </w:p>
    <w:p>
      <w:r>
        <w:rPr>
          <w:b/>
        </w:rPr>
        <w:t xml:space="preserve">[47:10] </w:t>
      </w:r>
      <w:r>
        <w:t>banda yeh keh sake Khudaaya tu hi toh mera Khuda hai. tere liye maine apni saari jazbaat o mohabbat qurban kar diya.</w:t>
      </w:r>
    </w:p>
    <w:p>
      <w:pPr>
        <w:jc w:val="right"/>
      </w:pPr>
      <w:r>
        <w:t>بندہ یہ کہہ سکے خدایا تو ہی تو میرا خدا ہے۔ تیرے لیے میں نے اپنی ساری جذبات و محبت قربان کر دیا۔</w:t>
      </w:r>
    </w:p>
    <w:p>
      <w:r>
        <w:rPr>
          <w:b/>
        </w:rPr>
        <w:t xml:space="preserve">[47:20] </w:t>
      </w:r>
      <w:r>
        <w:t>tere liye main apna wajood saunp diya. tujh ko maine apna concern banaya.</w:t>
      </w:r>
    </w:p>
    <w:p>
      <w:pPr>
        <w:jc w:val="right"/>
      </w:pPr>
      <w:r>
        <w:t>تیرے لیے میں اپنا وجود سونپ دیا۔ تجھ کو میں نے اپنا concern بنایا۔</w:t>
      </w:r>
    </w:p>
    <w:p>
      <w:r>
        <w:rPr>
          <w:b/>
        </w:rPr>
        <w:t xml:space="preserve">[47:27] </w:t>
      </w:r>
      <w:r>
        <w:t>to tujh se na kahoon to kis se kahoon?</w:t>
      </w:r>
    </w:p>
    <w:p>
      <w:pPr>
        <w:jc w:val="right"/>
      </w:pPr>
      <w:r>
        <w:t>تو تجھ سے نہ کہوں تو کس سے کہوں؟</w:t>
      </w:r>
    </w:p>
    <w:p>
      <w:r>
        <w:rPr>
          <w:b/>
        </w:rPr>
        <w:t xml:space="preserve">[47:32] </w:t>
      </w:r>
      <w:r>
        <w:t>yeh yeh is darje mein talluq bande se bande ko khuda se ho jaye woh matloob hai. technical talluq matloob nahi hai.</w:t>
      </w:r>
    </w:p>
    <w:p>
      <w:pPr>
        <w:jc w:val="right"/>
      </w:pPr>
      <w:r>
        <w:t>یہ یہ اس درجے میں تعلق بندے سے بندے کو خدا سے ہو جائے وہ مطلوب ہے۔ ٹیکنیکل تعلق مطلوب نہیں ہے۔</w:t>
      </w:r>
    </w:p>
    <w:p>
      <w:r>
        <w:rPr>
          <w:b/>
        </w:rPr>
        <w:t xml:space="preserve">[47:44] </w:t>
      </w:r>
      <w:r>
        <w:t>technical talluq matloob nahi hai.</w:t>
      </w:r>
    </w:p>
    <w:p>
      <w:pPr>
        <w:jc w:val="right"/>
      </w:pPr>
      <w:r>
        <w:t>ٹیکنیکل تعلق مطلوب نہیں ہے۔</w:t>
      </w:r>
    </w:p>
    <w:p>
      <w:r>
        <w:rPr>
          <w:b/>
        </w:rPr>
        <w:t xml:space="preserve">[47:53] </w:t>
      </w:r>
      <w:r>
        <w:t>bande aur khuda ke darmiyan mohabbat ki satah par talluq matloob hai.</w:t>
      </w:r>
    </w:p>
    <w:p>
      <w:pPr>
        <w:jc w:val="right"/>
      </w:pPr>
      <w:r>
        <w:t>بندے اور خدا کے درمیان محبت کی سطح پر تعلق مطلوب ہے۔</w:t>
      </w:r>
    </w:p>
    <w:p>
      <w:r>
        <w:rPr>
          <w:b/>
        </w:rPr>
        <w:t xml:space="preserve">[48:00] </w:t>
      </w:r>
      <w:r>
        <w:t>agar woh woh woh na paida ho to is mani mein ke bande ne khuda ko daryaft nahi kiya. bande ne apne rab ko jana nahi.</w:t>
      </w:r>
    </w:p>
    <w:p>
      <w:pPr>
        <w:jc w:val="right"/>
      </w:pPr>
      <w:r>
        <w:t>اگر وہ وہ وہ نہ پیدا ہو تو اس معنی میں کہ بندے نے خدا کو دریافت نہیں کیا۔ بندے نے اپنے رب کو جانا نہیں۔</w:t>
      </w:r>
    </w:p>
    <w:p>
      <w:r>
        <w:rPr>
          <w:b/>
        </w:rPr>
        <w:t xml:space="preserve">[48:13] </w:t>
      </w:r>
      <w:r>
        <w:t>bande ne apne rab ko jana nahi.</w:t>
      </w:r>
    </w:p>
    <w:p>
      <w:pPr>
        <w:jc w:val="right"/>
      </w:pPr>
      <w:r>
        <w:t>بندے نے اپنے رب کو جانا نہیں۔</w:t>
      </w:r>
    </w:p>
    <w:p>
      <w:r>
        <w:rPr>
          <w:b/>
        </w:rPr>
        <w:t xml:space="preserve">[48:16] </w:t>
      </w:r>
      <w:r>
        <w:t>aap ghaur kijiye ga agar aap sochein.</w:t>
      </w:r>
    </w:p>
    <w:p>
      <w:pPr>
        <w:jc w:val="right"/>
      </w:pPr>
      <w:r>
        <w:t>آپ غور کیجیے گا اگر آپ سوچیں۔</w:t>
      </w:r>
    </w:p>
    <w:p>
      <w:r>
        <w:rPr>
          <w:b/>
        </w:rPr>
        <w:t xml:space="preserve">[48:22] </w:t>
      </w:r>
      <w:r>
        <w:t>mein aksar rozana akhbar aata hai to us mein jo hero qism ke log hote hain koi khel ka hero koi artist ka hero bari bari tasveerein hoti hain.</w:t>
      </w:r>
    </w:p>
    <w:p>
      <w:pPr>
        <w:jc w:val="right"/>
      </w:pPr>
      <w:r>
        <w:t>میں اکثر روزانہ اخبار آتا ہے تو اس میں جو ہیرو قسم کے لوگ ہوتے ہیں کوئی کھیل کا ہیرو کوئی آرٹسٹ کا ہیرو بڑی بڑی تصویریں ہوتی ہیں۔</w:t>
      </w:r>
    </w:p>
    <w:p>
      <w:r>
        <w:rPr>
          <w:b/>
        </w:rPr>
        <w:t xml:space="preserve">[48:32] </w:t>
      </w:r>
      <w:r>
        <w:t>isko dekhta hoon to ajeeb kaifiyat hoti hai. ke yeh insaan khuda ne banaya?</w:t>
      </w:r>
    </w:p>
    <w:p>
      <w:pPr>
        <w:jc w:val="right"/>
      </w:pPr>
      <w:r>
        <w:t>اس کو دیکھتا ہوں تو عجیب کیفیت ہوتی ہے۔ کہ یہ انسان خدا نے بنایا؟</w:t>
      </w:r>
    </w:p>
    <w:p>
      <w:r>
        <w:rPr>
          <w:b/>
        </w:rPr>
        <w:t xml:space="preserve">[48:41] </w:t>
      </w:r>
      <w:r>
        <w:t>sadak pe chalte hue kisi ko dekhta hoon to ajeeb kaifiyat hoti hai.</w:t>
      </w:r>
    </w:p>
    <w:p>
      <w:pPr>
        <w:jc w:val="right"/>
      </w:pPr>
      <w:r>
        <w:t>سڑک پہ چلتے ہوئے کسی کو دیکھتا ہوں تو عجیب کیفیت ہوتی ہے۔</w:t>
      </w:r>
    </w:p>
    <w:p>
      <w:r>
        <w:rPr>
          <w:b/>
        </w:rPr>
        <w:t xml:space="preserve">[48:44] </w:t>
      </w:r>
      <w:r>
        <w:t>ke kaisa ajeeb hai woh insaan jis ko allah ne banaya. kaisi us ki salahiyatein hain. yani insaan ka chalna, insaan ka pakadna, insaan ka bolna, insaan ka dekhna, insaan ka sunna har cheez yani more than miracle hai yeh.</w:t>
      </w:r>
    </w:p>
    <w:p>
      <w:pPr>
        <w:jc w:val="right"/>
      </w:pPr>
      <w:r>
        <w:t>کہ کیسا عجیب ہے وہ انسان جس کو اللہ نے بنایا۔ کیسی اس کی صلاحیتیں ہیں۔ یعنی انسان کا چلنا، انسان کا پکڑنا، انسان کا بولنا، انسان کا دیکھنا، انسان کا سننا ہر چیز یعنی more than miracle ہے یہ۔</w:t>
      </w:r>
    </w:p>
    <w:p>
      <w:r>
        <w:rPr>
          <w:b/>
        </w:rPr>
        <w:t xml:space="preserve">[49:01] </w:t>
      </w:r>
      <w:r>
        <w:t>more than miracle. kyunke sari kainat mein insaan jaisi koi makhlooq maujood nahi hai.</w:t>
      </w:r>
    </w:p>
    <w:p>
      <w:pPr>
        <w:jc w:val="right"/>
      </w:pPr>
      <w:r>
        <w:t>more than miracle۔ کیونکہ ساری کائنات میں انسان جیسی کوئی مخلوق موجود نہیں ہے۔</w:t>
      </w:r>
    </w:p>
    <w:p>
      <w:r>
        <w:rPr>
          <w:b/>
        </w:rPr>
        <w:t xml:space="preserve">[49:10] </w:t>
      </w:r>
      <w:r>
        <w:t>aap jante hain ke zamane mein bari bari telescope banayi gayi. space se mushahida kiya gaya.</w:t>
      </w:r>
    </w:p>
    <w:p>
      <w:pPr>
        <w:jc w:val="right"/>
      </w:pPr>
      <w:r>
        <w:t>آپ جانتے ہیں کہ زمانے میں بڑی بڑی ٹیلیسکوپ بنائی گئی۔ اسپیس سے مشاہدہ کیا گیا۔</w:t>
      </w:r>
    </w:p>
    <w:p>
      <w:r>
        <w:rPr>
          <w:b/>
        </w:rPr>
        <w:t xml:space="preserve">[49:22] </w:t>
      </w:r>
      <w:r>
        <w:t>har tareeqe se kainat ko dekhne ki koshish ki gayi. lekin maloom hua ke na to zameen kahin jaisi koi na to zameen jaisa koi planet hai na insaan jaisi koi makhlooq.</w:t>
      </w:r>
    </w:p>
    <w:p>
      <w:pPr>
        <w:jc w:val="right"/>
      </w:pPr>
      <w:r>
        <w:t>ہر طریقے سے کائنات کو دیکھنے کی کوشش کی گئی۔ لیکن معلوم ہوا کہ نہ تو زمین کہیں جیسی کوئی نہ تو زمین جیسا کوئی planet ہے نہ انسان جیسی کوئی مخلوق۔</w:t>
      </w:r>
    </w:p>
    <w:p>
      <w:r>
        <w:rPr>
          <w:b/>
        </w:rPr>
        <w:t xml:space="preserve">[49:37] </w:t>
      </w:r>
      <w:r>
        <w:t>itni bari kainat hai ke aaj tak is ko hum gintiyan bayan nahi kar sakte is ki. is ke mile is ke kilometer ko. lekin wahan zameen jaisa koi sayara nahi jahan pani ho, jahan sabza ho, jahan fasal ugti ho,</w:t>
      </w:r>
    </w:p>
    <w:p>
      <w:pPr>
        <w:jc w:val="right"/>
      </w:pPr>
      <w:r>
        <w:t>اتنی بڑی کائنات ہے کہ آج تک اس کو ہم گنتیاں بیان نہیں کر سکتے اس کی۔ اس کے میل اس کے کلومیٹر کو۔ لیکن وہاں زمین جیسا کوئی سیارہ نہیں جہاں پانی ہو، جہاں سبزہ ہو، جہاں فصل اگتی ہو،</w:t>
      </w:r>
    </w:p>
    <w:p>
      <w:r>
        <w:rPr>
          <w:b/>
        </w:rPr>
        <w:t xml:space="preserve">[49:53] </w:t>
      </w:r>
      <w:r>
        <w:t>jahan darakhton mein phal latakte hon. aisa koi koi maujood nahi. jahan oxygen ka oxygen ka nizam ho aur phir insaan jaisi makhlooq wahan paida ho.</w:t>
      </w:r>
    </w:p>
    <w:p>
      <w:pPr>
        <w:jc w:val="right"/>
      </w:pPr>
      <w:r>
        <w:t>جہاں درختوں میں پھل لٹکتے ہوں۔ ایسا کوئی کوئی موجود نہیں۔ جہاں آکسیجن کا آکسیجن کا نظام ہو اور پھر انسان جیسی مخلوق وہاں پیدا ہو۔</w:t>
      </w:r>
    </w:p>
    <w:p>
      <w:r>
        <w:rPr>
          <w:b/>
        </w:rPr>
        <w:t xml:space="preserve">[50:05] </w:t>
      </w:r>
      <w:r>
        <w:t>aap batayein ke jab aap sochte hain yeh sab to aik aik aik thrill aik thrill hota hai thrill. ke kaisa inaamaat hain allah ta'ala ke jo is ne mere sath farmaaya.</w:t>
      </w:r>
    </w:p>
    <w:p>
      <w:pPr>
        <w:jc w:val="right"/>
      </w:pPr>
      <w:r>
        <w:t>آپ بتائیں کہ جب آپ سوچتے ہیں یہ سب تو ایک ایک ایک thrill ایک thrill ہوتا ہے thrill۔ کہ کیسا انعامات ہیں اللہ تعالیٰ کے جو اس نے میرے ساتھ فرمایا۔</w:t>
      </w:r>
    </w:p>
    <w:p>
      <w:r>
        <w:rPr>
          <w:b/>
        </w:rPr>
        <w:t xml:space="preserve">[50:18] </w:t>
      </w:r>
      <w:r>
        <w:t>to isi ke is ke baad jo kaifiyat paida hogi isi ka naam mohabbat hai aur kis cheez ka naam mohabbat hai?</w:t>
      </w:r>
    </w:p>
    <w:p>
      <w:pPr>
        <w:jc w:val="right"/>
      </w:pPr>
      <w:r>
        <w:t>تو اسی کے اس کے بعد جو کیفیت پیدا ہوگی اسی کا نام محبت ہے اور کس چیز کا نام محبت ہے؟</w:t>
      </w:r>
    </w:p>
    <w:p>
      <w:r>
        <w:rPr>
          <w:b/>
        </w:rPr>
        <w:t xml:space="preserve">[50:28] </w:t>
      </w:r>
      <w:r>
        <w:t>yeh sab yeh sab sochte hue yeh sab sochte hue aap ke andar jo thrill aaye ga isi ka naam mohabbat hai. mohabbat koi mysterious cheez nahi hai.</w:t>
      </w:r>
    </w:p>
    <w:p>
      <w:pPr>
        <w:jc w:val="right"/>
      </w:pPr>
      <w:r>
        <w:t>یہ سب یہ سب سوچتے ہوئے یہ سب سوچتے ہوئے آپ کے اندر جو thrill آئے گا اسی کا نام محبت ہے۔ محبت کوئی mysterious چیز نہیں ہے۔</w:t>
      </w:r>
    </w:p>
    <w:p>
      <w:r>
        <w:rPr>
          <w:b/>
        </w:rPr>
        <w:t xml:space="preserve">[50:42] </w:t>
      </w:r>
      <w:r>
        <w:t>to agar kisi ke dil mein allah ki mohabbat na ho to is ke mani kya hain? woh andha bahra hai.</w:t>
      </w:r>
    </w:p>
    <w:p>
      <w:pPr>
        <w:jc w:val="right"/>
      </w:pPr>
      <w:r>
        <w:t>تو اگر کسی کے دل میں اللہ کی محبت نہ ہو تو اس کے معنی کیا ہیں؟ وہ اندھا بہرا ہے۔</w:t>
      </w:r>
    </w:p>
    <w:p>
      <w:r>
        <w:rPr>
          <w:b/>
        </w:rPr>
        <w:t xml:space="preserve">[50:50] </w:t>
      </w:r>
      <w:r>
        <w:t>is ne apne ko daryaft nahi kiya. is ne apne aap ko discover nahi kiya. is ne is is duniya ko discover nahi kiya.</w:t>
      </w:r>
    </w:p>
    <w:p>
      <w:pPr>
        <w:jc w:val="right"/>
      </w:pPr>
      <w:r>
        <w:t>اس نے اپنے کو دریافت نہیں کیا۔ اس نے اپنے آپ کو discover نہیں کیا۔ اس نے اس اس دنیا کو discover نہیں کیا۔</w:t>
      </w:r>
    </w:p>
    <w:p>
      <w:r>
        <w:rPr>
          <w:b/>
        </w:rPr>
        <w:t xml:space="preserve">[51:00] </w:t>
      </w:r>
      <w:r>
        <w:t>is ne khuda ko discover nahi kiya. har cheez se bekhabari mein pada hua hai. woh kyunke discover kare to us ke baad jo cheez hogi woh yahi hogi ke khuda se is ko bohat ziyada mohabbat paida ho jayegi.</w:t>
      </w:r>
    </w:p>
    <w:p>
      <w:pPr>
        <w:jc w:val="right"/>
      </w:pPr>
      <w:r>
        <w:t>اس نے خدا کو discover نہیں کیا۔ ہر چیز سے بے خبری میں پڑا ہوا ہے۔ وہ کیونکہ discover کرے تو اس کے بعد جو چیز ہوگی وہ یہی ہوگی کہ خدا سے اس کو بہت زیادہ محبت پیدا ہو جائے گی۔</w:t>
      </w:r>
    </w:p>
    <w:p>
      <w:r>
        <w:rPr>
          <w:b/>
        </w:rPr>
        <w:t xml:space="preserve">[51:16] </w:t>
      </w:r>
      <w:r>
        <w:t>bohat ziyada mohabbat. kal parson akhbar mein aik khabar thi</w:t>
      </w:r>
    </w:p>
    <w:p>
      <w:pPr>
        <w:jc w:val="right"/>
      </w:pPr>
      <w:r>
        <w:t>بہت زیادہ محبت۔ کل پرسوں اخبار میں ایک خبر تھی</w:t>
      </w:r>
    </w:p>
    <w:p>
      <w:r>
        <w:rPr>
          <w:b/>
        </w:rPr>
        <w:t xml:space="preserve">[51:20] </w:t>
      </w:r>
      <w:r>
        <w:t>ke aik chota bachcha jo tha us ne petrol pi liya. kahin petrol tha to us ko pani ki shakal dikhayi di woh pi gaya woh aur mar gaya. ab dekhein hum aap pani peete hain to is se hum ko health milti hai.</w:t>
      </w:r>
    </w:p>
    <w:p>
      <w:pPr>
        <w:jc w:val="right"/>
      </w:pPr>
      <w:r>
        <w:t>کہ ایک چھوٹا بچہ جو تھا اس نے پٹرول پی لیا۔ کہیں پٹرول تھا تو اس کو پانی کی شکل دکھائی دی وہ پی گیا وہ اور مر گیا۔ اب دیکھیں ہم آپ پانی پیتے ہیں تو اس سے ہم کو health ملتی ہے۔</w:t>
      </w:r>
    </w:p>
    <w:p>
      <w:r>
        <w:rPr>
          <w:b/>
        </w:rPr>
        <w:t xml:space="preserve">[51:35] </w:t>
      </w:r>
      <w:r>
        <w:t>to yahi sochiye ke agar khuda duniya mein sirf petrol hi hota pani na hota to hamara kya anjaam hota?</w:t>
      </w:r>
    </w:p>
    <w:p>
      <w:pPr>
        <w:jc w:val="right"/>
      </w:pPr>
      <w:r>
        <w:t>تو یہی سوچیے کہ اگر خدا دنیا میں صرف پٹرول ہی ہوتا پانی نہ ہوتا تو ہمارا کیا انجام ہوتا؟</w:t>
      </w:r>
    </w:p>
    <w:p>
      <w:r>
        <w:rPr>
          <w:b/>
        </w:rPr>
        <w:t xml:space="preserve">[51:44] </w:t>
      </w:r>
      <w:r>
        <w:t>yani pani hota aur petrol na hota tab bhi zindagi musibat thi. aur petrol hota pani na hota tab bhi zindagi musibat thi. itni sari cheezein itni sari cheezein Khuda ne banaein.</w:t>
      </w:r>
    </w:p>
    <w:p>
      <w:pPr>
        <w:jc w:val="right"/>
      </w:pPr>
      <w:r>
        <w:t>یعنی پانی ہوتا اور پٹرول نہ ہوتا تب بھی زندگی مصیبت تھی۔ اور پٹرول ہوتا پانی نہ ہوتا تب بھی زندگی مصیبت تھی۔ اتنی ساری چیزیں اتنی ساری چیزیں خدا نے بنائیں۔</w:t>
      </w:r>
    </w:p>
    <w:p>
      <w:r>
        <w:rPr>
          <w:b/>
        </w:rPr>
        <w:t xml:space="preserve">[51:58] </w:t>
      </w:r>
      <w:r>
        <w:t>to inaamaat ilahi ka tasawwur monim ka tasawwur paida karta hai. aur monim ka tasawwur mohabbat ka chashma aap ke dil mein ugata hai.</w:t>
      </w:r>
    </w:p>
    <w:p>
      <w:pPr>
        <w:jc w:val="right"/>
      </w:pPr>
      <w:r>
        <w:t>تو انعامات الہی کا تصور منیم کا تصور پیدا کرتا ہے۔ اور منیم کا تصور محبت کا چشمہ آپ کے دل میں اگاتا ہے۔</w:t>
      </w:r>
    </w:p>
    <w:p>
      <w:r>
        <w:rPr>
          <w:b/>
        </w:rPr>
        <w:t xml:space="preserve">[52:10] </w:t>
      </w:r>
      <w:r>
        <w:t>aur jab mohabbat aati hai tab saare deeni taqaze poore hote hain. dekhein ek hai.</w:t>
      </w:r>
    </w:p>
    <w:p>
      <w:pPr>
        <w:jc w:val="right"/>
      </w:pPr>
      <w:r>
        <w:t>اور جب محبت آتی ہے تب سارے دینی تقاضے پورے ہوتے ہیں۔ دیکھیں ایک ہے۔</w:t>
      </w:r>
    </w:p>
    <w:p>
      <w:r>
        <w:rPr>
          <w:b/>
        </w:rPr>
        <w:t xml:space="preserve">[52:22] </w:t>
      </w:r>
      <w:r>
        <w:t>ek hai rasmi deendari.</w:t>
      </w:r>
    </w:p>
    <w:p>
      <w:pPr>
        <w:jc w:val="right"/>
      </w:pPr>
      <w:r>
        <w:t>ایک ہے رسمی دینداری۔</w:t>
      </w:r>
    </w:p>
    <w:p>
      <w:r>
        <w:rPr>
          <w:b/>
        </w:rPr>
        <w:t xml:space="preserve">[52:26] </w:t>
      </w:r>
      <w:r>
        <w:t>rasmi yani ritual ki satah par deendari. ke aap kuch shaklein aap yaad kar lein. kuch alfaaz yaad kar lein.</w:t>
      </w:r>
    </w:p>
    <w:p>
      <w:pPr>
        <w:jc w:val="right"/>
      </w:pPr>
      <w:r>
        <w:t>رسمی یعنی ritual کی سطح پر دینداری۔ کہ آپ کچھ شکلیں آپ یاد کر لیں۔ کچھ الفاظ یاد کر لیں۔</w:t>
      </w:r>
    </w:p>
    <w:p>
      <w:r>
        <w:rPr>
          <w:b/>
        </w:rPr>
        <w:t xml:space="preserve">[52:37] </w:t>
      </w:r>
      <w:r>
        <w:t>aur is ko dohrate rahein. to yeh yeh jo deendari hai form wali deendari is mein mohabbat hi paida ho gi.</w:t>
      </w:r>
    </w:p>
    <w:p>
      <w:pPr>
        <w:jc w:val="right"/>
      </w:pPr>
      <w:r>
        <w:t>اور اس کو دہراتے رہیں۔ تو یہ یہ جو دینداری ہے فارم والی دینداری اس میں محبتیں ہی پیدا ہوں گی۔</w:t>
      </w:r>
    </w:p>
    <w:p>
      <w:r>
        <w:rPr>
          <w:b/>
        </w:rPr>
        <w:t xml:space="preserve">[52:48] </w:t>
      </w:r>
      <w:r>
        <w:t>kuch shaklon ko aap dohra lein ge. kuch alfaaz ko dohra lein ge aap samjhein ke mein ne ibadat kar liya.</w:t>
      </w:r>
    </w:p>
    <w:p>
      <w:pPr>
        <w:jc w:val="right"/>
      </w:pPr>
      <w:r>
        <w:t>کچھ شکلوں کو آپ دہرا لیں گے۔ کچھ الفاظ کو دہرا لیں گے آپ سمجھیں کہ میں نے عبادت کر لیا۔</w:t>
      </w:r>
    </w:p>
    <w:p>
      <w:r>
        <w:rPr>
          <w:b/>
        </w:rPr>
        <w:t xml:space="preserve">[52:56] </w:t>
      </w:r>
      <w:r>
        <w:t>kuch alfaaz ko dohra lein ge aap samjhein ke mein ne dua kar liya.</w:t>
      </w:r>
    </w:p>
    <w:p>
      <w:pPr>
        <w:jc w:val="right"/>
      </w:pPr>
      <w:r>
        <w:t>کچھ الفاظ کو دہرا لیں گے آپ سمجھیں کہ میں نے دعا کر لیا۔</w:t>
      </w:r>
    </w:p>
    <w:p>
      <w:r>
        <w:rPr>
          <w:b/>
        </w:rPr>
        <w:t xml:space="preserve">[53:04] </w:t>
      </w:r>
      <w:r>
        <w:t>lekin jab aap apne aql ko istemaal karein ge. ghaur o fikr karein ge. kainaat mein Allah ke jalwe dekhein ge.</w:t>
      </w:r>
    </w:p>
    <w:p>
      <w:pPr>
        <w:jc w:val="right"/>
      </w:pPr>
      <w:r>
        <w:t>لیکن جب آپ اپنے عقل کو استعمال کریں گے۔ غور و فکر کریں گے۔ کائنات میں اللہ کے جلوے دیکھیں گے۔</w:t>
      </w:r>
    </w:p>
    <w:p>
      <w:r>
        <w:rPr>
          <w:b/>
        </w:rPr>
        <w:t xml:space="preserve">[53:16] </w:t>
      </w:r>
      <w:r>
        <w:t>to aap ko ek thrill paida ho ga.</w:t>
      </w:r>
    </w:p>
    <w:p>
      <w:pPr>
        <w:jc w:val="right"/>
      </w:pPr>
      <w:r>
        <w:t>تو آپ کو ایک thrill پیدا ہوگا۔</w:t>
      </w:r>
    </w:p>
    <w:p>
      <w:r>
        <w:rPr>
          <w:b/>
        </w:rPr>
        <w:t xml:space="preserve">[53:22] </w:t>
      </w:r>
      <w:r>
        <w:t>wohi jis ko mein ne kaha ke strong affection woh paida ho ga. kis ke liye? Creator ke liye. kis ke liye jis ne yeh sab blessing ki di aap ko?</w:t>
      </w:r>
    </w:p>
    <w:p>
      <w:pPr>
        <w:jc w:val="right"/>
      </w:pPr>
      <w:r>
        <w:t>وہی جس کو میں نے کہا کہ strong affection وہ پیدا ہوگا۔ کس کے لیے؟ Creator کے لیے۔ کس کے لیے جس نے یہ سب blessing کی دی آپ کو؟</w:t>
      </w:r>
    </w:p>
    <w:p>
      <w:r>
        <w:rPr>
          <w:b/>
        </w:rPr>
        <w:t xml:space="preserve">[53:31] </w:t>
      </w:r>
      <w:r>
        <w:t>kis ke liye? Monim ke liye.</w:t>
      </w:r>
    </w:p>
    <w:p>
      <w:pPr>
        <w:jc w:val="right"/>
      </w:pPr>
      <w:r>
        <w:t>کس کے لیے؟ Monim کے لیے۔</w:t>
      </w:r>
    </w:p>
    <w:p>
      <w:r>
        <w:rPr>
          <w:b/>
        </w:rPr>
        <w:t xml:space="preserve">[53:36] </w:t>
      </w:r>
      <w:r>
        <w:t>to jo aadmi mohabbat ke darje mein Allah ko na paaye hue ho woh bilashuba andha bahra hai.</w:t>
      </w:r>
    </w:p>
    <w:p>
      <w:pPr>
        <w:jc w:val="right"/>
      </w:pPr>
      <w:r>
        <w:t>تو جو آدمی محبت کے درجے میں اللہ کو نہ پائے ہوئے ہو وہ بلاشبہ اندھا بہرا ہے۔</w:t>
      </w:r>
    </w:p>
    <w:p>
      <w:r>
        <w:rPr>
          <w:b/>
        </w:rPr>
        <w:t xml:space="preserve">[53:45] </w:t>
      </w:r>
      <w:r>
        <w:t>har cheez se bekhabar hai woh. bheed bakri ki tarah duniya mein reh raha hai woh.</w:t>
      </w:r>
    </w:p>
    <w:p>
      <w:pPr>
        <w:jc w:val="right"/>
      </w:pPr>
      <w:r>
        <w:t>ہر چیز سے بے خبر ہے وہ۔ بھیڑ بکری کی طرح دنیا میں رہ رہا ہے وہ۔</w:t>
      </w:r>
    </w:p>
    <w:p>
      <w:r>
        <w:rPr>
          <w:b/>
        </w:rPr>
        <w:t xml:space="preserve">[53:53] </w:t>
      </w:r>
      <w:r>
        <w:t>bheed bakre se zyada us ko kisi baat ki khabar nahin.</w:t>
      </w:r>
    </w:p>
    <w:p>
      <w:pPr>
        <w:jc w:val="right"/>
      </w:pPr>
      <w:r>
        <w:t>بھیڑ بکرے سے زیادہ اس کو کسی بات کی خبر نہیں۔</w:t>
      </w:r>
    </w:p>
    <w:p>
      <w:r>
        <w:rPr>
          <w:b/>
        </w:rPr>
        <w:t xml:space="preserve">[54:02] </w:t>
      </w:r>
      <w:r>
        <w:t>to mein yeh arz karoon ga ke Allah se ta'alluq wahi matloob hai jo mohabbat ki satah par qaim hua ho.</w:t>
      </w:r>
    </w:p>
    <w:p>
      <w:pPr>
        <w:jc w:val="right"/>
      </w:pPr>
      <w:r>
        <w:t>تو میں یہ عرض کروں گا کہ اللہ سے تعلق وہی مطلوب ہے جو محبت کی سطح پر قائم ہوا ہو۔</w:t>
      </w:r>
    </w:p>
    <w:p>
      <w:r>
        <w:rPr>
          <w:b/>
        </w:rPr>
        <w:t xml:space="preserve">[54:16] </w:t>
      </w:r>
      <w:r>
        <w:t>rasmi ta'alluq Allah se woh matloob nahin hai. is ki koi value nahin hai. is ki koi qeemat nahin hai.</w:t>
      </w:r>
    </w:p>
    <w:p>
      <w:pPr>
        <w:jc w:val="right"/>
      </w:pPr>
      <w:r>
        <w:t>رسمی تعلق اللہ سے وہ مطلوب نہیں ہے۔ اس کی کوئی value نہیں ہے۔ اس کی کوئی قیمت نہیں ہے۔</w:t>
      </w:r>
    </w:p>
    <w:p>
      <w:r>
        <w:rPr>
          <w:b/>
        </w:rPr>
        <w:t xml:space="preserve">[54:24] </w:t>
      </w:r>
      <w:r>
        <w:t>emotional attachment, strong affection, qulbi ta'alluq yeh hona chahiye.</w:t>
      </w:r>
    </w:p>
    <w:p>
      <w:pPr>
        <w:jc w:val="right"/>
      </w:pPr>
      <w:r>
        <w:t>emotional attachment، strong affection، قلبی تعلق یہ ہونا چاہیے۔</w:t>
      </w:r>
    </w:p>
    <w:p>
      <w:r>
        <w:rPr>
          <w:b/>
        </w:rPr>
        <w:t xml:space="preserve">[54:39] </w:t>
      </w:r>
      <w:r>
        <w:t>yeh hona chahiye.</w:t>
      </w:r>
    </w:p>
    <w:p>
      <w:pPr>
        <w:jc w:val="right"/>
      </w:pPr>
      <w:r>
        <w:t>یہ ہونا چاہیے۔</w:t>
      </w:r>
    </w:p>
    <w:p>
      <w:r>
        <w:rPr>
          <w:b/>
        </w:rPr>
        <w:t xml:space="preserve">[54:43] </w:t>
      </w:r>
      <w:r>
        <w:t>agar yeh nahin hai to phir kuch bhi nahin.</w:t>
      </w:r>
    </w:p>
    <w:p>
      <w:pPr>
        <w:jc w:val="right"/>
      </w:pPr>
      <w:r>
        <w:t>اگر یہ نہیں ہے تو پھر کچھ بھی نہیں۔</w:t>
      </w:r>
    </w:p>
    <w:p>
      <w:r>
        <w:rPr>
          <w:b/>
        </w:rPr>
        <w:t xml:space="preserve">[54:49] </w:t>
      </w:r>
      <w:r>
        <w:t>yeh nahin hai to kuch bhi nahin.</w:t>
      </w:r>
    </w:p>
    <w:p>
      <w:pPr>
        <w:jc w:val="right"/>
      </w:pPr>
      <w:r>
        <w:t>یہ نہیں ہے تو کچھ بھی نہیں۔</w:t>
      </w:r>
    </w:p>
    <w:p>
      <w:r>
        <w:rPr>
          <w:b/>
        </w:rPr>
        <w:t xml:space="preserve">[54:57] </w:t>
      </w:r>
      <w:r>
        <w:t>kal mein soch raha tha isi mozu par sochte hue ke</w:t>
      </w:r>
    </w:p>
    <w:p>
      <w:pPr>
        <w:jc w:val="right"/>
      </w:pPr>
      <w:r>
        <w:t>کل میں سوچ رہا تھا اسی موضوع پر سوچتے ہوئے کہ</w:t>
      </w:r>
    </w:p>
    <w:p>
      <w:r>
        <w:rPr>
          <w:b/>
        </w:rPr>
        <w:t xml:space="preserve">[55:04] </w:t>
      </w:r>
      <w:r>
        <w:t>ek yaad aaya mujhe ke unnees sau gyarah mein unnees sau gyarah mein kya hua tha ke Italy ne Libya par hamla kar diya tha.</w:t>
      </w:r>
    </w:p>
    <w:p>
      <w:pPr>
        <w:jc w:val="right"/>
      </w:pPr>
      <w:r>
        <w:t>ایک یاد آیا مجھے کہ انیس سو گیارہ میں انیس سو گیارہ میں کیا ہوا تھا کہ اٹلی نے لیبیا پر حملہ کر دیا تھا۔</w:t>
      </w:r>
    </w:p>
    <w:p>
      <w:r>
        <w:rPr>
          <w:b/>
        </w:rPr>
        <w:t xml:space="preserve">[55:20] </w:t>
      </w:r>
      <w:r>
        <w:t>Tarabulus par. Tarabulus Libya ka capital city hai.</w:t>
      </w:r>
    </w:p>
    <w:p>
      <w:pPr>
        <w:jc w:val="right"/>
      </w:pPr>
      <w:r>
        <w:t>ترابلس پر۔ ترابلس لیبیا کا capital city ہے۔</w:t>
      </w:r>
    </w:p>
    <w:p>
      <w:r>
        <w:rPr>
          <w:b/>
        </w:rPr>
        <w:t xml:space="preserve">[55:27] </w:t>
      </w:r>
      <w:r>
        <w:t>to Italy ne is par hamla kar diya aur is ke baad ek hangama khara hua.</w:t>
      </w:r>
    </w:p>
    <w:p>
      <w:pPr>
        <w:jc w:val="right"/>
      </w:pPr>
      <w:r>
        <w:t>تو اٹلی نے اس پر حملہ کر دیا اور اس کے بعد ایک ہنگامہ کھڑا ہوا۔</w:t>
      </w:r>
    </w:p>
    <w:p>
      <w:r>
        <w:rPr>
          <w:b/>
        </w:rPr>
        <w:t xml:space="preserve">[55:36] </w:t>
      </w:r>
      <w:r>
        <w:t>to ek ek mashhoor aalim ne</w:t>
      </w:r>
    </w:p>
    <w:p>
      <w:pPr>
        <w:jc w:val="right"/>
      </w:pPr>
      <w:r>
        <w:t>تو ایک ایک مشہور عالم نے</w:t>
      </w:r>
    </w:p>
    <w:p>
      <w:r>
        <w:rPr>
          <w:b/>
        </w:rPr>
        <w:t xml:space="preserve">[55:43] </w:t>
      </w:r>
      <w:r>
        <w:t>woh qabza kar liya trablus par kuch ilaqon par.</w:t>
      </w:r>
    </w:p>
    <w:p>
      <w:pPr>
        <w:jc w:val="right"/>
      </w:pPr>
      <w:r>
        <w:t>وہ قبضہ کر لیا ترابلس پر کچھ علاقوں پر۔</w:t>
      </w:r>
    </w:p>
    <w:p>
      <w:r>
        <w:rPr>
          <w:b/>
        </w:rPr>
        <w:t xml:space="preserve">[55:48] </w:t>
      </w:r>
      <w:r>
        <w:t>to ek aalim ne she'r kaha tha us zamane mein ke ain al-qarar wa qad naqs aala minni bi-trabulus yahan pe jo naqs jo hai to waise to nuksh hai nuksh sa nuksh sa lekin zaroorat-e-she'ri ke aitbaar se naqs parha jayega.</w:t>
      </w:r>
    </w:p>
    <w:p>
      <w:pPr>
        <w:jc w:val="right"/>
      </w:pPr>
      <w:r>
        <w:t>تو ایک عالم نے شعر کہا تھا اس زمانے میں کہ عین القرار وقد نقص اعلی منی بترابلس یہاں پہ جو نقص جو ہے تو ویسے تو نوکش ہے نوکش سا نوکش سا لیکن ضرورت شعری کے اعتبار سے نقص پڑھا جائے گا۔</w:t>
      </w:r>
    </w:p>
    <w:p>
      <w:r>
        <w:rPr>
          <w:b/>
        </w:rPr>
        <w:t xml:space="preserve">[56:10] </w:t>
      </w:r>
      <w:r>
        <w:t>kyunki trablus ke wazan pe hona chahiye.</w:t>
      </w:r>
    </w:p>
    <w:p>
      <w:pPr>
        <w:jc w:val="right"/>
      </w:pPr>
      <w:r>
        <w:t>کیونکہ ترابلس کے وزن پہ ہونا چاہیے۔</w:t>
      </w:r>
    </w:p>
    <w:p>
      <w:r>
        <w:rPr>
          <w:b/>
        </w:rPr>
        <w:t xml:space="preserve">[56:14] </w:t>
      </w:r>
      <w:r>
        <w:t>to unhon ne kaha ke cheen kahan cheen kahan jab hamare jhande jhuk gaye trablus mein. matlab trablus mein hamara jhanda lehrata tha is se pehle ab woh jhande jhuk gaye ab wahan italy ki faujen dandan aa rahi hain.</w:t>
      </w:r>
    </w:p>
    <w:p>
      <w:pPr>
        <w:jc w:val="right"/>
      </w:pPr>
      <w:r>
        <w:t>تو انہوں نے کہا کہ چین کہاں چین کہاں جب ہمارے جھنڈے جھک گئے ترابلس میں۔ مطلب ترابلس میں ہمارا جھنڈا لہراتا تھا اس سے پہلے اب وہ جھنڈے جھک گئے اب وہاں اٹلی کی فوجیں دندن آ رہی ہیں۔</w:t>
      </w:r>
    </w:p>
    <w:p>
      <w:r>
        <w:rPr>
          <w:b/>
        </w:rPr>
        <w:t xml:space="preserve">[56:35] </w:t>
      </w:r>
      <w:r>
        <w:t>is par to bechain hua hamara leader hamara rehnuma hamare ulama.</w:t>
      </w:r>
    </w:p>
    <w:p>
      <w:pPr>
        <w:jc w:val="right"/>
      </w:pPr>
      <w:r>
        <w:t>اس پر تو بے چین ہوا ہمارا لیڈر ہمارا رہنما ہمارے علماء۔</w:t>
      </w:r>
    </w:p>
    <w:p>
      <w:r>
        <w:rPr>
          <w:b/>
        </w:rPr>
        <w:t xml:space="preserve">[56:44] </w:t>
      </w:r>
      <w:r>
        <w:t>lekin aap ghaur kijiye ke is daur mein ilhad aaya yaani Khuda ka inkaar.</w:t>
      </w:r>
    </w:p>
    <w:p>
      <w:pPr>
        <w:jc w:val="right"/>
      </w:pPr>
      <w:r>
        <w:t>لیکن آپ غور کیجیے کہ اس دور میں الحاد آیا یعنی خدا کا انکار۔</w:t>
      </w:r>
    </w:p>
    <w:p>
      <w:r>
        <w:rPr>
          <w:b/>
        </w:rPr>
        <w:t xml:space="preserve">[56:54] </w:t>
      </w:r>
      <w:r>
        <w:t>aisi kitabein likhi gayi ke God is dead is par koi nahi beqarar hua koi bechain nahi hua.</w:t>
      </w:r>
    </w:p>
    <w:p>
      <w:pPr>
        <w:jc w:val="right"/>
      </w:pPr>
      <w:r>
        <w:t>ایسی کتابیں لکھی گئیں کہ God is dead اس پر کوئی نہیں بے قرار ہوا کوئی بے چین نہیں ہوا۔</w:t>
      </w:r>
    </w:p>
    <w:p>
      <w:r>
        <w:rPr>
          <w:b/>
        </w:rPr>
        <w:t xml:space="preserve">[57:02] </w:t>
      </w:r>
      <w:r>
        <w:t>humeans ka ka falsafa pesh kiya gaya is ka matlab tha transfer of seat from God to man tab bhi koi bechain nahi hua.</w:t>
      </w:r>
    </w:p>
    <w:p>
      <w:pPr>
        <w:jc w:val="right"/>
      </w:pPr>
      <w:r>
        <w:t>ہیومنز کا کا فلسفہ پیش کیا گیا اس کا مطلب تھا transfer of seat from God to man تب بھی کوئی بے چین نہیں ہوا۔</w:t>
      </w:r>
    </w:p>
    <w:p>
      <w:r>
        <w:rPr>
          <w:b/>
        </w:rPr>
        <w:t xml:space="preserve">[57:15] </w:t>
      </w:r>
      <w:r>
        <w:t>apna qaumi jhanda neecha ho jaye to log bechain ho gaye. aur Khuda ka Khuda ke bare mein bari yaani yeh sab Khuda ka inkaar kiya jaye Khuda ki itaat na ki jaye is par koi bechaini nahi.</w:t>
      </w:r>
    </w:p>
    <w:p>
      <w:pPr>
        <w:jc w:val="right"/>
      </w:pPr>
      <w:r>
        <w:t>اپنا قومی جھنڈا نیچا ہو جائے تو لوگ بے چین ہو گئے۔ اور خدا کا خدا کے بارے میں بڑی یعنی یہ سب خدا کا انکار کیا جائے خدا کی اطاعت نہ کی جائے اس پر کوئی بے چینی نہیں۔</w:t>
      </w:r>
    </w:p>
    <w:p>
      <w:r>
        <w:rPr>
          <w:b/>
        </w:rPr>
        <w:t xml:space="preserve">[57:32] </w:t>
      </w:r>
      <w:r>
        <w:t>kyun? Khuda se ta'alluq nahi logon ko Khuda se mohabbat nahi logon ko Khuda ko inka concern nahi hai inka.</w:t>
      </w:r>
    </w:p>
    <w:p>
      <w:pPr>
        <w:jc w:val="right"/>
      </w:pPr>
      <w:r>
        <w:t>کیوں؟ خدا سے تعلق نہیں لوگوں کو خدا سے محبت نہیں لوگوں کو خدا کو ان کا concern نہیں ہے ان کا۔</w:t>
      </w:r>
    </w:p>
    <w:p>
      <w:r>
        <w:rPr>
          <w:b/>
        </w:rPr>
        <w:t xml:space="preserve">[57:39] </w:t>
      </w:r>
      <w:r>
        <w:t>warna jitna bechain hue the in in cheezon par ke ke spain ki hukoomat gayi is par bechain usmani turk khatam hui is par bechain mughal saltanat khatam hui is par bechain yaani qaumi waqeaat jo hain is par har aadmi bechain sara aalam bechain.</w:t>
      </w:r>
    </w:p>
    <w:p>
      <w:pPr>
        <w:jc w:val="right"/>
      </w:pPr>
      <w:r>
        <w:t>ورنہ جتنا بے چین ہوئے تھے ان ان چیزوں پر کہ کہ اسپین کی حکومت گئی اس پہ بے چین عثمانی ترک ختم ہوئی اس پہ بے چین مغل سلطنت ختم ہوئی اس پہ بے چین یعنی قومی واقعات جو ہیں اس پہ ہر آدمی بے چین سارا عالم بے چین۔</w:t>
      </w:r>
    </w:p>
    <w:p>
      <w:r>
        <w:rPr>
          <w:b/>
        </w:rPr>
        <w:t xml:space="preserve">[57:58] </w:t>
      </w:r>
      <w:r>
        <w:t>aur Khuda ka Khuda ke bare mein mulhidana falsafe duniya mein phailaye gaye is par koi bechaini nahi.</w:t>
      </w:r>
    </w:p>
    <w:p>
      <w:pPr>
        <w:jc w:val="right"/>
      </w:pPr>
      <w:r>
        <w:t>اور خدا کا خدا کے بارے میں ملحدانہ فلسفے دنیا میں پھیلائے گئے اس پر کوئی بے چینی نہیں۔</w:t>
      </w:r>
    </w:p>
    <w:p>
      <w:r>
        <w:rPr>
          <w:b/>
        </w:rPr>
        <w:t xml:space="preserve">[58:11] </w:t>
      </w:r>
      <w:r>
        <w:t>kyun? gehra ta'alluq nahi. gehra ta'alluq kyun nahi? Allah ko daryaft nahi kiya.</w:t>
      </w:r>
    </w:p>
    <w:p>
      <w:pPr>
        <w:jc w:val="right"/>
      </w:pPr>
      <w:r>
        <w:t>کیوں؟ گہرا تعلق نہیں۔ گہرا تعلق کیوں نہیں؟ اللہ کو دریافت نہیں کیا۔</w:t>
      </w:r>
    </w:p>
    <w:p>
      <w:r>
        <w:rPr>
          <w:b/>
        </w:rPr>
        <w:t xml:space="preserve">[58:19] </w:t>
      </w:r>
      <w:r>
        <w:t>to yeh sab cheezein hain jis ko hamein sochna chahiye.</w:t>
      </w:r>
    </w:p>
    <w:p>
      <w:pPr>
        <w:jc w:val="right"/>
      </w:pPr>
      <w:r>
        <w:t>تو یہ سب چیزیں ہیں جس کو ہمیں سوچنا چاہیے۔</w:t>
      </w:r>
    </w:p>
    <w:p>
      <w:r>
        <w:rPr>
          <w:b/>
        </w:rPr>
        <w:t xml:space="preserve">[58:30] </w:t>
      </w:r>
      <w:r>
        <w:t>sochna chahiye. imaan kisi rasmi cheez ka naam nahi hai imaan daryaft ka naam hai Allah ki darya</w:t>
      </w:r>
    </w:p>
    <w:p>
      <w:pPr>
        <w:jc w:val="right"/>
      </w:pPr>
      <w:r>
        <w:t>سوچنا چاہیے۔ ایمان کسی رسمی چیز کا نام نہیں ہے ایمان دریافت کا نام ہے اللہ کی دریا</w:t>
      </w:r>
    </w:p>
    <w:p>
      <w:r>
        <w:rPr>
          <w:b/>
        </w:rPr>
        <w:t xml:space="preserve">[58:39] </w:t>
      </w:r>
      <w:r>
        <w:t>ft. Allah ki taraf daryaft jab aayegi to wahi hoga jis ko hum jis ko mohabbat-e-ilahi mein keh raha hoon. agar daryaft nahi hai to phir ek rasmi koi rasam hogi kuch culture hoga jis mein koi jaan na ho.</w:t>
      </w:r>
    </w:p>
    <w:p>
      <w:pPr>
        <w:jc w:val="right"/>
      </w:pPr>
      <w:r>
        <w:t>فت۔ اللہ کی طرف دریافت جب آئے گی تو وہی ہوگا جس کو ہم جس کو محبت الہی میں کہہ رہا ہوں۔ اگر دریافت نہیں ہے تو پھر ایک رسمی کوئی رسم ہوگی کچھ کلچر ہوگا جس میں کوئی جان نہ ہو۔</w:t>
      </w:r>
    </w:p>
    <w:p>
      <w:r>
        <w:rPr>
          <w:b/>
        </w:rPr>
        <w:t xml:space="preserve">[59:00] </w:t>
      </w:r>
      <w:r>
        <w:t>to main dua karta hoon ke Allah taala hum logon ko sachcha mohabbat-e-ilahi ata farmaye. aqoolu qawli hadha wa astaghfirullaha li wa lakum ajmaeen</w:t>
      </w:r>
    </w:p>
    <w:p>
      <w:pPr>
        <w:jc w:val="right"/>
      </w:pPr>
      <w:r>
        <w:t>تو میں دعا کرتا ہوں کہ اللہ تعالیٰ ہم لوگوں کو سچا محبت الہی عطا فرمائے۔ أقول قولي هذا واستغفر الله لي ولكم اجمعین</w:t>
      </w:r>
    </w:p>
    <w:p>
      <w:r>
        <w:rPr>
          <w:b/>
        </w:rPr>
        <w:t xml:space="preserve">[59:26] </w:t>
      </w:r>
      <w:r>
        <w:t>maulana, ek sawal aaya hai. sawal karne wale ka naam hai mister nigosha king. unhon ne apni location nahi batai hai. unhon ne sawal kiya hai: "maulana ji, why we have so much of diversity in society?" I don't mean money power,</w:t>
      </w:r>
    </w:p>
    <w:p>
      <w:pPr>
        <w:jc w:val="right"/>
      </w:pPr>
      <w:r>
        <w:t>مولانا، ایک سوال آیا ہے۔ سوال کرنے والے کا نام ہے مسٹر نگوشہ کنگ۔ انہوں نے اپنی لوکیشن نہیں بتائی ہے۔ انہوں نے سوال کیا ہے: "مولانا جی، وائی وی ہیو سو مچ آف ڈائیورسٹی ان سوسائٹی؟" I don't mean money power,</w:t>
      </w:r>
    </w:p>
    <w:p>
      <w:r>
        <w:rPr>
          <w:b/>
        </w:rPr>
        <w:t xml:space="preserve">[59:46] </w:t>
      </w:r>
      <w:r>
        <w:t>but some are very arrogant, some are very sweet, and some are some bad turn into good.</w:t>
      </w:r>
    </w:p>
    <w:p>
      <w:pPr>
        <w:jc w:val="right"/>
      </w:pPr>
      <w:r>
        <w:t>but some are very arrogant, some are very sweet, and some are some bad turn into good.</w:t>
      </w:r>
    </w:p>
    <w:p>
      <w:r>
        <w:rPr>
          <w:b/>
        </w:rPr>
        <w:t xml:space="preserve">[59:55] </w:t>
      </w:r>
      <w:r>
        <w:t>why is this so?</w:t>
      </w:r>
    </w:p>
    <w:p>
      <w:pPr>
        <w:jc w:val="right"/>
      </w:pPr>
      <w:r>
        <w:t>Why is this so?</w:t>
      </w:r>
    </w:p>
    <w:p>
      <w:r>
        <w:rPr>
          <w:b/>
        </w:rPr>
        <w:t xml:space="preserve">[1:00:03] </w:t>
      </w:r>
      <w:r>
        <w:t>jo diversity to rahegi is samaj mein, diversity nahi to activity khatam ho jayegi. is ko aap challenge samjhiye.</w:t>
      </w:r>
    </w:p>
    <w:p>
      <w:pPr>
        <w:jc w:val="right"/>
      </w:pPr>
      <w:r>
        <w:t>جو ڈائیورسٹی تو رہے گی اس سماج میں، ڈائیورسٹی نہیں تو ایکٹیویٹی ختم ہو جائے گی۔ اس کو آپ چیلنج سمجھئے۔</w:t>
      </w:r>
    </w:p>
    <w:p>
      <w:r>
        <w:rPr>
          <w:b/>
        </w:rPr>
        <w:t xml:space="preserve">[1:00:12] </w:t>
      </w:r>
      <w:r>
        <w:t>ek aadmi agar arrogant hai to us ko apni challenge samjhiye.</w:t>
      </w:r>
    </w:p>
    <w:p>
      <w:pPr>
        <w:jc w:val="right"/>
      </w:pPr>
      <w:r>
        <w:t>ایک آدمی اگر اروگنٹ ہے تو اس کو اپنی چیلنج سمجھئے۔</w:t>
      </w:r>
    </w:p>
    <w:p>
      <w:r>
        <w:rPr>
          <w:b/>
        </w:rPr>
        <w:t xml:space="preserve">[1:00:18] </w:t>
      </w:r>
      <w:r>
        <w:t>yaani problem ko challenge samajhna yeh right thinking hai.</w:t>
      </w:r>
    </w:p>
    <w:p>
      <w:pPr>
        <w:jc w:val="right"/>
      </w:pPr>
      <w:r>
        <w:t>یعنی پرابلم کو چیلنج سمجھنا یہ رائٹ تھنکنگ ہے۔</w:t>
      </w:r>
    </w:p>
    <w:p>
      <w:r>
        <w:rPr>
          <w:b/>
        </w:rPr>
        <w:t xml:space="preserve">[1:00:26] </w:t>
      </w:r>
      <w:r>
        <w:t>diversity agar hai to aap is ka aap ko yaani is se aap ko discussion ka mauqa milta hai. diversity na ho to discussion kaise karenge?</w:t>
      </w:r>
    </w:p>
    <w:p>
      <w:pPr>
        <w:jc w:val="right"/>
      </w:pPr>
      <w:r>
        <w:t>ڈائیورسٹی اگر ہے تو آپ اس کا آپ کو یعنی اس سے آپ کو ڈسکشن کا موقع ملتا ہے۔ ڈائیورسٹی نہ ہو تو ڈسکشن کیسے کریں گے؟</w:t>
      </w:r>
    </w:p>
    <w:p>
      <w:r>
        <w:rPr>
          <w:b/>
        </w:rPr>
        <w:t xml:space="preserve">[1:00:37] </w:t>
      </w:r>
      <w:r>
        <w:t>koi arrogant hai to woh aap ko challenge kar raha hai. is se aap ko moqa milta hai ke aap apne koi intellectual development paida karen apne andar.</w:t>
      </w:r>
    </w:p>
    <w:p>
      <w:pPr>
        <w:jc w:val="right"/>
      </w:pPr>
      <w:r>
        <w:t>کوئی اروگنٹ ہے تو وہ آپ کو چیلنج کر رہا ہے۔ اس سے آپ کو موقع ملتا ہے کہ آپ اپنے کوئی انٹلیکچول ڈیولپمنٹ پیدا کریں اپنے اندر۔</w:t>
      </w:r>
    </w:p>
    <w:p>
      <w:r>
        <w:rPr>
          <w:b/>
        </w:rPr>
        <w:t xml:space="preserve">[1:00:48] </w:t>
      </w:r>
      <w:r>
        <w:t>to dekhiye, dunya mein differences ka hona, diversity ka hona, problem ka hona yeh sab ka sab challenge hai.</w:t>
      </w:r>
    </w:p>
    <w:p>
      <w:pPr>
        <w:jc w:val="right"/>
      </w:pPr>
      <w:r>
        <w:t>تو دیکھیے، دنیا میں ڈیفرنسز کا ہونا، ڈائیورسٹی کا ہونا، پرابلم کا ہونا یہ سب کا سب چیلنج ہے۔</w:t>
      </w:r>
    </w:p>
    <w:p>
      <w:r>
        <w:rPr>
          <w:b/>
        </w:rPr>
        <w:t xml:space="preserve">[1:00:58] </w:t>
      </w:r>
      <w:r>
        <w:t>agar yeh sab cheezein na hon dunya mein, dunya mein taraqqi khatm ho jayegi.</w:t>
      </w:r>
    </w:p>
    <w:p>
      <w:pPr>
        <w:jc w:val="right"/>
      </w:pPr>
      <w:r>
        <w:t>اگر یہ سب چیزیں نہ ہوں دنیا میں، دنیا میں ترقی ختم ہو جائے گی۔</w:t>
      </w:r>
    </w:p>
    <w:p>
      <w:r>
        <w:rPr>
          <w:b/>
        </w:rPr>
        <w:t xml:space="preserve">[1:01:06] </w:t>
      </w:r>
      <w:r>
        <w:t>taraqqi khatm ho jayegi. jitni taraqqiyan hain woh sab challenge se paida hui hain.</w:t>
      </w:r>
    </w:p>
    <w:p>
      <w:pPr>
        <w:jc w:val="right"/>
      </w:pPr>
      <w:r>
        <w:t>ترقی ختم ہو جائے گی۔ جتنی ترقیاں ہیں وہ سب چیلنج سے پیدا ہوئی ہیں۔</w:t>
      </w:r>
    </w:p>
    <w:p>
      <w:r>
        <w:rPr>
          <w:b/>
        </w:rPr>
        <w:t xml:space="preserve">[1:01:15] </w:t>
      </w:r>
      <w:r>
        <w:t>challenge se paida hui hain.</w:t>
      </w:r>
    </w:p>
    <w:p>
      <w:pPr>
        <w:jc w:val="right"/>
      </w:pPr>
      <w:r>
        <w:t>چیلنج سے پیدا ہوئی ہیں۔</w:t>
      </w:r>
    </w:p>
    <w:p>
      <w:r>
        <w:rPr>
          <w:b/>
        </w:rPr>
        <w:t xml:space="preserve">[1:01:19] </w:t>
      </w:r>
      <w:r>
        <w:t>science ki daryaften bhi aur zehni taraqqiyan bhi.</w:t>
      </w:r>
    </w:p>
    <w:p>
      <w:pPr>
        <w:jc w:val="right"/>
      </w:pPr>
      <w:r>
        <w:t>سائنس کی دریافتیں بھی اور ذہنی ترقیاں بھی۔</w:t>
      </w:r>
    </w:p>
    <w:p>
      <w:r>
        <w:rPr>
          <w:b/>
        </w:rPr>
        <w:t xml:space="preserve">[1:01:28] </w:t>
      </w:r>
      <w:r>
        <w:t>to is moamle mein aap ko yeh dekhna chahiye ke jo creator hai uska takhleeqi naqsha kya hai. creator ka creator ka naqsha yeh hai ke usne insaan ke andar potential rakhe, bohat ziyada potential.</w:t>
      </w:r>
    </w:p>
    <w:p>
      <w:pPr>
        <w:jc w:val="right"/>
      </w:pPr>
      <w:r>
        <w:t>تو اس معاملے میں آپ کو یہ دیکھنا چاہیے کہ جو کریٹر ہے اس کا تخلیقی نقشہ کیا ہے۔ کریٹر کا کریٹر کا نقشہ یہ ہے کہ اس نے انسان کے اندر پوٹینشل رکھے، بہت زیادہ پوٹینشل۔</w:t>
      </w:r>
    </w:p>
    <w:p>
      <w:r>
        <w:rPr>
          <w:b/>
        </w:rPr>
        <w:t xml:space="preserve">[1:01:43] </w:t>
      </w:r>
      <w:r>
        <w:t>lekin woh potential ko actual banana insaan ka apna kaam hai.</w:t>
      </w:r>
    </w:p>
    <w:p>
      <w:pPr>
        <w:jc w:val="right"/>
      </w:pPr>
      <w:r>
        <w:t>لیکن وہ پوٹینشل کو ایکچول بنانا انسان کا اپنا کام ہے۔</w:t>
      </w:r>
    </w:p>
    <w:p>
      <w:r>
        <w:rPr>
          <w:b/>
        </w:rPr>
        <w:t xml:space="preserve">[1:01:49] </w:t>
      </w:r>
      <w:r>
        <w:t>khuda ne hamare andar potential to rakh diya lekin actual banana hamare upar chhod diya. to actual kab bana payenge?</w:t>
      </w:r>
    </w:p>
    <w:p>
      <w:pPr>
        <w:jc w:val="right"/>
      </w:pPr>
      <w:r>
        <w:t>خدا نے ہمارے اندر پوٹینشل تو رکھ دیا لیکن ایکچول بنانا ہمارے اوپر چھوڑ دیا۔ تو ایکچول کب بنا پائیں گے؟</w:t>
      </w:r>
    </w:p>
    <w:p>
      <w:r>
        <w:rPr>
          <w:b/>
        </w:rPr>
        <w:t xml:space="preserve">[1:01:59] </w:t>
      </w:r>
      <w:r>
        <w:t>jab hum ko shock lage, hum ko challenge pesh aaye, hum ko difference ka samna ho.</w:t>
      </w:r>
    </w:p>
    <w:p>
      <w:pPr>
        <w:jc w:val="right"/>
      </w:pPr>
      <w:r>
        <w:t>جب ہم کو شاک لگے، ہم کو چیلنج پیش آئے، ہم کو ڈیفرنس کا سامنا ہو۔</w:t>
      </w:r>
    </w:p>
    <w:p>
      <w:r>
        <w:rPr>
          <w:b/>
        </w:rPr>
        <w:t xml:space="preserve">[1:02:08] </w:t>
      </w:r>
      <w:r>
        <w:t>tabhi to hoga yeh sab. yeh sab na ho to sari taraqqi khatm.</w:t>
      </w:r>
    </w:p>
    <w:p>
      <w:pPr>
        <w:jc w:val="right"/>
      </w:pPr>
      <w:r>
        <w:t>تبھی تو ہوگا یہ سب۔ یہ سب نہ ہو تو ساری ترقی ختم۔</w:t>
      </w:r>
    </w:p>
    <w:p>
      <w:r>
        <w:rPr>
          <w:b/>
        </w:rPr>
        <w:t xml:space="preserve">[1:02:16] </w:t>
      </w:r>
      <w:r>
        <w:t>maulana iqbal umri ne tamil nadu se sawal kiya hai. unka sawal hai: "mohabbat elahi se ghaflat ka haqeeqi sabab kya hai?" is ke baray mein batayen.</w:t>
      </w:r>
    </w:p>
    <w:p>
      <w:pPr>
        <w:jc w:val="right"/>
      </w:pPr>
      <w:r>
        <w:t>مولانا اقبال عمری نے تمل ناڈو سے سوال کیا ہے۔ ان کا سوال ہے: "محبت الہی سے غفلت کا حقیقی سبب کیا ہے؟" اس کے بارے میں بتائیں۔</w:t>
      </w:r>
    </w:p>
    <w:p>
      <w:r>
        <w:rPr>
          <w:b/>
        </w:rPr>
        <w:t xml:space="preserve">[1:02:28] </w:t>
      </w:r>
      <w:r>
        <w:t>aam taur par insaan ka mizaj hai ke woh dekhi hui cheez par yaqeen karta hai.</w:t>
      </w:r>
    </w:p>
    <w:p>
      <w:pPr>
        <w:jc w:val="right"/>
      </w:pPr>
      <w:r>
        <w:t>عام طور پر انسان کا مزاج ہے کہ وہ دیکھی ہوئی چیز پر یقین کرتا ہے۔</w:t>
      </w:r>
    </w:p>
    <w:p>
      <w:r>
        <w:rPr>
          <w:b/>
        </w:rPr>
        <w:t xml:space="preserve">[1:02:36] </w:t>
      </w:r>
      <w:r>
        <w:t>kisi ne kaha ke yubnuna bit tajribati wash shuhudi jo cheez dikhai na de us par apne ko concentrate karna bohat mushkil hota hai.</w:t>
      </w:r>
    </w:p>
    <w:p>
      <w:pPr>
        <w:jc w:val="right"/>
      </w:pPr>
      <w:r>
        <w:t>کسی نے کہا کہۖ يُبْنُونَ بِالتَّجَبَةِ وَالشَّهُودِ جو چیز دکھائی نہ دے اس پر اپنے کو concentrate کرنا بہت مشکل ہوتا ہے۔</w:t>
      </w:r>
    </w:p>
    <w:p>
      <w:r>
        <w:rPr>
          <w:b/>
        </w:rPr>
        <w:t xml:space="preserve">[1:02:48] </w:t>
      </w:r>
      <w:r>
        <w:t>to log apna beta dikhai deta hai, apni family dikhai deti hai, apna business dikhai deta hai. to apne jazbat ko is se attach kar lete hain. khuda dikhai nahi deta to is se jazbat attach nahi kar paate.</w:t>
      </w:r>
    </w:p>
    <w:p>
      <w:pPr>
        <w:jc w:val="right"/>
      </w:pPr>
      <w:r>
        <w:t>تو لوگ اپنا بیٹا دکھائی دیتا ہے، اپنی family دکھائی دیتی ہے، اپنا business دکھائی دیتا ہے۔ تو اپنے جذبات کو اس سے attach کر لیتے ہیں۔ خدا دکھائی نہیں دیتا تو اس سے جذبات attach نہیں کر پاتے۔</w:t>
      </w:r>
    </w:p>
    <w:p>
      <w:r>
        <w:rPr>
          <w:b/>
        </w:rPr>
        <w:t xml:space="preserve">[1:03:02] </w:t>
      </w:r>
      <w:r>
        <w:t>phir sochte nahi ke jo kuch mila hua hai woh kaise mila hua hai. cheezon ko for granted le lete hain. cheezon ko for granted le lete hain. bas hai to hai.</w:t>
      </w:r>
    </w:p>
    <w:p>
      <w:pPr>
        <w:jc w:val="right"/>
      </w:pPr>
      <w:r>
        <w:t>پھر سوچتے نہیں کہ جو کچھ ملا ہوا ہے وہ کیسے ملا ہوا ہے۔ چیزوں کو for granted لے لیتے ہیں۔ چیزوں کو for granted لے لیتے ہیں۔ بس ہے تو ہے۔</w:t>
      </w:r>
    </w:p>
    <w:p>
      <w:r>
        <w:rPr>
          <w:b/>
        </w:rPr>
        <w:t xml:space="preserve">[1:03:15] </w:t>
      </w:r>
      <w:r>
        <w:t>to main samajhta hoon ke yeh yeh yahi to test hai. yani agar itna aasan hota mohabbat elahi to test kis baat ka hota?</w:t>
      </w:r>
    </w:p>
    <w:p>
      <w:pPr>
        <w:jc w:val="right"/>
      </w:pPr>
      <w:r>
        <w:t>تو میں سمجھتا ہوں کہ یہ یہ یہی تو ٹیسٹ ہے۔ یعنی اگر اتنا آسان ہوتا محبت الہی تو ٹیسٹ کس بات کا ہوتا؟</w:t>
      </w:r>
    </w:p>
    <w:p>
      <w:r>
        <w:rPr>
          <w:b/>
        </w:rPr>
        <w:t xml:space="preserve">[1:03:29] </w:t>
      </w:r>
      <w:r>
        <w:t>test yahi ke aap sochen. jo cheez dikhai na de rahi hai us ko soch kar janen. kyunke dekhen insaan ki tareef yahi ki jati hai ke insaan jo hai us ke andar conceptual thinking hai.</w:t>
      </w:r>
    </w:p>
    <w:p>
      <w:pPr>
        <w:jc w:val="right"/>
      </w:pPr>
      <w:r>
        <w:t>ٹیسٹ یہی کہ آپ سوچیں۔ جو چیز دکھائی نہ دے رہی ہے اس کو سوچ کر جانیں۔ کیونکہ دیکھیں انسان کی تعریف یہی کی جاتی ہے کہ انسان جو ہے اس کے اندر conceptual thinking ہے۔</w:t>
      </w:r>
    </w:p>
    <w:p>
      <w:r>
        <w:rPr>
          <w:b/>
        </w:rPr>
        <w:t xml:space="preserve">[1:03:43] </w:t>
      </w:r>
      <w:r>
        <w:t>yahi insaan ki insaan ki definition di jati hai. definition insaan ko jo cheez mumayaz karti hai doosri cheezon se woh yeh hai ke insaan ke andar conceptual thinking hai yani tasawwurati fikr.</w:t>
      </w:r>
    </w:p>
    <w:p>
      <w:pPr>
        <w:jc w:val="right"/>
      </w:pPr>
      <w:r>
        <w:t>یہی انسان کی انسان کی definition دی جاتی ہے۔ Definition انسان کو جو چیز ممیت کرتی ہے دوسری چیزوں سے وہ یہ ہے کہ انسان کے اندر conceptual thinking ہے یعنی تصوراتی فکر۔</w:t>
      </w:r>
    </w:p>
    <w:p>
      <w:r>
        <w:rPr>
          <w:b/>
        </w:rPr>
        <w:t xml:space="preserve">[1:03:58] </w:t>
      </w:r>
      <w:r>
        <w:t>zehni satah par tasawwur kar ke woh soch pata hai. to yeh kis liye diya gaya hai? is liye diya gaya hai ke aap jo cheez dikhai nahi deti us par soch saken.</w:t>
      </w:r>
    </w:p>
    <w:p>
      <w:pPr>
        <w:jc w:val="right"/>
      </w:pPr>
      <w:r>
        <w:t>ذہنی سطح پر تصور کر کے وہ سوچ پاتا ہے۔ تو یہ کس لیے دیا گیا ہے؟ اس لیے دیا گیا ہے کہ آپ جو چیز دکھائی نہیں دیتی اس پر سوچ سکیں۔</w:t>
      </w:r>
    </w:p>
    <w:p>
      <w:r>
        <w:rPr>
          <w:b/>
        </w:rPr>
        <w:t xml:space="preserve">[1:04:10] </w:t>
      </w:r>
      <w:r>
        <w:t>aap</w:t>
      </w:r>
    </w:p>
    <w:p>
      <w:pPr>
        <w:jc w:val="right"/>
      </w:pPr>
      <w:r>
        <w:t>آپ</w:t>
      </w:r>
    </w:p>
    <w:p>
      <w:r>
        <w:rPr>
          <w:b/>
        </w:rPr>
        <w:t xml:space="preserve">[1:04:11] </w:t>
      </w:r>
      <w:r>
        <w:t>ghayb ko mushahida bana saken. to agar aadmi apni tasawwurati yani salahiyat ko yani conceptual thinking ko activate karega to zaroor woh khuda ko daryaft karega.</w:t>
      </w:r>
    </w:p>
    <w:p>
      <w:pPr>
        <w:jc w:val="right"/>
      </w:pPr>
      <w:r>
        <w:t>غیب کو مشاہدہ بنا سکیں۔ تو اگر آدمی اپنی تصوراتی یعنی صلاحیت کو یعنی conceptual thinking کو activate کرے گا تو ضرور وہ خدا کو دریافت کرے گا۔</w:t>
      </w:r>
    </w:p>
    <w:p>
      <w:r>
        <w:rPr>
          <w:b/>
        </w:rPr>
        <w:t xml:space="preserve">[1:04:25] </w:t>
      </w:r>
      <w:r>
        <w:t>jab daryaft karega to zaroor woh khuda se mohabbat karne wala ban jayega.</w:t>
      </w:r>
    </w:p>
    <w:p>
      <w:pPr>
        <w:jc w:val="right"/>
      </w:pPr>
      <w:r>
        <w:t>جب دریافت کرے گا تو ضرور وہ خدا سے محبت کرنے والا بن جائے گا۔</w:t>
      </w:r>
    </w:p>
    <w:p>
      <w:r>
        <w:rPr>
          <w:b/>
        </w:rPr>
        <w:t xml:space="preserve">[1:04:33] </w:t>
      </w:r>
      <w:r>
        <w:t>miss naghma siddiqui ne delhi se likha hai</w:t>
      </w:r>
    </w:p>
    <w:p>
      <w:pPr>
        <w:jc w:val="right"/>
      </w:pPr>
      <w:r>
        <w:t>मिस नगमा सिद्दीकी ने दिल्ली से लिखा है</w:t>
      </w:r>
    </w:p>
    <w:p>
      <w:r>
        <w:rPr>
          <w:b/>
        </w:rPr>
        <w:t xml:space="preserve">[1:04:37] </w:t>
      </w:r>
      <w:r>
        <w:t>as god is at an unseen level, such deep relation and love of god does not develop.</w:t>
      </w:r>
    </w:p>
    <w:p>
      <w:pPr>
        <w:jc w:val="right"/>
      </w:pPr>
      <w:r>
        <w:t>"As God is at an unseen level, such deep relation and love of God does not develop.</w:t>
      </w:r>
    </w:p>
    <w:p>
      <w:r>
        <w:rPr>
          <w:b/>
        </w:rPr>
        <w:t xml:space="preserve">[1:04:45] </w:t>
      </w:r>
      <w:r>
        <w:t>Can you guide us how can we develop such deep relation with God?</w:t>
      </w:r>
    </w:p>
    <w:p>
      <w:pPr>
        <w:jc w:val="right"/>
      </w:pPr>
      <w:r>
        <w:t>Can you guide us how can we develop such deep relation with God?"</w:t>
      </w:r>
    </w:p>
    <w:p>
      <w:r>
        <w:rPr>
          <w:b/>
        </w:rPr>
        <w:t xml:space="preserve">[1:04:54] </w:t>
      </w:r>
      <w:r>
        <w:t>dekhen jahan tak maine samjha hai woh yeh hai ke ek hai reason, ek hai intuition. yani aql aur wajdan.</w:t>
      </w:r>
    </w:p>
    <w:p>
      <w:pPr>
        <w:jc w:val="right"/>
      </w:pPr>
      <w:r>
        <w:t>دیکھیں جہاں تک میں نے سمجھا ہے وہ یہ ہے کہ ایک ہے reason، ایک ہے intuition۔ یعنی عقل اور وجدان۔</w:t>
      </w:r>
    </w:p>
    <w:p>
      <w:r>
        <w:rPr>
          <w:b/>
        </w:rPr>
        <w:t xml:space="preserve">[1:05:05] </w:t>
      </w:r>
      <w:r>
        <w:t>to</w:t>
      </w:r>
    </w:p>
    <w:p>
      <w:pPr>
        <w:jc w:val="right"/>
      </w:pPr>
      <w:r>
        <w:t>تو</w:t>
      </w:r>
    </w:p>
    <w:p>
      <w:r>
        <w:rPr>
          <w:b/>
        </w:rPr>
        <w:t xml:space="preserve">[1:05:06] </w:t>
      </w:r>
      <w:r>
        <w:t>aql se hum sochte hain, sochte hain to hum probability tak pahunchte hain. yani is yeh yeh hamare samne aata hai ke Khuda zaroor hona chahiye.</w:t>
      </w:r>
    </w:p>
    <w:p>
      <w:pPr>
        <w:jc w:val="right"/>
      </w:pPr>
      <w:r>
        <w:t>عقل سے ہم سوچتے ہیں، سوچتے ہیں تو ہم probability تک پہنچتے ہیں۔ یعنی اس یہ یہ ہمارے سامنے آتا ہے کہ خدا ضرور ہونا چاہیے۔</w:t>
      </w:r>
    </w:p>
    <w:p>
      <w:r>
        <w:rPr>
          <w:b/>
        </w:rPr>
        <w:t xml:space="preserve">[1:05:19] </w:t>
      </w:r>
      <w:r>
        <w:t>beh-haal Khuda yeh kaise yeh sara alam hai? to aql hum ko yeh reason hum ko probability tak pahunchati hai. yani probably there is a God</w:t>
      </w:r>
    </w:p>
    <w:p>
      <w:pPr>
        <w:jc w:val="right"/>
      </w:pPr>
      <w:r>
        <w:t>بہرحال خدا یہ کیسے یہ سارا عالم ہے؟ تو عقل ہم کو یہ reason ہم کو probability تک پہنچاتی ہے۔ یعنی probably there is a God</w:t>
      </w:r>
    </w:p>
    <w:p>
      <w:r>
        <w:rPr>
          <w:b/>
        </w:rPr>
        <w:t xml:space="preserve">[1:05:31] </w:t>
      </w:r>
      <w:r>
        <w:t>is ke baad hamare andar khud bohat zabardast intuition ka salahiyat hai. wajdan jo kaha jata hai, us ke darwaze khul jate hain. agar aap ne apni aql ko istemal kar ke probability tak apne ko pahuncha diya ho to lazman yeh hota hai ke intuition ke darwaze khul jate hain.</w:t>
      </w:r>
    </w:p>
    <w:p>
      <w:pPr>
        <w:jc w:val="right"/>
      </w:pPr>
      <w:r>
        <w:t>اس کے بعد ہمارے اندر خود بہت زبردست intuition کا صلاحیت ہے۔ وجدان جو کہا جاتا ہے، اس کے دروازے کھل جاتے ہیں۔ اگر آپ نے اپنی عقل کو استعمال کر کے probability تک اپنے کو پہنچا دیا ہو تو لازماً یہ ہوتا ہے کہ intuition کے دروازے کھل جاتے ہیں۔</w:t>
      </w:r>
    </w:p>
    <w:p>
      <w:r>
        <w:rPr>
          <w:b/>
        </w:rPr>
        <w:t xml:space="preserve">[1:05:51] </w:t>
      </w:r>
      <w:r>
        <w:t>ab phir wahan se yaqeen shuru hota hai. wahan se yaqeen shuru hota hai.</w:t>
      </w:r>
    </w:p>
    <w:p>
      <w:pPr>
        <w:jc w:val="right"/>
      </w:pPr>
      <w:r>
        <w:t>اب پھر وہاں سے یقین شروع ہوتا ہے۔ وہاں سے یقین شروع ہوتا ہے۔</w:t>
      </w:r>
    </w:p>
    <w:p>
      <w:r>
        <w:rPr>
          <w:b/>
        </w:rPr>
        <w:t xml:space="preserve">[1:05:57] </w:t>
      </w:r>
      <w:r>
        <w:t>yani intuition ki satah par ya wajdan ki satah par yaqini yaqeen hai. to Allah taala ki rehmat hai ke is ne hamare wajdan mein apna shaoor rakh diya</w:t>
      </w:r>
    </w:p>
    <w:p>
      <w:pPr>
        <w:jc w:val="right"/>
      </w:pPr>
      <w:r>
        <w:t>یعنی intuition کی سطح پر یا وجدان کی سطح پر یقینی یقین ہے۔ تو اللہ تعالیٰ کی رحمت ہے کہ اس نے ہمارے وجدان میں اپنا شعور رکھ دیا</w:t>
      </w:r>
    </w:p>
    <w:p>
      <w:r>
        <w:rPr>
          <w:b/>
        </w:rPr>
        <w:t xml:space="preserve">[1:06:07] </w:t>
      </w:r>
      <w:r>
        <w:t>hai. agar shaoor na maujood hota hamare wajdan mein to bohat mushkil hota tha. to sirf yeh hai ke wajdan ke darwaze tak apne ko pahunchana.</w:t>
      </w:r>
    </w:p>
    <w:p>
      <w:pPr>
        <w:jc w:val="right"/>
      </w:pPr>
      <w:r>
        <w:t>ہے۔ اگر شعور نہ موجود ہوتا ہمارے وجدان میں تو بہت مشکل ہوتا تھا۔ تو صرف یہ ہے کہ وجدان کے دروازے تک اپنے کو پہنچانا۔</w:t>
      </w:r>
    </w:p>
    <w:p>
      <w:r>
        <w:rPr>
          <w:b/>
        </w:rPr>
        <w:t xml:space="preserve">[1:06:16] </w:t>
      </w:r>
      <w:r>
        <w:t>is ke baad to yaqini yaqeen hai. mohabbat hi mohabbat hai. to khulasa yeh hai ke ghaur o fikr se aap ki aql activate hoti hai.</w:t>
      </w:r>
    </w:p>
    <w:p>
      <w:pPr>
        <w:jc w:val="right"/>
      </w:pPr>
      <w:r>
        <w:t>اس کے بعد تو یقینی یقین ہے۔ محبت ہی محبت ہے۔ تو خلاصہ یہ ہے کہ غور و فکر سے آپ کی عقل activate ہوتی ہے۔</w:t>
      </w:r>
    </w:p>
    <w:p>
      <w:r>
        <w:rPr>
          <w:b/>
        </w:rPr>
        <w:t xml:space="preserve">[1:06:27] </w:t>
      </w:r>
      <w:r>
        <w:t>ghaure o fikr se aap is probability tak pahunchte hain ke zaroor yahan to ek Khuda hona chahiye. Khuda ke baghair yeh kainat explain nahi hoti.</w:t>
      </w:r>
    </w:p>
    <w:p>
      <w:pPr>
        <w:jc w:val="right"/>
      </w:pPr>
      <w:r>
        <w:t>غور و فکر سے آپ اس probability تک پہنچتے ہیں کہ ضرور یہاں تو ایک خدا ہونا چاہیے۔ خدا کے بغیر یہ کائنات explain نہیں ہوتی۔</w:t>
      </w:r>
    </w:p>
    <w:p>
      <w:r>
        <w:rPr>
          <w:b/>
        </w:rPr>
        <w:t xml:space="preserve">[1:06:38] </w:t>
      </w:r>
      <w:r>
        <w:t>jab yahan tak aap pahuncha lete hain apne aap ko to phir intuition ke darwaze khul jate hain. aur jab intuition ke darwaze khul jayen to phir wahan pe yaqini yaqeen hota hai.</w:t>
      </w:r>
    </w:p>
    <w:p>
      <w:pPr>
        <w:jc w:val="right"/>
      </w:pPr>
      <w:r>
        <w:t>جب یہاں تک آپ پہنچا لیتے ہیں اپنے آپ کو تو پھر intuition کے دروازے کھل جاتے ہیں۔ اور جب intuition کے دروازے کھل جائیں تو پھر وہاں پہ یقینی یقین ہوتا ہے۔</w:t>
      </w:r>
    </w:p>
    <w:p>
      <w:r>
        <w:rPr>
          <w:b/>
        </w:rPr>
        <w:t xml:space="preserve">[1:06:54] </w:t>
      </w:r>
      <w:r>
        <w:t>aur jab yaqeen aa jaye to phir phir mohabbat apne aap aati hai. mera tajruba to yahi hai. Mr Khalid Ansari ne Noida se sawal kiya hai.</w:t>
      </w:r>
    </w:p>
    <w:p>
      <w:pPr>
        <w:jc w:val="right"/>
      </w:pPr>
      <w:r>
        <w:t>اور جب یقین آ جائے تو پھر پھر محبت اپنے آپ آتی ہے۔ میرا تجربہ تو یہی ہے۔ मिस्टर खालिद अंसारी ने नोएडा से सवाल किया है।</w:t>
      </w:r>
    </w:p>
    <w:p>
      <w:r>
        <w:rPr>
          <w:b/>
        </w:rPr>
        <w:t xml:space="preserve">[1:07:04] </w:t>
      </w:r>
      <w:r>
        <w:t>Maulana, unhon ne likha hai ke "When a child thinks about his father's favors that he bestows on him, he feels thankful to him, and his degree of love towards his father increases.</w:t>
      </w:r>
    </w:p>
    <w:p>
      <w:pPr>
        <w:jc w:val="right"/>
      </w:pPr>
      <w:r>
        <w:t>मौलाना, उन्होंने लिखा है कि "When a child thinks about his father's favors that he bestows on him, he feels thankful to him, and his degree of love towards his father increases.</w:t>
      </w:r>
    </w:p>
    <w:p>
      <w:r>
        <w:rPr>
          <w:b/>
        </w:rPr>
        <w:t xml:space="preserve">[1:07:19] </w:t>
      </w:r>
      <w:r>
        <w:t>This seems to be an example that God has demonstrated to man.</w:t>
      </w:r>
    </w:p>
    <w:p>
      <w:pPr>
        <w:jc w:val="right"/>
      </w:pPr>
      <w:r>
        <w:t>This seems to be an example that God has demonstrated to man.</w:t>
      </w:r>
    </w:p>
    <w:p>
      <w:r>
        <w:rPr>
          <w:b/>
        </w:rPr>
        <w:t xml:space="preserve">[1:07:25] </w:t>
      </w:r>
      <w:r>
        <w:t>" Maulana, "If a child through his contemplation can successfully get closer to his father, why can't a grown-up person apply the same approach to get closer to his creator?"</w:t>
      </w:r>
    </w:p>
    <w:p>
      <w:pPr>
        <w:jc w:val="right"/>
      </w:pPr>
      <w:r>
        <w:t>" मौलाना, "If a child through his contemplation can successfully get closer to his father, why can't a grown-up person apply the same approach to get closer to his creator?"</w:t>
      </w:r>
    </w:p>
    <w:p>
      <w:r>
        <w:rPr>
          <w:b/>
        </w:rPr>
        <w:t xml:space="preserve">[1:07:40] </w:t>
      </w:r>
      <w:r>
        <w:t>haan, yeh to yahi to baat hai ke is tajrube se aadmi ko Khuda ko discover karna chahiye. kyunke father jo hai asal giver nahi hai.</w:t>
      </w:r>
    </w:p>
    <w:p>
      <w:pPr>
        <w:jc w:val="right"/>
      </w:pPr>
      <w:r>
        <w:t>ہاں، یہ تو یہی تو بات ہے کہ اس تجربے سے آدمی کو خدا کو discover کرنا چاہیے۔ کیونکہ فادر جو ہے اصل giver نہیں ہے۔</w:t>
      </w:r>
    </w:p>
    <w:p>
      <w:r>
        <w:rPr>
          <w:b/>
        </w:rPr>
        <w:t xml:space="preserve">[1:07:51] </w:t>
      </w:r>
      <w:r>
        <w:t>asal giver to Khuda hai.</w:t>
      </w:r>
    </w:p>
    <w:p>
      <w:pPr>
        <w:jc w:val="right"/>
      </w:pPr>
      <w:r>
        <w:t>اصل giver تو خدا ہے۔</w:t>
      </w:r>
    </w:p>
    <w:p>
      <w:r>
        <w:rPr>
          <w:b/>
        </w:rPr>
        <w:t xml:space="preserve">[1:07:55] </w:t>
      </w:r>
      <w:r>
        <w:t>asal giver jo hai woh to Khuda hai. jo blessing hum ko mil rahi hai to us ka dene wala asal to Khuda hai. to father ke tajrube se agar hum sochen to yeh tajruba hum ko zaroor Khuda tak pahuncha deta hai.</w:t>
      </w:r>
    </w:p>
    <w:p>
      <w:pPr>
        <w:jc w:val="right"/>
      </w:pPr>
      <w:r>
        <w:t>اصل giver جو ہے وہ تو خدا ہے۔ جو blessing ہم کو مل رہی ہے تو اس کا دینے والا اصل تو خدا ہے۔ تو فادر کے تجربے سے اگر ہم سوچیں تو یہ تجربہ ہم کو ضرور خدا تک پہنچا دیتا ہے۔</w:t>
      </w:r>
    </w:p>
    <w:p>
      <w:r>
        <w:rPr>
          <w:b/>
        </w:rPr>
        <w:t xml:space="preserve">[1:08:13] </w:t>
      </w:r>
      <w:r>
        <w:t>to Allah taala ne yeh sab tajrube is liye rakhe hain ke maa ka tajruba, father ka tajruba</w:t>
      </w:r>
    </w:p>
    <w:p>
      <w:pPr>
        <w:jc w:val="right"/>
      </w:pPr>
      <w:r>
        <w:t>تو اللہ تعالیٰ نے یہ سب تجربے اس لیے رکھے ہیں کہ ماں کا تجربہ، فادر کا تجربہ</w:t>
      </w:r>
    </w:p>
    <w:p>
      <w:r>
        <w:rPr>
          <w:b/>
        </w:rPr>
        <w:t xml:space="preserve">[1:08:20] </w:t>
      </w:r>
      <w:r>
        <w:t>hum ko hamari aql ko ubhare, hamari aql mein sochne ka mada badhe. yahan tak ke father ko discover kar ke hum Khuda ko discover kar len.</w:t>
      </w:r>
    </w:p>
    <w:p>
      <w:pPr>
        <w:jc w:val="right"/>
      </w:pPr>
      <w:r>
        <w:t>ہم کو ہماری عقل کو ابھارے، ہماری عقل میں سوچنے کا مادہ بڑھے۔ یہاں تک کہ فادر کو discover کر کے ہم خدا کو discover کر لیں۔</w:t>
      </w:r>
    </w:p>
    <w:p>
      <w:r>
        <w:rPr>
          <w:b/>
        </w:rPr>
        <w:t xml:space="preserve">[1:08:32] </w:t>
      </w:r>
      <w:r>
        <w:t>yeh process Allah taala ne rakha hai duniya mein. lekin jo log sochte nahi, woh phir bhi andhe bane rehte hain. un tajrubaat ke darmiyan bhi woh jaise pehle andhe the, waise ab bhi andhe bane rehte</w:t>
      </w:r>
    </w:p>
    <w:p>
      <w:pPr>
        <w:jc w:val="right"/>
      </w:pPr>
      <w:r>
        <w:t>یہ process اللہ تعالیٰ نے رکھا ہے دنیا میں۔ لیکن جو لوگ سوچتے نہیں، وہ پھر بھی اندھے بنے رہتے ہیں۔ ان تجربات کے درمیان بھی وہ جیسے پہلے اندھے تھے، ویسے اب بھی اندھے بنے رہتے</w:t>
      </w:r>
    </w:p>
    <w:p>
      <w:r>
        <w:rPr>
          <w:b/>
        </w:rPr>
        <w:t xml:space="preserve">[1:08:46] </w:t>
      </w:r>
      <w:r>
        <w:t>hain. to sab kuch depend karta hai soch par. soch par. baghair soche aadmi kahin nahi pahunch sakta.</w:t>
      </w:r>
    </w:p>
    <w:p>
      <w:pPr>
        <w:jc w:val="right"/>
      </w:pPr>
      <w:r>
        <w:t>ہیں۔ تو سب کچھ depend کرتا ہے سوچ پر۔ سوچ پر۔ بغیر سوچے آدمی کہیں نہیں پہنچ سکتا۔</w:t>
      </w:r>
    </w:p>
    <w:p>
      <w:r>
        <w:rPr>
          <w:b/>
        </w:rPr>
        <w:t xml:space="preserve">[1:08:55] </w:t>
      </w:r>
      <w:r>
        <w:t>hata ke father ko bhi agar na soche to father ko bhi woh bhed bakri ki tarah se dekhega. to insaan jo hai thinking animal hai.</w:t>
      </w:r>
    </w:p>
    <w:p>
      <w:pPr>
        <w:jc w:val="right"/>
      </w:pPr>
      <w:r>
        <w:t>حتیٰ کہ فادر کو بھی اگر نہ سوچے تو فادر کو بھی وہ بھیڑ بکری کی طرح سے دیکھے گا۔ تو انسان جو ہے thinking animal ہے۔</w:t>
      </w:r>
    </w:p>
    <w:p>
      <w:r>
        <w:rPr>
          <w:b/>
        </w:rPr>
        <w:t xml:space="preserve">[1:09:06] </w:t>
      </w:r>
      <w:r>
        <w:t>thinking jab tak hum develop nahi karenge, hum kisi bhi harkat ko pa nahi sakte.</w:t>
      </w:r>
    </w:p>
    <w:p>
      <w:pPr>
        <w:jc w:val="right"/>
      </w:pPr>
      <w:r>
        <w:t>Thinking جب تک ہم develop نہیں کریں گے، ہم کسی بھی حرکت کو پا نہیں سکتے۔</w:t>
      </w:r>
    </w:p>
    <w:p>
      <w:r>
        <w:rPr>
          <w:b/>
        </w:rPr>
        <w:t xml:space="preserve">[1:09:16] </w:t>
      </w:r>
      <w:r>
        <w:t>doctor farida khanam ne dilli se likha hai "Can man love God and his fellow human beings equally?</w:t>
      </w:r>
    </w:p>
    <w:p>
      <w:pPr>
        <w:jc w:val="right"/>
      </w:pPr>
      <w:r>
        <w:t>डॉक्टर फरीदा खानम ने दिल्ली से लिखा है "Can man love God and his fellow human beings equally?</w:t>
      </w:r>
    </w:p>
    <w:p>
      <w:r>
        <w:rPr>
          <w:b/>
        </w:rPr>
        <w:t xml:space="preserve">[1:09:26] </w:t>
      </w:r>
      <w:r>
        <w:t>What is the difference between the love for God and love for man?" dekhen, real love to laiz ho sakti hai.</w:t>
      </w:r>
    </w:p>
    <w:p>
      <w:pPr>
        <w:jc w:val="right"/>
      </w:pPr>
      <w:r>
        <w:t>What is the difference between the love for God and love for man?" دیکھیں، real love تو لائز ہو سکتی ہے۔</w:t>
      </w:r>
    </w:p>
    <w:p>
      <w:r>
        <w:rPr>
          <w:b/>
        </w:rPr>
        <w:t xml:space="preserve">[1:09:35] </w:t>
      </w:r>
      <w:r>
        <w:t>kyunke wahi asal giver to wahi hai.</w:t>
      </w:r>
    </w:p>
    <w:p>
      <w:pPr>
        <w:jc w:val="right"/>
      </w:pPr>
      <w:r>
        <w:t>کیونکہ وہی اصل giver تو وہی ہے۔</w:t>
      </w:r>
    </w:p>
    <w:p>
      <w:r>
        <w:rPr>
          <w:b/>
        </w:rPr>
        <w:t xml:space="preserve">[1:09:40] </w:t>
      </w:r>
      <w:r>
        <w:t>insan ki se jo love hoti hai, wo to us ke tabe hoti hai. wo real nahi ho sakti hai kabhi bhi. kyunke insan jo ke milta hai hamein, wo haqeeqat mein wo bhi khuda hi is ka dene wala hai.</w:t>
      </w:r>
    </w:p>
    <w:p>
      <w:pPr>
        <w:jc w:val="right"/>
      </w:pPr>
      <w:r>
        <w:t>انسان کی سے جو love ہوتی ہے، وہ تو اس کے تابع ہوتی ہے۔ وہ real نہیں ہو سکتی ہے کبھی بھی۔ کیونکہ انسان جو کہ ملتا ہے ہمیں، وہ حقیقت میں وہ بھی خدا ہی اس کا دینے والا ہے۔</w:t>
      </w:r>
    </w:p>
    <w:p>
      <w:r>
        <w:rPr>
          <w:b/>
        </w:rPr>
        <w:t xml:space="preserve">[1:09:55] </w:t>
      </w:r>
      <w:r>
        <w:t>jaise pani supply kar raha hai, jo water supply ka system hai, wahan pani bhej raha hai. lekin lekin water supply ka jo system hai, us ne pani create thori kiya hai.</w:t>
      </w:r>
    </w:p>
    <w:p>
      <w:pPr>
        <w:jc w:val="right"/>
      </w:pPr>
      <w:r>
        <w:t>جیسے پانی supply کر رہا ہے، جو water supply کا سسٹم ہے، وہاں پانی بھیج رہا ہے۔ لیکن لیکن water supply کا جو سسٹم ہے، اس نے پانی create تھوڑی کیا ہے۔</w:t>
      </w:r>
    </w:p>
    <w:p>
      <w:r>
        <w:rPr>
          <w:b/>
        </w:rPr>
        <w:t xml:space="preserve">[1:10:06] </w:t>
      </w:r>
      <w:r>
        <w:t>creator to koi aur hai. to agar hum pani ko payein aur us se itne jaan jaane ke bhi water supply system jo hai, us se hamein pani mil raha hai, itne jannne to ye andha pan hai.</w:t>
      </w:r>
    </w:p>
    <w:p>
      <w:pPr>
        <w:jc w:val="right"/>
      </w:pPr>
      <w:r>
        <w:t>Creator تو کوئی اور ہے۔ تو اگر ہم پانی کو پائیں اور اس سے اتنے جان جانے کہ بھی water supply سسٹم جو ہے، اس سے ہمیں پانی مل رہا ہے، اتنے جانیں تو یہ اندھا پن ہے۔</w:t>
      </w:r>
    </w:p>
    <w:p>
      <w:r>
        <w:rPr>
          <w:b/>
        </w:rPr>
        <w:t xml:space="preserve">[1:10:17] </w:t>
      </w:r>
      <w:r>
        <w:t>ye hum ko apni soch ko aage badhana chahiye. pani kaise bana, wahan tak pahunchana chahiye. jab to wahan tak pahunchayenge hum to agarche hum water supply system ko bhi thank you karenge,</w:t>
      </w:r>
    </w:p>
    <w:p>
      <w:pPr>
        <w:jc w:val="right"/>
      </w:pPr>
      <w:r>
        <w:t>یہ ہم کو اپنی سوچ کو آگے بڑھانا چاہیے۔ پانی کیسے بنا، وہاں تک پہنچانا چاہیے۔ جب تو وہاں تک پہنچائیں گے ہم تو اگرچہ ہم water supply سسٹم کو بھی thank you کریں گے،</w:t>
      </w:r>
    </w:p>
    <w:p>
      <w:r>
        <w:rPr>
          <w:b/>
        </w:rPr>
        <w:t xml:space="preserve">[1:10:31] </w:t>
      </w:r>
      <w:r>
        <w:t>shukriya ada karenge us ko. lekin jo asal, jo asal dene wala hai, jo real giver hai, us ke liye hamare bahut zyada zabardast jazba paida hoga hamare andar.</w:t>
      </w:r>
    </w:p>
    <w:p>
      <w:pPr>
        <w:jc w:val="right"/>
      </w:pPr>
      <w:r>
        <w:t>شکریہ ادا کریں گے اس کو۔ لیکن جو اصل، جو اصل دینے والا ہے، جو real giver ہے، اس کے لیے ہمارے بہت زیادہ زبردست جذبہ پیدا ہوگا ہمارے اندر۔</w:t>
      </w:r>
    </w:p>
    <w:p>
      <w:r>
        <w:rPr>
          <w:b/>
        </w:rPr>
        <w:t xml:space="preserve">[1:10:42] </w:t>
      </w:r>
      <w:r>
        <w:t>ke khuda ne agar pani paida na kiya hota to koi supply system hamein pani nahi de sakta tha. main samajhta hoon ke ye hai dono ke darmiyan farq.</w:t>
      </w:r>
    </w:p>
    <w:p>
      <w:pPr>
        <w:jc w:val="right"/>
      </w:pPr>
      <w:r>
        <w:t>کہ خدا نے اگر پانی پیدا نہ کیا ہوتا تو کوئی supply سسٹم ہمیں پانی نہیں دے سکتا تھا۔ میں سمجھتا ہوں کہ یہ ہے دونوں کے درمیان فرق۔</w:t>
      </w:r>
    </w:p>
    <w:p>
      <w:r>
        <w:rPr>
          <w:b/>
        </w:rPr>
        <w:t xml:space="preserve">[1:10:55] </w:t>
      </w:r>
      <w:r>
        <w:t>maulana amanullah riyazi ne dilli se sawal kiya hai</w:t>
      </w:r>
    </w:p>
    <w:p>
      <w:pPr>
        <w:jc w:val="right"/>
      </w:pPr>
      <w:r>
        <w:t>मौलाना अमानुल्लाह रियाज़ी ने दिल्ली से सवाल किया है</w:t>
      </w:r>
    </w:p>
    <w:p>
      <w:r>
        <w:rPr>
          <w:b/>
        </w:rPr>
        <w:t xml:space="preserve">[1:11:00] </w:t>
      </w:r>
      <w:r>
        <w:t>hadith mein aya hai ke Prophet ne farmaya ke apna kaam apne hath se karo. agar tumhara koda bhi sawari se gir jaye to us ko doosron se mat uthwao.</w:t>
      </w:r>
    </w:p>
    <w:p>
      <w:pPr>
        <w:jc w:val="right"/>
      </w:pPr>
      <w:r>
        <w:t>حدیث میں آیا ہے کہ Prophet نے فرمایا کہ اپنا کام اپنے ہاتھ سے کرو۔ اگر تمہارا کوڑا بھی سواری سے گر جائے تو اس کو دوسروں سے مت اٹھواؤ۔</w:t>
      </w:r>
    </w:p>
    <w:p>
      <w:r>
        <w:rPr>
          <w:b/>
        </w:rPr>
        <w:t xml:space="preserve">[1:11:13] </w:t>
      </w:r>
      <w:r>
        <w:t>is hadith ki hikmat kya hai aur us se hamare liye kya sabak hai?</w:t>
      </w:r>
    </w:p>
    <w:p>
      <w:pPr>
        <w:jc w:val="right"/>
      </w:pPr>
      <w:r>
        <w:t>اس حدیث کی حکمت کیا ہے اور اس سے ہمارے لیے کیا سبق ہے؟</w:t>
      </w:r>
    </w:p>
    <w:p>
      <w:r>
        <w:rPr>
          <w:b/>
        </w:rPr>
        <w:t xml:space="preserve">[1:11:25] </w:t>
      </w:r>
      <w:r>
        <w:t>dekhen, kode wali jo hadith hai, us ka matlab ye hai ke koi absolute sense mein nahi hai. matlab ek samjhane ke liye ek baat hai.</w:t>
      </w:r>
    </w:p>
    <w:p>
      <w:pPr>
        <w:jc w:val="right"/>
      </w:pPr>
      <w:r>
        <w:t>دیکھیں، کوڑے والی جو حدیث ہے، اس کا مطلب یہ ہے کہ کوئی absolute sense میں نہیں ہے۔ مطلب ایک سمجھانے کے لیے ایک بات ہے۔</w:t>
      </w:r>
    </w:p>
    <w:p>
      <w:r>
        <w:rPr>
          <w:b/>
        </w:rPr>
        <w:t xml:space="preserve">[1:11:35] </w:t>
      </w:r>
      <w:r>
        <w:t>agar aap kode is par hain, ghodhe par, phir koda gir gaya to aap koda mang lein kisi se khade ho kar, to ye us ki hadith ke khilaf nahi hua.</w:t>
      </w:r>
    </w:p>
    <w:p>
      <w:pPr>
        <w:jc w:val="right"/>
      </w:pPr>
      <w:r>
        <w:t>اگر آپ کوڑے اس پر ہیں، گھوڑے پر، پھر کوڑا گر گیا تو آپ کوڑا مانگ لیں کسی سے کھڑے ہو کر، تو یہ اس کی حدیث کے خلاف نہیں ہوا۔</w:t>
      </w:r>
    </w:p>
    <w:p>
      <w:r>
        <w:rPr>
          <w:b/>
        </w:rPr>
        <w:t xml:space="preserve">[1:11:46] </w:t>
      </w:r>
      <w:r>
        <w:t>ek baat ko emphasis dene ke liye aisi baatein kahi jati hain.</w:t>
      </w:r>
    </w:p>
    <w:p>
      <w:pPr>
        <w:jc w:val="right"/>
      </w:pPr>
      <w:r>
        <w:t>ایک بات کو پیمفیسٹس دینے کے لیے ایسی باتیں کہی جاتی ہیں۔</w:t>
      </w:r>
    </w:p>
    <w:p>
      <w:r>
        <w:rPr>
          <w:b/>
        </w:rPr>
        <w:t xml:space="preserve">[1:11:51] </w:t>
      </w:r>
      <w:r>
        <w:t>us ki jo rooh hai, jo us ki spirit hai, wo ye hai ke har aadmi ke andar khud mehnat karne ka shauq ho. ye nahi ke doosron se mujhe mil jaye aur ye main chahun.</w:t>
      </w:r>
    </w:p>
    <w:p>
      <w:pPr>
        <w:jc w:val="right"/>
      </w:pPr>
      <w:r>
        <w:t>اس کی جو روح ہے، جو اس کی spirit ہے، وہ یہ ہے کہ ہر آدمی کے اندر خود محنت کرنے کا شوق ہو۔ یہ نہیں کہ دوسروں سے مجھے مل جائے اور یہ میں چاہوں۔</w:t>
      </w:r>
    </w:p>
    <w:p>
      <w:r>
        <w:rPr>
          <w:b/>
        </w:rPr>
        <w:t xml:space="preserve">[1:12:02] </w:t>
      </w:r>
      <w:r>
        <w:t>khud mehnat kar ke paana. is mein kya hota hai? sab se bari hikmat jo is mein ye hai ke khud mehnat kar ke jab aap paana chahenge to aap ka potential istemal honge.</w:t>
      </w:r>
    </w:p>
    <w:p>
      <w:pPr>
        <w:jc w:val="right"/>
      </w:pPr>
      <w:r>
        <w:t>خود محنت کر کے پانا۔ اس میں کیا ہوتا ہے؟ سب سے بڑی حکمت جو اس میں یہ ہے کہ خود محنت کر کے جب آپ پانا چاہیں گے تو آپ کا potential استعمال ہوں گے۔</w:t>
      </w:r>
    </w:p>
    <w:p>
      <w:r>
        <w:rPr>
          <w:b/>
        </w:rPr>
        <w:t xml:space="preserve">[1:12:16] </w:t>
      </w:r>
      <w:r>
        <w:t>aap ke potential actual banenge.</w:t>
      </w:r>
    </w:p>
    <w:p>
      <w:pPr>
        <w:jc w:val="right"/>
      </w:pPr>
      <w:r>
        <w:t>آپ کے potential actual بنیں گے۔</w:t>
      </w:r>
    </w:p>
    <w:p>
      <w:r>
        <w:rPr>
          <w:b/>
        </w:rPr>
        <w:t xml:space="preserve">[1:12:19] </w:t>
      </w:r>
      <w:r>
        <w:t>to aap pehle man the, aap superman ban jayenge. agar aap doosron par depend karein, doosron ke upar jayen.</w:t>
      </w:r>
    </w:p>
    <w:p>
      <w:pPr>
        <w:jc w:val="right"/>
      </w:pPr>
      <w:r>
        <w:t>تو آپ پہلے man تھے، آپ superman بن جائیں گے۔ اگر آپ دوسروں پر depend کریں، دوسروں کے اوپر جئیں۔</w:t>
      </w:r>
    </w:p>
    <w:p>
      <w:r>
        <w:rPr>
          <w:b/>
        </w:rPr>
        <w:t xml:space="preserve">[1:12:30] </w:t>
      </w:r>
      <w:r>
        <w:t>jaise misal ke taur par koi baap kamaye aur bachchon ko, apne bachchon ko easy money ke taur par har cheez deta rahe, deta rahe, bachche ko kuch karna na pade to aisa bachcha stupid reh jata hai.</w:t>
      </w:r>
    </w:p>
    <w:p>
      <w:pPr>
        <w:jc w:val="right"/>
      </w:pPr>
      <w:r>
        <w:t>جیسے مثال کے طور پر کوئی باپ کمائے اور بچوں کو، اپنے بچوں کو easy money کے طور پر ہر چیز دیتا رہے، دیتا رہے، بچے کو کچھ کرنا نہ پڑے تو ایسا بچہ stupid رہ جاتا ہے۔</w:t>
      </w:r>
    </w:p>
    <w:p>
      <w:r>
        <w:rPr>
          <w:b/>
        </w:rPr>
        <w:t xml:space="preserve">[1:12:41] </w:t>
      </w:r>
      <w:r>
        <w:t>stupid, stupid. taraqqi nahi karta wo.</w:t>
      </w:r>
    </w:p>
    <w:p>
      <w:pPr>
        <w:jc w:val="right"/>
      </w:pPr>
      <w:r>
        <w:t>stupid، stupid۔ ترقی نہیں کرتا وہ۔</w:t>
      </w:r>
    </w:p>
    <w:p>
      <w:r>
        <w:rPr>
          <w:b/>
        </w:rPr>
        <w:t xml:space="preserve">[1:12:46] </w:t>
      </w:r>
      <w:r>
        <w:t>bahut si families mein aap dekh sakte hain ke agar baap ne khoob kama kama kar bachche ko sab kuch de diya aur bachcha kuch sochta bhi nahi hai.</w:t>
      </w:r>
    </w:p>
    <w:p>
      <w:pPr>
        <w:jc w:val="right"/>
      </w:pPr>
      <w:r>
        <w:t>بہت سی families میں آپ دیکھ سکتے ہیں کہ اگر باپ نے خوب کما کما کر بچے کو سب کچھ دے دیا اور بچہ کچھ سوچتا بھی نہیں ہے۔</w:t>
      </w:r>
    </w:p>
    <w:p>
      <w:r>
        <w:rPr>
          <w:b/>
        </w:rPr>
        <w:t xml:space="preserve">[1:12:56] </w:t>
      </w:r>
      <w:r>
        <w:t>main ek martaba gaya ek rajasthan ke ek shahar mein to ek baap the, un ke do bete the. ye apne aqa ko dekha, bata raha hoon aap ko.</w:t>
      </w:r>
    </w:p>
    <w:p>
      <w:pPr>
        <w:jc w:val="right"/>
      </w:pPr>
      <w:r>
        <w:t>میں ایک مرتبہ گیا ایک راجستان کے ایک شہر میں تو ایک باپ تھے، ان کے دو بیٹے تھے۔ یہ اپنے آقا کو دیکھا، بتا رہا ہوں آپ کو۔</w:t>
      </w:r>
    </w:p>
    <w:p>
      <w:r>
        <w:rPr>
          <w:b/>
        </w:rPr>
        <w:t xml:space="preserve">[1:13:07] </w:t>
      </w:r>
      <w:r>
        <w:t>to</w:t>
      </w:r>
    </w:p>
    <w:p>
      <w:pPr>
        <w:jc w:val="right"/>
      </w:pPr>
      <w:r>
        <w:t>تو</w:t>
      </w:r>
    </w:p>
    <w:p>
      <w:r>
        <w:rPr>
          <w:b/>
        </w:rPr>
        <w:t xml:space="preserve">[1:13:10] </w:t>
      </w:r>
      <w:r>
        <w:t>baap ne kya kiya ke ek bete ko to us ne farmhouse banwa diya, khoob us ko paisa waise de diya aur aaram se wo shadi kar ke wahan par rehne laga.</w:t>
      </w:r>
    </w:p>
    <w:p>
      <w:pPr>
        <w:jc w:val="right"/>
      </w:pPr>
      <w:r>
        <w:t>باپ نے کیا کیا کہ ایک بیٹے کو تو اس نے فارم ہاؤس بنوا دیا، خوب اس کو پیسہ ویسے دے دیا اور آرام سے وہ شادی کر کے وہاں پر رہنے لگا۔</w:t>
      </w:r>
    </w:p>
    <w:p>
      <w:r>
        <w:rPr>
          <w:b/>
        </w:rPr>
        <w:t xml:space="preserve">[1:13:23] </w:t>
      </w:r>
      <w:r>
        <w:t>woh doosre bete ko us ne kuch nahi diya, sirf dukaan de di. yaani paisa nahi diya, koi aur cheez nahi di. dukaan de di ke baad mehnat karo to kamao, nahi to maro.</w:t>
      </w:r>
    </w:p>
    <w:p>
      <w:pPr>
        <w:jc w:val="right"/>
      </w:pPr>
      <w:r>
        <w:t>وہ دوسرے بیٹے کو اس نے کچھ نہیں دیا، صرف دکان دے دی۔ یعنی پیسہ نہیں دیا، کوئی اور چیز نہیں دی۔ دکان دے دی کے بعد محنت کرو تو کماؤ، نہیں تو مرو۔</w:t>
      </w:r>
    </w:p>
    <w:p>
      <w:r>
        <w:rPr>
          <w:b/>
        </w:rPr>
        <w:t xml:space="preserve">[1:13:34] </w:t>
      </w:r>
      <w:r>
        <w:t>yaani ek bete ko to bana banaya ghar aur paisa, har cheez. yaani mulazim, sab cheez bani banayi, cheez de di us ko.</w:t>
      </w:r>
    </w:p>
    <w:p>
      <w:pPr>
        <w:jc w:val="right"/>
      </w:pPr>
      <w:r>
        <w:t>یعنی ایک بیٹے کو تو بنا بنایا گھر اور پیسہ، ہر چیز۔ یعنی ملازم، سب چیز بنی بنائی، چیز دے دی اس کو۔</w:t>
      </w:r>
    </w:p>
    <w:p>
      <w:r>
        <w:rPr>
          <w:b/>
        </w:rPr>
        <w:t xml:space="preserve">[1:13:48] </w:t>
      </w:r>
      <w:r>
        <w:t>us ko sirf hukum dena hai aur sab kaam hota rahe. aur ek bete ko us ne sirf dukaan de di, khaali dukaan. is mein kuch nahi hai.</w:t>
      </w:r>
    </w:p>
    <w:p>
      <w:pPr>
        <w:jc w:val="right"/>
      </w:pPr>
      <w:r>
        <w:t>اس کو صرف حکم دینا ہے اور سب کام ہوتا رہے۔ اور ایک بیٹے کو اس نے صرف دکان دے دی، خالی دکان۔ اس میں کچھ نہیں ہے۔</w:t>
      </w:r>
    </w:p>
    <w:p>
      <w:r>
        <w:rPr>
          <w:b/>
        </w:rPr>
        <w:t xml:space="preserve">[1:13:58] </w:t>
      </w:r>
      <w:r>
        <w:t>to jab mein gaya tha, kai saal ke baad gaya tha, to maine dekha ke woh beta jis ko sirf dukaan diya tha, us ne khoob taraqqi kar raha tha. woh aur woh beta bilkul ek aise hi ban kar reh gaya.</w:t>
      </w:r>
    </w:p>
    <w:p>
      <w:pPr>
        <w:jc w:val="right"/>
      </w:pPr>
      <w:r>
        <w:t>تو جب میں گیا تھا، کئی سال کے بعد گیا تھا، تو میں نے دیکھا کہ وہ بیٹا جس کو صرف دکان دیا تھا، اس نے خوب ترقی کر رہا تھا۔ وہ اور وہ بیٹا بالکل ایک ایسے ہی بن کر رہ گیا۔</w:t>
      </w:r>
    </w:p>
    <w:p>
      <w:r>
        <w:rPr>
          <w:b/>
        </w:rPr>
        <w:t xml:space="preserve">[1:14:10] </w:t>
      </w:r>
      <w:r>
        <w:t>yaani kisi kaam ka nahi hai, bilkul bewakoof. baat karne ki salahiyat bhi is ke andar nahi. to yeh jo hadees hai, is par zor de rahi hai ke apne aap ko mehnat ki ki kamai karo.</w:t>
      </w:r>
    </w:p>
    <w:p>
      <w:pPr>
        <w:jc w:val="right"/>
      </w:pPr>
      <w:r>
        <w:t>یعنی کسی کام کا نہیں ہے، بالکل بیوقوف۔ بات کرنے کی صلاحیت بھی اس کے اندر نہیں۔ تو یہ جو حدیث ہے، اس پر زور دے رہی ہے کہ اپنے آپ کو محنت کی کی کمائی کرو۔</w:t>
      </w:r>
    </w:p>
    <w:p>
      <w:r>
        <w:rPr>
          <w:b/>
        </w:rPr>
        <w:t xml:space="preserve">[1:14:23] </w:t>
      </w:r>
      <w:r>
        <w:t>doosron par apne ko, doosron par depend na karo</w:t>
      </w:r>
    </w:p>
    <w:p>
      <w:pPr>
        <w:jc w:val="right"/>
      </w:pPr>
      <w:r>
        <w:t>دوسروں پر اپنے کو، دوسروں پر depend نہ کرو</w:t>
      </w:r>
    </w:p>
    <w:p>
      <w:r>
        <w:rPr>
          <w:b/>
        </w:rPr>
        <w:t xml:space="preserve">[1:14:29] </w:t>
      </w:r>
      <w:r>
        <w:t>ke doosre de dein to tum ko mil jaye. is ka intezar mat karo, tum khud khud mehnat karo. apni salahiyat ko istemal karo, apne potential ko actual banao.</w:t>
      </w:r>
    </w:p>
    <w:p>
      <w:pPr>
        <w:jc w:val="right"/>
      </w:pPr>
      <w:r>
        <w:t>کہ دوسرے دے دیں تو تم کو مل جائے۔ اس کا انتظار مت کرو، تم خود خود محنت کرو۔ اپنی صلاحیت کو استعمال کرو، اپنے potential کو actual بناؤ۔</w:t>
      </w:r>
    </w:p>
    <w:p>
      <w:r>
        <w:rPr>
          <w:b/>
        </w:rPr>
        <w:t xml:space="preserve">[1:14:39] </w:t>
      </w:r>
      <w:r>
        <w:t>isi se tumhari taraqqi hogi. aur tum, Khuda ne jo paida kiya, tum ko mind to tum superman ban jaoge. Khuda ne aadmi ko mind paida kiya hai.</w:t>
      </w:r>
    </w:p>
    <w:p>
      <w:pPr>
        <w:jc w:val="right"/>
      </w:pPr>
      <w:r>
        <w:t>اسی سے تمہاری ترقی ہوگی۔ اور تم، خدا نے جو پیدا کیا، تم کو mind تو تم سپرمین بن جاؤ گے۔ خدا نے آدمی کو mind پیدا کیا ہے۔</w:t>
      </w:r>
    </w:p>
    <w:p>
      <w:r>
        <w:rPr>
          <w:b/>
        </w:rPr>
        <w:t xml:space="preserve">[1:14:49] </w:t>
      </w:r>
      <w:r>
        <w:t>yeh superman banna apne apne ikhtiyar pe hai. aap khud chahenge to superman banenge, nahi to kuch nahi ban paenge.</w:t>
      </w:r>
    </w:p>
    <w:p>
      <w:pPr>
        <w:jc w:val="right"/>
      </w:pPr>
      <w:r>
        <w:t>یہ سپرمین بننا اپنے اپنے اختیار پہ ہے۔ آپ خود چاہیں گے تو سپرمین بنیں گے، نہیں تو کچھ نہیں بن پائیں گے۔</w:t>
      </w:r>
    </w:p>
    <w:p>
      <w:r>
        <w:rPr>
          <w:b/>
        </w:rPr>
        <w:t xml:space="preserve">[1:14:58] </w:t>
      </w:r>
      <w:r>
        <w:t>yeh matlab hai is hadees ka.</w:t>
      </w:r>
    </w:p>
    <w:p>
      <w:pPr>
        <w:jc w:val="right"/>
      </w:pPr>
      <w:r>
        <w:t>یہ مطلب ہے اس حدیث کا۔</w:t>
      </w:r>
    </w:p>
    <w:p>
      <w:r>
        <w:rPr>
          <w:b/>
        </w:rPr>
        <w:t xml:space="preserve">[1:15:03] </w:t>
      </w:r>
      <w:r>
        <w:t>doctor muslima siddiqui ne delhi se likha hai Khuda ne kaha hai ke hum ne kisi insaan ke seene mein do dil nahi banaye.</w:t>
      </w:r>
    </w:p>
    <w:p>
      <w:pPr>
        <w:jc w:val="right"/>
      </w:pPr>
      <w:r>
        <w:t>डॉक्टर मुस्लिमा सिद्दीकी ने दिल्ली से लिखा है خدا نے کہا ہے کہ ہم نے کسی انسان کے سینے میں دو دل نہیں بنائے۔</w:t>
      </w:r>
    </w:p>
    <w:p>
      <w:r>
        <w:rPr>
          <w:b/>
        </w:rPr>
        <w:t xml:space="preserve">[1:15:14] </w:t>
      </w:r>
      <w:r>
        <w:t>yaani agar dil mein mohabbat ilahi ho to is dil mein nafrat kaise ikattha ho sakti hai? kya nafrat wala dil mohabbat ilahi se khaali hai?</w:t>
      </w:r>
    </w:p>
    <w:p>
      <w:pPr>
        <w:jc w:val="right"/>
      </w:pPr>
      <w:r>
        <w:t>یعنی اگر دل میں محبت الہی ہو تو اس دل میں نفرت کیسے اکٹھا ہو سکتی ہے؟ کیا نفرت والا دل محبت الہی سے خالی ہے؟</w:t>
      </w:r>
    </w:p>
    <w:p>
      <w:r>
        <w:rPr>
          <w:b/>
        </w:rPr>
        <w:t xml:space="preserve">[1:15:26] </w:t>
      </w:r>
      <w:r>
        <w:t>is ke bare mein bataein.</w:t>
      </w:r>
    </w:p>
    <w:p>
      <w:pPr>
        <w:jc w:val="right"/>
      </w:pPr>
      <w:r>
        <w:t>اس کے بارے میں بتائیں۔</w:t>
      </w:r>
    </w:p>
    <w:p>
      <w:r>
        <w:rPr>
          <w:b/>
        </w:rPr>
        <w:t xml:space="preserve">[1:15:28] </w:t>
      </w:r>
      <w:r>
        <w:t>isme koi shaq nahi. jidhar bhi nafrat hai, woh mohabbat ilahi ka khaali hai. woh chahe dawah kare, tab bhi. isi liye mein bohat zor deta hoon ke insaanon se aap ko, aap ke andar positive thinking hona chahiye.</w:t>
      </w:r>
    </w:p>
    <w:p>
      <w:pPr>
        <w:jc w:val="right"/>
      </w:pPr>
      <w:r>
        <w:t>इसमें कोई शक नहीं। جدھر بھی نفرت ہے، وہ محبت الہی کا خالی ہے۔ وہ چاہے دعویٰ کرے، تب بھی۔ اسی لیے میں بہت زور دیتا ہوں کہ انسانوں سے آپ کو، آپ کے اندر positive thinking ہونا چاہیے۔</w:t>
      </w:r>
    </w:p>
    <w:p>
      <w:r>
        <w:rPr>
          <w:b/>
        </w:rPr>
        <w:t xml:space="preserve">[1:15:47] </w:t>
      </w:r>
      <w:r>
        <w:t>hum bar bar isi ko zor dete hain ke nafrat ka ek zara bhi apne andar na rehne dijiye. kyunke agar rahega to mohabbat ilahi is mein jagah nahi pa sakti hai.</w:t>
      </w:r>
    </w:p>
    <w:p>
      <w:pPr>
        <w:jc w:val="right"/>
      </w:pPr>
      <w:r>
        <w:t>ہم بار بار اسی کو زور دیتے ہیں کہ نفرت کا ایک ذرہ بھی اپنے اندر نہ رہنے دیجئے۔ کیونکہ اگر رہے گا تو محبت الہی اس میں جگہ نہیں پا سکتی ہے۔</w:t>
      </w:r>
    </w:p>
    <w:p>
      <w:r>
        <w:rPr>
          <w:b/>
        </w:rPr>
        <w:t xml:space="preserve">[1:15:58] </w:t>
      </w:r>
      <w:r>
        <w:t>insaan se nafrat aur Khuda se mohabbat yeh ikattha nahi ho sakte. to jis aadmi ko is ki ahmiyat maloom ho, Allah se mohabbat ki, kyunke aakhirat mein yahi kaam aayega.</w:t>
      </w:r>
    </w:p>
    <w:p>
      <w:pPr>
        <w:jc w:val="right"/>
      </w:pPr>
      <w:r>
        <w:t>انسان سے نفرت اور خدا سے محبت یہ اکٹھا نہیں ہو سکتے۔ تو جس آدمی کو اس کی اہمیت معلوم ہو، اللہ سے محبت کی، کیونکہ آخرت میں یہی کام آئے گا۔</w:t>
      </w:r>
    </w:p>
    <w:p>
      <w:r>
        <w:rPr>
          <w:b/>
        </w:rPr>
        <w:t xml:space="preserve">[1:16:11] </w:t>
      </w:r>
      <w:r>
        <w:t>aakhirat mein yahi kaam aayega. to jis ko aakhirat ka ehsas ho, aakhirat mein jo apne ko bachana chahta ho tabahi se, to har qeemat par is ko nafrat ko apne andar se nikalna hoga.</w:t>
      </w:r>
    </w:p>
    <w:p>
      <w:pPr>
        <w:jc w:val="right"/>
      </w:pPr>
      <w:r>
        <w:t>آخرت میں یہی کام آئے گا۔ تو جس کو آخرت کا احساس ہو، آخرت میں جو اپنے کو بچانا چاہتا ہو تباہی سے، تو ہر قیمت پر اس کو نفرت کو اپنے اندر سے نکالنا ہوگا۔</w:t>
      </w:r>
    </w:p>
    <w:p>
      <w:r>
        <w:rPr>
          <w:b/>
        </w:rPr>
        <w:t xml:space="preserve">[1:16:28] </w:t>
      </w:r>
      <w:r>
        <w:t>matlab sabr karna padega, tolerate karna padega, apne jazbat ko kuchalna padega. kyunke bar bar aisa hota hai ke kuch aise asbab paida hote hain ke nafrat paida ho jati hai.</w:t>
      </w:r>
    </w:p>
    <w:p>
      <w:pPr>
        <w:jc w:val="right"/>
      </w:pPr>
      <w:r>
        <w:t>مطلب صبر کرنا پڑے گا، ٹولریٹ کرنا پڑے گا، اپنے جذبات کو کچلنا پڑے گا۔ کیونکہ بار بار ایسا ہوتا ہے کہ کچھ ایسے اسباب پیدا ہوتے ہیں کہ نفرت پیدا ہو جاتی ہے۔</w:t>
      </w:r>
    </w:p>
    <w:p>
      <w:r>
        <w:rPr>
          <w:b/>
        </w:rPr>
        <w:t xml:space="preserve">[1:16:40] </w:t>
      </w:r>
      <w:r>
        <w:t>nafrat khwamkhwah nahi hoti hai. aisa nahi hota ke aap koi bagh mein baithe hue hain aur khwamkhwah nafrat karne lagen kisi se. koi wajah hoti hai. is wajah ko humein bhulana padega.</w:t>
      </w:r>
    </w:p>
    <w:p>
      <w:pPr>
        <w:jc w:val="right"/>
      </w:pPr>
      <w:r>
        <w:t>نفرت خوامخواہ نہیں ہوتی ہے۔ ایسا نہیں ہوتا کہ آپ کوئی باغ میں بیٹھے ہوئے ہیں اور خوامخواہ نفرت کرنے لگیں کسی سے۔ کوئی وجہ ہوتی ہے۔ اس وجہ کو ہمیں بھلانا پڑے گا۔</w:t>
      </w:r>
    </w:p>
    <w:p>
      <w:r>
        <w:rPr>
          <w:b/>
        </w:rPr>
        <w:t xml:space="preserve">[1:16:54] </w:t>
      </w:r>
      <w:r>
        <w:t>bar</w:t>
      </w:r>
    </w:p>
    <w:p>
      <w:pPr>
        <w:jc w:val="right"/>
      </w:pPr>
      <w:r>
        <w:t>بر</w:t>
      </w:r>
    </w:p>
    <w:p>
      <w:r>
        <w:rPr>
          <w:b/>
        </w:rPr>
        <w:t xml:space="preserve">[1:16:55] </w:t>
      </w:r>
      <w:r>
        <w:t>nar, burner, burner shah ne kaha tha, mujhe bohat pasand hai is ka yeh qaul ke us ne kaha tha ke woh shakhs sabza ghair taleem yafta hai jis ke paas bhula dene ko kuch na ho.</w:t>
      </w:r>
    </w:p>
    <w:p>
      <w:pPr>
        <w:jc w:val="right"/>
      </w:pPr>
      <w:r>
        <w:t>نر، برنر، برنر شاہ نے کہا تھا، مجھے بہت پسند ہے اس کا یہ قول کہ اس نے کہا تھا کہ وہ شخص سبزہ غیر تعلیم یافتہ ہے جس کے پاس بھلا دینے کو کچھ نہ ہو۔</w:t>
      </w:r>
    </w:p>
    <w:p>
      <w:r>
        <w:rPr>
          <w:b/>
        </w:rPr>
        <w:t xml:space="preserve">[1:17:13] </w:t>
      </w:r>
      <w:r>
        <w:t>He is most uneducated. He is most uneducated person. With nothing to forget.</w:t>
      </w:r>
    </w:p>
    <w:p>
      <w:pPr>
        <w:jc w:val="right"/>
      </w:pPr>
      <w:r>
        <w:t>He is most uneducated. He is most uneducated person. With nothing to forget.</w:t>
      </w:r>
    </w:p>
    <w:p>
      <w:r>
        <w:rPr>
          <w:b/>
        </w:rPr>
        <w:t xml:space="preserve">[1:17:20] </w:t>
      </w:r>
      <w:r>
        <w:t>to bhulaiye, aisi baaton ko bhulaiye, aisi baaton ko dil se nikaliye, aisi baaton par sabr kijiye. taake mohabbat ka jazba Allah se jo hai, woh jagah pa sake dil mein.</w:t>
      </w:r>
    </w:p>
    <w:p>
      <w:pPr>
        <w:jc w:val="right"/>
      </w:pPr>
      <w:r>
        <w:t>تو بھلائیے، ایسی باتوں کو بھلائیے، ایسی باتوں کو دل سے نکالیے، ایسی باتوں پر صبر کیجئے۔ تاکہ محبت کا جذبہ اللہ سے جو ہے، وہ جگہ پا سکے دل میں۔</w:t>
      </w:r>
    </w:p>
    <w:p>
      <w:r>
        <w:rPr>
          <w:b/>
        </w:rPr>
        <w:t xml:space="preserve">[1:17:38] </w:t>
      </w:r>
      <w:r>
        <w:t>yeh to shart-e-lazim hai.</w:t>
      </w:r>
    </w:p>
    <w:p>
      <w:pPr>
        <w:jc w:val="right"/>
      </w:pPr>
      <w:r>
        <w:t>یہ تو شرط لازم ہے۔</w:t>
      </w:r>
    </w:p>
    <w:p>
      <w:r>
        <w:rPr>
          <w:b/>
        </w:rPr>
        <w:t xml:space="preserve">[1:17:44] </w:t>
      </w:r>
      <w:r>
        <w:t>miss stuti malhotra ne delhi se sawal kiya hai.</w:t>
      </w:r>
    </w:p>
    <w:p>
      <w:pPr>
        <w:jc w:val="right"/>
      </w:pPr>
      <w:r>
        <w:t>मिस स्तुति मल्होत्रा ने दिल्ली से सवाल किया है।</w:t>
      </w:r>
    </w:p>
    <w:p>
      <w:r>
        <w:rPr>
          <w:b/>
        </w:rPr>
        <w:t xml:space="preserve">[1:17:48] </w:t>
      </w:r>
      <w:r>
        <w:t>unka sawal hai Maulana, referring to God, you had once spoken about the concept of first chance and second chance.</w:t>
      </w:r>
    </w:p>
    <w:p>
      <w:pPr>
        <w:jc w:val="right"/>
      </w:pPr>
      <w:r>
        <w:t>उनका सवाल है مولانا، ریفرنگ ٹو گاڈ، یو ہیڈ ونس سپوکن اباؤٹ دا کانسیپٹ آف فرسٹ چانس اینڈ سیکنڈ چانس۔</w:t>
      </w:r>
    </w:p>
    <w:p>
      <w:r>
        <w:rPr>
          <w:b/>
        </w:rPr>
        <w:t xml:space="preserve">[1:17:58] </w:t>
      </w:r>
      <w:r>
        <w:t>can you please tell us what you meant by it?</w:t>
      </w:r>
    </w:p>
    <w:p>
      <w:pPr>
        <w:jc w:val="right"/>
      </w:pPr>
      <w:r>
        <w:t>کین یو پلیز ٹیل اس واٹ یو مینٹ بائی اٹ؟</w:t>
      </w:r>
    </w:p>
    <w:p>
      <w:r>
        <w:rPr>
          <w:b/>
        </w:rPr>
        <w:t xml:space="preserve">[1:18:06] </w:t>
      </w:r>
      <w:r>
        <w:t>main samajhta hoon ke duniya mein aadmi ke liye second choice hai, first choice nahin hai. yeh duniya mein aadmi ke liye sirf second choice hai, first choice nahin hai.</w:t>
      </w:r>
    </w:p>
    <w:p>
      <w:pPr>
        <w:jc w:val="right"/>
      </w:pPr>
      <w:r>
        <w:t>मैं समझता हूं कि दुनिया में आदमी के लिए सेकंड चॉइस है, फर्स्ट चॉइस नहीं है। یہ دنیا میں آدمی کے لیے صرف سیکنڈ چوائس ہے، فرسٹ چوائس نہیں ہے۔</w:t>
      </w:r>
    </w:p>
    <w:p>
      <w:r>
        <w:rPr>
          <w:b/>
        </w:rPr>
        <w:t xml:space="preserve">[1:18:18] </w:t>
      </w:r>
      <w:r>
        <w:t>to is ko samjhane ke liye maine kaha tha ke Allah taala ne insaan ko paida kiya to jannat mein rakha is ko. quran se sabit hai ke Adam aur Hawa ko paida kar ke jannat mein raha ke raho yahan, aaram karo yahan par.</w:t>
      </w:r>
    </w:p>
    <w:p>
      <w:pPr>
        <w:jc w:val="right"/>
      </w:pPr>
      <w:r>
        <w:t>تو اس کو سمجھانے کے لیے میں نے کہا تھا کہ اللہ تعالی نے انسان کو پیدا کیا تو جنت میں رکھا اس کو۔ قرآن سے ثابت ہے کہ آدم اور حوا کو پیدا کر کے جنت میں رہا کہ رہو یہاں، آرام کرو یہاں پر۔</w:t>
      </w:r>
    </w:p>
    <w:p>
      <w:r>
        <w:rPr>
          <w:b/>
        </w:rPr>
        <w:t xml:space="preserve">[1:18:37] </w:t>
      </w:r>
      <w:r>
        <w:t>lekin maloom hua ke insaan ki kamzoriyan hain aur Adam ne mana karne ke bawajood jo paband tree tha, wahan pahunch gaye woh.</w:t>
      </w:r>
    </w:p>
    <w:p>
      <w:pPr>
        <w:jc w:val="right"/>
      </w:pPr>
      <w:r>
        <w:t>لیکن معلوم ہوا کہ انسان کی کمزوریاں ہیں اور آدم نے منع کرنے کے باوجود جو پابند ٹری تھا، وہاں پہنچ گئے وہ۔</w:t>
      </w:r>
    </w:p>
    <w:p>
      <w:r>
        <w:rPr>
          <w:b/>
        </w:rPr>
        <w:t xml:space="preserve">[1:18:49] </w:t>
      </w:r>
      <w:r>
        <w:t>to is ke baad Khuda ne doosri, yani apne apna jo plan tha Khuda ka, us mein yeh shakal ki ke ab is duniya mein basa diya insaan ko ke jo test mein poora utre ga, us ko jannat mile gi, nahin to jannat nahin mile gi.</w:t>
      </w:r>
    </w:p>
    <w:p>
      <w:pPr>
        <w:jc w:val="right"/>
      </w:pPr>
      <w:r>
        <w:t>تو اس کے بعد خدا نے دوسری، یعنی اپنے اپنا جو پلان تھا خدا کا، اس میں یہ شکل کی کہ اب اس دنیا میں بسا دیا انسان کو کہ جو ٹیسٹ میں پورا اترے گا، اس کو جنت ملے گی، نہیں تو جنت نہیں ملے گی۔</w:t>
      </w:r>
    </w:p>
    <w:p>
      <w:r>
        <w:rPr>
          <w:b/>
        </w:rPr>
        <w:t xml:space="preserve">[1:19:08] </w:t>
      </w:r>
      <w:r>
        <w:t>to main samajhta hoon ke yeh, yeh, yeh insaan ko yeh is mein ek sabak bhi hai ke tum ko pehla mauqa to mile ga nahin, doosre mauqe ka umeed karna hai tum ko.</w:t>
      </w:r>
    </w:p>
    <w:p>
      <w:pPr>
        <w:jc w:val="right"/>
      </w:pPr>
      <w:r>
        <w:t>تو میں سمجھتا ہوں کہ یہ، یہ، یہ انسان کو یہ اس میں ایک سبق بھی ہے کہ تم کو پہلا موقع تو ملے گا نہیں، دوسرے موقع کا امید کرنا ہے تم کو۔</w:t>
      </w:r>
    </w:p>
    <w:p>
      <w:r>
        <w:rPr>
          <w:b/>
        </w:rPr>
        <w:t xml:space="preserve">[1:19:21] </w:t>
      </w:r>
      <w:r>
        <w:t>woh ajeeb baat hai ke shayad tareekh mein yahi mashhoor hua hai. log pehle mauqe ke chakkar mein rehte hain aur isi mein pareshan rehte hain. woh milta nahin to doosre mauqe hi amalan possible hota hai insaan ke liye.</w:t>
      </w:r>
    </w:p>
    <w:p>
      <w:pPr>
        <w:jc w:val="right"/>
      </w:pPr>
      <w:r>
        <w:t>وہ عجیب بات ہے کہ شاید تاریخ میں یہی مشہور ہوا ہے۔ لوگ پہلے موقع کے چکر میں رہتے ہیں اور اسی میں پریشان رہتے ہیں۔ وہ ملتا نہیں تو دوسرے موقع ہی عملاً پاسیبل ہوتا ہے انسان کے لیے۔</w:t>
      </w:r>
    </w:p>
    <w:p>
      <w:r>
        <w:rPr>
          <w:b/>
        </w:rPr>
        <w:t xml:space="preserve">[1:19:37] </w:t>
      </w:r>
      <w:r>
        <w:t>is ko aap first chance aur second chance kahiye ya first choice, second choice kahiye, jo bhi lafz boliye,</w:t>
      </w:r>
    </w:p>
    <w:p>
      <w:pPr>
        <w:jc w:val="right"/>
      </w:pPr>
      <w:r>
        <w:t>اس کو آپ فرسٹ چانس اور سیکنڈ چانس کہیے یا فرسٹ چوائس، سیکنڈ چوائس کہیے، جو بھی لفظ بولیے،</w:t>
      </w:r>
    </w:p>
    <w:p>
      <w:r>
        <w:rPr>
          <w:b/>
        </w:rPr>
        <w:t xml:space="preserve">[1:19:45] </w:t>
      </w:r>
      <w:r>
        <w:t>hamesha yeh hua hai. lekin log jo hain, chuki insaan basically idealist, idealist hai, to is par raazi nahin hota.</w:t>
      </w:r>
    </w:p>
    <w:p>
      <w:pPr>
        <w:jc w:val="right"/>
      </w:pPr>
      <w:r>
        <w:t>ہمیشہ یہ ہوا ہے۔ لیکن لوگ جو ہیں، چونکہ انسان بیسکلی آئیڈیل، آئیڈیلسٹ ہے، تو اس پر راضی نہیں ہوتا۔</w:t>
      </w:r>
    </w:p>
    <w:p>
      <w:r>
        <w:rPr>
          <w:b/>
        </w:rPr>
        <w:t xml:space="preserve">[1:19:56] </w:t>
      </w:r>
      <w:r>
        <w:t>lekin, lekin hum, hum ko jo Allah taala idealist banaya hai, to yeh jannat ke lihaaz se, duniya ke lihaaz se nahin. jannat mein hum ko har cheez ideal mil jaye gi, har cheez duniya mein nahin mil sakti hum ko.</w:t>
      </w:r>
    </w:p>
    <w:p>
      <w:pPr>
        <w:jc w:val="right"/>
      </w:pPr>
      <w:r>
        <w:t>لیکن، لیکن ہم، ہم کو جو اللہ تعالی آئیڈیلسٹ بنایا ہے، تو یہ جنت کے لحاظ سے، دنیا کے لحاظ سے نہیں۔ جنت میں ہم کو ہر چیز آئیڈیل مل جائے گی، ہر چیز دنیا میں نہیں مل سکتی ہم کو۔</w:t>
      </w:r>
    </w:p>
    <w:p>
      <w:r>
        <w:rPr>
          <w:b/>
        </w:rPr>
        <w:t xml:space="preserve">[1:20:09] </w:t>
      </w:r>
      <w:r>
        <w:t>to Allah taala ne ek namoona qaim kiya is baat ka ke duniya mein tumhein kis tarah rehna hai. aur Allah taala ke ikhtiyar mein sab kuch hai, lekin Allah taala ne azadi di hai insaan ko.</w:t>
      </w:r>
    </w:p>
    <w:p>
      <w:pPr>
        <w:jc w:val="right"/>
      </w:pPr>
      <w:r>
        <w:t>تو اللہ تعالی نے ایک نمونہ قائم کیا اس بات کا کہ دنیا میں تمہیں کس طرح رہنا ہے۔ اور اللہ تعالی کے اختیار میں سب کچھ ہے، لیکن اللہ تعالی نے آزادی دی ہے انسان کو۔</w:t>
      </w:r>
    </w:p>
    <w:p>
      <w:r>
        <w:rPr>
          <w:b/>
        </w:rPr>
        <w:t xml:space="preserve">[1:20:22] </w:t>
      </w:r>
      <w:r>
        <w:t>azadi ko abad nahin kar sakta Allah taala qayamat se pehle. qayamat se pehle insaan ki azadi abad nahin kar sakti. to insaan ki azadi ko barqarar rakhte hue yahi faisla Allah taala ne kiya.</w:t>
      </w:r>
    </w:p>
    <w:p>
      <w:pPr>
        <w:jc w:val="right"/>
      </w:pPr>
      <w:r>
        <w:t>آزادی کو آباد نہیں کر سکتا اللہ تعالی قیامت سے پہلے۔ قیامت سے پہلے انسان کی آزادی آباد نہیں کر سکتی۔ تو انسان کی آزادی کو برقرار رکھتے ہوئے یہی فیصلہ اللہ تعالی نے کیا۔</w:t>
      </w:r>
    </w:p>
    <w:p>
      <w:r>
        <w:rPr>
          <w:b/>
        </w:rPr>
        <w:t xml:space="preserve">[1:20:34] </w:t>
      </w:r>
      <w:r>
        <w:t>agar yeh faisla na karta Allah taala to insaan ki azadi ko abad karna parta, jo sunnat Allah ke khilaaf hota.</w:t>
      </w:r>
    </w:p>
    <w:p>
      <w:pPr>
        <w:jc w:val="right"/>
      </w:pPr>
      <w:r>
        <w:t>اگر یہ فیصلہ نہ کرتا اللہ تعالی تو انسان کی آزادی کو آباد کرنا پڑتا، جو سنت اللہ کے خلاف ہوتا۔</w:t>
      </w:r>
    </w:p>
    <w:p>
      <w:r>
        <w:rPr>
          <w:b/>
        </w:rPr>
        <w:t xml:space="preserve">[1:20:45] </w:t>
      </w:r>
      <w:r>
        <w:t>Mr K A Hasan ne Chennai se sawal kiya hai what is the new framework of mohabbat elahi? please tell us new framework ka matlab new framework of mohabbat elahi ka matlab new framework matlab aaj ke lihaaz se contemporary hai.</w:t>
      </w:r>
    </w:p>
    <w:p>
      <w:pPr>
        <w:jc w:val="right"/>
      </w:pPr>
      <w:r>
        <w:t>मिस्टर के ए हसन ने चेन्नई से सवाल किया है واٹ از دا نیو فریم ورک اف محبت الہی؟ پلیز ٹیل اس نیو فریم ورک کا مطلب نیو فریم ورک اف محبت الہی کا مطلب نیو فریم ورک مطلب آج کے لحاظ سے کنٹیمپریری ہے۔</w:t>
      </w:r>
    </w:p>
    <w:p>
      <w:r>
        <w:rPr>
          <w:b/>
        </w:rPr>
        <w:t xml:space="preserve">[1:21:06] </w:t>
      </w:r>
      <w:r>
        <w:t>haan, yeh yani mujhe nahin maloom ke un ka asal mansha kya hai, lekin jahan tak main samajhta hoon ke ek framework tha, traditional framework.</w:t>
      </w:r>
    </w:p>
    <w:p>
      <w:pPr>
        <w:jc w:val="right"/>
      </w:pPr>
      <w:r>
        <w:t>ہاں، یہ یعنی مجھے نہیں معلوم کہ ان کا اصل منشا کیا ہے، لیکن جہاں تک میں سمجھتا ہوں کہ ایک فریم ورک تھا، ٹریڈیشنل فریم ورک۔</w:t>
      </w:r>
    </w:p>
    <w:p>
      <w:r>
        <w:rPr>
          <w:b/>
        </w:rPr>
        <w:t xml:space="preserve">[1:21:17] </w:t>
      </w:r>
      <w:r>
        <w:t>pehlay zamanay mein bhi insaan soch kar ke mohabbat elahi apne andar paida kar sakta tha, lekin traditional jo daur tha, bohat kam baatein maloom theen, bohat kam baatein.</w:t>
      </w:r>
    </w:p>
    <w:p>
      <w:pPr>
        <w:jc w:val="right"/>
      </w:pPr>
      <w:r>
        <w:t>پہلے زمانے میں بھی انسان سوچ کر کے محبت الہی اپنے اندر پیدا کر سکتا تھا، لیکن ٹریڈیشنل جو دور تھا، بہت کم باتیں معلوم تھیں، بہت کم باتیں۔</w:t>
      </w:r>
    </w:p>
    <w:p>
      <w:r>
        <w:rPr>
          <w:b/>
        </w:rPr>
        <w:t xml:space="preserve">[1:21:30] </w:t>
      </w:r>
      <w:r>
        <w:t>aaj hum ko hazaron hazar beshumar cheezein nai maloom hain, Khuda ke blessing wali.</w:t>
      </w:r>
    </w:p>
    <w:p>
      <w:pPr>
        <w:jc w:val="right"/>
      </w:pPr>
      <w:r>
        <w:t>آج ہم کو ہزاروں ہزار بے شمار چیزیں نئی معلوم ہیں، خدا کے بلیسنگ والی۔</w:t>
      </w:r>
    </w:p>
    <w:p>
      <w:r>
        <w:rPr>
          <w:b/>
        </w:rPr>
        <w:t xml:space="preserve">[1:21:36] </w:t>
      </w:r>
      <w:r>
        <w:t>ab jo hai framework barh gaya,</w:t>
      </w:r>
    </w:p>
    <w:p>
      <w:pPr>
        <w:jc w:val="right"/>
      </w:pPr>
      <w:r>
        <w:t>اب جو ہے فریم ورک بڑھ گیا،</w:t>
      </w:r>
    </w:p>
    <w:p>
      <w:r>
        <w:rPr>
          <w:b/>
        </w:rPr>
        <w:t xml:space="preserve">[1:21:41] </w:t>
      </w:r>
      <w:r>
        <w:t>barh gaya. misaal ke tor par hum solar system ko li jiye to pehle, pehle bhi insaan is par shukr karta tha, mohabbat karta tha is, is, is ko le kar ke Khuda ne humein chand diya, suraj diya,</w:t>
      </w:r>
    </w:p>
    <w:p>
      <w:pPr>
        <w:jc w:val="right"/>
      </w:pPr>
      <w:r>
        <w:t>بڑھ گیا۔ مثال کے طور پر ہم سولر سسٹم کو لیجئے تو پہلے، پہلے بھی انسان اس پر شکر کرتا تھا، محبت کرتا تھا اس، اس، اس کو لے کر کہ خدا نے ہمیں چاند دیا، سورج دیا،</w:t>
      </w:r>
    </w:p>
    <w:p>
      <w:r>
        <w:rPr>
          <w:b/>
        </w:rPr>
        <w:t xml:space="preserve">[1:21:58] </w:t>
      </w:r>
      <w:r>
        <w:t>yeh zameen di. yeh sab soch kar ke woh Allah se, yani Allah ke baray mein mohabbat ka jazba paida karta tha apne andar.</w:t>
      </w:r>
    </w:p>
    <w:p>
      <w:pPr>
        <w:jc w:val="right"/>
      </w:pPr>
      <w:r>
        <w:t>یہ زمین دی۔ یہ سب سوچ کر کہ وہ اللہ سے، یعنی اللہ کے بارے میں محبت کا جذبہ پیدا کرتا تھا اپنے اندر۔</w:t>
      </w:r>
    </w:p>
    <w:p>
      <w:r>
        <w:rPr>
          <w:b/>
        </w:rPr>
        <w:t xml:space="preserve">[1:22:09] </w:t>
      </w:r>
      <w:r>
        <w:t>lekin ab jo daryaften hui hain, bohat ajeeb ajeeb daryaften hain.</w:t>
      </w:r>
    </w:p>
    <w:p>
      <w:pPr>
        <w:jc w:val="right"/>
      </w:pPr>
      <w:r>
        <w:t>لیکن اب جو دریافتیں ہوئی ہیں، بہت عجیب عجیب دریافتیں ہیں۔</w:t>
      </w:r>
    </w:p>
    <w:p>
      <w:r>
        <w:rPr>
          <w:b/>
        </w:rPr>
        <w:t xml:space="preserve">[1:22:14] </w:t>
      </w:r>
      <w:r>
        <w:t>misal ke tor par daryaft hui ke poora solar system jo hai, jis galaxy mein hai, to galaxy to bohat hi bari hai. us ke beech mein agar solar system hota to itni garmi hoti is zameen par ke hum jal bhool jatay.</w:t>
      </w:r>
    </w:p>
    <w:p>
      <w:pPr>
        <w:jc w:val="right"/>
      </w:pPr>
      <w:r>
        <w:t>مثال کے طور پر دریافت ہوئی کہ پورا سولر سسٹم جو ہے، جس گیلیکسی میں ہے، تو گیلیکسی تو بہت ہی بڑی ہے۔ اس کے بیچ میں اگر سولر سسٹم ہوتا تو اتنی گرمی ہوتی اس زمین پر کہ ہم جل بھول جاتے۔</w:t>
      </w:r>
    </w:p>
    <w:p>
      <w:r>
        <w:rPr>
          <w:b/>
        </w:rPr>
        <w:t xml:space="preserve">[1:22:29] </w:t>
      </w:r>
      <w:r>
        <w:t>to Allah taala ne solar system ko is galaxy ke hashiye par kar diya, kinare. itni bari jo galaxy hai, us ke hashiye par solar system hai, beech mein nahin hai.</w:t>
      </w:r>
    </w:p>
    <w:p>
      <w:pPr>
        <w:jc w:val="right"/>
      </w:pPr>
      <w:r>
        <w:t>تو اللہ تعالی نے سولر سسٹم کو اس گیلیکسی کے حاشیے پر کر دیا، کنارے۔ اتنی بڑی جو گیلیکسی ہے، اس کے حاشیے پر سولر سسٹم ہے، بیچ میں نہیں ہے۔</w:t>
      </w:r>
    </w:p>
    <w:p>
      <w:r>
        <w:rPr>
          <w:b/>
        </w:rPr>
        <w:t xml:space="preserve">[1:22:40] </w:t>
      </w:r>
      <w:r>
        <w:t>aap sochiye to is ko ajeeb ek rongtay kharay hotay hain,</w:t>
      </w:r>
    </w:p>
    <w:p>
      <w:pPr>
        <w:jc w:val="right"/>
      </w:pPr>
      <w:r>
        <w:t>آپ سوچیے تو اس کو عجیب ایک رونگٹے کھڑے ہوتے ہیں،</w:t>
      </w:r>
    </w:p>
    <w:p>
      <w:r>
        <w:rPr>
          <w:b/>
        </w:rPr>
        <w:t xml:space="preserve">[1:22:46] </w:t>
      </w:r>
      <w:r>
        <w:t>ronge khare hote hain ke agar hum galaxy ke beech mein hota, hamara zameen to kya hamara haal hota? hum ko Allah taala ne kinare kar diya kyunke beech mein bohat garmi hai, barf pe sitaron ka majmooa hai.</w:t>
      </w:r>
    </w:p>
    <w:p>
      <w:pPr>
        <w:jc w:val="right"/>
      </w:pPr>
      <w:r>
        <w:t>رونگٹے کھڑے ہوتے ہیں کہ اگر ہم گیلیکسی کے بیچ میں ہوتا، ہمارا زمین تو کیا ہمارا حال ہوتا؟ ہم کو اللہ تعالی نے کنارے کر دیا کیونکہ بیچ میں بہت گرمی ہے، برف پہ ستاروں کا مجموعہ ہے۔</w:t>
      </w:r>
    </w:p>
    <w:p>
      <w:r>
        <w:rPr>
          <w:b/>
        </w:rPr>
        <w:t xml:space="preserve">[1:22:57] </w:t>
      </w:r>
      <w:r>
        <w:t>wo to bohat garmi hai, bohat garmi, bohat garmi. aisi hazaron hazar item jo pehle zamaney mein bhi aap Allah se mohabbat karna waley bante they log, lekin us waqt jo tha, traditional framework</w:t>
      </w:r>
    </w:p>
    <w:p>
      <w:pPr>
        <w:jc w:val="right"/>
      </w:pPr>
      <w:r>
        <w:t>وہ تو بہت گرمی ہے، بہت گرمی، بہت گرمی۔ ایسی ہزاروں ہزار آئٹم جو پہلے زمانے میں بھی آپ اللہ سے محبت کرنا والے بنتے تھے لوگ، لیکن اس وقت جو تھا، ٹریڈیشنل فریم ورک</w:t>
      </w:r>
    </w:p>
    <w:p>
      <w:r>
        <w:rPr>
          <w:b/>
        </w:rPr>
        <w:t xml:space="preserve">[1:23:13] </w:t>
      </w:r>
      <w:r>
        <w:t>tha. ab scientific framework hai, ziyada maloomat ho chuki hain insan ko. ab jo hai, agar aadmi soche to yaani mohabbat ka, yaani pehle agar chashma ubalta tha, ab samandar ubalna chahiye.</w:t>
      </w:r>
    </w:p>
    <w:p>
      <w:pPr>
        <w:jc w:val="right"/>
      </w:pPr>
      <w:r>
        <w:t>تھا۔ اب سائنٹیفک فریم ورک ہے، زیادہ معلومات ہو چکی ہیں انسان کو۔ اب جو ہے، اگر آدمی سوچے تو یعنی محبت کا، یعنی پہلے اگر چشمہ ابلتا تھا، اب سمندر ابلنا چاہیے۔</w:t>
      </w:r>
    </w:p>
    <w:p>
      <w:r>
        <w:rPr>
          <w:b/>
        </w:rPr>
        <w:t xml:space="preserve">[1:23:31] </w:t>
      </w:r>
      <w:r>
        <w:t>lekin ajeeb baat hai ke jitni maloomat بڑhi hain, utna insan ghaflat mein par gaya. bohat ajeeb baat hai, yaani pehle se bhi kam ho gaye Allah se mohabbat karne waley.</w:t>
      </w:r>
    </w:p>
    <w:p>
      <w:pPr>
        <w:jc w:val="right"/>
      </w:pPr>
      <w:r>
        <w:t>لیکن عجیب بات ہے کہ جتنی معلومات بڑھی ہیں، اتنا انسان غفلت میں پڑ گیا۔ بہت عجیب بات ہے، یعنی پہلے سے بھی کم ہو گئے اللہ سے محبت کرنے والے۔</w:t>
      </w:r>
    </w:p>
    <w:p>
      <w:r>
        <w:rPr>
          <w:b/>
        </w:rPr>
        <w:t xml:space="preserve">[1:23:42] </w:t>
      </w:r>
      <w:r>
        <w:t>bohat hi ajeeb baat hai yeh kyunke jo cheezein us ko boundary ke taur par liya, unhon ne jo cheezein hamare samne hamein daryaft huien, us ko boundary ke taur par liya, us ko Khuda ki blessing ke taur par nahi liya,</w:t>
      </w:r>
    </w:p>
    <w:p>
      <w:pPr>
        <w:jc w:val="right"/>
      </w:pPr>
      <w:r>
        <w:t>بہت ہی عجیب بات ہے یہ کیونکہ جو چیزیں اس کو باؤنڈری کے طور پر لیا، انہوں نے جو چیزیں ہمارے سامنے ہمیں دریافت ہوئیں، اس کو باؤنڈری کے طور پر لیا، اس کو خدا کی بلیسنگ کے طور پر نہیں لیا،</w:t>
      </w:r>
    </w:p>
    <w:p>
      <w:r>
        <w:rPr>
          <w:b/>
        </w:rPr>
        <w:t xml:space="preserve">[1:23:58] </w:t>
      </w:r>
      <w:r>
        <w:t>Deewani blessing ke taur par nahi liya. jaise ke misaal ke taur par yeh mobile hai, camera hai, yeh bijli hai,</w:t>
      </w:r>
    </w:p>
    <w:p>
      <w:pPr>
        <w:jc w:val="right"/>
      </w:pPr>
      <w:r>
        <w:t>دیوانی بلیسنگ کے طور پر نہیں لیا۔ جیسے کہ مثال کے طور پر یہ موبائل ہے، کیمرہ ہے، یہ بجلی ہے،</w:t>
      </w:r>
    </w:p>
    <w:p>
      <w:r>
        <w:rPr>
          <w:b/>
        </w:rPr>
        <w:t xml:space="preserve">[1:24:08] </w:t>
      </w:r>
      <w:r>
        <w:t>in cheezon ko bas samajhte hain ke amenities hain, amenities bas, us ko Deewani blessing nahi samajhte. to point of reference badal diya.</w:t>
      </w:r>
    </w:p>
    <w:p>
      <w:pPr>
        <w:jc w:val="right"/>
      </w:pPr>
      <w:r>
        <w:t>ان چیزوں کو بس سمجھتے ہیں کہ ایمینیٹیز ہیں، ایمینیٹیز بس، اس کو دیوانی بلیسنگ نہیں سمجھتے۔ تو پوائنٹ آف ریفرنس بدل دیا۔</w:t>
      </w:r>
    </w:p>
    <w:p>
      <w:r>
        <w:rPr>
          <w:b/>
        </w:rPr>
        <w:t xml:space="preserve">[1:24:19] </w:t>
      </w:r>
      <w:r>
        <w:t>is wajah se mohabbat Elahi aur bhi kam ho gayi. jab mohabbat Elahi ka samandar ubalna chahiye tha, us waqt yaani sookha hua chashma ban gaya.</w:t>
      </w:r>
    </w:p>
    <w:p>
      <w:pPr>
        <w:jc w:val="right"/>
      </w:pPr>
      <w:r>
        <w:t>اس وجہ سے محبت الہی اور بھی کم ہو گئی۔ جب محبت الہی کا سمندر ابلنا چاہیے تھا، اس وقت یعنی سوکھا ہوا چشمہ بن گیا۔</w:t>
      </w:r>
    </w:p>
    <w:p>
      <w:r>
        <w:rPr>
          <w:b/>
        </w:rPr>
        <w:t xml:space="preserve">[1:24:31] </w:t>
      </w:r>
      <w:r>
        <w:t>wo galat soch ki wajah se.</w:t>
      </w:r>
    </w:p>
    <w:p>
      <w:pPr>
        <w:jc w:val="right"/>
      </w:pPr>
      <w:r>
        <w:t>وہ غلط سوچ کی وجہ سے۔</w:t>
      </w:r>
    </w:p>
    <w:p>
      <w:r>
        <w:rPr>
          <w:b/>
        </w:rPr>
        <w:t xml:space="preserve">[1:24:37] </w:t>
      </w:r>
      <w:r>
        <w:t>Maulana Inayat Ullah Umri ne Bangalore se sawal kiya hai. unka sawal hai kya deedar Elahi ki khwahish bhi mohabbat hai?</w:t>
      </w:r>
    </w:p>
    <w:p>
      <w:pPr>
        <w:jc w:val="right"/>
      </w:pPr>
      <w:r>
        <w:t>مولانا عنایت اللہ عمری ने बैंगलोर से सवाल किया है। उनका सवाल है کیا دیدار الہی کی خواہش بھی محبت ہے؟</w:t>
      </w:r>
    </w:p>
    <w:p>
      <w:r>
        <w:rPr>
          <w:b/>
        </w:rPr>
        <w:t xml:space="preserve">[1:24:49] </w:t>
      </w:r>
      <w:r>
        <w:t>yakeenan aap jis se mohabbat karein, aap us ko dekhna chahenge. lekin yeh jaanna chahiye ke is dunya mein deedar Elahi nahi ho sakta hai.</w:t>
      </w:r>
    </w:p>
    <w:p>
      <w:pPr>
        <w:jc w:val="right"/>
      </w:pPr>
      <w:r>
        <w:t>यकीनन آپ جس سے محبت کریں، آپ اس کو دیکھنا چاہیں گے۔ لیکن یہ جاننا چاہیے کہ اس دنیا میں دیدار الہی نہیں ہو سکتا ہے۔</w:t>
      </w:r>
    </w:p>
    <w:p>
      <w:r>
        <w:rPr>
          <w:b/>
        </w:rPr>
        <w:t xml:space="preserve">[1:24:59] </w:t>
      </w:r>
      <w:r>
        <w:t>yeh sufi log jo deedar Elahi ke liye muraqbe karte they, wo galat they. wo</w:t>
      </w:r>
    </w:p>
    <w:p>
      <w:pPr>
        <w:jc w:val="right"/>
      </w:pPr>
      <w:r>
        <w:t>یہ صوفی لوگ جو دیدار الہی کے لیے مراقبے کرتے تھے، وہ غلط تھے۔ وہ</w:t>
      </w:r>
    </w:p>
    <w:p>
      <w:r>
        <w:rPr>
          <w:b/>
        </w:rPr>
        <w:t xml:space="preserve">[1:25:04] </w:t>
      </w:r>
      <w:r>
        <w:t>un ko kuch kuch hota tha, us ko samajhte they ke hum ne Khuda ko dekh liya, halanke wo extacy thi. wo extacy, wajd, extacy is nothing.</w:t>
      </w:r>
    </w:p>
    <w:p>
      <w:pPr>
        <w:jc w:val="right"/>
      </w:pPr>
      <w:r>
        <w:t>ان کو کچھ کچھ ہوتا تھا، اس کو سمجھتے تھے کہ ہم نے خدا کو دیکھ لیا، حالانکہ وہ ایکسٹیسی تھی۔ وہ ایکسٹیسی، وجد، ایکسٹیسی از نتھنگ۔</w:t>
      </w:r>
    </w:p>
    <w:p>
      <w:r>
        <w:rPr>
          <w:b/>
        </w:rPr>
        <w:t xml:space="preserve">[1:25:16] </w:t>
      </w:r>
      <w:r>
        <w:t>to is dunya mein jo hamari aankh hai, is aankh se hum nahi dekh sakte Khuda ko. Hazrat Musa ne kaha tha ke main dekhna chahta hoon Allah taala ko.</w:t>
      </w:r>
    </w:p>
    <w:p>
      <w:pPr>
        <w:jc w:val="right"/>
      </w:pPr>
      <w:r>
        <w:t>تو اس دنیا میں جو ہماری آنکھ ہے، اس آنکھ سے ہم نہیں دیکھ سکتے خدا کو۔ حضرت موسیٰ نے کہا تھا کہ میں دیکھنا چاہتا ہوں اللہ تعالی کو۔</w:t>
      </w:r>
    </w:p>
    <w:p>
      <w:r>
        <w:rPr>
          <w:b/>
        </w:rPr>
        <w:t xml:space="preserve">[1:25:26] </w:t>
      </w:r>
      <w:r>
        <w:t>tum dekh nahi sakte kyunke is dunya mein jo hamein jism diya gaya hai, jo aankh di gayi hai, yeh Allah ko dekhne ke liye nahi hai.</w:t>
      </w:r>
    </w:p>
    <w:p>
      <w:pPr>
        <w:jc w:val="right"/>
      </w:pPr>
      <w:r>
        <w:t>تم دیکھ نہیں سکتے کیونکہ اس دنیا میں جو ہمیں جسم دیا گیا ہے، جو آنکھ دی گئی ہے، یہ اللہ کو دیکھنے کے لیے نہیں ہے۔</w:t>
      </w:r>
    </w:p>
    <w:p>
      <w:r>
        <w:rPr>
          <w:b/>
        </w:rPr>
        <w:t xml:space="preserve">[1:25:34] </w:t>
      </w:r>
      <w:r>
        <w:t>to aakhirat mein hum ko ek aur, ek aur jism diya jayega, ek aur aankh di jayegi. to wahan ke mahol mein hum Allah ko dekh sakenge. to Allah ko dekhne ka shauq to bohat zabardast cheez hai, lekin yeh bhi jaanna chahiye ke dunya hum nahi dekh sakte.</w:t>
      </w:r>
    </w:p>
    <w:p>
      <w:pPr>
        <w:jc w:val="right"/>
      </w:pPr>
      <w:r>
        <w:t>تو آخرت میں ہم کو ایک اور، ایک اور جسم دیا جائے گا، ایک اور آنکھ دی جائے گی۔ تو وہاں کے ماحول میں ہم اللہ کو دیکھ سکیں گے۔ تو اللہ کو دیکھنے کا شوق تو بہت زبردست چیز ہے، لیکن یہ بھی جاننا چاہیے کہ دنیا ہم نہیں دیکھ سکتے۔</w:t>
      </w:r>
    </w:p>
    <w:p>
      <w:r>
        <w:rPr>
          <w:b/>
        </w:rPr>
        <w:t xml:space="preserve">[1:25:50] </w:t>
      </w:r>
      <w:r>
        <w:t>aur Sufiya ne jo kiya, wo bohat hi mein us ko galat samajhta hoon kyunke unhon ne chaha ke dunya mein Allah ko dekh lein, to yeh mumkin nahi hai.</w:t>
      </w:r>
    </w:p>
    <w:p>
      <w:pPr>
        <w:jc w:val="right"/>
      </w:pPr>
      <w:r>
        <w:t>اور صوفیاء نے جو کیا، وہ بہت ہی میں اس کو غلط سمجھتا ہوں کیونکہ انہوں نے چاہا کہ دنیا میں اللہ کو دیکھ لیں، تو یہ ممکن نہیں ہے۔</w:t>
      </w:r>
    </w:p>
    <w:p>
      <w:r>
        <w:rPr>
          <w:b/>
        </w:rPr>
        <w:t xml:space="preserve">[1:26:05] </w:t>
      </w:r>
      <w:r>
        <w:t>Maulana Sharukh Hussain ne Delhi se sawal kiya hai. unka sawal hai ek sahib ne kaha hum apne akabir ki toheen par ghussa hote hain, bhadakte hain, lekin Khuda ki toheen par ghussa nahi hote.</w:t>
      </w:r>
    </w:p>
    <w:p>
      <w:pPr>
        <w:jc w:val="right"/>
      </w:pPr>
      <w:r>
        <w:t>مولانا شارخ حسین ने दिल्ली से सवाल किया है। उनका सवाल है ایک صاحب نے کہا ہم اپنے اکابر کی توہین پر غصہ ہوتے ہیں، بھڑکتے ہیں، لیکن خدا کی توہین پر غصہ نہیں ہوتے۔</w:t>
      </w:r>
    </w:p>
    <w:p>
      <w:r>
        <w:rPr>
          <w:b/>
        </w:rPr>
        <w:t xml:space="preserve">[1:26:22] </w:t>
      </w:r>
      <w:r>
        <w:t>is ki wajah yeh hai ke Khuda ki toheen ka mamla Khuda se juda hua hai, is liye Khuda un se khud niptay ga.</w:t>
      </w:r>
    </w:p>
    <w:p>
      <w:pPr>
        <w:jc w:val="right"/>
      </w:pPr>
      <w:r>
        <w:t>اس کی وجہ یہ ہے کہ خدا کی توہین کا معاملہ خدا سے جڑا ہوا ہے، اس لیے خدا ان سے خود نپٹے گا۔</w:t>
      </w:r>
    </w:p>
    <w:p>
      <w:r>
        <w:rPr>
          <w:b/>
        </w:rPr>
        <w:t xml:space="preserve">[1:26:31] </w:t>
      </w:r>
      <w:r>
        <w:t>lekin hamare akabir ya hamari qaum ki beizzati ka taluq direct hum se hota hai, is liye hamein us se khud hi niptna parta hai.</w:t>
      </w:r>
    </w:p>
    <w:p>
      <w:pPr>
        <w:jc w:val="right"/>
      </w:pPr>
      <w:r>
        <w:t>لیکن ہمارے اکابر یا ہماری قوم کی بے عزتی کا تعلق ڈائریکٹ ہم سے ہوتا ہے، اس لیے ہمیں اس سے خود ہی نپٹنا پڑتا ہے۔</w:t>
      </w:r>
    </w:p>
    <w:p>
      <w:r>
        <w:rPr>
          <w:b/>
        </w:rPr>
        <w:t xml:space="preserve">[1:26:42] </w:t>
      </w:r>
      <w:r>
        <w:t>Maulana, is baat ki haqeeqat kya hai? yeh jhooti baat hai. aadmi daco se pooche, daco bhi ek us ke paas ek khoobsurat tawjeeh rehti hai.</w:t>
      </w:r>
    </w:p>
    <w:p>
      <w:pPr>
        <w:jc w:val="right"/>
      </w:pPr>
      <w:r>
        <w:t>مولانا، اس بات کی حقیقت کیا ہے؟ यह झूठी बात है। آدمی ڈاکو سے پوچھے، ڈاکو بھی ایک اس کے پاس ایک خوبصورت توجیح رہتی ہے۔</w:t>
      </w:r>
    </w:p>
    <w:p>
      <w:r>
        <w:rPr>
          <w:b/>
        </w:rPr>
        <w:t xml:space="preserve">[1:26:55] </w:t>
      </w:r>
      <w:r>
        <w:t>yaani niptna kya</w:t>
      </w:r>
    </w:p>
    <w:p>
      <w:pPr>
        <w:jc w:val="right"/>
      </w:pPr>
      <w:r>
        <w:t>یعنی نپٹنا کیا</w:t>
      </w:r>
    </w:p>
    <w:p>
      <w:r>
        <w:rPr>
          <w:b/>
        </w:rPr>
        <w:t xml:space="preserve">[1:26:56] </w:t>
      </w:r>
      <w:r>
        <w:t>hai? niptne ki koi baat hi nahi hai. wo to hamesha jaari hai, jaari rahega. aap niptenge kya? kya aap ko kami ho gayi hai? ab jo buzurgon ki toheen pe jo ghussa hote hain, to aap sirf bhadakte hain.</w:t>
      </w:r>
    </w:p>
    <w:p>
      <w:pPr>
        <w:jc w:val="right"/>
      </w:pPr>
      <w:r>
        <w:t>ہے؟ نپٹنے کی کوئی بات ہی نہیں ہے۔ وہ تو ہمیشہ جاری ہے، جاری رہے گا۔ آپ نپٹیں گے کیا؟ کیا آپ کو کمی ہو گئی ہے؟ اب جو بزرگوں کی توہین پہ جو غصہ ہوتے ہیں، تو آپ صرف بھڑکتے ہیں۔</w:t>
      </w:r>
    </w:p>
    <w:p>
      <w:r>
        <w:rPr>
          <w:b/>
        </w:rPr>
        <w:t xml:space="preserve">[1:27:07] </w:t>
      </w:r>
      <w:r>
        <w:t>baqi khatam thori ho gaya wo? wo to hota rahega. cheez yeh hai ke aap ka wo aap ka test hai ke kitna taluq un se aap ko hai.</w:t>
      </w:r>
    </w:p>
    <w:p>
      <w:pPr>
        <w:jc w:val="right"/>
      </w:pPr>
      <w:r>
        <w:t>باقی ختم تھوڑی ہو گیا وہ؟ وہ تو ہوتا رہے گا۔ چیز یہ ہے کہ آپ کا وہ آپ کا ٹیسٹ ہے کہ کتنا تعلق ان سے آپ کو ہے۔</w:t>
      </w:r>
    </w:p>
    <w:p>
      <w:r>
        <w:rPr>
          <w:b/>
        </w:rPr>
        <w:t xml:space="preserve">[1:27:17] </w:t>
      </w:r>
      <w:r>
        <w:t>misal ke taur par aap ki beti ko koi beizzat kare to aap ghussa ho jate hain, aur idhar udhar ki betiyon ko beizzat karne ki khabrein akhbar mein aati rehti hain.</w:t>
      </w:r>
    </w:p>
    <w:p>
      <w:pPr>
        <w:jc w:val="right"/>
      </w:pPr>
      <w:r>
        <w:t>مثال کے طور پر آپ کی بیٹی کو کوئی بے عزت کرے تو آپ غصہ ہو جاتے ہیں، اور ادھر ادھر کی بیٹیوں کو بے عزت کرنے کی خبریں اخبار میں آتی رہتی ہیں۔</w:t>
      </w:r>
    </w:p>
    <w:p>
      <w:r>
        <w:rPr>
          <w:b/>
        </w:rPr>
        <w:t xml:space="preserve">[1:27:27] </w:t>
      </w:r>
      <w:r>
        <w:t>is mein aap ghussa nahin hotay. kyon? attachment rozana akhbarat mein aata hai. kisi aurat ko be-izzat kiya, kisi aurat ke sath aisa kiya, kisi aurat ke sath waisa kiya, to ghussa kaun hota hai?</w:t>
      </w:r>
    </w:p>
    <w:p>
      <w:pPr>
        <w:jc w:val="right"/>
      </w:pPr>
      <w:r>
        <w:t>اس میں آپ غصہ نہیں ہوتے۔ کیوں؟ اٹیچمنٹ روزانہ اخبارات میں آتا ہے۔ کسی عورت کو بے عزت کیا، کسی عورت کے ساتھ ایسا کیا، کسی عورت کے ساتھ ویسا کیا، تو غصہ کون ہوتا ہے؟</w:t>
      </w:r>
    </w:p>
    <w:p>
      <w:r>
        <w:rPr>
          <w:b/>
        </w:rPr>
        <w:t xml:space="preserve">[1:27:38] </w:t>
      </w:r>
      <w:r>
        <w:t>apni beti ko ho to ghussa ho jaye ga. aadmi woh kya hai? is liye ke aap ko apni beti se attachment hai. to yeh masla attachment ka masla hai.</w:t>
      </w:r>
    </w:p>
    <w:p>
      <w:pPr>
        <w:jc w:val="right"/>
      </w:pPr>
      <w:r>
        <w:t>اپنی بیٹی کو ہو تو غصہ ہو جائے گا۔ آدمی وہ کیا ہے؟ اس لیے کہ آپ کو اپنی بیٹی سے اٹیچمنٹ ہے۔ تو یہ مسئلہ اٹیچمنٹ کا مسئلہ ہے۔</w:t>
      </w:r>
    </w:p>
    <w:p>
      <w:r>
        <w:rPr>
          <w:b/>
        </w:rPr>
        <w:t xml:space="preserve">[1:27:49] </w:t>
      </w:r>
      <w:r>
        <w:t>nipatnay aap nipat to saktay nahin. aap kya dunya mein khatam kar diya aap ne toheen ke waqiat ko? toheen ke waqiat aur barh rahay hain.</w:t>
      </w:r>
    </w:p>
    <w:p>
      <w:pPr>
        <w:jc w:val="right"/>
      </w:pPr>
      <w:r>
        <w:t>نپٹنے آپ نپٹ تو سکتے نہیں۔ آپ کیا دنیا میں ختم کر دیا آپ نے توہین کے واقعات کو؟ توہین کے واقعات اور بڑھ رہے ہیں۔</w:t>
      </w:r>
    </w:p>
    <w:p>
      <w:r>
        <w:rPr>
          <w:b/>
        </w:rPr>
        <w:t xml:space="preserve">[1:27:57] </w:t>
      </w:r>
      <w:r>
        <w:t>to masla yeh hai ke aap ko kitna ta'alluq khatir hai, kitna aap ko attachment hai, is ka is ka imtihan hai. yeh to Khuda se koi attachment hi nahin, koi is se ta'alluq khatir nahin, koi qulbi ta'alluq nahin.</w:t>
      </w:r>
    </w:p>
    <w:p>
      <w:pPr>
        <w:jc w:val="right"/>
      </w:pPr>
      <w:r>
        <w:t>تو مسئلہ یہ ہے کہ آپ کو کتنا تعلق خاطر ہے، کتنا آپ کو اٹیچمنٹ ہے، اس کا اس کا امتحان ہے۔ یہ تو خدا سے کوئی اٹیچمنٹ ہی نہیں، کوئی اس سے تعلق خاطر نہیں، کوئی قلبی تعلق نہیں۔</w:t>
      </w:r>
    </w:p>
    <w:p>
      <w:r>
        <w:rPr>
          <w:b/>
        </w:rPr>
        <w:t xml:space="preserve">[1:28:12] </w:t>
      </w:r>
      <w:r>
        <w:t>is liye aap ko ghussa bhi nahin aata.</w:t>
      </w:r>
    </w:p>
    <w:p>
      <w:pPr>
        <w:jc w:val="right"/>
      </w:pPr>
      <w:r>
        <w:t>اس لیے آپ کو غصہ بھی نہیں آتا۔</w:t>
      </w:r>
    </w:p>
    <w:p>
      <w:r>
        <w:rPr>
          <w:b/>
        </w:rPr>
        <w:t xml:space="preserve">[1:28:19] </w:t>
      </w:r>
      <w:r>
        <w:t>yeh yeh aik false explanation hai. is ka haqeeqat se koi ta'alluq nahin.</w:t>
      </w:r>
    </w:p>
    <w:p>
      <w:pPr>
        <w:jc w:val="right"/>
      </w:pPr>
      <w:r>
        <w:t>یہ یہ ایک فالس ایکسپلینیشن ہے۔ اس کا حقیقت سے کوئی تعلق نہیں۔</w:t>
      </w:r>
    </w:p>
    <w:p>
      <w:r>
        <w:rPr>
          <w:b/>
        </w:rPr>
        <w:t xml:space="preserve">[1:28:27] </w:t>
      </w:r>
      <w:r>
        <w:t>Maulana Fayyazuddin Umri sahib ne Gulbarga se sawal kiya hai. un ka sawal hai What is the difference between tazkiyah of Sufism and tazkiyah of Islam?</w:t>
      </w:r>
    </w:p>
    <w:p>
      <w:pPr>
        <w:jc w:val="right"/>
      </w:pPr>
      <w:r>
        <w:t>مولانا فیاض الدین عمری صاحب نے گلبرگہ سے سوال کیا ہے۔ ان کا سوال ہے What is the difference between tazkiyah of Sufism and tazkiyah of Islam?</w:t>
      </w:r>
    </w:p>
    <w:p>
      <w:r>
        <w:rPr>
          <w:b/>
        </w:rPr>
        <w:t xml:space="preserve">[1:28:40] </w:t>
      </w:r>
      <w:r>
        <w:t>Please describe with an example.</w:t>
      </w:r>
    </w:p>
    <w:p>
      <w:pPr>
        <w:jc w:val="right"/>
      </w:pPr>
      <w:r>
        <w:t>Please describe with an example.</w:t>
      </w:r>
    </w:p>
    <w:p>
      <w:r>
        <w:rPr>
          <w:b/>
        </w:rPr>
        <w:t xml:space="preserve">[1:28:48] </w:t>
      </w:r>
      <w:r>
        <w:t>daikhain, basic baat to yeh hai ke Sufiya ki tazkiyah jo hai, woh hai heart based, aur Islam ka jo tazkiyah hai, woh mind based hai.</w:t>
      </w:r>
    </w:p>
    <w:p>
      <w:pPr>
        <w:jc w:val="right"/>
      </w:pPr>
      <w:r>
        <w:t>دیکھیں، بیسک بات تو یہ ہے کہ صوفیاء کی تزکیہ جو ہے، وہ ہے ہارٹ بیسڈ، اور اسلام کا جو تزکیہ ہے، وہ مائنڈ بیسڈ ہے۔</w:t>
      </w:r>
    </w:p>
    <w:p>
      <w:r>
        <w:rPr>
          <w:b/>
        </w:rPr>
        <w:t xml:space="preserve">[1:29:05] </w:t>
      </w:r>
      <w:r>
        <w:t>yani Sufiya samajhtay hain ke jo kuch hamein chahiye tazkiyah ke aitbar se, woh dil mein sab maujood</w:t>
      </w:r>
    </w:p>
    <w:p>
      <w:pPr>
        <w:jc w:val="right"/>
      </w:pPr>
      <w:r>
        <w:t>یعنی صوفیاء سمجھتے ہیں کہ جو کچھ ہمیں چاہیے تزکیہ کے اعتبار سے، وہ دل میں سب موجود</w:t>
      </w:r>
    </w:p>
    <w:p>
      <w:r>
        <w:rPr>
          <w:b/>
        </w:rPr>
        <w:t xml:space="preserve">[1:29:12] </w:t>
      </w:r>
      <w:r>
        <w:t>hai. isi ko unfold karo, dil mein tawajjuh do, dil mein muraqba karo, dil par zarbein lagao. lekin Islam mein yeh nahin hai.</w:t>
      </w:r>
    </w:p>
    <w:p>
      <w:pPr>
        <w:jc w:val="right"/>
      </w:pPr>
      <w:r>
        <w:t>ہے۔ اسی کو انفولڈ کرو، دل میں توجہ دو، دل میں مراقبہ کرو، دل پر ضربیں لگاؤ۔ لیکن اسلام میں یہ نہیں ہے۔</w:t>
      </w:r>
    </w:p>
    <w:p>
      <w:r>
        <w:rPr>
          <w:b/>
        </w:rPr>
        <w:t xml:space="preserve">[1:29:21] </w:t>
      </w:r>
      <w:r>
        <w:t>Islam mein aik sochna, tafakkur, tadabbur, tawassul is par base karta hai, jis ka ta'alluq aql se hai.</w:t>
      </w:r>
    </w:p>
    <w:p>
      <w:pPr>
        <w:jc w:val="right"/>
      </w:pPr>
      <w:r>
        <w:t>اسلام میں ایک سوچنا، تفکر، تدبر، توسل اس پر بیس کرتا ہے، جس کا تعلق عقل سے ہے۔</w:t>
      </w:r>
    </w:p>
    <w:p>
      <w:r>
        <w:rPr>
          <w:b/>
        </w:rPr>
        <w:t xml:space="preserve">[1:29:31] </w:t>
      </w:r>
      <w:r>
        <w:t>to basic difference yahi hai. yani Sufi log bhi yeh kahain ge ke hamein Allah se mohabbat honi chahiye, hamein insaan se ka khair khwah hona chahiye.</w:t>
      </w:r>
    </w:p>
    <w:p>
      <w:pPr>
        <w:jc w:val="right"/>
      </w:pPr>
      <w:r>
        <w:t>تو بیسک ڈیفرنس یہی ہے۔ یعنی صوفی لوگ بھی یہ کہیں گے کہ ہمیں اللہ سے محبت ہونی چاہیے، ہمیں انسان سے کا خیر خواہ ہونا چاہیے۔</w:t>
      </w:r>
    </w:p>
    <w:p>
      <w:r>
        <w:rPr>
          <w:b/>
        </w:rPr>
        <w:t xml:space="preserve">[1:29:40] </w:t>
      </w:r>
      <w:r>
        <w:t>lekin yeh cheezein jo hain, dil se nahin hasil hoti hain, dil par muraqba karne se. woh aql se ta'alluq rakhti hain.</w:t>
      </w:r>
    </w:p>
    <w:p>
      <w:pPr>
        <w:jc w:val="right"/>
      </w:pPr>
      <w:r>
        <w:t>لیکن یہ چیزیں جو ہیں، دل سے نہیں حاصل ہوتی ہیں، دل پر مراقبہ کرنے سے۔ وہ عقل سے تعلق رکھتی ہیں۔</w:t>
      </w:r>
    </w:p>
    <w:p>
      <w:r>
        <w:rPr>
          <w:b/>
        </w:rPr>
        <w:t xml:space="preserve">[1:29:51] </w:t>
      </w:r>
      <w:r>
        <w:t>to mein samajhta hoon ke basic difference yahi hai ke Quran ka jo tareeqa hai, woh mind based hai, aur Sufiya ka jo tareeqa hai, woh heart based hai.</w:t>
      </w:r>
    </w:p>
    <w:p>
      <w:pPr>
        <w:jc w:val="right"/>
      </w:pPr>
      <w:r>
        <w:t>تو میں سمجھتا ہوں کہ بیسک ڈیفرنس یہی ہے کہ قرآن کا جو طریقہ ہے، وہ مائنڈ بیسڈ ہے، اور صوفیاء کا جو طریقہ ہے، وہ ہارٹ بیسڈ ہے۔</w:t>
      </w:r>
    </w:p>
    <w:p>
      <w:r>
        <w:rPr>
          <w:b/>
        </w:rPr>
        <w:t xml:space="preserve">[1:30:04] </w:t>
      </w:r>
      <w:r>
        <w:t>aur heart based jo hai tareeqa, woh mathi aik mafrooha hai. dil mein kuch bhi nahin hai, dil se koi tazkiyah nahin hota.</w:t>
      </w:r>
    </w:p>
    <w:p>
      <w:pPr>
        <w:jc w:val="right"/>
      </w:pPr>
      <w:r>
        <w:t>اور ہارٹ بیسڈ جو ہے طریقہ، وہ ماضی ایک مفروضہ ہے۔ دل میں کچھ بھی نہیں ہے، دل سے کوئی تزکیہ نہیں ہوتا۔</w:t>
      </w:r>
    </w:p>
    <w:p>
      <w:r>
        <w:rPr>
          <w:b/>
        </w:rPr>
        <w:t xml:space="preserve">[1:30:13] </w:t>
      </w:r>
      <w:r>
        <w:t>tazkiyah hota hai soch bichar se, tafakkur se, yani mind ko active kar, active kar ke hota hai.</w:t>
      </w:r>
    </w:p>
    <w:p>
      <w:pPr>
        <w:jc w:val="right"/>
      </w:pPr>
      <w:r>
        <w:t>تزکیہ ہوتا ہے سوچ بچار سے، تفکر سے، یعنی مائنڈ کو ایکٹیو کر، ایکٹیو کر کے ہوتا ہے۔</w:t>
      </w:r>
    </w:p>
    <w:p>
      <w:r>
        <w:rPr>
          <w:b/>
        </w:rPr>
        <w:t xml:space="preserve">[1:30:23] </w:t>
      </w:r>
      <w:r>
        <w:t>yani Qurani tazkiyah hi tazkiyah hai, aur Sufiya ka jo tazkiyah hai, woh to aik mafrooha hai.</w:t>
      </w:r>
    </w:p>
    <w:p>
      <w:pPr>
        <w:jc w:val="right"/>
      </w:pPr>
      <w:r>
        <w:t>یعنی قرآنی تزکیہ ہی تزکیہ ہے، اور صوفیاء کا جو تزکیہ ہے، وہ تو ایک مفروضہ ہے۔</w:t>
      </w:r>
    </w:p>
    <w:p>
      <w:r>
        <w:rPr>
          <w:b/>
        </w:rPr>
        <w:t xml:space="preserve">[1:30:32] </w:t>
      </w:r>
      <w:r>
        <w:t>Miss Fatima ne Bangalore se sawal kiya hai. unhon ne likha hai meri do larkiyan hain, yeh dono choti theen jab mein bewa ho gayi.</w:t>
      </w:r>
    </w:p>
    <w:p>
      <w:pPr>
        <w:jc w:val="right"/>
      </w:pPr>
      <w:r>
        <w:t>मिस फातिमा ने बैंगलोर से सवाल किया है। उन्होंने लिखा है میری دو لڑکیاں ہیں، یہ دونوں چھوٹی تھیں جب میں بیوہ ہو گئی۔</w:t>
      </w:r>
    </w:p>
    <w:p>
      <w:r>
        <w:rPr>
          <w:b/>
        </w:rPr>
        <w:t xml:space="preserve">[1:30:43] </w:t>
      </w:r>
      <w:r>
        <w:t>mein ne bachpan se in ko pala, in ko taleem di, in ki shadi ki, magar woh mujh se acha barta'o nahin karti hain.</w:t>
      </w:r>
    </w:p>
    <w:p>
      <w:pPr>
        <w:jc w:val="right"/>
      </w:pPr>
      <w:r>
        <w:t>میں نے بچپن سے ان کو پالا، ان کو تعلیم دی، ان کی شادی کی، مگر وہ مجھ سے اچھا برتاؤ نہیں کرتی ہیں۔</w:t>
      </w:r>
    </w:p>
    <w:p>
      <w:r>
        <w:rPr>
          <w:b/>
        </w:rPr>
        <w:t xml:space="preserve">[1:30:53] </w:t>
      </w:r>
      <w:r>
        <w:t>yahan tak ke ab woh mujh se baat bhi nahin karti hain. mein bohat pareshan hoon. Maulana, mein kya karoon? aap un se kyun umeed rakhtay hain?</w:t>
      </w:r>
    </w:p>
    <w:p>
      <w:pPr>
        <w:jc w:val="right"/>
      </w:pPr>
      <w:r>
        <w:t>یہاں تک کہ اب وہ مجھ سے بات بھی نہیں کرتی ہیں۔ میں بہت پریشان ہوں۔ مولانا، میں کیا کروں؟ आप उनसे क्यों उम्मीद रखते हैं?</w:t>
      </w:r>
    </w:p>
    <w:p>
      <w:r>
        <w:rPr>
          <w:b/>
        </w:rPr>
        <w:t xml:space="preserve">[1:31:03] </w:t>
      </w:r>
      <w:r>
        <w:t>Allah se umeed kijiye, aur bachiyon se umeed kyun kartay hain?</w:t>
      </w:r>
    </w:p>
    <w:p>
      <w:pPr>
        <w:jc w:val="right"/>
      </w:pPr>
      <w:r>
        <w:t>اللہ سے امید کیجیے، اور بچیوں سے امید کیوں کرتے ہیں؟</w:t>
      </w:r>
    </w:p>
    <w:p>
      <w:r>
        <w:rPr>
          <w:b/>
        </w:rPr>
        <w:t xml:space="preserve">[1:31:10] </w:t>
      </w:r>
      <w:r>
        <w:t>Allah se umeed ki denay wala Allah hai, bachiyan denay wali nahin hain. mein yeh kahoon ga ke bachiyon ke muamlay mein aap sabr kijiye,</w:t>
      </w:r>
    </w:p>
    <w:p>
      <w:pPr>
        <w:jc w:val="right"/>
      </w:pPr>
      <w:r>
        <w:t>اللہ سے امید کی دینے والا اللہ ہے، بچیاں دینے والی نہیں ہیں۔ میں یہ کہوں گا کہ بچیوں کے معاملے میں آپ صبر کیجیے،</w:t>
      </w:r>
    </w:p>
    <w:p>
      <w:r>
        <w:rPr>
          <w:b/>
        </w:rPr>
        <w:t xml:space="preserve">[1:31:24] </w:t>
      </w:r>
      <w:r>
        <w:t>aur jo kuch aap ko chahiye, woh Allah se mangiye. yeh mein kahoon ga.</w:t>
      </w:r>
    </w:p>
    <w:p>
      <w:pPr>
        <w:jc w:val="right"/>
      </w:pPr>
      <w:r>
        <w:t>اور جو کچھ آپ کو چاہیے، وہ اللہ سے مانگیے۔ یہ میں کہوں گا۔</w:t>
      </w:r>
    </w:p>
    <w:p>
      <w:r>
        <w:rPr>
          <w:b/>
        </w:rPr>
        <w:t xml:space="preserve">[1:31:35] </w:t>
      </w:r>
      <w:r>
        <w:t>bachiyan dein, tab bhi kuch aap ko nahin milnay wala, na dein, tab bhi aap se kuch chheenay wala nahin hai. kyunke hadees ke mutabiq, Quran ke mutabiq, chheenay wala bhi Khuda hai, aur denay wala bhi Khuda hai.</w:t>
      </w:r>
    </w:p>
    <w:p>
      <w:pPr>
        <w:jc w:val="right"/>
      </w:pPr>
      <w:r>
        <w:t>بچیاں دیں، تب بھی کچھ آپ کو نہیں ملنے والا، نہ دیں، تب بھی آپ سے کچھ چھیننے والا نہیں ہے۔ کیونکہ حدیث کے مطابق، قرآن کے مطابق، چھیننے والا بھی خدا ہے، اور دینے والا بھی خدا ہے۔</w:t>
      </w:r>
    </w:p>
    <w:p>
      <w:r>
        <w:rPr>
          <w:b/>
        </w:rPr>
        <w:t xml:space="preserve">[1:31:47] </w:t>
      </w:r>
      <w:r>
        <w:t>to bachiyon ke dene aur chhenne se koi farq nahin padega. to bachiyon ka, yaani main samajhta hoon ke apne ko tension free banaiye.</w:t>
      </w:r>
    </w:p>
    <w:p>
      <w:pPr>
        <w:jc w:val="right"/>
      </w:pPr>
      <w:r>
        <w:t>تو بچیوں کے دینے اور چھیننے سے کوئی فرق نہیں پڑے گا۔ تو بچیوں کا، یعنی میں سمجھتا ہوں کہ اپنے کو ٹینشن فری بنائیے۔</w:t>
      </w:r>
    </w:p>
    <w:p>
      <w:r>
        <w:rPr>
          <w:b/>
        </w:rPr>
        <w:t xml:space="preserve">[1:31:59] </w:t>
      </w:r>
      <w:r>
        <w:t>bachiyon ko le kar aap tension mein jiyen, yeh to bahut hi bada nuksan hai.</w:t>
      </w:r>
    </w:p>
    <w:p>
      <w:pPr>
        <w:jc w:val="right"/>
      </w:pPr>
      <w:r>
        <w:t>بچیوں کو لے کر آپ ٹینشن میں جئیں، یہ تو بہت ہی بڑا نقصان ہے۔</w:t>
      </w:r>
    </w:p>
    <w:p>
      <w:r>
        <w:rPr>
          <w:b/>
        </w:rPr>
        <w:t xml:space="preserve">[1:32:06] </w:t>
      </w:r>
      <w:r>
        <w:t>mera to formula yeh hai ke save your self, apne ko bachao. doosre ki khatir aap log halak kyun karen?</w:t>
      </w:r>
    </w:p>
    <w:p>
      <w:pPr>
        <w:jc w:val="right"/>
      </w:pPr>
      <w:r>
        <w:t>میرا تو فارمولا یہ ہے کہ سیو یور سیلف، اپنے کو بچاؤ۔ دوسرے کی خاطر آپ لوگ ہلاک کیوں کریں؟</w:t>
      </w:r>
    </w:p>
    <w:p>
      <w:r>
        <w:rPr>
          <w:b/>
        </w:rPr>
        <w:t xml:space="preserve">[1:32:16] </w:t>
      </w:r>
      <w:r>
        <w:t>yaani doosre ke khilaf ki khatir aap log kyun halak karen ke doosre bigad gaye? doosre hum ko expectations poore nahin hote? to theek hai, woh to ho gaya jo hua.</w:t>
      </w:r>
    </w:p>
    <w:p>
      <w:pPr>
        <w:jc w:val="right"/>
      </w:pPr>
      <w:r>
        <w:t>یعنی دوسرے کے خلاف کی خاطر آپ لوگ کیوں ہلاک کریں کہ دوسرے بگڑ گئے؟ دوسرے ہم کو ایکسپیکٹیشن پورے نہیں ہوتے؟ تو ٹھیک ہے، وہ تو ہو گیا جو ہوا۔</w:t>
      </w:r>
    </w:p>
    <w:p>
      <w:r>
        <w:rPr>
          <w:b/>
        </w:rPr>
        <w:t xml:space="preserve">[1:32:26] </w:t>
      </w:r>
      <w:r>
        <w:t>ab hum tension ke liye kyun baithe rahen?</w:t>
      </w:r>
    </w:p>
    <w:p>
      <w:pPr>
        <w:jc w:val="right"/>
      </w:pPr>
      <w:r>
        <w:t>اب ہم ٹینشن کے لیے کیوں بیٹھے رہیں؟</w:t>
      </w:r>
    </w:p>
    <w:p>
      <w:r>
        <w:rPr>
          <w:b/>
        </w:rPr>
        <w:t xml:space="preserve">[1:32:29] </w:t>
      </w:r>
      <w:r>
        <w:t>to main yahi kahunga ke aap bachiyon ko bhula dijiye, un ke liye duaen kijiye ke Allah unhein hidayat de. aur jahan tak aap ka mamla hai, to apne ko jo aap ko jo kuch chahiye, us ke liye, us ke liye aap Khuda se dua kijiye.</w:t>
      </w:r>
    </w:p>
    <w:p>
      <w:pPr>
        <w:jc w:val="right"/>
      </w:pPr>
      <w:r>
        <w:t>تو میں یہی کہوں گا کہ آپ بچیوں کو بھلا دیجیے، ان کے لیے دعائیں کیجیے کہ اللہ انہیں ہدایت دے۔ اور جہاں تک آپ کا معاملہ ہے، تو اپنے کو جو آپ کو جو کچھ چاہیے، اس کے لیے، اس کے لیے آپ خدا سے دعا کیجیے۔</w:t>
      </w:r>
    </w:p>
    <w:p>
      <w:r>
        <w:rPr>
          <w:b/>
        </w:rPr>
        <w:t xml:space="preserve">[1:32:45] </w:t>
      </w:r>
      <w:r>
        <w:t>apne haath paon ko istemal kijiye, aur Khuda se dua kijiye.</w:t>
      </w:r>
    </w:p>
    <w:p>
      <w:pPr>
        <w:jc w:val="right"/>
      </w:pPr>
      <w:r>
        <w:t>اپنے ہاتھ پاؤں کو استعمال کیجیے، اور خدا سے دعا کیجیے۔</w:t>
      </w:r>
    </w:p>
    <w:p>
      <w:r>
        <w:rPr>
          <w:b/>
        </w:rPr>
        <w:t xml:space="preserve">[1:32:51] </w:t>
      </w:r>
      <w:r>
        <w:t>yahi ek hi tareeqa hai, aur koi doosra tareeqa nahin hai.</w:t>
      </w:r>
    </w:p>
    <w:p>
      <w:pPr>
        <w:jc w:val="right"/>
      </w:pPr>
      <w:r>
        <w:t>یہی ایک ہی طریقہ ہے، اور کوئی دوسرا طریقہ نہیں ہے۔</w:t>
      </w:r>
    </w:p>
    <w:p>
      <w:r>
        <w:rPr>
          <w:b/>
        </w:rPr>
        <w:t xml:space="preserve">[1:32:56] </w:t>
      </w:r>
      <w:r>
        <w:t>mister ranjeet ne dilli se likha hai main ek company mein kaam karta hoon, lekin main koshish ke bawajood aage nahin badh pata hoon.</w:t>
      </w:r>
    </w:p>
    <w:p>
      <w:pPr>
        <w:jc w:val="right"/>
      </w:pPr>
      <w:r>
        <w:t>मिस्टर रंजीत ने दिल्ली से लिखा है میں ایک کمپنی میں کام کرتا ہوں، لیکن میں کوشش کے باوجود آگے نہیں بڑھ پاتا ہوں۔</w:t>
      </w:r>
    </w:p>
    <w:p>
      <w:r>
        <w:rPr>
          <w:b/>
        </w:rPr>
        <w:t xml:space="preserve">[1:33:07] </w:t>
      </w:r>
      <w:r>
        <w:t>bar bar nakami hoti hai. is se main bahut tension mein rehta hoon. main kya karoon? dekhiye main yaar, mera jo tajruba hai, nakami naam hai over expectation ka.</w:t>
      </w:r>
    </w:p>
    <w:p>
      <w:pPr>
        <w:jc w:val="right"/>
      </w:pPr>
      <w:r>
        <w:t>بار بار ناکامی ہوتی ہے۔ اس سے میں بہت ٹینشن میں رہتا ہوں۔ میں کیا کروں؟ देखिए میں یار، میرا جو تجربہ ہے، ناکامی نام ہے اوور ایکسپیکٹیشن کا۔</w:t>
      </w:r>
    </w:p>
    <w:p>
      <w:r>
        <w:rPr>
          <w:b/>
        </w:rPr>
        <w:t xml:space="preserve">[1:33:22] </w:t>
      </w:r>
      <w:r>
        <w:t>over expectation.</w:t>
      </w:r>
    </w:p>
    <w:p>
      <w:pPr>
        <w:jc w:val="right"/>
      </w:pPr>
      <w:r>
        <w:t>اوور ایکسپیکٹیشن۔</w:t>
      </w:r>
    </w:p>
    <w:p>
      <w:r>
        <w:rPr>
          <w:b/>
        </w:rPr>
        <w:t xml:space="preserve">[1:33:26] </w:t>
      </w:r>
      <w:r>
        <w:t>contentment ko aage ikhtiyar kar len aap, to koi nakami nahin, koi pareshani nahin, koi tension nahin. to jadd ki baat yeh hai ke log contentment ko ikhtiyar nahin karte, yaani qanaat ko ikhtiyar nahin karte.</w:t>
      </w:r>
    </w:p>
    <w:p>
      <w:pPr>
        <w:jc w:val="right"/>
      </w:pPr>
      <w:r>
        <w:t>کنٹینٹمنٹ کو آگے اختیار کر لیں آپ، تو کوئی ناکامی نہیں، کوئی پریشانی نہیں، کوئی ٹینشن نہیں۔ تو جڑ کی بات یہ ہے کہ لوگ کنٹینٹمنٹ کو اختیار نہیں کرتے، یعنی قناعت کو اختیار نہیں کرتے۔</w:t>
      </w:r>
    </w:p>
    <w:p>
      <w:r>
        <w:rPr>
          <w:b/>
        </w:rPr>
        <w:t xml:space="preserve">[1:33:40] </w:t>
      </w:r>
      <w:r>
        <w:t>more and more, more and more ke fikr mein rehte hain.</w:t>
      </w:r>
    </w:p>
    <w:p>
      <w:pPr>
        <w:jc w:val="right"/>
      </w:pPr>
      <w:r>
        <w:t>مور اینڈ مور، مور اینڈ مور کے فکر میں رہتے ہیں۔</w:t>
      </w:r>
    </w:p>
    <w:p>
      <w:r>
        <w:rPr>
          <w:b/>
        </w:rPr>
        <w:t xml:space="preserve">[1:33:45] </w:t>
      </w:r>
      <w:r>
        <w:t>to</w:t>
      </w:r>
    </w:p>
    <w:p>
      <w:pPr>
        <w:jc w:val="right"/>
      </w:pPr>
      <w:r>
        <w:t>تو</w:t>
      </w:r>
    </w:p>
    <w:p>
      <w:r>
        <w:rPr>
          <w:b/>
        </w:rPr>
        <w:t xml:space="preserve">[1:33:46] </w:t>
      </w:r>
      <w:r>
        <w:t>apne apne ko wahan laiye jahan aap ko, yaani contentment ki satah par laiye, qanaat ki satah par laiye.</w:t>
      </w:r>
    </w:p>
    <w:p>
      <w:pPr>
        <w:jc w:val="right"/>
      </w:pPr>
      <w:r>
        <w:t>اپنے اپنے کو وہاں لائیے جہاں آپ کو، یعنی کنٹینٹمنٹ کی سطح پر لائیے، قناعت کی سطح پر لائیے۔</w:t>
      </w:r>
    </w:p>
    <w:p>
      <w:r>
        <w:rPr>
          <w:b/>
        </w:rPr>
        <w:t xml:space="preserve">[1:33:59] </w:t>
      </w:r>
      <w:r>
        <w:t>more and more ka dimagh, dimagh se nikal dijiye. doosri cheez yeh hai ke doosron se agar aap ko koi galat vyavhaar milta hai, to us ko bhulaiye.</w:t>
      </w:r>
    </w:p>
    <w:p>
      <w:pPr>
        <w:jc w:val="right"/>
      </w:pPr>
      <w:r>
        <w:t>مور اینڈ مور کا دماغ، دماغ سے نکال دیجیے۔ دوسری چیز یہ ہے کہ دوسروں سے اگر آپ کو کوئی غلط व्यवहार ملتا ہے، تو اس کو بھلائیے۔</w:t>
      </w:r>
    </w:p>
    <w:p>
      <w:r>
        <w:rPr>
          <w:b/>
        </w:rPr>
        <w:t xml:space="preserve">[1:34:10] </w:t>
      </w:r>
      <w:r>
        <w:t>us ke liye, us ko koi tension mat paliye. us ka</w:t>
      </w:r>
    </w:p>
    <w:p>
      <w:pPr>
        <w:jc w:val="right"/>
      </w:pPr>
      <w:r>
        <w:t>اس کے لیے، اس کو کوئی ٹینشن مت پالیے۔ اس کا</w:t>
      </w:r>
    </w:p>
    <w:p>
      <w:r>
        <w:rPr>
          <w:b/>
        </w:rPr>
        <w:t xml:space="preserve">[1:34:13] </w:t>
      </w:r>
      <w:r>
        <w:t>doosre, doosre jo hai, jaan apne bare mein jaane ke unhon ne kya kiya. aap apne ko bachaiye. to mera do formula is mamle mein hai: contentment aur save your self.</w:t>
      </w:r>
    </w:p>
    <w:p>
      <w:pPr>
        <w:jc w:val="right"/>
      </w:pPr>
      <w:r>
        <w:t>دوسرے، دوسرے جو ہے، جان اپنے بارے میں جانے کہ انہوں نے کیا کیا۔ آپ اپنے کو بچائیے۔ تو میرا دو فارمولا اس معاملے میں ہے: کنٹینٹمنٹ اور سیو یور سیلف۔</w:t>
      </w:r>
    </w:p>
    <w:p>
      <w:r>
        <w:rPr>
          <w:b/>
        </w:rPr>
        <w:t xml:space="preserve">[1:34:31] </w:t>
      </w:r>
      <w:r>
        <w:t>main samajhta hoon, mera jo tajruba hai, to yahi do baaten main kar sakta hoon.</w:t>
      </w:r>
    </w:p>
    <w:p>
      <w:pPr>
        <w:jc w:val="right"/>
      </w:pPr>
      <w:r>
        <w:t>میں سمجھتا ہوں، میرا جو تجربہ ہے، تو یہی دو باتیں میں کر سکتا ہوں۔</w:t>
      </w:r>
    </w:p>
    <w:p>
      <w:r>
        <w:rPr>
          <w:b/>
        </w:rPr>
        <w:t xml:space="preserve">[1:34:41] </w:t>
      </w:r>
      <w:r>
        <w:t>mister majaz ahmad ne sawal kiya hai dilli se there are many questions in our mind, like how can i find theright path?</w:t>
      </w:r>
    </w:p>
    <w:p>
      <w:pPr>
        <w:jc w:val="right"/>
      </w:pPr>
      <w:r>
        <w:t>मिस्टर मजाज अहमद ने सवाल किया है दिल्ली से There are many questions in our mind, like how can I find theright path?</w:t>
      </w:r>
    </w:p>
    <w:p>
      <w:r>
        <w:rPr>
          <w:b/>
        </w:rPr>
        <w:t xml:space="preserve">[1:34:53] </w:t>
      </w:r>
      <w:r>
        <w:t>even if i pray five times daily, and according to me, i never try to do wrong to anyone, but still i feel that i am not on theright path.</w:t>
      </w:r>
    </w:p>
    <w:p>
      <w:pPr>
        <w:jc w:val="right"/>
      </w:pPr>
      <w:r>
        <w:t>Even if I pray five times daily, and according to me, I never try to do wrong to anyone, but still I feel that I am not on theright path.</w:t>
      </w:r>
    </w:p>
    <w:p>
      <w:r>
        <w:rPr>
          <w:b/>
        </w:rPr>
        <w:t xml:space="preserve">[1:35:05] </w:t>
      </w:r>
      <w:r>
        <w:t>please comment.</w:t>
      </w:r>
    </w:p>
    <w:p>
      <w:pPr>
        <w:jc w:val="right"/>
      </w:pPr>
      <w:r>
        <w:t>Please comment.</w:t>
      </w:r>
    </w:p>
    <w:p>
      <w:r>
        <w:rPr>
          <w:b/>
        </w:rPr>
        <w:t xml:space="preserve">[1:35:09] </w:t>
      </w:r>
      <w:r>
        <w:t>aap na study padhaiye. padhiye aap. quran padhiye, hadith padhiye, rasool zindagi ko padhiye. jo bhi aap, yaani jo bhi aap ka daira hai, us ke mutabiq mutala kijiye.</w:t>
      </w:r>
    </w:p>
    <w:p>
      <w:pPr>
        <w:jc w:val="right"/>
      </w:pPr>
      <w:r>
        <w:t>आप ना स्टडी पढ़ाइए। पढ़िए आप। कुरान पढ़िए, हदीस पढ़िए, रसूल जिंदगी को पढ़िए। जो भी आप, یعنی جو بھی आपका دائرہ ہے، اس کے مطابق مطالعہ کیجیے۔</w:t>
      </w:r>
    </w:p>
    <w:p>
      <w:r>
        <w:rPr>
          <w:b/>
        </w:rPr>
        <w:t xml:space="preserve">[1:35:29] </w:t>
      </w:r>
      <w:r>
        <w:t>sirf study hi se aadmi pahunch sakta hai kisi, yaani kisi yaqeen par. aur koi tareeqa nahin.</w:t>
      </w:r>
    </w:p>
    <w:p>
      <w:pPr>
        <w:jc w:val="right"/>
      </w:pPr>
      <w:r>
        <w:t>صرف اسٹڈی ہی سے آدمی پہنچ سکتا ہے کسی، یعنی کسی یقین پر۔ اور کوئی طریقہ نہیں۔</w:t>
      </w:r>
    </w:p>
    <w:p>
      <w:r>
        <w:rPr>
          <w:b/>
        </w:rPr>
        <w:t xml:space="preserve">[1:35:42] </w:t>
      </w:r>
      <w:r>
        <w:t>main samajhta hoon ke, yaani ek zaheen aadmi, zaheen aadmi jo hai, ek aisa aadmi jo ke zaheen na ho, woh to thodi si baat maloomat us ko hongi, usi par mutmaeen ho jayega woh.</w:t>
      </w:r>
    </w:p>
    <w:p>
      <w:pPr>
        <w:jc w:val="right"/>
      </w:pPr>
      <w:r>
        <w:t>میں سمجھتا ہوں کہ، یعنی ایک ذہین آدمی، ذہین آدمی جو ہے، ایک ایسا آدمی جو کہ ذہین نہ ہو، وہ تو تھوڑی سی بات معلومات اس کو ہوں گی، اسی پر مطمئن ہو جائے گا وہ۔</w:t>
      </w:r>
    </w:p>
    <w:p>
      <w:r>
        <w:rPr>
          <w:b/>
        </w:rPr>
        <w:t xml:space="preserve">[1:35:56] </w:t>
      </w:r>
      <w:r>
        <w:t>lekin zaheen aadmi ko har cheez ka explanation chahiye, to woh to mutalea karna parega. mutale ke baghair aisa aadmi mutmain nahi ho sakta.</w:t>
      </w:r>
    </w:p>
    <w:p>
      <w:pPr>
        <w:jc w:val="right"/>
      </w:pPr>
      <w:r>
        <w:t>لیکن ذہین آدمی کو ہر چیز کا ایکسپلینیشن چاہیے، تو وہ تو مطالعہ کرنا پڑے گا۔ مطالعے کے بغیر ایسا آدمی مطمئن نہیں ہو سکتا۔</w:t>
      </w:r>
    </w:p>
    <w:p>
      <w:r>
        <w:rPr>
          <w:b/>
        </w:rPr>
        <w:t xml:space="preserve">[1:36:13] </w:t>
      </w:r>
      <w:r>
        <w:t>mister ikram ullah ne calcutta se likha hai</w:t>
      </w:r>
    </w:p>
    <w:p>
      <w:pPr>
        <w:jc w:val="right"/>
      </w:pPr>
      <w:r>
        <w:t>मिस्टर इकराम उल्ला ने कलकत्ता से लिखा है</w:t>
      </w:r>
    </w:p>
    <w:p>
      <w:r>
        <w:rPr>
          <w:b/>
        </w:rPr>
        <w:t xml:space="preserve">[1:36:20] </w:t>
      </w:r>
      <w:r>
        <w:t>aap khuda se kis tarah ki mohabbat karte hain? iski koi misaal dijiye taake hum Allah ki mohabbat ko samajh saken.</w:t>
      </w:r>
    </w:p>
    <w:p>
      <w:pPr>
        <w:jc w:val="right"/>
      </w:pPr>
      <w:r>
        <w:t>آپ خدا سے کس طرح کی محبت کرتے ہیں؟ اس کی کوئی مثال دیجیے تاکہ ہم اللہ کی محبت کو سمجھ سکیں۔</w:t>
      </w:r>
    </w:p>
    <w:p>
      <w:r>
        <w:rPr>
          <w:b/>
        </w:rPr>
        <w:t xml:space="preserve">[1:36:34] </w:t>
      </w:r>
      <w:r>
        <w:t>ab har cheez jo aap ko hasil hai, usko khuda ki taraf se diya hua samjhiye.</w:t>
      </w:r>
    </w:p>
    <w:p>
      <w:pPr>
        <w:jc w:val="right"/>
      </w:pPr>
      <w:r>
        <w:t>अब ہر چیز جو آپ کو حاصل ہے، اس کو خدا کی طرف سے دیا ہوا سمجھیے۔</w:t>
      </w:r>
    </w:p>
    <w:p>
      <w:r>
        <w:rPr>
          <w:b/>
        </w:rPr>
        <w:t xml:space="preserve">[1:36:44] </w:t>
      </w:r>
      <w:r>
        <w:t>maine ek ek baap ko dekha, uska uska beta jo hai, chala gaya tha bahar kisi des mein. to bahut dinon, bahut barson ke baad, usne baap ke liye kapra bheja.</w:t>
      </w:r>
    </w:p>
    <w:p>
      <w:pPr>
        <w:jc w:val="right"/>
      </w:pPr>
      <w:r>
        <w:t>मैंने एक एक बाप को देखा, उसका उसका बेटा जो है, चला गया था बाहर किसी देश में। तो बहुत दिनوں، बहुत برسوں کے بعد, उसने बाप के लिए کپڑا بھیجا۔</w:t>
      </w:r>
    </w:p>
    <w:p>
      <w:r>
        <w:rPr>
          <w:b/>
        </w:rPr>
        <w:t xml:space="preserve">[1:37:01] </w:t>
      </w:r>
      <w:r>
        <w:t>bahut achha kapra. to jab woh aake ek aadmi lekar aaya aur kaha ke aapke bete ne, wahi wahi kaam karta tha dono, ke yeh kapra aapke liye diya hai.</w:t>
      </w:r>
    </w:p>
    <w:p>
      <w:pPr>
        <w:jc w:val="right"/>
      </w:pPr>
      <w:r>
        <w:t>बहुत अच्छा کپڑा। तो जब वो आके एक आदमी लेकर आया और कहा कि आपके बेटे ने, वही वही काम करता था दोनों, कि ये کپڑा आपके लिए दिया है।</w:t>
      </w:r>
    </w:p>
    <w:p>
      <w:r>
        <w:rPr>
          <w:b/>
        </w:rPr>
        <w:t xml:space="preserve">[1:37:13] </w:t>
      </w:r>
      <w:r>
        <w:t>to baap usko lekar ke aise laga, choomne laga aur rone laga. to woh mohabbat jo bete se hai, woh yaani ke loot aayi uske andar. to ek kapre ko dekh kar ke uske andar mohabbat, jazba ubhar aaya bete ke liye.</w:t>
      </w:r>
    </w:p>
    <w:p>
      <w:pPr>
        <w:jc w:val="right"/>
      </w:pPr>
      <w:r>
        <w:t>तो बाप उसको लेकर के ऐसे लगा, चूमने लगा और रोने लगा। तो वो محبت जो बेटे से है, वो یعنی کہ لوٹ आई उसके अंदर। तो एक کپڑے को देख कर के उसके अंदर محبت، جذبہ ابھر آیا بیٹے کے لیے۔</w:t>
      </w:r>
    </w:p>
    <w:p>
      <w:r>
        <w:rPr>
          <w:b/>
        </w:rPr>
        <w:t xml:space="preserve">[1:37:32] </w:t>
      </w:r>
      <w:r>
        <w:t>to sari kainat ko dekh kar ke nahi paida hota.</w:t>
      </w:r>
    </w:p>
    <w:p>
      <w:pPr>
        <w:jc w:val="right"/>
      </w:pPr>
      <w:r>
        <w:t>تو ساری کائنات کو دیکھ کر کے نہیں پیدا ہوتا۔</w:t>
      </w:r>
    </w:p>
    <w:p>
      <w:r>
        <w:rPr>
          <w:b/>
        </w:rPr>
        <w:t xml:space="preserve">[1:37:36] </w:t>
      </w:r>
      <w:r>
        <w:t>har cheez mein, yahan tak ke jaise ke hamare haan kahin ke pani hai, aap pyas lagi, aap ko pani aap ne uthaya peene ke liye.</w:t>
      </w:r>
    </w:p>
    <w:p>
      <w:pPr>
        <w:jc w:val="right"/>
      </w:pPr>
      <w:r>
        <w:t>ہر چیز میں، یہاں تک کہ جیسے کہ ہمارے ہاں کہیں کہ پانی ہے، آپ پیاس لگی، آپ کو پانی آپ نے اٹھایا پینے کے لیے۔</w:t>
      </w:r>
    </w:p>
    <w:p>
      <w:r>
        <w:rPr>
          <w:b/>
        </w:rPr>
        <w:t xml:space="preserve">[1:37:48] </w:t>
      </w:r>
      <w:r>
        <w:t>to aap sochiye ke pani kaise bana? sari kainat mein kahin pani nahi, siwaye zameen ke. sirf zameen hi hai jahan pani hai.</w:t>
      </w:r>
    </w:p>
    <w:p>
      <w:pPr>
        <w:jc w:val="right"/>
      </w:pPr>
      <w:r>
        <w:t>تو آپ سوچیے کہ پانی کیسے بنا؟ ساری کائنات میں کہیں پانی نہیں، سوائے زمین کے۔ صرف زمین ہی ہے جہاں پانی ہے۔</w:t>
      </w:r>
    </w:p>
    <w:p>
      <w:r>
        <w:rPr>
          <w:b/>
        </w:rPr>
        <w:t xml:space="preserve">[1:37:59] </w:t>
      </w:r>
      <w:r>
        <w:t>aur pani jab nahi tha to yahan gases theen.</w:t>
      </w:r>
    </w:p>
    <w:p>
      <w:pPr>
        <w:jc w:val="right"/>
      </w:pPr>
      <w:r>
        <w:t>اور پانی جب نہیں تھا تو یہاں گیسز تھیں۔</w:t>
      </w:r>
    </w:p>
    <w:p>
      <w:r>
        <w:rPr>
          <w:b/>
        </w:rPr>
        <w:t xml:space="preserve">[1:38:02] </w:t>
      </w:r>
      <w:r>
        <w:t>do gases milne se ek liquid water ban gaya. aur phir hamare liye itna zyada mozu hai hamare jism ki zaroorat ke liye.</w:t>
      </w:r>
    </w:p>
    <w:p>
      <w:pPr>
        <w:jc w:val="right"/>
      </w:pPr>
      <w:r>
        <w:t>دو گیسز ملنے سے ایک لیکوڈ واٹر بن گیا۔ اور پھر ہمارے لیے اتنا زیادہ موضوع ہے ہمارے جسم کی ضرورت کے لیے۔</w:t>
      </w:r>
    </w:p>
    <w:p>
      <w:r>
        <w:rPr>
          <w:b/>
        </w:rPr>
        <w:t xml:space="preserve">[1:38:13] </w:t>
      </w:r>
      <w:r>
        <w:t>jaise sochenge, sochenge, sochenge to yaani mohabbat ka chashma aglega aap ke sine mein.</w:t>
      </w:r>
    </w:p>
    <w:p>
      <w:pPr>
        <w:jc w:val="right"/>
      </w:pPr>
      <w:r>
        <w:t>جیسے سوچیں گے، سوچیں گے، سوچیں گے تو یعنی محبت کا چشمہ اگلے گا آپ کے سینے میں۔</w:t>
      </w:r>
    </w:p>
    <w:p>
      <w:r>
        <w:rPr>
          <w:b/>
        </w:rPr>
        <w:t xml:space="preserve">[1:38:21] </w:t>
      </w:r>
      <w:r>
        <w:t>to har cheez hum, main bol raha hoon, usko soch kar ke bhi yahi aap ke andar jazba aayega. kaise mujhe bolne ki salahiyat de di?</w:t>
      </w:r>
    </w:p>
    <w:p>
      <w:pPr>
        <w:jc w:val="right"/>
      </w:pPr>
      <w:r>
        <w:t>تو ہر چیز ہم، میں بول رہا ہوں، اس کو سوچ کر کے بھی یہی آپ کے اندر جذبہ آئے گا۔ کیسے مجھے بولنے کی صلاحیت دے دی؟</w:t>
      </w:r>
    </w:p>
    <w:p>
      <w:r>
        <w:rPr>
          <w:b/>
        </w:rPr>
        <w:t xml:space="preserve">[1:38:31] </w:t>
      </w:r>
      <w:r>
        <w:t>kaise main bol raha hoon? kaise main soch raha hoon? kaise bol raha hoon? kaise sun raha hoon? to nematton ka jitna zyada aap yaad karenge, utni Allah se mohabbat badhegi.</w:t>
      </w:r>
    </w:p>
    <w:p>
      <w:pPr>
        <w:jc w:val="right"/>
      </w:pPr>
      <w:r>
        <w:t>کیسے میں بول رہا ہوں؟ کیسے میں سوچ رہا ہوں؟ کیسے بول رہا ہوں؟ کیسے سن رہا ہوں؟ تو نعمتوں کا جتنا زیادہ آپ یاد کریں گے، اتنی اللہ سے محبت بڑھے گی۔</w:t>
      </w:r>
    </w:p>
    <w:p>
      <w:r>
        <w:rPr>
          <w:b/>
        </w:rPr>
        <w:t xml:space="preserve">[1:38:43] </w:t>
      </w:r>
      <w:r>
        <w:t>nematton ke baad jitni ghaflat rahegi, utni mohabbat ka jazba thanda pad jayega.</w:t>
      </w:r>
    </w:p>
    <w:p>
      <w:pPr>
        <w:jc w:val="right"/>
      </w:pPr>
      <w:r>
        <w:t>نعمتوں کے بعد جتنی غفلت رہے گی، اتنی محبت کا جذبہ ٹھنڈا پڑ جائے گا۔</w:t>
      </w:r>
    </w:p>
    <w:p>
      <w:r>
        <w:rPr>
          <w:b/>
        </w:rPr>
        <w:t xml:space="preserve">[1:38:50] </w:t>
      </w:r>
      <w:r>
        <w:t>maulana sharukh hussain ne delhi se sawal kiya hai insaan har mili hui nematton ko khuda ki bajaye apne khane mein dalta hai. iski wajah kya hai?</w:t>
      </w:r>
    </w:p>
    <w:p>
      <w:pPr>
        <w:jc w:val="right"/>
      </w:pPr>
      <w:r>
        <w:t>مولانا شارخ حسین نے دلی سے سوال کیا ہے इंसान हर मिली हुई नعمتों को खुदा की बजाय अपने खाने में डालता है। इसकी वजह क्या है?</w:t>
      </w:r>
    </w:p>
    <w:p>
      <w:r>
        <w:rPr>
          <w:b/>
        </w:rPr>
        <w:t xml:space="preserve">[1:39:04] </w:t>
      </w:r>
      <w:r>
        <w:t>isko kaise badla ja sakta hai taake khuda ke liye sacchi mohabbat paida ho sake? dekhen, insaan jo hai, zahir pasand hai.</w:t>
      </w:r>
    </w:p>
    <w:p>
      <w:pPr>
        <w:jc w:val="right"/>
      </w:pPr>
      <w:r>
        <w:t>इसको कैसे बदला जा सकता है ताकि खुदा के लिए सच्ची मोहब्बत पैदा हो सके? دیکھیں، انسان جو ہے، ظاہر پسند ہے۔</w:t>
      </w:r>
    </w:p>
    <w:p>
      <w:r>
        <w:rPr>
          <w:b/>
        </w:rPr>
        <w:t xml:space="preserve">[1:39:15] </w:t>
      </w:r>
      <w:r>
        <w:t>bataur to yeh hai ke woh mujhe apni mehnat se kamai se mil rahi hai, maslan</w:t>
      </w:r>
    </w:p>
    <w:p>
      <w:pPr>
        <w:jc w:val="right"/>
      </w:pPr>
      <w:r>
        <w:t>بظاہر تو یہ ہے کہ وہ مجھے اپنی محنت سے کمائی سے مل رہی ہے، مثلاً</w:t>
      </w:r>
    </w:p>
    <w:p>
      <w:r>
        <w:rPr>
          <w:b/>
        </w:rPr>
        <w:t xml:space="preserve">[1:39:19] </w:t>
      </w:r>
      <w:r>
        <w:t>kisi ne de diya to mil gayi, khud kamaya to mil gaya. yeh baat ke khuda ki taraf se hai, yeh to chupa hua hai. woh to ghaib mein hai.</w:t>
      </w:r>
    </w:p>
    <w:p>
      <w:pPr>
        <w:jc w:val="right"/>
      </w:pPr>
      <w:r>
        <w:t>کسی نے دے دیا تو مل گئی، خود کمایا تو مل گئی۔ یہ بات کہ خدا کی طرف سے ہے، یہ تو چھپا ہوا ہے۔ وہ تو غیب میں ہے۔</w:t>
      </w:r>
    </w:p>
    <w:p>
      <w:r>
        <w:rPr>
          <w:b/>
        </w:rPr>
        <w:t xml:space="preserve">[1:39:29] </w:t>
      </w:r>
      <w:r>
        <w:t>isi liye hai yoman bil ghaib aaya quran majeed mein ghaib par iman lana. to ek hai zahir ko dekh kar ke zehan banna, ek hai ke soch kar, soch kar ke zehan banna.</w:t>
      </w:r>
    </w:p>
    <w:p>
      <w:pPr>
        <w:jc w:val="right"/>
      </w:pPr>
      <w:r>
        <w:t>اسی لیے ہے یومن بالغیب آیا قرآن مجید میں غیب پر ایمان لانا۔ تو ایک ہے ظاہر کو دیکھ کر کے ذہن بننا، ایک ہے کہ سوچ کر، سوچ کر کے ذہن بننا۔</w:t>
      </w:r>
    </w:p>
    <w:p>
      <w:r>
        <w:rPr>
          <w:b/>
        </w:rPr>
        <w:t xml:space="preserve">[1:39:45] </w:t>
      </w:r>
      <w:r>
        <w:t>to zahir se oopar uthna, zahir se oopar uth kar ke asal haqeeqat tak pahunchna, yeh yeh karna hai. jitna zyada ek karenge, utni zyada mohabbat badhegi.</w:t>
      </w:r>
    </w:p>
    <w:p>
      <w:pPr>
        <w:jc w:val="right"/>
      </w:pPr>
      <w:r>
        <w:t>تو ظاہر سے اوپر اٹھنا، ظاہر سے اوپر اٹھ کر کے اصل حقیقت تک پہنچنا، یہ یہ کرنا ہے۔ جتنا زیادہ ایک کریں گے، اتنی زیادہ محبت بڑھے گی۔</w:t>
      </w:r>
    </w:p>
    <w:p>
      <w:r>
        <w:rPr>
          <w:b/>
        </w:rPr>
        <w:t xml:space="preserve">[1:39:57] </w:t>
      </w:r>
      <w:r>
        <w:t>zahir mein atka rahega jo aadmi to aala kaifiyat usko nahi mil sakti. jo zahir se oopar uthega aur haqeeqat tak pahunchega, usi ke andar aala kaifiyat paida hogi.</w:t>
      </w:r>
    </w:p>
    <w:p>
      <w:pPr>
        <w:jc w:val="right"/>
      </w:pPr>
      <w:r>
        <w:t>ظاہر میں اٹکا رہے گا جو آدمی تو اعلیٰ کیفیت اس کو نہیں مل سکتی۔ جو ظاہر سے اوپر اٹھے گا اور حقیقت تک پہنچے گا، اسی کے اندر اعلیٰ کیفیت پیدا ہوگی۔</w:t>
      </w:r>
    </w:p>
    <w:p>
      <w:r>
        <w:rPr>
          <w:b/>
        </w:rPr>
        <w:t xml:space="preserve">[1:40:12] </w:t>
      </w:r>
      <w:r>
        <w:t>maulana israr ne tamil nadu se sawal kiya hai. unhone likha hai ke Allah ki mohabbat ke izhaar ka tareeqa kya hai?</w:t>
      </w:r>
    </w:p>
    <w:p>
      <w:pPr>
        <w:jc w:val="right"/>
      </w:pPr>
      <w:r>
        <w:t>مولانا اسرار نے تمل ناڈو سے سوال کیا ہے۔ انہوں نے لکھا ہے کہ اللہ کی محبت کے اظہار کا طریقہ کیا ہے؟</w:t>
      </w:r>
    </w:p>
    <w:p>
      <w:r>
        <w:rPr>
          <w:b/>
        </w:rPr>
        <w:t xml:space="preserve">[1:40:20] </w:t>
      </w:r>
      <w:r>
        <w:t>iske bare mein aap batayen. main dil se etaraf asal hai, asal cheez hai dil se etaraf, dil se acknowledge karna.</w:t>
      </w:r>
    </w:p>
    <w:p>
      <w:pPr>
        <w:jc w:val="right"/>
      </w:pPr>
      <w:r>
        <w:t>اس کے بارے میں آپ بتائیں۔ मैं दिल से اعتراف اصل ہے، اصل چیز ہے دل سے اعتراف، دل سے اکنالج کرنا۔</w:t>
      </w:r>
    </w:p>
    <w:p>
      <w:r>
        <w:rPr>
          <w:b/>
        </w:rPr>
        <w:t xml:space="preserve">[1:40:31] </w:t>
      </w:r>
      <w:r>
        <w:t>jab dil se acknowledge karen ge to aap aap ki zaban par alfaaz aa jayen ge.</w:t>
      </w:r>
    </w:p>
    <w:p>
      <w:pPr>
        <w:jc w:val="right"/>
      </w:pPr>
      <w:r>
        <w:t>جب دل سے اکنالج کریں گے تو آپ آپ کی زبان پر الفاظ آ جائیں گے۔</w:t>
      </w:r>
    </w:p>
    <w:p>
      <w:r>
        <w:rPr>
          <w:b/>
        </w:rPr>
        <w:t xml:space="preserve">[1:40:35] </w:t>
      </w:r>
      <w:r>
        <w:t>jaise quran majeed ke jo woh hai ayat alhamdulillah rabbul alameen yeh kaifiyat ka lafzon mein dhal jana hai.</w:t>
      </w:r>
    </w:p>
    <w:p>
      <w:pPr>
        <w:jc w:val="right"/>
      </w:pPr>
      <w:r>
        <w:t>جیسے قرآن مجید کے جو وہ ہے آیت الحمدللہ رب العالمین یہ کیفیت کا لفظوں میں ڈھل جانا ہے۔</w:t>
      </w:r>
    </w:p>
    <w:p>
      <w:r>
        <w:rPr>
          <w:b/>
        </w:rPr>
        <w:t xml:space="preserve">[1:40:47] </w:t>
      </w:r>
      <w:r>
        <w:t>yeh pehli ayat hai, aap jante hain alhamdulillah rabbul alameen alhamdulillah rabbul alameen. yeh koi kuch alfaaz ka majmooa nahi hai. yeh yeh kaifiyat dil mein umri, aap aap ke andar aik kaifiyat um</w:t>
      </w:r>
    </w:p>
    <w:p>
      <w:pPr>
        <w:jc w:val="right"/>
      </w:pPr>
      <w:r>
        <w:t>یہ پہلی آیت ہے، آپ جانتے ہیں الحمدللہ رب العالمین الحمدللہ رب العالمین۔ یہ کوئی کچھ الفاظ کا مجموعہ نہیں ہے۔ یہ یہ کیفیت دل میں امڑی، آپ آپ کے اندر ایک کیفیت ام</w:t>
      </w:r>
    </w:p>
    <w:p>
      <w:r>
        <w:rPr>
          <w:b/>
        </w:rPr>
        <w:t xml:space="preserve">[1:41:03] </w:t>
      </w:r>
      <w:r>
        <w:t>ri. aap ne, aap ne socha ke Allah itni rububiyat, itni phaili hai sare alam mein to kitna zyada qabil e hamd hai. to yeh yeh jazba ubhra aap ke andar, woh lafzon mein dhal gaya.</w:t>
      </w:r>
    </w:p>
    <w:p>
      <w:pPr>
        <w:jc w:val="right"/>
      </w:pPr>
      <w:r>
        <w:t>ڑی۔ آپ نے، آپ نے سوچا کہ اللہ اتنی ربوبیت، اتنی پھیلی ہے سارے عالم میں تو کتنا زیادہ قابل حمد ہے۔ تو یہ یہ جذبہ ابھرا آپ کے اندر، وہ لفظوں میں ڈھل گیا۔</w:t>
      </w:r>
    </w:p>
    <w:p>
      <w:r>
        <w:rPr>
          <w:b/>
        </w:rPr>
        <w:t xml:space="preserve">[1:41:15] </w:t>
      </w:r>
      <w:r>
        <w:t>mein samajhta hoon ke yahi hai izhar e mohabbat. izhar e mohabbat jo hai, daryaft se shuru hota hai, acknowledgement, acknowledge karta hai phir insan, phir us ke qalbi jazbat lafzon mein dhal dhal kar nikalte hain, nikalne lagte hain.</w:t>
      </w:r>
    </w:p>
    <w:p>
      <w:pPr>
        <w:jc w:val="right"/>
      </w:pPr>
      <w:r>
        <w:t>میں سمجھتا ہوں کہ یہی ہے اظہار محبت۔ اظہار محبت جو ہے، دریافت سے شروع ہوتا ہے، اکنالجمنٹ، اکنالج کرتا ہے پھر انسان، پھر اس کے قلبی جذبات لفظوں میں ڈھل ڈھل کر نکلتے ہیں، نکلنے لگتے ہیں۔</w:t>
      </w:r>
    </w:p>
    <w:p>
      <w:r>
        <w:rPr>
          <w:b/>
        </w:rPr>
        <w:t xml:space="preserve">[1:41:33] </w:t>
      </w:r>
      <w:r>
        <w:t>mein to samajhta hoon ke yahi hai izhar e mohabbat. koi hum Allah taala ko koi dirham o dinar thori de sakte hain? dirham o dinar nahi de sakte Allah taala ko.</w:t>
      </w:r>
    </w:p>
    <w:p>
      <w:pPr>
        <w:jc w:val="right"/>
      </w:pPr>
      <w:r>
        <w:t>میں تو سمجھتا ہوں کہ یہی ہے اظہار محبت۔ کوئی ہم اللہ تعالی کو کوئی درہم و دینار تھوڑی دے سکتے ہیں؟ درہم و دینار نہیں دے سکتے اللہ تعالی کو۔</w:t>
      </w:r>
    </w:p>
    <w:p>
      <w:r>
        <w:rPr>
          <w:b/>
        </w:rPr>
        <w:t xml:space="preserve">[1:41:45] </w:t>
      </w:r>
      <w:r>
        <w:t>hum sirf etiraf de sakte hain.</w:t>
      </w:r>
    </w:p>
    <w:p>
      <w:pPr>
        <w:jc w:val="right"/>
      </w:pPr>
      <w:r>
        <w:t>ہم صرف اعتراف دے سکتے ہیں۔</w:t>
      </w:r>
    </w:p>
    <w:p>
      <w:r>
        <w:rPr>
          <w:b/>
        </w:rPr>
        <w:t xml:space="preserve">[1:41:55] </w:t>
      </w:r>
      <w:r>
        <w:t>maulana abdul basit omri ka maulana aik comment aaya hai jis ko hum parhna chahte hain.</w:t>
      </w:r>
    </w:p>
    <w:p>
      <w:pPr>
        <w:jc w:val="right"/>
      </w:pPr>
      <w:r>
        <w:t>مولانا عبدالباسط عمری کا مولانا ایک کمنٹ آیا ہے جس کو ہم پڑھنا چاہتے ہیں۔</w:t>
      </w:r>
    </w:p>
    <w:p>
      <w:r>
        <w:rPr>
          <w:b/>
        </w:rPr>
        <w:t xml:space="preserve">[1:42:01] </w:t>
      </w:r>
      <w:r>
        <w:t>unhon ne likha hai ke "maulana, Allah ki marifat ka masla ho ya Allah ki mohabbat ka masla, ya deen ki sachi spirit ka masla, maine pehli bar sahi maano mein aap ki zabani aur aap ki tehreeron se hi yeh sab jana hai.</w:t>
      </w:r>
    </w:p>
    <w:p>
      <w:pPr>
        <w:jc w:val="right"/>
      </w:pPr>
      <w:r>
        <w:t>انہوں نے لکھا ہے کہ "مولانا، اللہ کی معرفت کا مسئلہ ہو یا اللہ کی محبت کا مسئلہ، یا دین کی سچی سپرٹ کا مسئلہ، मैंने पहली बार सही معنوں میں आपकी زبانی اور آپ کی تحریروں سے ہی یہ سب جانا ہے۔</w:t>
      </w:r>
    </w:p>
    <w:p>
      <w:r>
        <w:rPr>
          <w:b/>
        </w:rPr>
        <w:t xml:space="preserve">[1:42:18] </w:t>
      </w:r>
      <w:r>
        <w:t>maulana, hamare liye dua kijiye ke hum maren to is hal mein maren ke hum Allah ko poori tarah daryaft kar chuke hon, aur Allah se sab se zyada mohabbat ka hum tajruba aur saboot bhi pesh kar chuke hon." Allah taala hamare liye, aap ke liye aur sab ke liye in alfaaz qabool farmaye.</w:t>
      </w:r>
    </w:p>
    <w:p>
      <w:pPr>
        <w:jc w:val="right"/>
      </w:pPr>
      <w:r>
        <w:t>مولانا، ہمارے لیے دعا کیجیے کہ ہم مریں تو اس حال میں مریں کہ ہم اللہ کو پوری طرح دریافت کر چکے ہوں، اور اللہ سے سب سے زیادہ محبت کا ہم تجربہ اور ثبوت بھی پیش کر چکے ہوں۔" अल्लाह ताला ہمارے لیے، آپ کے لیے اور سب کے لیے ان الفاظ قبول فرمائے۔</w:t>
      </w:r>
    </w:p>
    <w:p>
      <w:r>
        <w:rPr>
          <w:b/>
        </w:rPr>
        <w:t xml:space="preserve">[1:42:40] </w:t>
      </w:r>
      <w:r>
        <w:t>hum sab ko is ki zaroorat hai. hum sab isi ke mohtaj hain.</w:t>
      </w:r>
    </w:p>
    <w:p>
      <w:pPr>
        <w:jc w:val="right"/>
      </w:pPr>
      <w:r>
        <w:t>ہم سب کو اس کی ضرورت ہے۔ ہم سب اسی کے محتاج ہیں۔</w:t>
      </w:r>
    </w:p>
    <w:p>
      <w:r>
        <w:rPr>
          <w:b/>
        </w:rPr>
        <w:t xml:space="preserve">[1:42:45] </w:t>
      </w:r>
      <w:r>
        <w:t>to Allah taala hum sab ke liye is dua ko qabool farmaye. maulana sharukh hussain ne dili se sawal kiya hai. unhon ne likha hai aap ne farmaya pehle daur mein mohabbat elahi ka traditional framework tha, to aaj scientific framework maujood hai.</w:t>
      </w:r>
    </w:p>
    <w:p>
      <w:pPr>
        <w:jc w:val="right"/>
      </w:pPr>
      <w:r>
        <w:t>تو اللہ تعالی ہم سب کے لیے اس دعا کو قبول فرمائے۔ مولانا شارخ حسین نے دلی سے سوال کیا ہے۔ انہوں نے لکھا ہے आपने फरमाया پہلے دور میں محبت الہی کا ٹریڈیشنل فریم ورک تھا، تو آج سائنٹیفک فریم ورک موجود ہے۔</w:t>
      </w:r>
    </w:p>
    <w:p>
      <w:r>
        <w:rPr>
          <w:b/>
        </w:rPr>
        <w:t xml:space="preserve">[1:43:07] </w:t>
      </w:r>
      <w:r>
        <w:t>is liye pehle agar mohabbat elahi ka chashma ubalta tha, aaj ke daur mein samandar ubalna chahiye.</w:t>
      </w:r>
    </w:p>
    <w:p>
      <w:pPr>
        <w:jc w:val="right"/>
      </w:pPr>
      <w:r>
        <w:t>اس لیے پہلے اگر محبت الہی کا چشمہ ابلتا تھا، آج کے دور میں سمندر ابلنا چاہیے۔</w:t>
      </w:r>
    </w:p>
    <w:p>
      <w:r>
        <w:rPr>
          <w:b/>
        </w:rPr>
        <w:t xml:space="preserve">[1:43:15] </w:t>
      </w:r>
      <w:r>
        <w:t>maulana, is se maloom hota hai ke jis darje ki mohabbat tak ashab e rasool nahi pahunch sake, hum us darje ki mohabbat tak pahunch sakte hain.</w:t>
      </w:r>
    </w:p>
    <w:p>
      <w:pPr>
        <w:jc w:val="right"/>
      </w:pPr>
      <w:r>
        <w:t>مولانا، اس سے معلوم ہوتا ہے کہ جس درجے کی محبت تک اصحاب رسول نہیں پہنچ سکے، ہم اس درجے کی محبت تک پہنچ سکتے ہیں۔</w:t>
      </w:r>
    </w:p>
    <w:p>
      <w:r>
        <w:rPr>
          <w:b/>
        </w:rPr>
        <w:t xml:space="preserve">[1:43:27] </w:t>
      </w:r>
      <w:r>
        <w:t>kya yeh ashab e rasool ki toheen nahi hai? dekhiye baatein kahi jati hain samajhne ke liye, sher morab muhammad sahib ke ebrat ke liye nahi.</w:t>
      </w:r>
    </w:p>
    <w:p>
      <w:pPr>
        <w:jc w:val="right"/>
      </w:pPr>
      <w:r>
        <w:t>کیا یہ اصحاب رسول کی توہین نہیں ہے؟ देखिए باتیں کہی جاتی ہیں سمجھنے کے لیے، شیر مورب محمد صاحب کے عبرت کے لیے نہیں۔</w:t>
      </w:r>
    </w:p>
    <w:p>
      <w:r>
        <w:rPr>
          <w:b/>
        </w:rPr>
        <w:t xml:space="preserve">[1:43:37] </w:t>
      </w:r>
      <w:r>
        <w:t>yeh yeh istilahaen jo hain, dimagh se nikal diye. toheen waghera ki istilahaen, yeh sab bidat hai. bidat</w:t>
      </w:r>
    </w:p>
    <w:p>
      <w:pPr>
        <w:jc w:val="right"/>
      </w:pPr>
      <w:r>
        <w:t>یہ یہ اصطلاحیں جو ہیں، دماغ سے نکال دیے۔ توہین وغیرہ کی اصطلاحیں، یہ سب بدعت ہے۔ بدعت</w:t>
      </w:r>
    </w:p>
    <w:p>
      <w:r>
        <w:rPr>
          <w:b/>
        </w:rPr>
        <w:t xml:space="preserve">[1:43:44] </w:t>
      </w:r>
      <w:r>
        <w:t>rasool Allah ke zamane mein lafz toheen nahi bola jata tha. aisa nahi bola jata tha.</w:t>
      </w:r>
    </w:p>
    <w:p>
      <w:pPr>
        <w:jc w:val="right"/>
      </w:pPr>
      <w:r>
        <w:t>رسول اللہ کے زمانے میں لفظ توہین نہیں بولا جاتا تھا۔ ایسا نہیں بولا جاتا تھا۔</w:t>
      </w:r>
    </w:p>
    <w:p>
      <w:r>
        <w:rPr>
          <w:b/>
        </w:rPr>
        <w:t xml:space="preserve">[1:43:52] </w:t>
      </w:r>
      <w:r>
        <w:t>hazrat umar ke bare mein rasool Allah ne farmaya ke yeh lam araa lam araa ab qariya ya fari fari ho. kya sare sahaba ki toheen ho gayi?</w:t>
      </w:r>
    </w:p>
    <w:p>
      <w:pPr>
        <w:jc w:val="right"/>
      </w:pPr>
      <w:r>
        <w:t>حضرت عمر کے بارے میں رسول اللہ نے فرمایا کہ یہ لم ارى لم ارى اب قاريا یا فری فری ہو۔ کیا سارے صحابہ کی توہین ہو گئی؟</w:t>
      </w:r>
    </w:p>
    <w:p>
      <w:r>
        <w:rPr>
          <w:b/>
        </w:rPr>
        <w:t xml:space="preserve">[1:44:02] </w:t>
      </w:r>
      <w:r>
        <w:t>yeh sab baatein jo kahi jati hain, is liye nahi ke is ko aap yani negative sense mein len. samjhen, samajhane, samajhne ke liye hoti hain.</w:t>
      </w:r>
    </w:p>
    <w:p>
      <w:pPr>
        <w:jc w:val="right"/>
      </w:pPr>
      <w:r>
        <w:t>یہ سب باتیں جو کہی جاتی ہیں، اس لیے نہیں کہ اس کو آپ یعنی نیگیٹیو سینس میں لیں۔ سمجھیں، سمجھانے، سمجھنے کے لیے ہوتی ہیں۔</w:t>
      </w:r>
    </w:p>
    <w:p>
      <w:r>
        <w:rPr>
          <w:b/>
        </w:rPr>
        <w:t xml:space="preserve">[1:44:13] </w:t>
      </w:r>
      <w:r>
        <w:t>yahan tak sahaba ka ta'alluq hai. to aik baat yaad rakhiye ke rasool Allah sallallahu alaihi wasallam ko jo marifat thi, woh hamare aap ko hazar bar jeen tab bhi nahi hasil nahi ho sakti.</w:t>
      </w:r>
    </w:p>
    <w:p>
      <w:pPr>
        <w:jc w:val="right"/>
      </w:pPr>
      <w:r>
        <w:t>یہاں تک صحابہ کا تعلق ہے۔ تو ایک بات یاد رکھیے کہ رسول اللہ صلی اللہ علیہ وسلم کو جو معرفت تھی، وہ ہمارے آپ کو ہزار بار جیئیں تب بھی نہیں حاصل نہیں ہو سکتی۔</w:t>
      </w:r>
    </w:p>
    <w:p>
      <w:r>
        <w:rPr>
          <w:b/>
        </w:rPr>
        <w:t xml:space="preserve">[1:44:31] </w:t>
      </w:r>
      <w:r>
        <w:t>kyun ke rasool Allah ko aur doosre nabiyon ko Allah taala ne kiya kiya? wa kadhalika abraahim malakut al-samawati wal-ard</w:t>
      </w:r>
    </w:p>
    <w:p>
      <w:pPr>
        <w:jc w:val="right"/>
      </w:pPr>
      <w:r>
        <w:t>کیونکہ رسول اللہ کو اور دوسرے نبیوں کو اللہ تعالی نے کیا کیا؟ وكذلك نور ابراهیم ملکوت الثوابات والارض</w:t>
      </w:r>
    </w:p>
    <w:p>
      <w:r>
        <w:rPr>
          <w:b/>
        </w:rPr>
        <w:t xml:space="preserve">[1:44:43] </w:t>
      </w:r>
      <w:r>
        <w:t>nabi ka darja yeh hota hai, darja ke malakut al-samawati wal-ard is ko dikha diya jata hai. jannat dozakh dikha di jati hai. is ki sohbat mein jo baithe hain, aap ghor kijiye ke durbin khurdbeen se jo kuch aap dekh paate hain, usi wajah se dekhega woh.</w:t>
      </w:r>
    </w:p>
    <w:p>
      <w:pPr>
        <w:jc w:val="right"/>
      </w:pPr>
      <w:r>
        <w:t>نبی کا درجہ یہ ہوتا ہے، درجہ کہ ملکوت الثوابات والارض اس کو دکھا دیا جاتا ہے۔ جنت دوزخ دکھا دی جاتی ہے۔ اس کی صحبت میں جو بیٹھے ہیں، آپ غور کیجیے کہ دوربین خردبین سے جو کچھ آپ دیکھ پاتے ہیں، اسی وجہ سے دیکھے گا وہ۔</w:t>
      </w:r>
    </w:p>
    <w:p>
      <w:r>
        <w:rPr>
          <w:b/>
        </w:rPr>
        <w:t xml:space="preserve">[1:45:00] </w:t>
      </w:r>
      <w:r>
        <w:t>usi wajah se dekhega. isi liye sahaba ne jo qurbaniyan kin, aaj woh qurbaniyan koi kar nahi sakta.</w:t>
      </w:r>
    </w:p>
    <w:p>
      <w:pPr>
        <w:jc w:val="right"/>
      </w:pPr>
      <w:r>
        <w:t>اسی وجہ سے دیکھے گا۔ اسی لیے صحابہ نے جو قربانیاں کیں، آج وہ قربانیاں کوئی کر نہیں سکتا۔</w:t>
      </w:r>
    </w:p>
    <w:p>
      <w:r>
        <w:rPr>
          <w:b/>
        </w:rPr>
        <w:t xml:space="preserve">[1:45:09] </w:t>
      </w:r>
      <w:r>
        <w:t>hum aap jo hai, is qurbaniyon ka tahammul bhi nahi kar sakte. jo sahaba ne qurbani kin. to is tarah se sochna galat hai ke yeh toheen hai, yeh ghair toheen hai.</w:t>
      </w:r>
    </w:p>
    <w:p>
      <w:pPr>
        <w:jc w:val="right"/>
      </w:pPr>
      <w:r>
        <w:t>ہم آپ جو ہے، اس قربانیوں کا تحمل بھی نہیں کر سکتے۔ جو صحابہ نے قربانی کیں۔ تو اس طریقے سے سوچنا غلط ہے کہ یہ توہین ہے، یہ غیر توہین ہے۔</w:t>
      </w:r>
    </w:p>
    <w:p>
      <w:r>
        <w:rPr>
          <w:b/>
        </w:rPr>
        <w:t xml:space="preserve">[1:45:20] </w:t>
      </w:r>
      <w:r>
        <w:t>baat ko samajhane ke liye alfaaz bole jate hain. is ko fiqhi masla banane ke liye nahi.</w:t>
      </w:r>
    </w:p>
    <w:p>
      <w:pPr>
        <w:jc w:val="right"/>
      </w:pPr>
      <w:r>
        <w:t>بات کو سمجھانے کے لیے الفاظ بولے جاتے ہیں۔ اس کو فقہی مسئلہ بنانے کے لیے نہیں۔</w:t>
      </w:r>
    </w:p>
    <w:p>
      <w:r>
        <w:rPr>
          <w:b/>
        </w:rPr>
        <w:t xml:space="preserve">[1:45:29] </w:t>
      </w:r>
      <w:r>
        <w:t>isi ko kisi shair ne, kisi shair ka ek sher tha to madrasay mein le gaya. ab wahan jo ulama thay, unhon ne le gaye us ko woh karne. yeh sab nikalne ki yeh to toheen hai, yeh to falan hai.</w:t>
      </w:r>
    </w:p>
    <w:p>
      <w:pPr>
        <w:jc w:val="right"/>
      </w:pPr>
      <w:r>
        <w:t>اسی کو کسی شاعر نے، کسی شاعر کا ایک شعر تھا تو مدرسے میں لے گیا۔ اب وہاں جو علماء تھے، انہوں نے لے گئے اس کو وہ کرنے۔ یہ سب نکالنے کی یہ تو توہین ہے، یہ تو فلاں ہے۔</w:t>
      </w:r>
    </w:p>
    <w:p>
      <w:r>
        <w:rPr>
          <w:b/>
        </w:rPr>
        <w:t xml:space="preserve">[1:45:40] </w:t>
      </w:r>
      <w:r>
        <w:t>to us ne kaha sher mara madrasa kebar mein sher ko madrasay mein kaun le gaya? to yeh yeh jo yeh yeh jo sochne ka tareeqa hai, yeh bilkul galat hai, batil hai.</w:t>
      </w:r>
    </w:p>
    <w:p>
      <w:pPr>
        <w:jc w:val="right"/>
      </w:pPr>
      <w:r>
        <w:t>تو اس نے کہا شعر مرا مدرسہ کیبر میں شعر کو مدرسے میں کون لے گیا؟ تو یہ یہ جو یہ یہ جو سوچنے کا طریقہ ہے، یہ بالکل غلط ہے، باطل ہے۔</w:t>
      </w:r>
    </w:p>
    <w:p>
      <w:r>
        <w:rPr>
          <w:b/>
        </w:rPr>
        <w:t xml:space="preserve">[1:45:53] </w:t>
      </w:r>
      <w:r>
        <w:t>kyunke rasool Allah ke zamane mein ise socha nahi jata tha.</w:t>
      </w:r>
    </w:p>
    <w:p>
      <w:pPr>
        <w:jc w:val="right"/>
      </w:pPr>
      <w:r>
        <w:t>کیونکہ رسول اللہ کے زمانے میں اسے سوچا نہیں جاتا تھا۔</w:t>
      </w:r>
    </w:p>
    <w:p>
      <w:r>
        <w:rPr>
          <w:b/>
        </w:rPr>
        <w:t xml:space="preserve">[1:45:58] </w:t>
      </w:r>
      <w:r>
        <w:t>ke un ki toheen ho gayi, un ki yeh taqreeb ho gayi. yeh yeh soch galat hai. baat ko baat ke taur par dekhiye, bas is se zyada kuch nahi.</w:t>
      </w:r>
    </w:p>
    <w:p>
      <w:pPr>
        <w:jc w:val="right"/>
      </w:pPr>
      <w:r>
        <w:t>کہ ان کی توہین ہو گئی، ان کی یہ تقریب ہو گئی۔ یہ یہ سوچ غلط ہے۔ بات کو بات کے طور پر دیکھیے، بس اس سے زیادہ کچھ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