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Surah Yusuf Political Management April 14, 2020 Maulana Wahiduddin Khan</w:t>
      </w:r>
    </w:p>
    <w:p>
      <w:r>
        <w:t>https://www.youtube.com/watch?v=bpwEh5brv2M</w:t>
      </w:r>
    </w:p>
    <w:p>
      <w:r>
        <w:rPr>
          <w:b/>
        </w:rPr>
        <w:t xml:space="preserve">[00:15] </w:t>
      </w:r>
      <w:r>
        <w:t>bismillah hir rahman nir rahim.</w:t>
      </w:r>
    </w:p>
    <w:p>
      <w:pPr>
        <w:jc w:val="right"/>
      </w:pPr>
      <w:r>
        <w:t>بسم اللہ الرحمن الرحیم۔</w:t>
      </w:r>
    </w:p>
    <w:p>
      <w:r>
        <w:rPr>
          <w:b/>
        </w:rPr>
        <w:t xml:space="preserve">[00:20] </w:t>
      </w:r>
      <w:r>
        <w:t>aaj maine quran ka</w:t>
      </w:r>
    </w:p>
    <w:p>
      <w:pPr>
        <w:jc w:val="right"/>
      </w:pPr>
      <w:r>
        <w:t>آج میں نے قرآن کا</w:t>
      </w:r>
    </w:p>
    <w:p>
      <w:r>
        <w:rPr>
          <w:b/>
        </w:rPr>
        <w:t xml:space="preserve">[00:27] </w:t>
      </w:r>
      <w:r>
        <w:t>ek hissa</w:t>
      </w:r>
    </w:p>
    <w:p>
      <w:pPr>
        <w:jc w:val="right"/>
      </w:pPr>
      <w:r>
        <w:t>ایک حصہ</w:t>
      </w:r>
    </w:p>
    <w:p>
      <w:r>
        <w:rPr>
          <w:b/>
        </w:rPr>
        <w:t xml:space="preserve">[00:31] </w:t>
      </w:r>
      <w:r>
        <w:t>dars-e-quran ke liya hai, woh hai surah yusuf.</w:t>
      </w:r>
    </w:p>
    <w:p>
      <w:pPr>
        <w:jc w:val="right"/>
      </w:pPr>
      <w:r>
        <w:t>درس قرآن کے لیا ہے، وہ ہے سورہ یوسف۔</w:t>
      </w:r>
    </w:p>
    <w:p>
      <w:r>
        <w:rPr>
          <w:b/>
        </w:rPr>
        <w:t xml:space="preserve">[00:40] </w:t>
      </w:r>
      <w:r>
        <w:t>surah yusuf jo hai, hazrat yusuf alaihissalam</w:t>
      </w:r>
    </w:p>
    <w:p>
      <w:pPr>
        <w:jc w:val="right"/>
      </w:pPr>
      <w:r>
        <w:t>سورہ یوسف جو ہے، حضرت یوسف علیہ السلام</w:t>
      </w:r>
    </w:p>
    <w:p>
      <w:r>
        <w:rPr>
          <w:b/>
        </w:rPr>
        <w:t xml:space="preserve">[00:50] </w:t>
      </w:r>
      <w:r>
        <w:t>ki history bayan ki gayi hai,</w:t>
      </w:r>
    </w:p>
    <w:p>
      <w:pPr>
        <w:jc w:val="right"/>
      </w:pPr>
      <w:r>
        <w:t>کی ہسٹری بیان کی گئی ہے،</w:t>
      </w:r>
    </w:p>
    <w:p>
      <w:r>
        <w:rPr>
          <w:b/>
        </w:rPr>
        <w:t xml:space="preserve">[00:57] </w:t>
      </w:r>
      <w:r>
        <w:t>jo hazrat yaqoob ke bete the,</w:t>
      </w:r>
    </w:p>
    <w:p>
      <w:pPr>
        <w:jc w:val="right"/>
      </w:pPr>
      <w:r>
        <w:t>جو حضرت یعقوب کے بیٹے تھے،</w:t>
      </w:r>
    </w:p>
    <w:p>
      <w:r>
        <w:rPr>
          <w:b/>
        </w:rPr>
        <w:t xml:space="preserve">[01:03] </w:t>
      </w:r>
      <w:r>
        <w:t>yani israili peghambar the woh.</w:t>
      </w:r>
    </w:p>
    <w:p>
      <w:pPr>
        <w:jc w:val="right"/>
      </w:pPr>
      <w:r>
        <w:t>یعنی اسرائیلی پیغمبر تھے وہ۔</w:t>
      </w:r>
    </w:p>
    <w:p>
      <w:r>
        <w:rPr>
          <w:b/>
        </w:rPr>
        <w:t xml:space="preserve">[01:10] </w:t>
      </w:r>
      <w:r>
        <w:t>to un ka jo waqia bayan kiya gaya hai quran mein, us ko kaha gaya hai ahsan-ul-qisas, yani Best Story.</w:t>
      </w:r>
    </w:p>
    <w:p>
      <w:pPr>
        <w:jc w:val="right"/>
      </w:pPr>
      <w:r>
        <w:t>تو ان کا جو واقعہ بیان کیا گیا ہے قرآن میں، اس کو کہا گیا ہے احسن القصص، یعنی Best Story۔</w:t>
      </w:r>
    </w:p>
    <w:p>
      <w:r>
        <w:rPr>
          <w:b/>
        </w:rPr>
        <w:t xml:space="preserve">[01:27] </w:t>
      </w:r>
      <w:r>
        <w:t>Best Story.</w:t>
      </w:r>
    </w:p>
    <w:p>
      <w:pPr>
        <w:jc w:val="right"/>
      </w:pPr>
      <w:r>
        <w:t>Best Story۔</w:t>
      </w:r>
    </w:p>
    <w:p>
      <w:r>
        <w:rPr>
          <w:b/>
        </w:rPr>
        <w:t xml:space="preserve">[01:33] </w:t>
      </w:r>
      <w:r>
        <w:t>to aaj main isi ke bare mein kuch kehna chahta hoon.</w:t>
      </w:r>
    </w:p>
    <w:p>
      <w:pPr>
        <w:jc w:val="right"/>
      </w:pPr>
      <w:r>
        <w:t>تو آج میں اسی کے بارے میں کچھ کہنا چاہتا ہوں۔</w:t>
      </w:r>
    </w:p>
    <w:p>
      <w:r>
        <w:rPr>
          <w:b/>
        </w:rPr>
        <w:t xml:space="preserve">[01:41] </w:t>
      </w:r>
      <w:r>
        <w:t>quran mein sirf ek hi bohat se qisse quran mein bayan hue hain, lekin yeh title, Best Story ka title, sirf hazrat yusuf alaihissalam ke waqie ko diya gaya hai.</w:t>
      </w:r>
    </w:p>
    <w:p>
      <w:pPr>
        <w:jc w:val="right"/>
      </w:pPr>
      <w:r>
        <w:t>قرآن میں صرف ایک ہی بہت سے قصے قرآن میں بیان ہوئے ہیں، لیکن یہ ٹائٹل، Best Story کا ٹائٹل، صرف حضرت یوسف علیہ السلام کے واقعے کو دیا گیا ہے۔</w:t>
      </w:r>
    </w:p>
    <w:p>
      <w:r>
        <w:rPr>
          <w:b/>
        </w:rPr>
        <w:t xml:space="preserve">[01:59] </w:t>
      </w:r>
      <w:r>
        <w:t>main samajhta hoon ke yeh Political Planning, Political Management ki behtareen Story hai.</w:t>
      </w:r>
    </w:p>
    <w:p>
      <w:pPr>
        <w:jc w:val="right"/>
      </w:pPr>
      <w:r>
        <w:t>میں سمجھتا ہوں کہ یہ Political Planning، Political Management کی بہترین Story ہے۔</w:t>
      </w:r>
    </w:p>
    <w:p>
      <w:r>
        <w:rPr>
          <w:b/>
        </w:rPr>
        <w:t xml:space="preserve">[02:12] </w:t>
      </w:r>
      <w:r>
        <w:t>moajza baat hai ke shayad poori tareekh mein</w:t>
      </w:r>
    </w:p>
    <w:p>
      <w:pPr>
        <w:jc w:val="right"/>
      </w:pPr>
      <w:r>
        <w:t>معجزہ بات ہے کہ شاید پوری تاریخ میں</w:t>
      </w:r>
    </w:p>
    <w:p>
      <w:r>
        <w:rPr>
          <w:b/>
        </w:rPr>
        <w:t xml:space="preserve">[02:17] </w:t>
      </w:r>
      <w:r>
        <w:t>is Political Planning ke raaz ko daryaft hi kiya, yaani istemaal bhi nahi kiya.</w:t>
      </w:r>
    </w:p>
    <w:p>
      <w:pPr>
        <w:jc w:val="right"/>
      </w:pPr>
      <w:r>
        <w:t>اس Political Planning کے راز کو دریافت ہی کیا، یعنی استعمال بھی نہیں کیا۔</w:t>
      </w:r>
    </w:p>
    <w:p>
      <w:r>
        <w:rPr>
          <w:b/>
        </w:rPr>
        <w:t xml:space="preserve">[02:31] </w:t>
      </w:r>
      <w:r>
        <w:t>Political Management.</w:t>
      </w:r>
    </w:p>
    <w:p>
      <w:pPr>
        <w:jc w:val="right"/>
      </w:pPr>
      <w:r>
        <w:t>Political Management۔</w:t>
      </w:r>
    </w:p>
    <w:p>
      <w:r>
        <w:rPr>
          <w:b/>
        </w:rPr>
        <w:t xml:space="preserve">[02:42] </w:t>
      </w:r>
      <w:r>
        <w:t>Musalmanon ne jitni bhi siyasatein chalai hain, kisi bhi siyasat mein is se sabaq le liya unhon ne.</w:t>
      </w:r>
    </w:p>
    <w:p>
      <w:pPr>
        <w:jc w:val="right"/>
      </w:pPr>
      <w:r>
        <w:t>مسلمانوں نے جتنی بھی سیاستیں چلائی ہیں، کسی بھی سیاست میں اس سے سبق لے لیا انہوں نے۔</w:t>
      </w:r>
    </w:p>
    <w:p>
      <w:r>
        <w:rPr>
          <w:b/>
        </w:rPr>
        <w:t xml:space="preserve">[02:54] </w:t>
      </w:r>
      <w:r>
        <w:t>halankey siyasat ka behtareen Method jo bataya gaya hai,</w:t>
      </w:r>
    </w:p>
    <w:p>
      <w:pPr>
        <w:jc w:val="right"/>
      </w:pPr>
      <w:r>
        <w:t>حالانکہ سیاست کا بہترین Method جو بتایا گیا ہے،</w:t>
      </w:r>
    </w:p>
    <w:p>
      <w:r>
        <w:rPr>
          <w:b/>
        </w:rPr>
        <w:t xml:space="preserve">[03:02] </w:t>
      </w:r>
      <w:r>
        <w:t>behtareen Workable Method.</w:t>
      </w:r>
    </w:p>
    <w:p>
      <w:pPr>
        <w:jc w:val="right"/>
      </w:pPr>
      <w:r>
        <w:t>بہترین Workable Method۔</w:t>
      </w:r>
    </w:p>
    <w:p>
      <w:r>
        <w:rPr>
          <w:b/>
        </w:rPr>
        <w:t xml:space="preserve">[03:10] </w:t>
      </w:r>
      <w:r>
        <w:t>to dekhen, yeh baat aap ko Quran ki Surah Yusuf ki ayat par ghor karne se maloom hogi</w:t>
      </w:r>
    </w:p>
    <w:p>
      <w:pPr>
        <w:jc w:val="right"/>
      </w:pPr>
      <w:r>
        <w:t>تو دیکھیں، یہ بات آپ کو قرآن کی سورہ یوسف کی آیت پر غور کرنے سے معلوم ہوگی</w:t>
      </w:r>
    </w:p>
    <w:p>
      <w:r>
        <w:rPr>
          <w:b/>
        </w:rPr>
        <w:t xml:space="preserve">[03:31] </w:t>
      </w:r>
      <w:r>
        <w:t>ke Quran mein ailaan kiya Allah Ta'ala ne ke Hazrat Yusuf,</w:t>
      </w:r>
    </w:p>
    <w:p>
      <w:pPr>
        <w:jc w:val="right"/>
      </w:pPr>
      <w:r>
        <w:t>کہ قرآن میں اعلان کیا اللہ تعالیٰ نے کہ حضرت یوسف،</w:t>
      </w:r>
    </w:p>
    <w:p>
      <w:r>
        <w:rPr>
          <w:b/>
        </w:rPr>
        <w:t xml:space="preserve">[03:42] </w:t>
      </w:r>
      <w:r>
        <w:t>Hazrat Yusuf jo thay, woh</w:t>
      </w:r>
    </w:p>
    <w:p>
      <w:pPr>
        <w:jc w:val="right"/>
      </w:pPr>
      <w:r>
        <w:t>حضرت یوسف جو تھے، وہ</w:t>
      </w:r>
    </w:p>
    <w:p>
      <w:r>
        <w:rPr>
          <w:b/>
        </w:rPr>
        <w:t xml:space="preserve">[03:51] </w:t>
      </w:r>
      <w:r>
        <w:t>ek badshah ke zamane mein paida hue,</w:t>
      </w:r>
    </w:p>
    <w:p>
      <w:pPr>
        <w:jc w:val="right"/>
      </w:pPr>
      <w:r>
        <w:t>ایک بادشاہ کے زمانے میں پیدا ہوئے،</w:t>
      </w:r>
    </w:p>
    <w:p>
      <w:r>
        <w:rPr>
          <w:b/>
        </w:rPr>
        <w:t xml:space="preserve">[03:56] </w:t>
      </w:r>
      <w:r>
        <w:t>jis ko huksaat kaha jata hai.</w:t>
      </w:r>
    </w:p>
    <w:p>
      <w:pPr>
        <w:jc w:val="right"/>
      </w:pPr>
      <w:r>
        <w:t>جس کو حکصات کہا جاتا ہے۔</w:t>
      </w:r>
    </w:p>
    <w:p>
      <w:r>
        <w:rPr>
          <w:b/>
        </w:rPr>
        <w:t xml:space="preserve">[04:02] </w:t>
      </w:r>
      <w:r>
        <w:t>to badshah ke haan</w:t>
      </w:r>
    </w:p>
    <w:p>
      <w:pPr>
        <w:jc w:val="right"/>
      </w:pPr>
      <w:r>
        <w:t>تو بادشاہ کے ہاں</w:t>
      </w:r>
    </w:p>
    <w:p>
      <w:r>
        <w:rPr>
          <w:b/>
        </w:rPr>
        <w:t xml:space="preserve">[04:07] </w:t>
      </w:r>
      <w:r>
        <w:t>woh puhnche, us ke mahal mein rehna shuru kiya, aur unhon ne ek behtareen Political Management ka behtareen tareeqa bataya,</w:t>
      </w:r>
    </w:p>
    <w:p>
      <w:pPr>
        <w:jc w:val="right"/>
      </w:pPr>
      <w:r>
        <w:t>وہ پہنچے، اس کے محل میں رہنا شروع کیا، اور انہوں نے ایک بہترین Political Management کا بہترین طریقہ بتایا،</w:t>
      </w:r>
    </w:p>
    <w:p>
      <w:r>
        <w:rPr>
          <w:b/>
        </w:rPr>
        <w:t xml:space="preserve">[04:23] </w:t>
      </w:r>
      <w:r>
        <w:t>agarche kisi ne is se</w:t>
      </w:r>
    </w:p>
    <w:p>
      <w:pPr>
        <w:jc w:val="right"/>
      </w:pPr>
      <w:r>
        <w:t>اگرچہ کسی نے اس سے</w:t>
      </w:r>
    </w:p>
    <w:p>
      <w:r>
        <w:rPr>
          <w:b/>
        </w:rPr>
        <w:t xml:space="preserve">[04:25] </w:t>
      </w:r>
      <w:r>
        <w:t>sabaq nahi liya.</w:t>
      </w:r>
    </w:p>
    <w:p>
      <w:pPr>
        <w:jc w:val="right"/>
      </w:pPr>
      <w:r>
        <w:t>سبق نہیں لیا۔</w:t>
      </w:r>
    </w:p>
    <w:p>
      <w:r>
        <w:rPr>
          <w:b/>
        </w:rPr>
        <w:t xml:space="preserve">[04:34] </w:t>
      </w:r>
      <w:r>
        <w:t>woh kya hai? Woh ajeeb baat hai ke hamari tafseeron mein woh mashhoor maujood nahi, maujood hai.</w:t>
      </w:r>
    </w:p>
    <w:p>
      <w:pPr>
        <w:jc w:val="right"/>
      </w:pPr>
      <w:r>
        <w:t>وہ کیا ہے؟ وہ عجیب بات ہے کہ ہماری تفسیروں میں وہ مشہور موجود نہیں، موجود ہے۔</w:t>
      </w:r>
    </w:p>
    <w:p>
      <w:r>
        <w:rPr>
          <w:b/>
        </w:rPr>
        <w:t xml:space="preserve">[04:49] </w:t>
      </w:r>
      <w:r>
        <w:t>woh is ayat se nikalta hai ke: "Ma kaana li an akhudha fi ad-din al-mulki illa an yashaa Allah".</w:t>
      </w:r>
    </w:p>
    <w:p>
      <w:pPr>
        <w:jc w:val="right"/>
      </w:pPr>
      <w:r>
        <w:t>وہ اس آیت سے نکلتا ہے کہ: "ما کان لا خزا اخاف فی الدین الملک الا انشاء اللہ"۔</w:t>
      </w:r>
    </w:p>
    <w:p>
      <w:r>
        <w:rPr>
          <w:b/>
        </w:rPr>
        <w:t xml:space="preserve">[05:01] </w:t>
      </w:r>
      <w:r>
        <w:t>yaani Yusuf, woh qisse mein poora qissa nahi bayan karunga, woh aap tafseeron mein parhiye.</w:t>
      </w:r>
    </w:p>
    <w:p>
      <w:pPr>
        <w:jc w:val="right"/>
      </w:pPr>
      <w:r>
        <w:t>یعنی یوسف، وہ قصے میں پورا قصہ نہیں بیان کروں گا، وہ آپ تفسیروں میں پڑھیے۔</w:t>
      </w:r>
    </w:p>
    <w:p>
      <w:r>
        <w:rPr>
          <w:b/>
        </w:rPr>
        <w:t xml:space="preserve">[05:09] </w:t>
      </w:r>
      <w:r>
        <w:t>yaani Yusuf jo thay,</w:t>
      </w:r>
    </w:p>
    <w:p>
      <w:pPr>
        <w:jc w:val="right"/>
      </w:pPr>
      <w:r>
        <w:t>یعنی یوسف جو تھے،</w:t>
      </w:r>
    </w:p>
    <w:p>
      <w:r>
        <w:rPr>
          <w:b/>
        </w:rPr>
        <w:t xml:space="preserve">[05:14] </w:t>
      </w:r>
      <w:r>
        <w:t>deen mulk ke mutabiq apne bhai Bin Yameen ko apne paas nahi rakh sakte thay, lekin Hazrat Yusuf ne is ka maane kiya ke un ke bhai un ke paas aa gaye.</w:t>
      </w:r>
    </w:p>
    <w:p>
      <w:pPr>
        <w:jc w:val="right"/>
      </w:pPr>
      <w:r>
        <w:t>دین ملک کے مطابق اپنے بھائی بن آمین کو اپنے پاس نہیں رکھ سکتے تھے، لیکن حضرت یوسف نے اس کا مانع کیا کہ ان کے بھائی ان کے پاس آ گئے۔</w:t>
      </w:r>
    </w:p>
    <w:p>
      <w:r>
        <w:rPr>
          <w:b/>
        </w:rPr>
        <w:t xml:space="preserve">[05:33] </w:t>
      </w:r>
      <w:r>
        <w:t>to yeh qissa maine apni Tazkirat al-Quran mein bayan kiya hai,</w:t>
      </w:r>
    </w:p>
    <w:p>
      <w:pPr>
        <w:jc w:val="right"/>
      </w:pPr>
      <w:r>
        <w:t>تو یہ قصہ میں نے اپنی تذکرۃ القرآن میں بیان کیا ہے،</w:t>
      </w:r>
    </w:p>
    <w:p>
      <w:r>
        <w:rPr>
          <w:b/>
        </w:rPr>
        <w:t xml:space="preserve">[05:41] </w:t>
      </w:r>
      <w:r>
        <w:t>aap parh sakte hain.</w:t>
      </w:r>
    </w:p>
    <w:p>
      <w:pPr>
        <w:jc w:val="right"/>
      </w:pPr>
      <w:r>
        <w:t>آپ پڑھ سکتے ہیں۔</w:t>
      </w:r>
    </w:p>
    <w:p>
      <w:r>
        <w:rPr>
          <w:b/>
        </w:rPr>
        <w:t xml:space="preserve">[05:48] </w:t>
      </w:r>
      <w:r>
        <w:t>us waqt mein bohat hi short mein is ka gist bataunga.</w:t>
      </w:r>
    </w:p>
    <w:p>
      <w:pPr>
        <w:jc w:val="right"/>
      </w:pPr>
      <w:r>
        <w:t>اس وقت میں بہت ہی شارٹ میں اس کا چسٹ بتاؤں گا۔</w:t>
      </w:r>
    </w:p>
    <w:p>
      <w:r>
        <w:rPr>
          <w:b/>
        </w:rPr>
        <w:t xml:space="preserve">[06:01] </w:t>
      </w:r>
      <w:r>
        <w:t>Quran ki ayat yeh hai: "Ma kaana li an akhudha fi ad-din al-mulki illa an yashaa Allah".</w:t>
      </w:r>
    </w:p>
    <w:p>
      <w:pPr>
        <w:jc w:val="right"/>
      </w:pPr>
      <w:r>
        <w:t>قرآن کی آیت یہ ہے: "ما کان لا خزا اخاف فی الدین الملک الا انشاء اللہ"۔</w:t>
      </w:r>
    </w:p>
    <w:p>
      <w:r>
        <w:rPr>
          <w:b/>
        </w:rPr>
        <w:t xml:space="preserve">[06:11] </w:t>
      </w:r>
      <w:r>
        <w:t>to mashiyat e deen, yaani Joint Planning ki wajah se aisa hua ke woh apne bhai ko apne saath le sake.</w:t>
      </w:r>
    </w:p>
    <w:p>
      <w:pPr>
        <w:jc w:val="right"/>
      </w:pPr>
      <w:r>
        <w:t>تو مشیعت دین، یعنی Joint Planning کی وجہ سے ایسا ہوا کہ وہ اپنے بھائی کو اپنے ساتھ لے سکے۔</w:t>
      </w:r>
    </w:p>
    <w:p>
      <w:r>
        <w:rPr>
          <w:b/>
        </w:rPr>
        <w:t xml:space="preserve">[06:26] </w:t>
      </w:r>
      <w:r>
        <w:t>woh yeh ke Misr ka badshah jo tha, Hazrat Yusuf se bohat mutasir ho gaya, aur un ko apne mahal mein rakh liya.</w:t>
      </w:r>
    </w:p>
    <w:p>
      <w:pPr>
        <w:jc w:val="right"/>
      </w:pPr>
      <w:r>
        <w:t>وہ یہ کہ مصر کا بادشاہ جو تھا، حضرت یوسف سے بہت متاثر ہو گیا، اور ان کو اپنے محل میں رکھ لیا۔</w:t>
      </w:r>
    </w:p>
    <w:p>
      <w:r>
        <w:rPr>
          <w:b/>
        </w:rPr>
        <w:t xml:space="preserve">[06:44] </w:t>
      </w:r>
      <w:r>
        <w:t>to ek mauqa par badshah bohat khush hua,</w:t>
      </w:r>
    </w:p>
    <w:p>
      <w:pPr>
        <w:jc w:val="right"/>
      </w:pPr>
      <w:r>
        <w:t>تو ایک موقع پر بادشاہ بہت خوش ہوا،</w:t>
      </w:r>
    </w:p>
    <w:p>
      <w:r>
        <w:rPr>
          <w:b/>
        </w:rPr>
        <w:t xml:space="preserve">[06:52] </w:t>
      </w:r>
      <w:r>
        <w:t>is waqt hazrat yusuf ne un se kaha</w:t>
      </w:r>
    </w:p>
    <w:p>
      <w:pPr>
        <w:jc w:val="right"/>
      </w:pPr>
      <w:r>
        <w:t>اس وقت حضرت یوسف نے ان سے کہا</w:t>
      </w:r>
    </w:p>
    <w:p>
      <w:r>
        <w:rPr>
          <w:b/>
        </w:rPr>
        <w:t xml:space="preserve">[06:58] </w:t>
      </w:r>
      <w:r>
        <w:t>ke apni hukoomat ka intezam mere sipurd kar do, hukoomat nahi, intezam.</w:t>
      </w:r>
    </w:p>
    <w:p>
      <w:pPr>
        <w:jc w:val="right"/>
      </w:pPr>
      <w:r>
        <w:t>کہ اپنی حکومت کا انتظام میرے سپرد کر دو، حکومت نہیں، انتظام۔</w:t>
      </w:r>
    </w:p>
    <w:p>
      <w:r>
        <w:rPr>
          <w:b/>
        </w:rPr>
        <w:t xml:space="preserve">[07:11] </w:t>
      </w:r>
      <w:r>
        <w:t>to badshah ne</w:t>
      </w:r>
    </w:p>
    <w:p>
      <w:pPr>
        <w:jc w:val="right"/>
      </w:pPr>
      <w:r>
        <w:t>تو بادشاہ نے</w:t>
      </w:r>
    </w:p>
    <w:p>
      <w:r>
        <w:rPr>
          <w:b/>
        </w:rPr>
        <w:t xml:space="preserve">[07:17] </w:t>
      </w:r>
      <w:r>
        <w:t>wo Management us ke hawale kar diya, hazrat yusuf ke. lekin wo kya tha jis ki wajah se hazrat yusuf ko mahal mein rehne ka mauqa mila, aur hukoomat ke nizam ko</w:t>
      </w:r>
    </w:p>
    <w:p>
      <w:pPr>
        <w:jc w:val="right"/>
      </w:pPr>
      <w:r>
        <w:t>وہ Management اس کے حوالے کر دیا، حضرت یوسف کے۔ لیکن وہ کیا تھا جس کی وجہ سے حضرت یوسف کو محل میں رہنے کا موقع ملا، اور حکومت کے نظام کو</w:t>
      </w:r>
    </w:p>
    <w:p>
      <w:r>
        <w:rPr>
          <w:b/>
        </w:rPr>
        <w:t xml:space="preserve">[07:33] </w:t>
      </w:r>
      <w:r>
        <w:t>apne hath mein lene ka mauqa mila?</w:t>
      </w:r>
    </w:p>
    <w:p>
      <w:pPr>
        <w:jc w:val="right"/>
      </w:pPr>
      <w:r>
        <w:t>اپنے ہاتھ میں لینے کا موقع ملا؟</w:t>
      </w:r>
    </w:p>
    <w:p>
      <w:r>
        <w:rPr>
          <w:b/>
        </w:rPr>
        <w:t xml:space="preserve">[07:40] </w:t>
      </w:r>
      <w:r>
        <w:t>wo yeh ke badshah jo tha,</w:t>
      </w:r>
    </w:p>
    <w:p>
      <w:pPr>
        <w:jc w:val="right"/>
      </w:pPr>
      <w:r>
        <w:t>وہ یہ کہ بادشاہ جو تھا،</w:t>
      </w:r>
    </w:p>
    <w:p>
      <w:r>
        <w:rPr>
          <w:b/>
        </w:rPr>
        <w:t xml:space="preserve">[07:46] </w:t>
      </w:r>
      <w:r>
        <w:t>us ne offer diya ek, offer diya</w:t>
      </w:r>
    </w:p>
    <w:p>
      <w:pPr>
        <w:jc w:val="right"/>
      </w:pPr>
      <w:r>
        <w:t>اس نے آفر دیا ایک، آفر دیا</w:t>
      </w:r>
    </w:p>
    <w:p>
      <w:r>
        <w:rPr>
          <w:b/>
        </w:rPr>
        <w:t xml:space="preserve">[07:54] </w:t>
      </w:r>
      <w:r>
        <w:t>jo hazrat yusuf ne qabool kar liya.</w:t>
      </w:r>
    </w:p>
    <w:p>
      <w:pPr>
        <w:jc w:val="right"/>
      </w:pPr>
      <w:r>
        <w:t>جو حضرت یوسف نے قبول کر لیا۔</w:t>
      </w:r>
    </w:p>
    <w:p>
      <w:r>
        <w:rPr>
          <w:b/>
        </w:rPr>
        <w:t xml:space="preserve">[07:58] </w:t>
      </w:r>
      <w:r>
        <w:t>wo offer yeh tha, yaani is ke alfaaz yeh hain bible mein</w:t>
      </w:r>
    </w:p>
    <w:p>
      <w:pPr>
        <w:jc w:val="right"/>
      </w:pPr>
      <w:r>
        <w:t>وہ آفر یہ تھا، یعنی اس کے الفاظ یہ ہیں بائبل میں</w:t>
      </w:r>
    </w:p>
    <w:p>
      <w:r>
        <w:rPr>
          <w:b/>
        </w:rPr>
        <w:t xml:space="preserve">[08:13] </w:t>
      </w:r>
      <w:r>
        <w:t>ke: "hazrat yusuf, kai sooraten aisi theen jahan wo takrao kar sakte thay,</w:t>
      </w:r>
    </w:p>
    <w:p>
      <w:pPr>
        <w:jc w:val="right"/>
      </w:pPr>
      <w:r>
        <w:t>کہ: "حضرت یوسف، کئی صورتیں ایسی تھیں جہاں وہ ٹکراؤ کر سکتے تھے،</w:t>
      </w:r>
    </w:p>
    <w:p>
      <w:r>
        <w:rPr>
          <w:b/>
        </w:rPr>
        <w:t xml:space="preserve">[08:27] </w:t>
      </w:r>
      <w:r>
        <w:t>misalan badshah sharab peeta tha,</w:t>
      </w:r>
    </w:p>
    <w:p>
      <w:pPr>
        <w:jc w:val="right"/>
      </w:pPr>
      <w:r>
        <w:t>مثلاً بادشاہ شراب پیتا تھا،</w:t>
      </w:r>
    </w:p>
    <w:p>
      <w:r>
        <w:rPr>
          <w:b/>
        </w:rPr>
        <w:t xml:space="preserve">[08:31] </w:t>
      </w:r>
      <w:r>
        <w:t>aur sharab ke muamle mein hazrat yusuf ne badshah se takrao nahi kiya."</w:t>
      </w:r>
    </w:p>
    <w:p>
      <w:pPr>
        <w:jc w:val="right"/>
      </w:pPr>
      <w:r>
        <w:t>اور شراب کے معاملے میں حضرت یوسف نے بادشاہ سے ٹکراؤ نہیں کیا۔"</w:t>
      </w:r>
    </w:p>
    <w:p>
      <w:r>
        <w:rPr>
          <w:b/>
        </w:rPr>
        <w:t xml:space="preserve">[08:42] </w:t>
      </w:r>
      <w:r>
        <w:t>badshah ne jo</w:t>
      </w:r>
    </w:p>
    <w:p>
      <w:pPr>
        <w:jc w:val="right"/>
      </w:pPr>
      <w:r>
        <w:t>بادشاہ نے جو</w:t>
      </w:r>
    </w:p>
    <w:p>
      <w:r>
        <w:rPr>
          <w:b/>
        </w:rPr>
        <w:t xml:space="preserve">[08:46] </w:t>
      </w:r>
      <w:r>
        <w:t>offer diya tha, wo tha saltanat ke Administration ka. is mein yeh kaha tha ke: "takht mere paas rahe ga,</w:t>
      </w:r>
    </w:p>
    <w:p>
      <w:pPr>
        <w:jc w:val="right"/>
      </w:pPr>
      <w:r>
        <w:t>آفر دیا تھا، وہ تھا سلطنت کے Administration کا۔ اس میں یہ کہا تھا کہ: "تخت میرے پاس رہے گا،</w:t>
      </w:r>
    </w:p>
    <w:p>
      <w:r>
        <w:rPr>
          <w:b/>
        </w:rPr>
        <w:t xml:space="preserve">[09:10] </w:t>
      </w:r>
      <w:r>
        <w:t>yaani hukoomat mere paas rahe gi."</w:t>
      </w:r>
    </w:p>
    <w:p>
      <w:pPr>
        <w:jc w:val="right"/>
      </w:pPr>
      <w:r>
        <w:t>یعنی حکومت میرے پاس رہے گی۔"</w:t>
      </w:r>
    </w:p>
    <w:p>
      <w:r>
        <w:rPr>
          <w:b/>
        </w:rPr>
        <w:t xml:space="preserve">[09:18] </w:t>
      </w:r>
      <w:r>
        <w:t>to aaj kal ke zamane mein hamare</w:t>
      </w:r>
    </w:p>
    <w:p>
      <w:pPr>
        <w:jc w:val="right"/>
      </w:pPr>
      <w:r>
        <w:t>تو آج کل کے زمانے میں ہمارے</w:t>
      </w:r>
    </w:p>
    <w:p>
      <w:r>
        <w:rPr>
          <w:b/>
        </w:rPr>
        <w:t xml:space="preserve">[09:24] </w:t>
      </w:r>
      <w:r>
        <w:t>leaders ne jo tareeqa ikhtiyar kiya hai, is ke baraks hai, yaani unhon ne chaha ke hukoomat par qabza karein direct.</w:t>
      </w:r>
    </w:p>
    <w:p>
      <w:pPr>
        <w:jc w:val="right"/>
      </w:pPr>
      <w:r>
        <w:t>لیڈروں نے جو طریقہ اختیار کیا ہے، اس کے برعکس ہے، یعنی انہوں نے چاہا کہ حکومت پر قبضہ کریں Direct۔</w:t>
      </w:r>
    </w:p>
    <w:p>
      <w:r>
        <w:rPr>
          <w:b/>
        </w:rPr>
        <w:t xml:space="preserve">[09:38] </w:t>
      </w:r>
      <w:r>
        <w:t>wo is par raazi nahi hue ke badshah ko</w:t>
      </w:r>
    </w:p>
    <w:p>
      <w:pPr>
        <w:jc w:val="right"/>
      </w:pPr>
      <w:r>
        <w:t>وہ اس پر راضی نہیں ہوئے کہ بادشاہ کو</w:t>
      </w:r>
    </w:p>
    <w:p>
      <w:r>
        <w:rPr>
          <w:b/>
        </w:rPr>
        <w:t xml:space="preserve">[09:42] </w:t>
      </w:r>
      <w:r>
        <w:t>koi strategy de.</w:t>
      </w:r>
    </w:p>
    <w:p>
      <w:pPr>
        <w:jc w:val="right"/>
      </w:pPr>
      <w:r>
        <w:t>کوئی اسٹریٹجی دے۔</w:t>
      </w:r>
    </w:p>
    <w:p>
      <w:r>
        <w:rPr>
          <w:b/>
        </w:rPr>
        <w:t xml:space="preserve">[09:47] </w:t>
      </w:r>
      <w:r>
        <w:t>ab yeh mein is waqt zyada nahi bata sakta, yeh aap meri tafseer Tazkiratul Quran mein parh li jiye. isi ke baad kaha hai ke wo ke hazrat yusuf</w:t>
      </w:r>
    </w:p>
    <w:p>
      <w:pPr>
        <w:jc w:val="right"/>
      </w:pPr>
      <w:r>
        <w:t>اب یہ میں اس وقت زیادہ نہیں بتا سکتا، یہ آپ میری تفسیر تذکرۃ القرآن میں پڑھ لیجیے۔ اسی کے بعد کہا ہے کہ وہ کہ حضرت یوسف</w:t>
      </w:r>
    </w:p>
    <w:p>
      <w:r>
        <w:rPr>
          <w:b/>
        </w:rPr>
        <w:t xml:space="preserve">[10:06] </w:t>
      </w:r>
      <w:r>
        <w:t>badshah ki intezam saltanat par faiz ho gaye.</w:t>
      </w:r>
    </w:p>
    <w:p>
      <w:pPr>
        <w:jc w:val="right"/>
      </w:pPr>
      <w:r>
        <w:t>بادشاہ کی انتظام سلطنت پر فائز ہو گئے۔</w:t>
      </w:r>
    </w:p>
    <w:p>
      <w:r>
        <w:rPr>
          <w:b/>
        </w:rPr>
        <w:t xml:space="preserve">[10:21] </w:t>
      </w:r>
      <w:r>
        <w:t>lekin ajib baat hai ke yeh hikmat, yeh hakimana siyasat musalmanon ne kabhi istemal nahi ki.</w:t>
      </w:r>
    </w:p>
    <w:p>
      <w:pPr>
        <w:jc w:val="right"/>
      </w:pPr>
      <w:r>
        <w:t>لیکن عجیب بات ہے کہ یہ حکمت، یہ حکیمانہ سیاست مسلمانوں نے کبھی استعمال نہیں کی۔</w:t>
      </w:r>
    </w:p>
    <w:p>
      <w:r>
        <w:rPr>
          <w:b/>
        </w:rPr>
        <w:t xml:space="preserve">[10:34] </w:t>
      </w:r>
      <w:r>
        <w:t>unhon ne is se ladte phirte rahe, Ikhwan Muslimin,</w:t>
      </w:r>
    </w:p>
    <w:p>
      <w:pPr>
        <w:jc w:val="right"/>
      </w:pPr>
      <w:r>
        <w:t>انہوں نے اس سے لڑتے پھرتے رہے، اخوان مسلمین،</w:t>
      </w:r>
    </w:p>
    <w:p>
      <w:r>
        <w:rPr>
          <w:b/>
        </w:rPr>
        <w:t xml:space="preserve">[10:41] </w:t>
      </w:r>
      <w:r>
        <w:t>Ikhwan Muslimin jo hain, is ke liye Leader thay.</w:t>
      </w:r>
    </w:p>
    <w:p>
      <w:pPr>
        <w:jc w:val="right"/>
      </w:pPr>
      <w:r>
        <w:t>اخوان مسلمین جو ہیں، اس کے لیے Leader تھے۔</w:t>
      </w:r>
    </w:p>
    <w:p>
      <w:r>
        <w:rPr>
          <w:b/>
        </w:rPr>
        <w:t xml:space="preserve">[10:48] </w:t>
      </w:r>
      <w:r>
        <w:t>sehat ko to woh ladte rahe,</w:t>
      </w:r>
    </w:p>
    <w:p>
      <w:pPr>
        <w:jc w:val="right"/>
      </w:pPr>
      <w:r>
        <w:t>صحت کو تو وہ لڑتے رہے،</w:t>
      </w:r>
    </w:p>
    <w:p>
      <w:r>
        <w:rPr>
          <w:b/>
        </w:rPr>
        <w:t xml:space="preserve">[10:57] </w:t>
      </w:r>
      <w:r>
        <w:t>syed abdul rehman modi pakistan mein phir rahe thay.</w:t>
      </w:r>
    </w:p>
    <w:p>
      <w:pPr>
        <w:jc w:val="right"/>
      </w:pPr>
      <w:r>
        <w:t>سید عبدالرحمن مودی پاکستان میں پھر رہے تھے۔</w:t>
      </w:r>
    </w:p>
    <w:p>
      <w:r>
        <w:rPr>
          <w:b/>
        </w:rPr>
        <w:t xml:space="preserve">[11:05] </w:t>
      </w:r>
      <w:r>
        <w:t>isi qism ki opportunity jamaat islami pakistan ko aur</w:t>
      </w:r>
    </w:p>
    <w:p>
      <w:pPr>
        <w:jc w:val="right"/>
      </w:pPr>
      <w:r>
        <w:t>اسی قسم کی Opportunity جماعت اسلامی پاکستان کو اور</w:t>
      </w:r>
    </w:p>
    <w:p>
      <w:r>
        <w:rPr>
          <w:b/>
        </w:rPr>
        <w:t xml:space="preserve">[11:22] </w:t>
      </w:r>
      <w:r>
        <w:t>aur misr mein hasil thi, lekin kabhi bhi is ko avail nahi kiya in logon ne. yani agarchay unhon ne tafaseer likhin, lekin tafaseer likhnay ke bawajood woh</w:t>
      </w:r>
    </w:p>
    <w:p>
      <w:pPr>
        <w:jc w:val="right"/>
      </w:pPr>
      <w:r>
        <w:t>اور مصر میں حاصل تھی، لیکن کبھی بھی اس کو Avail نہیں کیا ان لوگوں نے۔ یعنی اگرچہ انہوں نے تفسیریں لکھیں، لیکن تفسیریں لکھنے کے باوجود وہ</w:t>
      </w:r>
    </w:p>
    <w:p>
      <w:r>
        <w:rPr>
          <w:b/>
        </w:rPr>
        <w:t xml:space="preserve">[11:39] </w:t>
      </w:r>
      <w:r>
        <w:t>is tafseeri rehnumai se bekhabar rahe.</w:t>
      </w:r>
    </w:p>
    <w:p>
      <w:pPr>
        <w:jc w:val="right"/>
      </w:pPr>
      <w:r>
        <w:t>اس تفسیری رہنمائی سے بے خبر رہے۔</w:t>
      </w:r>
    </w:p>
    <w:p>
      <w:r>
        <w:rPr>
          <w:b/>
        </w:rPr>
        <w:t xml:space="preserve">[11:49] </w:t>
      </w:r>
      <w:r>
        <w:t>to mein samajhta hoon ke aaj mein qissay ki taraf na jaon ga, sirf is ko</w:t>
      </w:r>
    </w:p>
    <w:p>
      <w:pPr>
        <w:jc w:val="right"/>
      </w:pPr>
      <w:r>
        <w:t>تو میں سمجھتا ہوں کہ آج میں قصے کی طرف نہ جاؤں گا، صرف اس کو</w:t>
      </w:r>
    </w:p>
    <w:p>
      <w:r>
        <w:rPr>
          <w:b/>
        </w:rPr>
        <w:t xml:space="preserve">[12:01] </w:t>
      </w:r>
      <w:r>
        <w:t>starting point bana kar ke aagay barhta hoon, aur aap ko moqa deta hoon ke aap sawal jawab karen. jo sawal bhi aap ke zehn mein hai, koi zaroori nahi ke isi qissay par mabni ho,</w:t>
      </w:r>
    </w:p>
    <w:p>
      <w:pPr>
        <w:jc w:val="right"/>
      </w:pPr>
      <w:r>
        <w:t>Starting Point بنا کر کے آگے بڑھتا ہوں، اور آپ کو موقع دیتا ہوں کہ آپ سوال جواب کریں۔ جو سوال بھی آپ کے ذہن میں ہے، کوئی ضروری نہیں کہ اسی قصے پر مبنی ہو،</w:t>
      </w:r>
    </w:p>
    <w:p>
      <w:r>
        <w:rPr>
          <w:b/>
        </w:rPr>
        <w:t xml:space="preserve">[12:18] </w:t>
      </w:r>
      <w:r>
        <w:t>koi bhi sawal aap kar sakte hain, inshallah. jazakumullah.</w:t>
      </w:r>
    </w:p>
    <w:p>
      <w:pPr>
        <w:jc w:val="right"/>
      </w:pPr>
      <w:r>
        <w:t>کوئی بھی سوال آپ کر سکتے ہیں، انشاءاللہ۔ جزاکم اللہ۔</w:t>
      </w:r>
    </w:p>
    <w:p>
      <w:r>
        <w:rPr>
          <w:b/>
        </w:rPr>
        <w:t xml:space="preserve">[12:40] </w:t>
      </w:r>
      <w:r>
        <w:t>mol</w:t>
      </w:r>
    </w:p>
    <w:p>
      <w:pPr>
        <w:jc w:val="right"/>
      </w:pPr>
      <w:r>
        <w:t>مول</w:t>
      </w:r>
    </w:p>
    <w:p>
      <w:r>
        <w:rPr>
          <w:b/>
        </w:rPr>
        <w:t xml:space="preserve">[12:41] </w:t>
      </w:r>
      <w:r>
        <w:t>ana sahib, yeh jo bible mein genesis mein aya hai, yeh mein parh de rahi hoon yahan par. to badshah ne kaha: "I here by put you in charge of the whole land of Egypt.</w:t>
      </w:r>
    </w:p>
    <w:p>
      <w:pPr>
        <w:jc w:val="right"/>
      </w:pPr>
      <w:r>
        <w:t>انا صاحب، یہ جو بائبل میں Genesis میں آیا ہے، یہ میں پڑھ دے رہی ہوں یہاں پر۔ تو بادشاہ نے کہا: "I here by put you in charge of the whole land of Egypt.</w:t>
      </w:r>
    </w:p>
    <w:p>
      <w:r>
        <w:rPr>
          <w:b/>
        </w:rPr>
        <w:t xml:space="preserve">[12:55] </w:t>
      </w:r>
      <w:r>
        <w:t>Only in the throne will I be greater than you."</w:t>
      </w:r>
    </w:p>
    <w:p>
      <w:pPr>
        <w:jc w:val="right"/>
      </w:pPr>
      <w:r>
        <w:t>Only in the throne will I be greater than you."</w:t>
      </w:r>
    </w:p>
    <w:p>
      <w:r>
        <w:rPr>
          <w:b/>
        </w:rPr>
        <w:t xml:space="preserve">[13:02] </w:t>
      </w:r>
      <w:r>
        <w:t>to yeh bohat hi ajeeb baat hai ke musalmanon ne kabhi bhi is ke baray mein socha nahi ke yeh itni bari hikmat jo aik paighambar ki life se hamein maloom hoti hai, to is par kabhi nahi kiya.</w:t>
      </w:r>
    </w:p>
    <w:p>
      <w:pPr>
        <w:jc w:val="right"/>
      </w:pPr>
      <w:r>
        <w:t>تو یہ بہت ہی عجیب بات ہے کہ مسلمانوں نے کبھی بھی اس کے بارے میں سوچا نہیں کہ یہ اتنی بڑی حکمت جو ایک پیغمبر کی Life سے ہمیں معلوم ہوتی ہے، تو اس پر کبھی نہیں کیا۔</w:t>
      </w:r>
    </w:p>
    <w:p>
      <w:r>
        <w:rPr>
          <w:b/>
        </w:rPr>
        <w:t xml:space="preserve">[13:17] </w:t>
      </w:r>
      <w:r>
        <w:t>to aisa kyun hota</w:t>
      </w:r>
    </w:p>
    <w:p>
      <w:pPr>
        <w:jc w:val="right"/>
      </w:pPr>
      <w:r>
        <w:t>تو ایسا کیوں ہوتا</w:t>
      </w:r>
    </w:p>
    <w:p>
      <w:r>
        <w:rPr>
          <w:b/>
        </w:rPr>
        <w:t xml:space="preserve">[13:18] </w:t>
      </w:r>
      <w:r>
        <w:t>hai? yahan wisdom. to yeh kyun aisa hota hai ke musalman jo hain, doosray paighambaron ke reference se woh kisi baat ko pakar nahi paate hain?</w:t>
      </w:r>
    </w:p>
    <w:p>
      <w:pPr>
        <w:jc w:val="right"/>
      </w:pPr>
      <w:r>
        <w:t>ہے؟ یہاں Wisdom۔ تو یہ کیوں ایسا ہوتا ہے کہ مسلمان جو ہیں، دوسرے پیغمبروں کے Reference سے وہ کسی بات کو پکڑ نہیں پاتے ہیں؟</w:t>
      </w:r>
    </w:p>
    <w:p>
      <w:r>
        <w:rPr>
          <w:b/>
        </w:rPr>
        <w:t xml:space="preserve">[13:31] </w:t>
      </w:r>
      <w:r>
        <w:t>woh samajhte hain ke sirf prophet muhammad sallallahu alaihi wasallam ki baat hogi, tabhi woh is ko manen gay.</w:t>
      </w:r>
    </w:p>
    <w:p>
      <w:pPr>
        <w:jc w:val="right"/>
      </w:pPr>
      <w:r>
        <w:t>وہ سمجھتے ہیں کہ صرف Prophet محمد صلی اللہ علیہ وسلم کی بات ہوگی، تبھی وہ اس کو مانیں گے۔</w:t>
      </w:r>
    </w:p>
    <w:p>
      <w:r>
        <w:rPr>
          <w:b/>
        </w:rPr>
        <w:t xml:space="preserve">[13:43] </w:t>
      </w:r>
      <w:r>
        <w:t>is kahani ko logon ne samjha hi nahi, is liye is ko avail bhi nahi kiya. is kaam ki hikmat thi woh yahi thi ke badshah ne un ko offer de diya apni saltanat ke intezam ka.</w:t>
      </w:r>
    </w:p>
    <w:p>
      <w:pPr>
        <w:jc w:val="right"/>
      </w:pPr>
      <w:r>
        <w:t>اس کہانی کو لوگوں نے سمجھا ہی نہیں، اس لیے اس کو Avail بھی نہیں کیا۔ اس کام کی حکمت تھی وہ یہی تھی کہ بادشاہ نے ان کو آفر دے دیا اپنی سلطنت کے انتظام کا۔</w:t>
      </w:r>
    </w:p>
    <w:p>
      <w:r>
        <w:rPr>
          <w:b/>
        </w:rPr>
        <w:t xml:space="preserve">[14:02] </w:t>
      </w:r>
      <w:r>
        <w:t>isi sath yeh kaha</w:t>
      </w:r>
    </w:p>
    <w:p>
      <w:pPr>
        <w:jc w:val="right"/>
      </w:pPr>
      <w:r>
        <w:t>اسی ساتھ یہ کہا</w:t>
      </w:r>
    </w:p>
    <w:p>
      <w:r>
        <w:rPr>
          <w:b/>
        </w:rPr>
        <w:t xml:space="preserve">[14:05] </w:t>
      </w:r>
      <w:r>
        <w:t>ke: "Only in regard to the throne, you will be greater than myself." to takht saltanat isi ke paas, apnay hi paas rakha hua tha,</w:t>
      </w:r>
    </w:p>
    <w:p>
      <w:pPr>
        <w:jc w:val="right"/>
      </w:pPr>
      <w:r>
        <w:t>کہ: "Only in regard to the throne, you will be greater than myself." تو تخت سلطنت اسی کے پاس، اپنے ہی پاس رکھا ہوا تھا،</w:t>
      </w:r>
    </w:p>
    <w:p>
      <w:r>
        <w:rPr>
          <w:b/>
        </w:rPr>
        <w:t xml:space="preserve">[14:21] </w:t>
      </w:r>
      <w:r>
        <w:t>lekin</w:t>
      </w:r>
    </w:p>
    <w:p>
      <w:pPr>
        <w:jc w:val="right"/>
      </w:pPr>
      <w:r>
        <w:t>لیکن</w:t>
      </w:r>
    </w:p>
    <w:p>
      <w:r>
        <w:rPr>
          <w:b/>
        </w:rPr>
        <w:t xml:space="preserve">[14:23] </w:t>
      </w:r>
      <w:r>
        <w:t>jo intezam saltanat tha, basically woh tha agriculture ka nizam. is waqt jo economy hua karti thi, woh agriculture par base hoti thi.</w:t>
      </w:r>
    </w:p>
    <w:p>
      <w:pPr>
        <w:jc w:val="right"/>
      </w:pPr>
      <w:r>
        <w:t>جو انتظام سلطنت تھا، Basically وہ تھا Agriculture کا نظام۔ اس وقت جو Economy ہوا کرتی تھی، وہ Agriculture پر Base ہوتی تھی۔</w:t>
      </w:r>
    </w:p>
    <w:p>
      <w:r>
        <w:rPr>
          <w:b/>
        </w:rPr>
        <w:t xml:space="preserve">[14:37] </w:t>
      </w:r>
      <w:r>
        <w:t>to misr ka bohat hi zar khez ilaqa tha jahan is ki hukoomat thi.</w:t>
      </w:r>
    </w:p>
    <w:p>
      <w:pPr>
        <w:jc w:val="right"/>
      </w:pPr>
      <w:r>
        <w:t>تو مصر کا بہت ہی زرخیز علاقہ تھا جہاں اس کی حکومت تھی۔</w:t>
      </w:r>
    </w:p>
    <w:p>
      <w:r>
        <w:rPr>
          <w:b/>
        </w:rPr>
        <w:t xml:space="preserve">[14:45] </w:t>
      </w:r>
      <w:r>
        <w:t>to is ka intezam</w:t>
      </w:r>
    </w:p>
    <w:p>
      <w:pPr>
        <w:jc w:val="right"/>
      </w:pPr>
      <w:r>
        <w:t>تو اس کا انتظام</w:t>
      </w:r>
    </w:p>
    <w:p>
      <w:r>
        <w:rPr>
          <w:b/>
        </w:rPr>
        <w:t xml:space="preserve">[14:50] </w:t>
      </w:r>
      <w:r>
        <w:t>hazrat yusuf ke hawale kar diya. yeh kehte hue ke hukoomat par to koi haq nahi hoga, sirf intezam saltanat,</w:t>
      </w:r>
    </w:p>
    <w:p>
      <w:pPr>
        <w:jc w:val="right"/>
      </w:pPr>
      <w:r>
        <w:t>حضرت یوسف کے حوالے کر دیا۔ یہ کہتے ہوئے کہ حکومت پر تو کوئی حق نہیں ہوگا، صرف انتظام سلطنت،</w:t>
      </w:r>
    </w:p>
    <w:p>
      <w:r>
        <w:rPr>
          <w:b/>
        </w:rPr>
        <w:t xml:space="preserve">[15:06] </w:t>
      </w:r>
      <w:r>
        <w:t>balkay</w:t>
      </w:r>
    </w:p>
    <w:p>
      <w:pPr>
        <w:jc w:val="right"/>
      </w:pPr>
      <w:r>
        <w:t>بلکہ</w:t>
      </w:r>
    </w:p>
    <w:p>
      <w:r>
        <w:rPr>
          <w:b/>
        </w:rPr>
        <w:t xml:space="preserve">[15:09] </w:t>
      </w:r>
      <w:r>
        <w:t>zarai</w:t>
      </w:r>
    </w:p>
    <w:p>
      <w:pPr>
        <w:jc w:val="right"/>
      </w:pPr>
      <w:r>
        <w:t>زرعی</w:t>
      </w:r>
    </w:p>
    <w:p>
      <w:r>
        <w:rPr>
          <w:b/>
        </w:rPr>
        <w:t xml:space="preserve">[15:13] </w:t>
      </w:r>
      <w:r>
        <w:t>Department to intizam mein rahe ga. To is ka nateeja yeh hua ke is zamane mein sab se bara Department Government mein ziraat hoti thi,</w:t>
      </w:r>
    </w:p>
    <w:p>
      <w:pPr>
        <w:jc w:val="right"/>
      </w:pPr>
      <w:r>
        <w:t>Department تو انتظام میں رہے گا۔ تو اس کا نتیجہ یہ ہوا کہ اس زمانے میں سب سے بڑا Department Government میں زراعت ہوتی تھی،</w:t>
      </w:r>
    </w:p>
    <w:p>
      <w:r>
        <w:rPr>
          <w:b/>
        </w:rPr>
        <w:t xml:space="preserve">[15:26] </w:t>
      </w:r>
      <w:r>
        <w:t>ab to aisa nahi hai. To ziraat in ke hath mein aane ke mani tha</w:t>
      </w:r>
    </w:p>
    <w:p>
      <w:pPr>
        <w:jc w:val="right"/>
      </w:pPr>
      <w:r>
        <w:t>اب تو ایسا نہیں ہے۔ تو زراعت ان کے ہاتھ میں آنے کے معنی تھا</w:t>
      </w:r>
    </w:p>
    <w:p>
      <w:r>
        <w:rPr>
          <w:b/>
        </w:rPr>
        <w:t xml:space="preserve">[15:32] </w:t>
      </w:r>
      <w:r>
        <w:t>poori misr mein in ka</w:t>
      </w:r>
    </w:p>
    <w:p>
      <w:pPr>
        <w:jc w:val="right"/>
      </w:pPr>
      <w:r>
        <w:t>پوری مصر میں ان کا</w:t>
      </w:r>
    </w:p>
    <w:p>
      <w:r>
        <w:rPr>
          <w:b/>
        </w:rPr>
        <w:t xml:space="preserve">[15:41] </w:t>
      </w:r>
      <w:r>
        <w:t>dabdaba qaim ho jana.</w:t>
      </w:r>
    </w:p>
    <w:p>
      <w:pPr>
        <w:jc w:val="right"/>
      </w:pPr>
      <w:r>
        <w:t>دبدبہ قائم ہو جانا۔</w:t>
      </w:r>
    </w:p>
    <w:p>
      <w:r>
        <w:rPr>
          <w:b/>
        </w:rPr>
        <w:t xml:space="preserve">[15:48] </w:t>
      </w:r>
      <w:r>
        <w:t>To mein samajhta hoon ke musalmanon ne yeh kiya hai, Quran ki tafseer likhi hain, unhon ne kehte hain Creative Thinking nahi thi, chahe Syed Qutb hon ya Syed Abdul Rehman Modi hon,</w:t>
      </w:r>
    </w:p>
    <w:p>
      <w:pPr>
        <w:jc w:val="right"/>
      </w:pPr>
      <w:r>
        <w:t>تو میں سمجھتا ہوں کہ مسلمانوں نے یہ کیا ہے، قرآن کی تفسیر لکھی ہیں، انہوں نے کہتے ہیں Creative Thinking نہیں تھی، چاہے سید قطب ہوں یا سید عبدالرحمن مودی ہوں،</w:t>
      </w:r>
    </w:p>
    <w:p>
      <w:r>
        <w:rPr>
          <w:b/>
        </w:rPr>
        <w:t xml:space="preserve">[16:04] </w:t>
      </w:r>
      <w:r>
        <w:t>Creative Thinking un ke andar nahi thi. Ab dekhiye,</w:t>
      </w:r>
    </w:p>
    <w:p>
      <w:pPr>
        <w:jc w:val="right"/>
      </w:pPr>
      <w:r>
        <w:t>Creative Thinking ان کے اندر نہیں تھی۔ اب دیکھیے،</w:t>
      </w:r>
    </w:p>
    <w:p>
      <w:r>
        <w:rPr>
          <w:b/>
        </w:rPr>
        <w:t xml:space="preserve">[16:16] </w:t>
      </w:r>
      <w:r>
        <w:t>Misr mein</w:t>
      </w:r>
    </w:p>
    <w:p>
      <w:pPr>
        <w:jc w:val="right"/>
      </w:pPr>
      <w:r>
        <w:t>مصر میں</w:t>
      </w:r>
    </w:p>
    <w:p>
      <w:r>
        <w:rPr>
          <w:b/>
        </w:rPr>
        <w:t xml:space="preserve">[16:21] </w:t>
      </w:r>
      <w:r>
        <w:t>mein Syed Qutb se aur Jamal Ibn As se takrao hua, isi Nabi ki tafseer par.</w:t>
      </w:r>
    </w:p>
    <w:p>
      <w:pPr>
        <w:jc w:val="right"/>
      </w:pPr>
      <w:r>
        <w:t>میں سید قطب سے اور جمال ابن عاص سے ٹکراؤ ہوا، اسی نبی کی تفسیر پر۔</w:t>
      </w:r>
    </w:p>
    <w:p>
      <w:r>
        <w:rPr>
          <w:b/>
        </w:rPr>
        <w:t xml:space="preserve">[16:32] </w:t>
      </w:r>
      <w:r>
        <w:t>To us ne soli pe charha diya, is liye ke woh</w:t>
      </w:r>
    </w:p>
    <w:p>
      <w:pPr>
        <w:jc w:val="right"/>
      </w:pPr>
      <w:r>
        <w:t>تو اس نے سولی پہ چڑھا دیا، اس لیے کہ وہ</w:t>
      </w:r>
    </w:p>
    <w:p>
      <w:r>
        <w:rPr>
          <w:b/>
        </w:rPr>
        <w:t xml:space="preserve">[16:38] </w:t>
      </w:r>
      <w:r>
        <w:t>Syed Qutb ki is qeemat thi ke woh hukoomat ka haq chheen le is se,</w:t>
      </w:r>
    </w:p>
    <w:p>
      <w:pPr>
        <w:jc w:val="right"/>
      </w:pPr>
      <w:r>
        <w:t>سید قطب کی اس قیمتی تھی کہ وہ حکومت کا حق چھین لے اس سے،</w:t>
      </w:r>
    </w:p>
    <w:p>
      <w:r>
        <w:rPr>
          <w:b/>
        </w:rPr>
        <w:t xml:space="preserve">[16:47] </w:t>
      </w:r>
      <w:r>
        <w:t>Nasser se.</w:t>
      </w:r>
    </w:p>
    <w:p>
      <w:pPr>
        <w:jc w:val="right"/>
      </w:pPr>
      <w:r>
        <w:t>ناصر سے۔</w:t>
      </w:r>
    </w:p>
    <w:p>
      <w:r>
        <w:rPr>
          <w:b/>
        </w:rPr>
        <w:t xml:space="preserve">[16:51] </w:t>
      </w:r>
      <w:r>
        <w:t>To aap samajh lein, kabhi bhi koi apni hukoomat ko doosre ke hawale nahi kare ga. To isi takrao mein Syed Qutb aur</w:t>
      </w:r>
    </w:p>
    <w:p>
      <w:pPr>
        <w:jc w:val="right"/>
      </w:pPr>
      <w:r>
        <w:t>تو آپ سمجھ لیں، کبھی بھی کوئی اپنی حکومت کو دوسرے کے حوالے نہیں کرے گا۔ تو اسی ٹکراؤ میں سید قطب اور</w:t>
      </w:r>
    </w:p>
    <w:p>
      <w:r>
        <w:rPr>
          <w:b/>
        </w:rPr>
        <w:t xml:space="preserve">[17:12] </w:t>
      </w:r>
      <w:r>
        <w:t>Jamal Ibn As se takrao hua, aur is mein sari jeet jo hai</w:t>
      </w:r>
    </w:p>
    <w:p>
      <w:pPr>
        <w:jc w:val="right"/>
      </w:pPr>
      <w:r>
        <w:t>جمال ابن عاص سے ٹکراؤ ہوا، اور اس میں ساری جیت جو ہے</w:t>
      </w:r>
    </w:p>
    <w:p>
      <w:r>
        <w:rPr>
          <w:b/>
        </w:rPr>
        <w:t xml:space="preserve">[17:23] </w:t>
      </w:r>
      <w:r>
        <w:t>Nasser ko hui. Yahi muamla hua Pakistan mein. Is zamane mein wahan par Syed Saad Ayub thay.</w:t>
      </w:r>
    </w:p>
    <w:p>
      <w:pPr>
        <w:jc w:val="right"/>
      </w:pPr>
      <w:r>
        <w:t>ناصر کو ہوئی۔ یہی معاملہ ہوا پاکستان میں۔ اس زمانے میں وہاں پر سید سعد ایوب تھے۔</w:t>
      </w:r>
    </w:p>
    <w:p>
      <w:r>
        <w:rPr>
          <w:b/>
        </w:rPr>
        <w:t xml:space="preserve">[17:35] </w:t>
      </w:r>
      <w:r>
        <w:t>To Syed Ayub ne offer diya</w:t>
      </w:r>
    </w:p>
    <w:p>
      <w:pPr>
        <w:jc w:val="right"/>
      </w:pPr>
      <w:r>
        <w:t>تو سید ایوب نے آفر دیا</w:t>
      </w:r>
    </w:p>
    <w:p>
      <w:r>
        <w:rPr>
          <w:b/>
        </w:rPr>
        <w:t xml:space="preserve">[17:41] </w:t>
      </w:r>
      <w:r>
        <w:t>Abdul Rehman Modi ko ke hum ek Initial University banate hain, yani un ko Wazir Taleem bana diya jaye.</w:t>
      </w:r>
    </w:p>
    <w:p>
      <w:pPr>
        <w:jc w:val="right"/>
      </w:pPr>
      <w:r>
        <w:t>عبدالرحمن مودی کو کہ ہم ایک Initial University بناتے ہیں، یعنی ان کو وزیر تعلیم بنا دیا جائے۔</w:t>
      </w:r>
    </w:p>
    <w:p>
      <w:r>
        <w:rPr>
          <w:b/>
        </w:rPr>
        <w:t xml:space="preserve">[17:53] </w:t>
      </w:r>
      <w:r>
        <w:t>Wazir Taleem aur sare mulk ka jo</w:t>
      </w:r>
    </w:p>
    <w:p>
      <w:pPr>
        <w:jc w:val="right"/>
      </w:pPr>
      <w:r>
        <w:t>وزیر تعلیم اور سارے ملک کا جو</w:t>
      </w:r>
    </w:p>
    <w:p>
      <w:r>
        <w:rPr>
          <w:b/>
        </w:rPr>
        <w:t xml:space="preserve">[17:59] </w:t>
      </w:r>
      <w:r>
        <w:t>Education System hai, woh un ke hawale hai. Lekin Syed Qutb ne is ko Accept nahi kiya. Nahi, ek hi qism ki woh thi Syed Qutb ko.</w:t>
      </w:r>
    </w:p>
    <w:p>
      <w:pPr>
        <w:jc w:val="right"/>
      </w:pPr>
      <w:r>
        <w:t>Education System ہے، وہ ان کے حوالے ہے۔ لیکن سید قطب نے اس کو Accept نہیں کیا۔ نہیں، ایک ہی قسم کی وہ تھی سید قطب کو۔</w:t>
      </w:r>
    </w:p>
    <w:p>
      <w:r>
        <w:rPr>
          <w:b/>
        </w:rPr>
        <w:t xml:space="preserve">[18:15] </w:t>
      </w:r>
      <w:r>
        <w:t>ka offer hua tha</w:t>
      </w:r>
    </w:p>
    <w:p>
      <w:pPr>
        <w:jc w:val="right"/>
      </w:pPr>
      <w:r>
        <w:t>کا آفر ہوا تھا</w:t>
      </w:r>
    </w:p>
    <w:p>
      <w:r>
        <w:rPr>
          <w:b/>
        </w:rPr>
        <w:t xml:space="preserve">[18:19] </w:t>
      </w:r>
      <w:r>
        <w:t>Misr mein, Abdul Rehman Modi ko offer hua tha Pakistan mein, yani poora intizam, yani</w:t>
      </w:r>
    </w:p>
    <w:p>
      <w:pPr>
        <w:jc w:val="right"/>
      </w:pPr>
      <w:r>
        <w:t>مصر میں، عبدالرحمن مودی کو آفر ہوا تھا پاکستان میں، یعنی پورا انتظام، یعنی</w:t>
      </w:r>
    </w:p>
    <w:p>
      <w:r>
        <w:rPr>
          <w:b/>
        </w:rPr>
        <w:t xml:space="preserve">[18:34] </w:t>
      </w:r>
      <w:r>
        <w:t>poora nizam taleem ka, woh un ko mil raha tha. Magar na Abdul Rehman Modi ne is ko Accept kiya aur na</w:t>
      </w:r>
    </w:p>
    <w:p>
      <w:pPr>
        <w:jc w:val="right"/>
      </w:pPr>
      <w:r>
        <w:t>پورا نظام تعلیم کا، وہ ان کو مل رہا تھا۔ مگر نہ عبدالرحمن مودی نے اس کو Accept کیا اور نہ</w:t>
      </w:r>
    </w:p>
    <w:p>
      <w:r>
        <w:rPr>
          <w:b/>
        </w:rPr>
        <w:t xml:space="preserve">[18:48] </w:t>
      </w:r>
      <w:r>
        <w:t>Syed Qutb ne Accept kiya. Nateeja yeh ke dono ki kahani</w:t>
      </w:r>
    </w:p>
    <w:p>
      <w:pPr>
        <w:jc w:val="right"/>
      </w:pPr>
      <w:r>
        <w:t>سید قطب نے Accept کیا۔ نتیجہ یہ کہ دونوں کی کہانی</w:t>
      </w:r>
    </w:p>
    <w:p>
      <w:r>
        <w:rPr>
          <w:b/>
        </w:rPr>
        <w:t xml:space="preserve">[18:56] </w:t>
      </w:r>
      <w:r>
        <w:t>nakami ki dastan ban kar reh gayi.</w:t>
      </w:r>
    </w:p>
    <w:p>
      <w:pPr>
        <w:jc w:val="right"/>
      </w:pPr>
      <w:r>
        <w:t>ناکامی کی داستان بن کر رہ گئی۔</w:t>
      </w:r>
    </w:p>
    <w:p>
      <w:r>
        <w:rPr>
          <w:b/>
        </w:rPr>
        <w:t xml:space="preserve">[19:02] </w:t>
      </w:r>
      <w:r>
        <w:t>To is par mein zyada nahi boloon ga, aap hazrat ko</w:t>
      </w:r>
    </w:p>
    <w:p>
      <w:pPr>
        <w:jc w:val="right"/>
      </w:pPr>
      <w:r>
        <w:t>تو اس پر میں زیادہ نہیں بولوں گا، آپ حضرات کو</w:t>
      </w:r>
    </w:p>
    <w:p>
      <w:r>
        <w:rPr>
          <w:b/>
        </w:rPr>
        <w:t xml:space="preserve">[19:12] </w:t>
      </w:r>
      <w:r>
        <w:t>ijazat hai ke aap sawal karein isi qisse par ya bahar. Koi zaroori nahi ke aap Surah Yusuf par sawal karein, aap koi bhi sawal kar sakte hain.</w:t>
      </w:r>
    </w:p>
    <w:p>
      <w:pPr>
        <w:jc w:val="right"/>
      </w:pPr>
      <w:r>
        <w:t>اجازت ہے کہ آپ سوال کریں اسی قصے پر یا باہر۔ کوئی ضروری نہیں کہ آپ سورہ یوسف پر سوال کریں، آپ کوئی بھی سوال کر سکتے ہیں۔</w:t>
      </w:r>
    </w:p>
    <w:p>
      <w:r>
        <w:rPr>
          <w:b/>
        </w:rPr>
        <w:t xml:space="preserve">[19:28] </w:t>
      </w:r>
      <w:r>
        <w:t>molana sahib, doctor aslam khan saharan pur se ek comment bheja hai: "molana, you have taught us that islam is religion of peace and patience in the full sense.</w:t>
      </w:r>
    </w:p>
    <w:p>
      <w:pPr>
        <w:jc w:val="right"/>
      </w:pPr>
      <w:r>
        <w:t>مولانا صاحب، ڈاکٹر اسلم خان سہارن پور سے ایک کمنٹ بھیجا ہے: "مولانا، یو ہیو ٹیٹ اس دیٹ اسلام از ریلیجن آف پیس اینڈ پیشنس ان دا فل سینس۔</w:t>
      </w:r>
    </w:p>
    <w:p>
      <w:r>
        <w:rPr>
          <w:b/>
        </w:rPr>
        <w:t xml:space="preserve">[19:43] </w:t>
      </w:r>
      <w:r>
        <w:t>peace and patience is no doubt the base of." yeh sawal nahi hai, comment hai. acha.</w:t>
      </w:r>
    </w:p>
    <w:p>
      <w:pPr>
        <w:jc w:val="right"/>
      </w:pPr>
      <w:r>
        <w:t>پیس اینڈ پیشنس از نو ڈاؤٹ دا بیس آف۔" یہ سوال نہیں ہے، کمنٹ ہے۔ اچھا۔</w:t>
      </w:r>
    </w:p>
    <w:p>
      <w:r>
        <w:rPr>
          <w:b/>
        </w:rPr>
        <w:t xml:space="preserve">[19:50] </w:t>
      </w:r>
      <w:r>
        <w:t>ke aap ne jo peace aur spirituality ko highlight kiya hai, us ko explain kiya, us ki importance.</w:t>
      </w:r>
    </w:p>
    <w:p>
      <w:pPr>
        <w:jc w:val="right"/>
      </w:pPr>
      <w:r>
        <w:t>کہ آپ نے جو پیس اور سپریچولیٹی کو ہائی لائٹ کیا ہے، اس کو ایکسپلین کیا، اس کی امپورٹنس۔</w:t>
      </w:r>
    </w:p>
    <w:p>
      <w:r>
        <w:rPr>
          <w:b/>
        </w:rPr>
        <w:t xml:space="preserve">[19:59] </w:t>
      </w:r>
      <w:r>
        <w:t>to sirf aap ne, you are the only person who have cleared the image of Islam. unhon ne hawala diya hai Quran ki chapter four, verse 128: "alsalato khair, that is reconciliation is the best." doctor aslam khan ne yeh comment tha.</w:t>
      </w:r>
    </w:p>
    <w:p>
      <w:pPr>
        <w:jc w:val="right"/>
      </w:pPr>
      <w:r>
        <w:t>تو صرف آپ ہی نے، یو آر دا اونلی پرسن ہو ہیو کلیئرڈ دا امیج آف اسلام۔ انہوں نے حوالہ دیا ہے قرآن کی چیپٹر فور، ورس 128: "الصلوۃ خیر، دیٹ از ریکنسیلی ایشن از دی بیسٹ۔" ڈاکٹر اسلم خان نے یہ کمنٹ تھا۔</w:t>
      </w:r>
    </w:p>
    <w:p>
      <w:r>
        <w:rPr>
          <w:b/>
        </w:rPr>
        <w:t xml:space="preserve">[20:24] </w:t>
      </w:r>
      <w:r>
        <w:t>molana iqbal umri sahib ne ek sawal bheja hai: "hazrat yusuf ka,</w:t>
      </w:r>
    </w:p>
    <w:p>
      <w:pPr>
        <w:jc w:val="right"/>
      </w:pPr>
      <w:r>
        <w:t>مولانا اقبال عمری صاحب نے ایک سوال بھیجا ہے: "حضرت یوسف کا،</w:t>
      </w:r>
    </w:p>
    <w:p>
      <w:r>
        <w:rPr>
          <w:b/>
        </w:rPr>
        <w:t xml:space="preserve">[20:35] </w:t>
      </w:r>
      <w:r>
        <w:t>hazrat yusuf ke qisse ko ahsan al qasas kyu kaha gaya hai?"</w:t>
      </w:r>
    </w:p>
    <w:p>
      <w:pPr>
        <w:jc w:val="right"/>
      </w:pPr>
      <w:r>
        <w:t>حضرت یوسف کے قصے کو احسن القصص کیوں کہا گیا ہے؟"</w:t>
      </w:r>
    </w:p>
    <w:p>
      <w:r>
        <w:rPr>
          <w:b/>
        </w:rPr>
        <w:t xml:space="preserve">[20:42] </w:t>
      </w:r>
      <w:r>
        <w:t>hain? Hazrat yusuf ke qisse ko ahsan al qasas kyu kaha gaya hai? dekhiye, is liye ke Hazrat yusuf bag tikaye hue,</w:t>
      </w:r>
    </w:p>
    <w:p>
      <w:pPr>
        <w:jc w:val="right"/>
      </w:pPr>
      <w:r>
        <w:t>ہیں؟ حضرت یوسف کے قصے کو احسن القصص کیوں کہا گیا ہے؟ دیکھیے، اس لیے کہ حضرت یوسف باغ ٹکائے ہوئے،</w:t>
      </w:r>
    </w:p>
    <w:p>
      <w:r>
        <w:rPr>
          <w:b/>
        </w:rPr>
        <w:t xml:space="preserve">[20:55] </w:t>
      </w:r>
      <w:r>
        <w:t>yani confirmation ke paas hone ka ikhtiyar kiya unhon ne,</w:t>
      </w:r>
    </w:p>
    <w:p>
      <w:pPr>
        <w:jc w:val="right"/>
      </w:pPr>
      <w:r>
        <w:t>یعنی کنفرمیشن کے پاس ہونے کا اختیار کیا انہوں نے،</w:t>
      </w:r>
    </w:p>
    <w:p>
      <w:r>
        <w:rPr>
          <w:b/>
        </w:rPr>
        <w:t xml:space="preserve">[21:00] </w:t>
      </w:r>
      <w:r>
        <w:t>aur amalan aap ka</w:t>
      </w:r>
    </w:p>
    <w:p>
      <w:pPr>
        <w:jc w:val="right"/>
      </w:pPr>
      <w:r>
        <w:t>اور عملاً آپ کا</w:t>
      </w:r>
    </w:p>
    <w:p>
      <w:r>
        <w:rPr>
          <w:b/>
        </w:rPr>
        <w:t xml:space="preserve">[21:05] </w:t>
      </w:r>
      <w:r>
        <w:t>aap ko poori misr mein wahan ke nizam ko chalane ka haq mil gaya, baghair is ke ke un ke paas hukoomat o takht ho na koi fauj ho.</w:t>
      </w:r>
    </w:p>
    <w:p>
      <w:pPr>
        <w:jc w:val="right"/>
      </w:pPr>
      <w:r>
        <w:t>آپ کو پوری مصر میں وہاں کے نظام کو چلانے کا حق مل گیا، بغیر اس کے کہ ان کے پاس حکومت و تخت ہو نہ کوئی فوج ہو۔</w:t>
      </w:r>
    </w:p>
    <w:p>
      <w:r>
        <w:rPr>
          <w:b/>
        </w:rPr>
        <w:t xml:space="preserve">[21:22] </w:t>
      </w:r>
      <w:r>
        <w:t>to non-confrontation, baghair nizai, baghair niza ke hukoomat ke mauqe par qabza ho jana,</w:t>
      </w:r>
    </w:p>
    <w:p>
      <w:pPr>
        <w:jc w:val="right"/>
      </w:pPr>
      <w:r>
        <w:t>تو Non-Confrontation، بغیر نزاعی، بغیر نزاع کے حکومت کے موقع پر قبضہ ہو جانا،</w:t>
      </w:r>
    </w:p>
    <w:p>
      <w:r>
        <w:rPr>
          <w:b/>
        </w:rPr>
        <w:t xml:space="preserve">[21:37] </w:t>
      </w:r>
      <w:r>
        <w:t>is ki misaal yeh hai.</w:t>
      </w:r>
    </w:p>
    <w:p>
      <w:pPr>
        <w:jc w:val="right"/>
      </w:pPr>
      <w:r>
        <w:t>اس کی مثال یہ ہے۔</w:t>
      </w:r>
    </w:p>
    <w:p>
      <w:r>
        <w:rPr>
          <w:b/>
        </w:rPr>
        <w:t xml:space="preserve">[21:39] </w:t>
      </w:r>
      <w:r>
        <w:t>koi janta hi nahi ke niza na ki jaye aur hukoomat ke mauqe hasil ho jaye. koi janta hi nahi, poori tareekh mein nahi.</w:t>
      </w:r>
    </w:p>
    <w:p>
      <w:pPr>
        <w:jc w:val="right"/>
      </w:pPr>
      <w:r>
        <w:t>کوئی جانتا ہی نہیں کہ نزاع نہ کی جائے اور حکومت کے موقع حاصل ہو جائے۔ کوئی جانتا ہی نہیں، پوری تاریخ میں نہیں۔</w:t>
      </w:r>
    </w:p>
    <w:p>
      <w:r>
        <w:rPr>
          <w:b/>
        </w:rPr>
        <w:t xml:space="preserve">[21:50] </w:t>
      </w:r>
      <w:r>
        <w:t>to Hazrat yusuf ek anokha misaal ban gaye ke</w:t>
      </w:r>
    </w:p>
    <w:p>
      <w:pPr>
        <w:jc w:val="right"/>
      </w:pPr>
      <w:r>
        <w:t>تو حضرت یوسف ایک انوکھا مثال بن گئے کہ</w:t>
      </w:r>
    </w:p>
    <w:p>
      <w:r>
        <w:rPr>
          <w:b/>
        </w:rPr>
        <w:t xml:space="preserve">[21:57] </w:t>
      </w:r>
      <w:r>
        <w:t>aap ek hukoomat par, us ke bade uhde par faiz ho jayein aur hukoomat ka nizam chalayein, halanke un mein kabhi koi takrao na kiya ho, baghair takrao.</w:t>
      </w:r>
    </w:p>
    <w:p>
      <w:pPr>
        <w:jc w:val="right"/>
      </w:pPr>
      <w:r>
        <w:t>آپ ایک حکومت پر، اس کے بڑے عہدے پر فائز ہو جائیں اور حکومت کا نظام چلائیں، حالانکہ ان میں کبھی کوئی ٹکراؤ نہ کیا ہو، بغیر ٹکراؤ۔</w:t>
      </w:r>
    </w:p>
    <w:p>
      <w:r>
        <w:rPr>
          <w:b/>
        </w:rPr>
        <w:t xml:space="preserve">[22:16] </w:t>
      </w:r>
      <w:r>
        <w:t>yeh raaz koi janta nahi, aaj bhi na pehle janta tha na aaj janta. isi liye musalmanon ki tareekh political mehroomi ki tareekh hai, political geography ki tareekh nahi hai.</w:t>
      </w:r>
    </w:p>
    <w:p>
      <w:pPr>
        <w:jc w:val="right"/>
      </w:pPr>
      <w:r>
        <w:t>یہ راز کوئی جانتا نہیں، آج بھی نہ پہلے جانتا تھا نہ آج جانتا۔ اسی لیے مسلمانوں کی تاریخ Political محرومی کی تاریخ ہے، Political جغرافی کی تاریخ نہیں ہے۔</w:t>
      </w:r>
    </w:p>
    <w:p>
      <w:r>
        <w:rPr>
          <w:b/>
        </w:rPr>
        <w:t xml:space="preserve">[22:30] </w:t>
      </w:r>
      <w:r>
        <w:t>yeh musalmanon ki tareekh is zamane mein political gain ki tareekh nahi hai,</w:t>
      </w:r>
    </w:p>
    <w:p>
      <w:pPr>
        <w:jc w:val="right"/>
      </w:pPr>
      <w:r>
        <w:t>یہ مسلمانوں کی تاریخ اس زمانے میں Political Gain کی تاریخ نہیں ہے،</w:t>
      </w:r>
    </w:p>
    <w:p>
      <w:r>
        <w:rPr>
          <w:b/>
        </w:rPr>
        <w:t xml:space="preserve">[22:37] </w:t>
      </w:r>
      <w:r>
        <w:t>yeh history of gain ki tareekh nahi hai, political lose ki tareekh hai. is ko dhara dhara dhara dein.</w:t>
      </w:r>
    </w:p>
    <w:p>
      <w:pPr>
        <w:jc w:val="right"/>
      </w:pPr>
      <w:r>
        <w:t>یہ History of Gain کی تاریخ نہیں ہے، Political Lose کی تاریخ ہے۔ اس کو دھرا دھرا دھرا دیں۔</w:t>
      </w:r>
    </w:p>
    <w:p>
      <w:r>
        <w:rPr>
          <w:b/>
        </w:rPr>
        <w:t xml:space="preserve">[22:49] </w:t>
      </w:r>
      <w:r>
        <w:t>musalmanon ki tareekh political gain ki tareekh nahi, balke political loss ki tareekh hai.</w:t>
      </w:r>
    </w:p>
    <w:p>
      <w:pPr>
        <w:jc w:val="right"/>
      </w:pPr>
      <w:r>
        <w:t>مسلمانوں کی تاریخ Political Gain کی تاریخ نہیں، بلکہ Political Loss کی تاریخ ہے۔</w:t>
      </w:r>
    </w:p>
    <w:p>
      <w:r>
        <w:rPr>
          <w:b/>
        </w:rPr>
        <w:t xml:space="preserve">[22:57] </w:t>
      </w:r>
      <w:r>
        <w:t>molana sahib, ek sawal hai shajiha fiyaz ka</w:t>
      </w:r>
    </w:p>
    <w:p>
      <w:pPr>
        <w:jc w:val="right"/>
      </w:pPr>
      <w:r>
        <w:t>مولانا صاحب، ایک سوال ہے شجیحہ فیاض کا</w:t>
      </w:r>
    </w:p>
    <w:p>
      <w:r>
        <w:rPr>
          <w:b/>
        </w:rPr>
        <w:t xml:space="preserve">[23:04] </w:t>
      </w:r>
      <w:r>
        <w:t>ke qalb saleem aur qalb muneeb kya hai? yeh state kaise hasil karein? kaise?</w:t>
      </w:r>
    </w:p>
    <w:p>
      <w:pPr>
        <w:jc w:val="right"/>
      </w:pPr>
      <w:r>
        <w:t>کہ قلب سلیم اور قلب منیب کیا ہے؟ یہ اسٹیٹ کیسے حاصل کریں؟ کیسے؟</w:t>
      </w:r>
    </w:p>
    <w:p>
      <w:r>
        <w:rPr>
          <w:b/>
        </w:rPr>
        <w:t xml:space="preserve">[23:13] </w:t>
      </w:r>
      <w:r>
        <w:t>qalb saleem aur qalb muneeb kya hai? acha.</w:t>
      </w:r>
    </w:p>
    <w:p>
      <w:pPr>
        <w:jc w:val="right"/>
      </w:pPr>
      <w:r>
        <w:t>قلب سلیم اور قلب منیب کیا ہے؟ اچھا۔</w:t>
      </w:r>
    </w:p>
    <w:p>
      <w:r>
        <w:rPr>
          <w:b/>
        </w:rPr>
        <w:t xml:space="preserve">[23:18] </w:t>
      </w:r>
      <w:r>
        <w:t>yeh state kaise hasil karein? aaj kal ki zaban mein agar yeh mein kahoon to yeh naam hai positive thinking ka.</w:t>
      </w:r>
    </w:p>
    <w:p>
      <w:pPr>
        <w:jc w:val="right"/>
      </w:pPr>
      <w:r>
        <w:t>یہ اسٹیٹ کیسے حاصل کریں؟ آج کل کی زبان میں اگر یہ میں کہوں تو یہ نام ہے Positive Thinking کا۔</w:t>
      </w:r>
    </w:p>
    <w:p>
      <w:r>
        <w:rPr>
          <w:b/>
        </w:rPr>
        <w:t xml:space="preserve">[23:28] </w:t>
      </w:r>
      <w:r>
        <w:t>aaj kal ki zaban mein positive thinking ke yeh sab</w:t>
      </w:r>
    </w:p>
    <w:p>
      <w:pPr>
        <w:jc w:val="right"/>
      </w:pPr>
      <w:r>
        <w:t>آج کل کی زبان میں Positive Thinking کے یہ سب</w:t>
      </w:r>
    </w:p>
    <w:p>
      <w:r>
        <w:rPr>
          <w:b/>
        </w:rPr>
        <w:t xml:space="preserve">[23:36] </w:t>
      </w:r>
      <w:r>
        <w:t>shakhein hote hain.</w:t>
      </w:r>
    </w:p>
    <w:p>
      <w:pPr>
        <w:jc w:val="right"/>
      </w:pPr>
      <w:r>
        <w:t>شاخیں ہوتے ہیں۔</w:t>
      </w:r>
    </w:p>
    <w:p>
      <w:r>
        <w:rPr>
          <w:b/>
        </w:rPr>
        <w:t xml:space="preserve">[23:40] </w:t>
      </w:r>
      <w:r>
        <w:t>bar bar, hamesha mein usay zor deta raha hoon ke musalmanon ka ab sab se zaroori yeh hai ke woh Negative Thoughts ko khatam karein aur Positive Thinking apne andar paida karein.</w:t>
      </w:r>
    </w:p>
    <w:p>
      <w:pPr>
        <w:jc w:val="right"/>
      </w:pPr>
      <w:r>
        <w:t>بار بار، ہمیشہ میں اسے زور دیتا رہا ہوں کہ مسلمانوں کا اب سب سے ضروری یہ ہے کہ وہ Negative Thoughts کو ختم کریں اور Positive Thinking اپنے اندر پیدا کریں۔</w:t>
      </w:r>
    </w:p>
    <w:p>
      <w:r>
        <w:rPr>
          <w:b/>
        </w:rPr>
        <w:t xml:space="preserve">[23:51] </w:t>
      </w:r>
      <w:r>
        <w:t>to sab kuch mil jaye ga un ko, jahan bhi hon, dunya ke kisi mulk mein.</w:t>
      </w:r>
    </w:p>
    <w:p>
      <w:pPr>
        <w:jc w:val="right"/>
      </w:pPr>
      <w:r>
        <w:t>تو سب کچھ مل جائے گا ان کو، جہاں بھی ہوں، دنیا کے کسی ملک میں۔</w:t>
      </w:r>
    </w:p>
    <w:p>
      <w:r>
        <w:rPr>
          <w:b/>
        </w:rPr>
        <w:t xml:space="preserve">[23:59] </w:t>
      </w:r>
      <w:r>
        <w:t>Positive Thinking is the only key to success</w:t>
      </w:r>
    </w:p>
    <w:p>
      <w:pPr>
        <w:jc w:val="right"/>
      </w:pPr>
      <w:r>
        <w:t>Positive Thinking is the only key to success</w:t>
      </w:r>
    </w:p>
    <w:p>
      <w:r>
        <w:rPr>
          <w:b/>
        </w:rPr>
        <w:t xml:space="preserve">[24:05] </w:t>
      </w:r>
      <w:r>
        <w:t>. Maulana Riyaz Bhatt sahib ne aap se poocha hai: "Maulana sahib, Assalam o Alaikum. As per today lecture description, is it not correct that in every age the starting point for communities cannot be the same?</w:t>
      </w:r>
    </w:p>
    <w:p>
      <w:pPr>
        <w:jc w:val="right"/>
      </w:pPr>
      <w:r>
        <w:t>۔ مولانا ریاض بھٹ صاحب نے آپ سے پوچھا ہے: "مولانا صاحب، السلام علیکم۔ ایز پر ٹوڈے لیکچر ڈسکرپشن، از اٹ ناٹ کریکٹ دیٹ ان ایوری ایج دا سٹارٹنگ پوائنٹ فار کمیونٹیز کین ناٹ بی دا سیم؟</w:t>
      </w:r>
    </w:p>
    <w:p>
      <w:r>
        <w:rPr>
          <w:b/>
        </w:rPr>
        <w:t xml:space="preserve">[24:25] </w:t>
      </w:r>
      <w:r>
        <w:t>Hence, it is up to leaders of community to look for that starting point and lead community in that path." unhon ne Bangalore se yeh sawal kiya hai.</w:t>
      </w:r>
    </w:p>
    <w:p>
      <w:pPr>
        <w:jc w:val="right"/>
      </w:pPr>
      <w:r>
        <w:t>ہینس، اٹ از اپ ٹو لیڈرز اف کمیونٹی ٹو لوک فار دیٹ سٹارٹنگ پوائنٹ اینڈ لیڈ کمیونٹی ان دیٹ پاتھ۔" انہوں نے بینگلور سے یہ سوال کیا ہے۔</w:t>
      </w:r>
    </w:p>
    <w:p>
      <w:r>
        <w:rPr>
          <w:b/>
        </w:rPr>
        <w:t xml:space="preserve">[24:40] </w:t>
      </w:r>
      <w:r>
        <w:t>sawal kiya hai? woh clear karein? sawal aisa lag raha hai comment hai, kyunke har community ke liye koi starting point hota hai aur woh is is starting point ko leaders ko discover karna chahiye.</w:t>
      </w:r>
    </w:p>
    <w:p>
      <w:pPr>
        <w:jc w:val="right"/>
      </w:pPr>
      <w:r>
        <w:t>سوال کیا ہے؟ وہ کلیئر کیے؟ سوال ایسا لگ رہا ہے کمنٹ ہے، کیونکہ ہر کمیونٹی کے لیے کوئی سٹارٹنگ پوائنٹ ہوتا ہے اور وہ اس اس سٹارٹنگ پوائنٹ کو لیڈرز کو ڈسکور کرنا چاہیے۔</w:t>
      </w:r>
    </w:p>
    <w:p>
      <w:r>
        <w:rPr>
          <w:b/>
        </w:rPr>
        <w:t xml:space="preserve">[24:55] </w:t>
      </w:r>
      <w:r>
        <w:t>saheeh hai. starting point yeh hai ke takrao ke baghair planning, takrao without, yani</w:t>
      </w:r>
    </w:p>
    <w:p>
      <w:pPr>
        <w:jc w:val="right"/>
      </w:pPr>
      <w:r>
        <w:t>صحیح ہے۔ سٹارٹنگ پوائنٹ یہ ہے کہ ٹکراؤ کے بغیر پلاننگ، ٹکراؤ ودا آؤٹ، یعنی</w:t>
      </w:r>
    </w:p>
    <w:p>
      <w:r>
        <w:rPr>
          <w:b/>
        </w:rPr>
        <w:t xml:space="preserve">[25:13] </w:t>
      </w:r>
      <w:r>
        <w:t>Political Management, Political Management without takrao</w:t>
      </w:r>
    </w:p>
    <w:p>
      <w:pPr>
        <w:jc w:val="right"/>
      </w:pPr>
      <w:r>
        <w:t>Political Management، Political Management ودا آؤٹ ٹکراؤ</w:t>
      </w:r>
    </w:p>
    <w:p>
      <w:r>
        <w:rPr>
          <w:b/>
        </w:rPr>
        <w:t xml:space="preserve">[25:19] </w:t>
      </w:r>
      <w:r>
        <w:t>. Farhan Raza ne aap se poocha hai: "Maulana sahib, jis umar se aap ko God realization hua, us waqt se aaj tak aap ko is safar mein sabit qadmi kaise hasil rahi?"</w:t>
      </w:r>
    </w:p>
    <w:p>
      <w:pPr>
        <w:jc w:val="right"/>
      </w:pPr>
      <w:r>
        <w:t>۔ فرحان رضا نے آپ سے پوچھا ہے: "مولانا صاحب، جس عمر سے آپ کو گاڈ ریلائزیشن ہوا، اس وقت سے آج تک آپ کو اس سفر میں ثابت قدمی کیسے حاصل رہی؟"</w:t>
      </w:r>
    </w:p>
    <w:p>
      <w:r>
        <w:rPr>
          <w:b/>
        </w:rPr>
        <w:t xml:space="preserve">[25:42] </w:t>
      </w:r>
      <w:r>
        <w:t>mein ne God ko gaadi se manga,</w:t>
      </w:r>
    </w:p>
    <w:p>
      <w:pPr>
        <w:jc w:val="right"/>
      </w:pPr>
      <w:r>
        <w:t>میں نے گارڈ کو گاڑی سے مانگا،</w:t>
      </w:r>
    </w:p>
    <w:p>
      <w:r>
        <w:rPr>
          <w:b/>
        </w:rPr>
        <w:t xml:space="preserve">[25:51] </w:t>
      </w:r>
      <w:r>
        <w:t>khud God se kaha ke batao mein kaise pahunchon. yeh raaz hai</w:t>
      </w:r>
    </w:p>
    <w:p>
      <w:pPr>
        <w:jc w:val="right"/>
      </w:pPr>
      <w:r>
        <w:t>خود گارڈ سے کہا کہ بتاؤ میں کیسے پہنچوں۔ یہ راز ہے</w:t>
      </w:r>
    </w:p>
    <w:p>
      <w:r>
        <w:rPr>
          <w:b/>
        </w:rPr>
        <w:t xml:space="preserve">[26:01] </w:t>
      </w:r>
      <w:r>
        <w:t>ke bohat mushkil rasta tha, lekin Allah taala ne qabool farmaya.</w:t>
      </w:r>
    </w:p>
    <w:p>
      <w:pPr>
        <w:jc w:val="right"/>
      </w:pPr>
      <w:r>
        <w:t>کہ بہت مشکل راستہ تھا، لیکن اللہ تعالی نے قبول فرمایا۔</w:t>
      </w:r>
    </w:p>
    <w:p>
      <w:r>
        <w:rPr>
          <w:b/>
        </w:rPr>
        <w:t xml:space="preserve">[26:09] </w:t>
      </w:r>
      <w:r>
        <w:t>woh yeh janna chah rahe hain, aap is mein sabit qadam kaise rahe? dekhiye, jo Allah ke</w:t>
      </w:r>
    </w:p>
    <w:p>
      <w:pPr>
        <w:jc w:val="right"/>
      </w:pPr>
      <w:r>
        <w:t>وہ یہ جاننا چاہ رہے ہیں، آپ اس میں ثابت قدم کیسے رہے؟ دیکھیے، جو اللہ کے</w:t>
      </w:r>
    </w:p>
    <w:p>
      <w:r>
        <w:rPr>
          <w:b/>
        </w:rPr>
        <w:t xml:space="preserve">[26:19] </w:t>
      </w:r>
      <w:r>
        <w:t>khud Allah se sawal kare ga to Allah zaroor us ko uska jawab de ga. Hazrat Masih ne kaha tha ke</w:t>
      </w:r>
    </w:p>
    <w:p>
      <w:pPr>
        <w:jc w:val="right"/>
      </w:pPr>
      <w:r>
        <w:t>خود اللہ سے سوال کرے گا تو اللہ ضرور اس کو اس کا جواب دے گا۔ حضرت مسیح نے کہا تھا کہ</w:t>
      </w:r>
    </w:p>
    <w:p>
      <w:r>
        <w:rPr>
          <w:b/>
        </w:rPr>
        <w:t xml:space="preserve">[26:34] </w:t>
      </w:r>
      <w:r>
        <w:t>Allah se jo mango ge to mile ga tum ko. to unhon ne kaha tha ke woh kaun hai jis ka baap us ko us ke apne baap se machhli manga hai, woh us saanp rakhta hai us ke haath mein.</w:t>
      </w:r>
    </w:p>
    <w:p>
      <w:pPr>
        <w:jc w:val="right"/>
      </w:pPr>
      <w:r>
        <w:t>اللہ سے جو مانگو گے تو ملے گا تم کو۔ تو انہوں نے کہا تھا کہ وہ کون ہے جس کا باپ اس کو اس کے اپنے باپ سے مچھلی مانگا ہے، وہ اس سانپ رکھتا ہے اس کے ہاتھ میں۔</w:t>
      </w:r>
    </w:p>
    <w:p>
      <w:r>
        <w:rPr>
          <w:b/>
        </w:rPr>
        <w:t xml:space="preserve">[26:55] </w:t>
      </w:r>
      <w:r>
        <w:t>log Allah se mangte hain apne mafad, apne interest. mein ne Allah se khud Allah hi ko manga, Allah se khud Allah ko manga.</w:t>
      </w:r>
    </w:p>
    <w:p>
      <w:pPr>
        <w:jc w:val="right"/>
      </w:pPr>
      <w:r>
        <w:t>لوگ اللہ سے مانگتے ہیں اپنے مفاد، اپنے انٹرسٹ۔ میں نے اللہ سے خود اللہ ہی کو مانگا، اللہ سے خود اللہ کو مانگا۔</w:t>
      </w:r>
    </w:p>
    <w:p>
      <w:r>
        <w:rPr>
          <w:b/>
        </w:rPr>
        <w:t xml:space="preserve">[27:07] </w:t>
      </w:r>
      <w:r>
        <w:t>yeh farq hai.</w:t>
      </w:r>
    </w:p>
    <w:p>
      <w:pPr>
        <w:jc w:val="right"/>
      </w:pPr>
      <w:r>
        <w:t>یہ فرق ہے۔</w:t>
      </w:r>
    </w:p>
    <w:p>
      <w:r>
        <w:rPr>
          <w:b/>
        </w:rPr>
        <w:t xml:space="preserve">[27:09] </w:t>
      </w:r>
      <w:r>
        <w:t>Maulana sahib, Dr. Rajat Malhotra ne aap se poocha hai: "Maulana, what is the definition of practical wisdom and how can we achieve it?"</w:t>
      </w:r>
    </w:p>
    <w:p>
      <w:pPr>
        <w:jc w:val="right"/>
      </w:pPr>
      <w:r>
        <w:t>مولانا صاحب، ڈاکٹر رجت ملہوترا نے آپ سے پوچھا ہے: "مولانا، واٹ از دا ڈیفینیشن آف پریکٹیکل وزڈم اینڈ ہاؤ کین وی اچیو اٹ؟"</w:t>
      </w:r>
    </w:p>
    <w:p>
      <w:r>
        <w:rPr>
          <w:b/>
        </w:rPr>
        <w:t xml:space="preserve">[27:23] </w:t>
      </w:r>
      <w:r>
        <w:t>yeh bohat hi,</w:t>
      </w:r>
    </w:p>
    <w:p>
      <w:pPr>
        <w:jc w:val="right"/>
      </w:pPr>
      <w:r>
        <w:t>یہ بہت ہی،</w:t>
      </w:r>
    </w:p>
    <w:p>
      <w:r>
        <w:rPr>
          <w:b/>
        </w:rPr>
        <w:t xml:space="preserve">[27:28] </w:t>
      </w:r>
      <w:r>
        <w:t>bohat hi important question hai aur bad qismati se hamare leaderon ko yahi sab ke sab yahi fail ho gaye.</w:t>
      </w:r>
    </w:p>
    <w:p>
      <w:pPr>
        <w:jc w:val="right"/>
      </w:pPr>
      <w:r>
        <w:t>بہت ہی امپورٹنٹ کوئسچن ہے اور بدقسمتی سے ہمارے لیڈروں کو یہی سب کے سب یہی فیل ہو گئے۔</w:t>
      </w:r>
    </w:p>
    <w:p>
      <w:r>
        <w:rPr>
          <w:b/>
        </w:rPr>
        <w:t xml:space="preserve">[27:45] </w:t>
      </w:r>
      <w:r>
        <w:t>is par mein ne bohat likha hai, ahwai kitabein parhi hain.</w:t>
      </w:r>
    </w:p>
    <w:p>
      <w:pPr>
        <w:jc w:val="right"/>
      </w:pPr>
      <w:r>
        <w:t>اس پر میں نے بہت لکھا ہے، اہوائی کتابیں پڑھی ہیں۔</w:t>
      </w:r>
    </w:p>
    <w:p>
      <w:r>
        <w:rPr>
          <w:b/>
        </w:rPr>
        <w:t xml:space="preserve">[27:53] </w:t>
      </w:r>
      <w:r>
        <w:t>mein khaas tor par, mein ne apni kitabon mein sab se zyada practical wisdom pe likha hai, per ek practical wisdom mera sab se bara subject raha hai.</w:t>
      </w:r>
    </w:p>
    <w:p>
      <w:pPr>
        <w:jc w:val="right"/>
      </w:pPr>
      <w:r>
        <w:t>میں خاص طور پر، میں نے اپنی کتابوں میں سب سے زیادہ پریکٹیکل وزڈم پہ لکھا ہے، پر ایک پریکٹیکل وزڈم میرا سب سے بڑا سبجیکٹ رہا ہے۔</w:t>
      </w:r>
    </w:p>
    <w:p>
      <w:r>
        <w:rPr>
          <w:b/>
        </w:rPr>
        <w:t xml:space="preserve">[28:08] </w:t>
      </w:r>
      <w:r>
        <w:t>ek kitaab hai "Quranic Wisdom", woh poori ki poori isi par hai.</w:t>
      </w:r>
    </w:p>
    <w:p>
      <w:pPr>
        <w:jc w:val="right"/>
      </w:pPr>
      <w:r>
        <w:t>ایک کتاب ہے "کورانک وزڈم"، وہ پوری کی پوری اسی پر ہے۔</w:t>
      </w:r>
    </w:p>
    <w:p>
      <w:r>
        <w:rPr>
          <w:b/>
        </w:rPr>
        <w:t xml:space="preserve">[28:14] </w:t>
      </w:r>
      <w:r>
        <w:t>Dr. Naghma Siddiqui ne aap se poocha hai: "From Prophet Joseph example, we are given the principle of non-confrontation with government to be able to avail all opportunities in the non-political spheres.</w:t>
      </w:r>
    </w:p>
    <w:p>
      <w:pPr>
        <w:jc w:val="right"/>
      </w:pPr>
      <w:r>
        <w:t>ڈاکٹر نغمہ صدیقی نے آپ سے پوچھا ہے: "فرام پرافٹ جوزف ایگزامپل، وی آر گیون دا پرنسپل آف نان کنفرنٹیشن ود گورنمنٹ ٹو بی ایبل ٹو اویل ال اپرچونیٹیز ان دا نان پولیٹیکل سفیئرز۔</w:t>
      </w:r>
    </w:p>
    <w:p>
      <w:r>
        <w:rPr>
          <w:b/>
        </w:rPr>
        <w:t xml:space="preserve">[28:34] </w:t>
      </w:r>
      <w:r>
        <w:t>Why are political activities continuing in the Muslim world then?</w:t>
      </w:r>
    </w:p>
    <w:p>
      <w:pPr>
        <w:jc w:val="right"/>
      </w:pPr>
      <w:r>
        <w:t>وائی آر پولیٹیکل ایکٹیویٹیز کنٹینیونگ ان دا مسلم ورلڈ دین</w:t>
      </w:r>
    </w:p>
    <w:p>
      <w:r>
        <w:rPr>
          <w:b/>
        </w:rPr>
        <w:t xml:space="preserve">[28:41] </w:t>
      </w:r>
      <w:r>
        <w:t>?" nakaam tor par political activities mein laga hue hain jabke hamein kuch milta nahin. yeh Aurangzeb ke zamanay se ab tak.</w:t>
      </w:r>
    </w:p>
    <w:p>
      <w:pPr>
        <w:jc w:val="right"/>
      </w:pPr>
      <w:r>
        <w:t>؟" ناکام طور پر پولیٹیکل ایکٹیویٹیز میں لگا ہوئے ہیں جبکہ ہمیں کچھ ملتا نہیں۔ یہ اورنگزیب کے زمانے سے اب تک۔</w:t>
      </w:r>
    </w:p>
    <w:p>
      <w:r>
        <w:rPr>
          <w:b/>
        </w:rPr>
        <w:t xml:space="preserve">[28:54] </w:t>
      </w:r>
      <w:r>
        <w:t>to dekhiye, Hazrat Yusuf ne jo political planning batai thi, woh yeh thi ke.</w:t>
      </w:r>
    </w:p>
    <w:p>
      <w:pPr>
        <w:jc w:val="right"/>
      </w:pPr>
      <w:r>
        <w:t>تو دیکھیے، حضرت یوسف نے جو پولیٹیکل پلاننگ بتائی تھی، وہ یہ تھی کہ۔</w:t>
      </w:r>
    </w:p>
    <w:p>
      <w:r>
        <w:rPr>
          <w:b/>
        </w:rPr>
        <w:t xml:space="preserve">[29:05] </w:t>
      </w:r>
      <w:r>
        <w:t>chapter Luke mein hai: "if someone takes your coat, don't withhold your shirt, either give to everyone who asks you.</w:t>
      </w:r>
    </w:p>
    <w:p>
      <w:pPr>
        <w:jc w:val="right"/>
      </w:pPr>
      <w:r>
        <w:t>چیپٹر لیوک میں ہے: "اف سم ون ٹیکس یور کوٹ، ڈونٹ ود ہولڈ یور شرٹ، ایدر گیو ٹو ایوری ون ہو اسک یو۔</w:t>
      </w:r>
    </w:p>
    <w:p>
      <w:r>
        <w:rPr>
          <w:b/>
        </w:rPr>
        <w:t xml:space="preserve">[29:16] </w:t>
      </w:r>
      <w:r>
        <w:t>and when a man has taken what belongs to you, don't</w:t>
      </w:r>
    </w:p>
    <w:p>
      <w:pPr>
        <w:jc w:val="right"/>
      </w:pPr>
      <w:r>
        <w:t>اینڈ وین ا مین ہیز ٹیکن واٹ بیلانگز ٹو یو، ڈونٹ</w:t>
      </w:r>
    </w:p>
    <w:p>
      <w:r>
        <w:rPr>
          <w:b/>
        </w:rPr>
        <w:t xml:space="preserve">[29:23] </w:t>
      </w:r>
      <w:r>
        <w:t>." is ka matlab yeh hai ke agar koi tum se shirt mangay, shirt to us ko coat bhi de do. yeh matlab hai is ka.</w:t>
      </w:r>
    </w:p>
    <w:p>
      <w:pPr>
        <w:jc w:val="right"/>
      </w:pPr>
      <w:r>
        <w:t>۔" اس کا مطلب یہ ہے کہ اگر کوئی تم سے شرٹ مانگے، شرٹ تو اس کو کوٹ بھی دے دو۔ یہ مطلب ہے اس کا۔</w:t>
      </w:r>
    </w:p>
    <w:p>
      <w:r>
        <w:rPr>
          <w:b/>
        </w:rPr>
        <w:t xml:space="preserve">[29:33] </w:t>
      </w:r>
      <w:r>
        <w:t>exact wording unhon ne naqal ki hai, exact wording</w:t>
      </w:r>
    </w:p>
    <w:p>
      <w:pPr>
        <w:jc w:val="right"/>
      </w:pPr>
      <w:r>
        <w:t>ایگزیکٹ ورڈنگ انہوں نے نقل کی ہے، ایگزیکٹ ورڈنگ</w:t>
      </w:r>
    </w:p>
    <w:p>
      <w:r>
        <w:rPr>
          <w:b/>
        </w:rPr>
        <w:t xml:space="preserve">[29:39] </w:t>
      </w:r>
      <w:r>
        <w:t>mein ne naqal ki hai apni kitaab mein. is ka matlab yeh hai ke agar koi shakhs tum se tumhara shirt mangay, shirt to tum apna coat bhi us ko utaar ke de do.</w:t>
      </w:r>
    </w:p>
    <w:p>
      <w:pPr>
        <w:jc w:val="right"/>
      </w:pPr>
      <w:r>
        <w:t>میں نے نقل کی ہے اپنی کتاب میں۔ اس کا مطلب یہ ہے کہ اگر کوئی شخص تم سے تمہارا شرٹ مانگے، شرٹ تو تم اپنا کوٹ بھی اس کو اتار کے دے دو۔</w:t>
      </w:r>
    </w:p>
    <w:p>
      <w:r>
        <w:rPr>
          <w:b/>
        </w:rPr>
        <w:t xml:space="preserve">[29:50] </w:t>
      </w:r>
      <w:r>
        <w:t>is policy ne</w:t>
      </w:r>
    </w:p>
    <w:p>
      <w:pPr>
        <w:jc w:val="right"/>
      </w:pPr>
      <w:r>
        <w:t>اس پالیسی نے</w:t>
      </w:r>
    </w:p>
    <w:p>
      <w:r>
        <w:rPr>
          <w:b/>
        </w:rPr>
        <w:t xml:space="preserve">[29:58] </w:t>
      </w:r>
      <w:r>
        <w:t>jo kamyabi hui hai Christian community ko, woh isi policy ki wajah se hai.</w:t>
      </w:r>
    </w:p>
    <w:p>
      <w:pPr>
        <w:jc w:val="right"/>
      </w:pPr>
      <w:r>
        <w:t>جو کامیابی ہوئی ہے کرسچن کمیونٹی کو، وہ اسی پالیسی کی وجہ سے ہے۔</w:t>
      </w:r>
    </w:p>
    <w:p>
      <w:r>
        <w:rPr>
          <w:b/>
        </w:rPr>
        <w:t xml:space="preserve">[30:08] </w:t>
      </w:r>
      <w:r>
        <w:t>is ki misaal yeh hai ke jab Maserni ke zamanay mein jab un se program ko chheena unhon ne to program bhi de diya aur woh bhi de diya.</w:t>
      </w:r>
    </w:p>
    <w:p>
      <w:pPr>
        <w:jc w:val="right"/>
      </w:pPr>
      <w:r>
        <w:t>اس کی مثال یہ ہے کہ جب مسیرنی کے زمانے میں جب ان سے پروگرام کو چھینا انہوں نے تو پروگرام بھی دے دیا اور وہ بھی دے دیا۔</w:t>
      </w:r>
    </w:p>
    <w:p>
      <w:r>
        <w:rPr>
          <w:b/>
        </w:rPr>
        <w:t xml:space="preserve">[30:31] </w:t>
      </w:r>
      <w:r>
        <w:t>aaj jo hai program woh naam badal kar ke hai, woh hai</w:t>
      </w:r>
    </w:p>
    <w:p>
      <w:pPr>
        <w:jc w:val="right"/>
      </w:pPr>
      <w:r>
        <w:t>آج جو ہے پروگرام وہ نام بدل کر کے ہے، وہ ہے</w:t>
      </w:r>
    </w:p>
    <w:p>
      <w:r>
        <w:rPr>
          <w:b/>
        </w:rPr>
        <w:t xml:space="preserve">[30:42] </w:t>
      </w:r>
      <w:r>
        <w:t>kya hai Rome mein jo hai woh Vatican. woh is pe raazi ho gaye ke program ka naam Vatican ho aur itni zabardast kaam hui, bilkul koi musalman is pe raazi nahin hue kyunke wisdom musalmanon ke haan hai nahin.</w:t>
      </w:r>
    </w:p>
    <w:p>
      <w:pPr>
        <w:jc w:val="right"/>
      </w:pPr>
      <w:r>
        <w:t>کیا ہے روم میں جو ہے وہ ویٹیکن۔ وہ اس پہ راضی ہو گئے کہ پروگرام کا نام ویٹیکن ہو اور اتنی زبردست کام ہوئی، بالکل کوئی مسلمان اس پہ راضی نہیں ہوئے کیونکہ وزڈم مسلمانوں کے ہاں ہے نہیں۔</w:t>
      </w:r>
    </w:p>
    <w:p>
      <w:r>
        <w:rPr>
          <w:b/>
        </w:rPr>
        <w:t xml:space="preserve">[31:03] </w:t>
      </w:r>
      <w:r>
        <w:t>yeh jhagda is ka tha ke ke Christian community bani hui thi Italy ki haakim, haakim yani Pope jo tha us ka wahan pe maal tha.</w:t>
      </w:r>
    </w:p>
    <w:p>
      <w:pPr>
        <w:jc w:val="right"/>
      </w:pPr>
      <w:r>
        <w:t>یہ جھگڑا اس کا تھا کہ کہ کرسچن کمیونٹی بنی ہوئی تھی اٹلی کی حاکم، حاکم یعنی پوپ جو تھا اس کا وہاں پہ مال تھا۔</w:t>
      </w:r>
    </w:p>
    <w:p>
      <w:r>
        <w:rPr>
          <w:b/>
        </w:rPr>
        <w:t xml:space="preserve">[31:18] </w:t>
      </w:r>
      <w:r>
        <w:t>mein ne dekha hai is ko</w:t>
      </w:r>
    </w:p>
    <w:p>
      <w:pPr>
        <w:jc w:val="right"/>
      </w:pPr>
      <w:r>
        <w:t>میں نے دیکھا ہے اس کو</w:t>
      </w:r>
    </w:p>
    <w:p>
      <w:r>
        <w:rPr>
          <w:b/>
        </w:rPr>
        <w:t xml:space="preserve">[31:21] </w:t>
      </w:r>
      <w:r>
        <w:t>Pope Palace to unhon ne is ko Pope Palace bhi de diya aur jo kuch manga sab de diya aur Vatican le liya un se.</w:t>
      </w:r>
    </w:p>
    <w:p>
      <w:pPr>
        <w:jc w:val="right"/>
      </w:pPr>
      <w:r>
        <w:t>پوپ پیلس تو انہوں نے اس کو پوپ پیلس بھی دے دیا اور جو کچھ مانگا سب دے دیا اور ویٹیکن لے لیا ان سے۔</w:t>
      </w:r>
    </w:p>
    <w:p>
      <w:r>
        <w:rPr>
          <w:b/>
        </w:rPr>
        <w:t xml:space="preserve">[31:35] </w:t>
      </w:r>
      <w:r>
        <w:t>aaj Vatican ke zariye woh saari planning karte hain.</w:t>
      </w:r>
    </w:p>
    <w:p>
      <w:pPr>
        <w:jc w:val="right"/>
      </w:pPr>
      <w:r>
        <w:t>آج ویٹیکن کے ذریعے وہ ساری پلاننگ کرتے ہیں۔</w:t>
      </w:r>
    </w:p>
    <w:p>
      <w:r>
        <w:rPr>
          <w:b/>
        </w:rPr>
        <w:t xml:space="preserve">[31:40] </w:t>
      </w:r>
      <w:r>
        <w:t>Bombay se Mahboob bhai poochte hain: "Maulana, musalman is qadar hukoomat se kyun obsessed hain?</w:t>
      </w:r>
    </w:p>
    <w:p>
      <w:pPr>
        <w:jc w:val="right"/>
      </w:pPr>
      <w:r>
        <w:t>بمبئی سے محبوب بھائی پوچھتے ہیں: "مولانا، مسلمان اس قدر حکومت سے کیوں ابسیڈ ہیں؟</w:t>
      </w:r>
    </w:p>
    <w:p>
      <w:r>
        <w:rPr>
          <w:b/>
        </w:rPr>
        <w:t xml:space="preserve">[31:52] </w:t>
      </w:r>
      <w:r>
        <w:t>woh asal deen samajhte nahin. musalmanon ko samjhanay ke liye hum kahan se start karein ke un ko soch, un ki soch Islami soch ban jaye?"</w:t>
      </w:r>
    </w:p>
    <w:p>
      <w:pPr>
        <w:jc w:val="right"/>
      </w:pPr>
      <w:r>
        <w:t>وہ اصل دین سمجھتے نہیں۔ مسلمانوں کو سمجھانے کے لیے ہم کہاں سے سٹارٹ کریں کہ ان کو سوچ، ان کی سوچ اسلامی سوچ بن جائے؟"</w:t>
      </w:r>
    </w:p>
    <w:p>
      <w:r>
        <w:rPr>
          <w:b/>
        </w:rPr>
        <w:t xml:space="preserve">[32:10] </w:t>
      </w:r>
      <w:r>
        <w:t>starting point yeh hai ke musalmanon ke political thinking ko badla jaye.</w:t>
      </w:r>
    </w:p>
    <w:p>
      <w:pPr>
        <w:jc w:val="right"/>
      </w:pPr>
      <w:r>
        <w:t>سٹارٹنگ پوائنٹ یہ ہے کہ مسلمانوں کے پولیٹیکل تھنکنگ کو بدلا جائے۔</w:t>
      </w:r>
    </w:p>
    <w:p>
      <w:r>
        <w:rPr>
          <w:b/>
        </w:rPr>
        <w:t xml:space="preserve">[32:17] </w:t>
      </w:r>
      <w:r>
        <w:t>musalmanon ki jo thinking hai, us ko khilafat kehte hain, woh bilkul galat hai. un ko badla jaye aur usay koi kuch demand na ki jaye, koi demand nahin,</w:t>
      </w:r>
    </w:p>
    <w:p>
      <w:pPr>
        <w:jc w:val="right"/>
      </w:pPr>
      <w:r>
        <w:t>مسلمانوں کی جو تھنکنگ ہے، اس کو خلافت کہتے ہیں، وہ بالکل غلط ہے۔ ان کو بدلا جائے اور اسے کوئی کچھ ڈیمانڈ نہ کی جائے، کوئی ڈیمانڈ نہیں،</w:t>
      </w:r>
    </w:p>
    <w:p>
      <w:r>
        <w:rPr>
          <w:b/>
        </w:rPr>
        <w:t xml:space="preserve">[32:32] </w:t>
      </w:r>
      <w:r>
        <w:t>baghair demand ke bhi badla jaye. jab tak musalmanon ki political thinking nahin badlay gi, musalmanon ka koi future nahin.</w:t>
      </w:r>
    </w:p>
    <w:p>
      <w:pPr>
        <w:jc w:val="right"/>
      </w:pPr>
      <w:r>
        <w:t>بغیر ڈیمانڈ کے بھی بدلا جائے۔ جب تک مسلمانوں کی پولیٹیکل تھنکنگ نہیں بدلے گی، مسلمانوں کا کوئی فیوچر نہیں۔</w:t>
      </w:r>
    </w:p>
    <w:p>
      <w:r>
        <w:rPr>
          <w:b/>
        </w:rPr>
        <w:t xml:space="preserve">[32:42] </w:t>
      </w:r>
      <w:r>
        <w:t>Maulana sahib, Navdeep Kapoor ne poocha hai: "What should one do when one's actions are not getting the desired results?"</w:t>
      </w:r>
    </w:p>
    <w:p>
      <w:pPr>
        <w:jc w:val="right"/>
      </w:pPr>
      <w:r>
        <w:t>مولانا صاحب، نویدیب کپور نے پوچھا ہے: "واٹ شوڈ ون ڈو وین ونس ایکشنز ار ناٹ گیٹنگ دا ڈیزائرڈ رزلٹس؟"</w:t>
      </w:r>
    </w:p>
    <w:p>
      <w:r>
        <w:rPr>
          <w:b/>
        </w:rPr>
        <w:t xml:space="preserve">[32:55] </w:t>
      </w:r>
      <w:r>
        <w:t>kya matlab? jab hamare actions ka desired result na mil raha ho to hum kya karein?</w:t>
      </w:r>
    </w:p>
    <w:p>
      <w:pPr>
        <w:jc w:val="right"/>
      </w:pPr>
      <w:r>
        <w:t>کیا مطلب؟ جب ہمارے ایکشنز کا ڈیزائرڈ رزلٹ نہ مل رہا ہو تو ہم کیا کریں؟</w:t>
      </w:r>
    </w:p>
    <w:p>
      <w:r>
        <w:rPr>
          <w:b/>
        </w:rPr>
        <w:t xml:space="preserve">[33:02] </w:t>
      </w:r>
      <w:r>
        <w:t>replanning, replanning. isi par, isi par phatak rahe hain, yeh nahin hai.</w:t>
      </w:r>
    </w:p>
    <w:p>
      <w:pPr>
        <w:jc w:val="right"/>
      </w:pPr>
      <w:r>
        <w:t>ری پلاننگ، ری پلاننگ۔ اسی پر، اسی پر پھٹک رہے ہیں، یہ نہیں ہے۔</w:t>
      </w:r>
    </w:p>
    <w:p>
      <w:r>
        <w:rPr>
          <w:b/>
        </w:rPr>
        <w:t xml:space="preserve">[33:12] </w:t>
      </w:r>
      <w:r>
        <w:t>replanning, replanning ka wohi musalmanon ki dictionary mein nahin hai. kya kiya jaye?</w:t>
      </w:r>
    </w:p>
    <w:p>
      <w:pPr>
        <w:jc w:val="right"/>
      </w:pPr>
      <w:r>
        <w:t>ری پلاننگ، ری پلاننگ کا وہی مسلمانوں کی ڈکشنری میں نہیں ہے۔ کیا کیا جائے؟</w:t>
      </w:r>
    </w:p>
    <w:p>
      <w:r>
        <w:rPr>
          <w:b/>
        </w:rPr>
        <w:t xml:space="preserve">[33:22] </w:t>
      </w:r>
      <w:r>
        <w:t>doctor safeena tabassum ne ek comment bheja hai: "molana sahib, this story is full of practical wisdom.</w:t>
      </w:r>
    </w:p>
    <w:p>
      <w:pPr>
        <w:jc w:val="right"/>
      </w:pPr>
      <w:r>
        <w:t>ڈاکٹر سفینہ تبسم نے ایک کمنٹ بھیجا ہے: "مولانا صاحب، دس سٹوری از فل اف پریکٹیکل وزڈم۔</w:t>
      </w:r>
    </w:p>
    <w:p>
      <w:r>
        <w:rPr>
          <w:b/>
        </w:rPr>
        <w:t xml:space="preserve">[33:32] </w:t>
      </w:r>
      <w:r>
        <w:t>although i am a non-problem person, i was really unaware of this. jazak allah, molana."</w:t>
      </w:r>
    </w:p>
    <w:p>
      <w:pPr>
        <w:jc w:val="right"/>
      </w:pPr>
      <w:r>
        <w:t>الدو ائی ایم ا نان پرابلم پرسن، ائی واز ریلی ان اویئر اف دس۔ جزاک اللہ، مولانا۔"</w:t>
      </w:r>
    </w:p>
    <w:p>
      <w:r>
        <w:rPr>
          <w:b/>
        </w:rPr>
        <w:t xml:space="preserve">[33:40] </w:t>
      </w:r>
      <w:r>
        <w:t>mashallah, ek raza mein kahunga: ek hai political activism, ek hai political management.</w:t>
      </w:r>
    </w:p>
    <w:p>
      <w:pPr>
        <w:jc w:val="right"/>
      </w:pPr>
      <w:r>
        <w:t>ماشاءاللہ، ایک رضا میں کہوں گا: ایک ہے پولیٹیکل ایکٹیوزم، ایک ہے پولیٹیکل مینجمنٹ۔</w:t>
      </w:r>
    </w:p>
    <w:p>
      <w:r>
        <w:rPr>
          <w:b/>
        </w:rPr>
        <w:t xml:space="preserve">[33:51] </w:t>
      </w:r>
      <w:r>
        <w:t>political activism hamesha nakam hogi, lekin political</w:t>
      </w:r>
    </w:p>
    <w:p>
      <w:pPr>
        <w:jc w:val="right"/>
      </w:pPr>
      <w:r>
        <w:t>پولیٹیکل ایکٹیوزم ہمیشہ ناکام ہوگی، لیکن پولیٹیکل</w:t>
      </w:r>
    </w:p>
    <w:p>
      <w:r>
        <w:rPr>
          <w:b/>
        </w:rPr>
        <w:t xml:space="preserve">[33:59] </w:t>
      </w:r>
      <w:r>
        <w:t>wisdom</w:t>
      </w:r>
    </w:p>
    <w:p>
      <w:pPr>
        <w:jc w:val="right"/>
      </w:pPr>
      <w:r>
        <w:t>وزڈم</w:t>
      </w:r>
    </w:p>
    <w:p>
      <w:r>
        <w:rPr>
          <w:b/>
        </w:rPr>
        <w:t xml:space="preserve">[34:03] </w:t>
      </w:r>
      <w:r>
        <w:t>hamesha kamyab hogi.</w:t>
      </w:r>
    </w:p>
    <w:p>
      <w:pPr>
        <w:jc w:val="right"/>
      </w:pPr>
      <w:r>
        <w:t>ہمیشہ کامیاب ہوگی۔</w:t>
      </w:r>
    </w:p>
    <w:p>
      <w:r>
        <w:rPr>
          <w:b/>
        </w:rPr>
        <w:t xml:space="preserve">[34:05] </w:t>
      </w:r>
      <w:r>
        <w:t>molana sahib, tabassum siddiqua ne pooch kaha hai aap se ke: "molana sahib, aaj ke is daur mein jab kuch musalmanon ki galtiyon ko saare hindustani musalmanon ke upar dala ja raha hai to aise mein hum musalmanon ko kya karna chahiye?" blame poori muslim community ko diya ja raha hai.</w:t>
      </w:r>
    </w:p>
    <w:p>
      <w:pPr>
        <w:jc w:val="right"/>
      </w:pPr>
      <w:r>
        <w:t>مولانا صاحب، تبسم صدیقہ نے پوچھ کہا ہے آپ سے کہ: "مولانا صاحب، آج کے اس دور میں جب کچھ مسلمانوں کی غلطیوں کو سارے ہندوستانی مسلمانوں کے اوپر ڈالا جا رہا ہے تو ایسے میں ہم مسلمانوں کو کیا کرنا چاہیے؟" بلیم پوری مسلم کمیونٹی کو دیا جا رہا ہے۔</w:t>
      </w:r>
    </w:p>
    <w:p>
      <w:r>
        <w:rPr>
          <w:b/>
        </w:rPr>
        <w:t xml:space="preserve">[34:31] </w:t>
      </w:r>
      <w:r>
        <w:t>sabse pehle apni is apni soch ko badlie. aap khud</w:t>
      </w:r>
    </w:p>
    <w:p>
      <w:pPr>
        <w:jc w:val="right"/>
      </w:pPr>
      <w:r>
        <w:t>سب سے پہلے اپنی اس اپنی سوچ کو بدلیے۔ آپ خود</w:t>
      </w:r>
    </w:p>
    <w:p>
      <w:r>
        <w:rPr>
          <w:b/>
        </w:rPr>
        <w:t xml:space="preserve">[34:40] </w:t>
      </w:r>
      <w:r>
        <w:t>dekhiye, hamesha aisa hi hota hai, hamesha ke community ke kuch log galti karte hain, lekin poori community ko blame diya jata hai.</w:t>
      </w:r>
    </w:p>
    <w:p>
      <w:pPr>
        <w:jc w:val="right"/>
      </w:pPr>
      <w:r>
        <w:t>دیکھیے، ہمیشہ ایسا ہی ہوتا ہے، ہمیشہ کہ کمیونٹی کے کچھ لوگ غلطی کرتے ہیں، لیکن پوری کمیونٹی کو بلیم دیا جاتا ہے۔</w:t>
      </w:r>
    </w:p>
    <w:p>
      <w:r>
        <w:rPr>
          <w:b/>
        </w:rPr>
        <w:t xml:space="preserve">[34:52] </w:t>
      </w:r>
      <w:r>
        <w:t>yeh yeh yeh blame hota hai. aap shikayat kyun karte hain? aap accept kijiye ke hum ne</w:t>
      </w:r>
    </w:p>
    <w:p>
      <w:pPr>
        <w:jc w:val="right"/>
      </w:pPr>
      <w:r>
        <w:t>یہ یہ یہ بلیم ہوتا ہے۔ آپ شکایت کیوں کرتے ہیں؟ آپ ایکسیپٹ کیجئے کہ ہم نے</w:t>
      </w:r>
    </w:p>
    <w:p>
      <w:r>
        <w:rPr>
          <w:b/>
        </w:rPr>
        <w:t xml:space="preserve">[35:00] </w:t>
      </w:r>
      <w:r>
        <w:t>aisi galti ki jis se hamara saara image kharab kharab ho gaya.</w:t>
      </w:r>
    </w:p>
    <w:p>
      <w:pPr>
        <w:jc w:val="right"/>
      </w:pPr>
      <w:r>
        <w:t>ایسی غلطی کی جس سے ہمارا سارا امیج خراب خراب ہو گئی۔</w:t>
      </w:r>
    </w:p>
    <w:p>
      <w:r>
        <w:rPr>
          <w:b/>
        </w:rPr>
        <w:t xml:space="preserve">[35:09] </w:t>
      </w:r>
      <w:r>
        <w:t>musalmanon ka pehla kaam hai apni image ko badalna aur apni image ko badalne ki zaroorat hai ke aap peeche hatein, peeche hatein.</w:t>
      </w:r>
    </w:p>
    <w:p>
      <w:pPr>
        <w:jc w:val="right"/>
      </w:pPr>
      <w:r>
        <w:t>مسلمانوں کا پہلا کام ہے اپنی امیج کو بدلنا اور اپنی امیج کو بدلنے کی ضرورت ہے کہ آپ پیچھے ہٹیں، پیچھے ہٹیں۔</w:t>
      </w:r>
    </w:p>
    <w:p>
      <w:r>
        <w:rPr>
          <w:b/>
        </w:rPr>
        <w:t xml:space="preserve">[35:23] </w:t>
      </w:r>
      <w:r>
        <w:t>jo peeche hatega, wahi aage badhega. peeche hate baghair aage badhne ka rasta nahi khulta, peeche hate baghair aage badhne ka rasta nahi khulta.</w:t>
      </w:r>
    </w:p>
    <w:p>
      <w:pPr>
        <w:jc w:val="right"/>
      </w:pPr>
      <w:r>
        <w:t>جو پیچھے ہٹے گا، وہی آگے بڑھے گا۔ پیچھے ہٹے بغیر آگے بڑھنے کا راستہ نہیں کھلتا، پیچھے ہٹے بغیر آگے بڑھنے کا راستہ نہیں کھلتا۔</w:t>
      </w:r>
    </w:p>
    <w:p>
      <w:r>
        <w:rPr>
          <w:b/>
        </w:rPr>
        <w:t xml:space="preserve">[35:37] </w:t>
      </w:r>
      <w:r>
        <w:t>irshad, dar irshad, what clear! woh aap se poochte hain: "those who have not reached the invitation of islam, will they enter paradise?" jin logon ko islam ka paigham nahi pahuncha hai,</w:t>
      </w:r>
    </w:p>
    <w:p>
      <w:pPr>
        <w:jc w:val="right"/>
      </w:pPr>
      <w:r>
        <w:t>ارشاد، در ارشاد، واٹ کلیئر! وہ آپ سے پوچھتے ہیں: "دوز ہو ہیو ناٹ ریچڈ دا انویٹیشن اف اسلام، ول دے انٹر پیراڈائز؟" جن لوگوں کو اسلام کا پیغام نہیں پہنچا ہے،</w:t>
      </w:r>
    </w:p>
    <w:p>
      <w:r>
        <w:rPr>
          <w:b/>
        </w:rPr>
        <w:t xml:space="preserve">[35:56] </w:t>
      </w:r>
      <w:r>
        <w:t>kya woh jannat mein dakhil honge?</w:t>
      </w:r>
    </w:p>
    <w:p>
      <w:pPr>
        <w:jc w:val="right"/>
      </w:pPr>
      <w:r>
        <w:t>کیا وہ جنت میں داخل ہوں گے؟</w:t>
      </w:r>
    </w:p>
    <w:p>
      <w:r>
        <w:rPr>
          <w:b/>
        </w:rPr>
        <w:t xml:space="preserve">[35:59] </w:t>
      </w:r>
      <w:r>
        <w:t>jannat ka talluq niyat se hai, niyat.</w:t>
      </w:r>
    </w:p>
    <w:p>
      <w:pPr>
        <w:jc w:val="right"/>
      </w:pPr>
      <w:r>
        <w:t>جنت کا تعلق نیت سے ہے، نیت۔</w:t>
      </w:r>
    </w:p>
    <w:p>
      <w:r>
        <w:rPr>
          <w:b/>
        </w:rPr>
        <w:t xml:space="preserve">[36:05] </w:t>
      </w:r>
      <w:r>
        <w:t>niyat ka matlab woh seeker hona chahiye, unko zaroori. niyat ki satah par aap kaise hain? interest ki level par aap kaise hain?</w:t>
      </w:r>
    </w:p>
    <w:p>
      <w:pPr>
        <w:jc w:val="right"/>
      </w:pPr>
      <w:r>
        <w:t>نیت کا مطلب وہ سیکھر ہونا چاہیے، ان کو ضروری۔ نیت کی سطح پر آپ کیسے ہیں؟ انٹرسٹ کی لیول پر آپ کیسے ہیں؟</w:t>
      </w:r>
    </w:p>
    <w:p>
      <w:r>
        <w:rPr>
          <w:b/>
        </w:rPr>
        <w:t xml:space="preserve">[36:16] </w:t>
      </w:r>
      <w:r>
        <w:t>yeh dekha jayega.</w:t>
      </w:r>
    </w:p>
    <w:p>
      <w:pPr>
        <w:jc w:val="right"/>
      </w:pPr>
      <w:r>
        <w:t>یہ دیکھا جائے گا۔</w:t>
      </w:r>
    </w:p>
    <w:p>
      <w:r>
        <w:rPr>
          <w:b/>
        </w:rPr>
        <w:t xml:space="preserve">[36:22] </w:t>
      </w:r>
      <w:r>
        <w:t>to aap ne pehle kaha ke har insaan ko seeker hona chahiye. yeh to nahi hota ke har insaan ko islam ka paigham pahunch jaye, lekin usko seeker hona chahiye.</w:t>
      </w:r>
    </w:p>
    <w:p>
      <w:pPr>
        <w:jc w:val="right"/>
      </w:pPr>
      <w:r>
        <w:t>تو آپ نے پہلے کہا کہ ہر انسان کو سیکھر ہونا چاہیے۔ یہ تو نہیں ہوتا کہ ہر انسان کو اسلام کا پیغام پہنچ جائے، لیکن اس کو سیکھر ہونا چاہیے۔</w:t>
      </w:r>
    </w:p>
    <w:p>
      <w:r>
        <w:rPr>
          <w:b/>
        </w:rPr>
        <w:t xml:space="preserve">[36:33] </w:t>
      </w:r>
      <w:r>
        <w:t>to is is par zara sa explain. seeker true sentiment, seeker true sentiment.</w:t>
      </w:r>
    </w:p>
    <w:p>
      <w:pPr>
        <w:jc w:val="right"/>
      </w:pPr>
      <w:r>
        <w:t>تو اس اس پر ذرا سا ایکسپلین۔ سیکھر ٹرو سچمنٹ، سیکھر ٹرو سچمنٹ۔</w:t>
      </w:r>
    </w:p>
    <w:p>
      <w:r>
        <w:rPr>
          <w:b/>
        </w:rPr>
        <w:t xml:space="preserve">[36:45] </w:t>
      </w:r>
      <w:r>
        <w:t>kuch log kehte hain sirf moral values hi kafi hain</w:t>
      </w:r>
    </w:p>
    <w:p>
      <w:pPr>
        <w:jc w:val="right"/>
      </w:pPr>
      <w:r>
        <w:t>کچھ لوگ کہتے ہیں صرف مورل ویلیوز ہی کافی ہیں</w:t>
      </w:r>
    </w:p>
    <w:p>
      <w:r>
        <w:rPr>
          <w:b/>
        </w:rPr>
        <w:t xml:space="preserve">[36:49] </w:t>
      </w:r>
      <w:r>
        <w:t>jannat ke liye. jab true sentiment aap bhi seeker banega to saari siftien aa jayengi apne aap mein. true seeker.</w:t>
      </w:r>
    </w:p>
    <w:p>
      <w:pPr>
        <w:jc w:val="right"/>
      </w:pPr>
      <w:r>
        <w:t>جنت کے لیے۔ جب ٹرو سچمنٹ آپ بھی سیکھر بنے گا تو ساری صفتیں آ جائیں گی اپنے آپ میں۔ ٹرو سیکھر۔</w:t>
      </w:r>
    </w:p>
    <w:p>
      <w:r>
        <w:rPr>
          <w:b/>
        </w:rPr>
        <w:t xml:space="preserve">[37:01] </w:t>
      </w:r>
      <w:r>
        <w:t>kuch logon ka kehna hai ke sirf moral values jo hain, wahi kafi hain aakhirat ke kamyabi ke liye. kya? aakhirat ki kamyabi ke liye sirf moral values hi</w:t>
      </w:r>
    </w:p>
    <w:p>
      <w:pPr>
        <w:jc w:val="right"/>
      </w:pPr>
      <w:r>
        <w:t>کچھ لوگوں کا کہنا ہے کہ صرف مورل ویلیوز جو ہیں، وہی کافی ہیں آخرت کے کامیابی کے لیے۔ کیا؟ آخرت کی کامیابی کے لیے صرف مورل ویلیوز ہی</w:t>
      </w:r>
    </w:p>
    <w:p>
      <w:r>
        <w:rPr>
          <w:b/>
        </w:rPr>
        <w:t xml:space="preserve">[37:11] </w:t>
      </w:r>
      <w:r>
        <w:t>kafi hain? nahi, nahi, bilkul nahi. god ko hadaf kar ke koi jannat mein nahi pahunch sakta.</w:t>
      </w:r>
    </w:p>
    <w:p>
      <w:pPr>
        <w:jc w:val="right"/>
      </w:pPr>
      <w:r>
        <w:t>کافی ہیں؟ نہیں، نہیں، بالکل نہیں۔ گاڈ کو حذف کر کے کوئی جنت میں نہیں پہنچ سکتا۔</w:t>
      </w:r>
    </w:p>
    <w:p>
      <w:r>
        <w:rPr>
          <w:b/>
        </w:rPr>
        <w:t xml:space="preserve">[37:21] </w:t>
      </w:r>
      <w:r>
        <w:t>jo uska jo creator hai, usi ko aap na manen to kis liye jannat? kis liye?</w:t>
      </w:r>
    </w:p>
    <w:p>
      <w:pPr>
        <w:jc w:val="right"/>
      </w:pPr>
      <w:r>
        <w:t>جو اس کا جو کریٹر ہے، اسی کو آپ نہ مانیں تو کس لیے جنت؟ کس لیے؟</w:t>
      </w:r>
    </w:p>
    <w:p>
      <w:r>
        <w:rPr>
          <w:b/>
        </w:rPr>
        <w:t xml:space="preserve">[37:39] </w:t>
      </w:r>
      <w:r>
        <w:t>molana sahib, abdul aziz ne aap se ek sawal pucha hai ke: "why only very few people have accepted the message of truth in every age?"</w:t>
      </w:r>
    </w:p>
    <w:p>
      <w:pPr>
        <w:jc w:val="right"/>
      </w:pPr>
      <w:r>
        <w:t>مولانا صاحب، عبدالعزیز نے آپ سے ایک سوال پوچھا ہے کہ: "وائی اونلی ویری فیو پیپل ہیو ایکسیپٹڈ دا میسج اف ٹروتھ ان ایوری ایج؟"</w:t>
      </w:r>
    </w:p>
    <w:p>
      <w:r>
        <w:rPr>
          <w:b/>
        </w:rPr>
        <w:t xml:space="preserve">[37:53] </w:t>
      </w:r>
      <w:r>
        <w:t>yeh to sari dunya mein hua hai, yeh to dunya ki poori tareekh mein aise hi hua hai.</w:t>
      </w:r>
    </w:p>
    <w:p>
      <w:pPr>
        <w:jc w:val="right"/>
      </w:pPr>
      <w:r>
        <w:t>یہ تو ساری دنیا میں ہوا ہے، یہ تو دنیا کی پوری تاریخ میں ایسے ہی ہوا ہے۔</w:t>
      </w:r>
    </w:p>
    <w:p>
      <w:r>
        <w:rPr>
          <w:b/>
        </w:rPr>
        <w:t xml:space="preserve">[38:11] </w:t>
      </w:r>
      <w:r>
        <w:t>is lafzon par jis ko detail mein janna ho to woh profit of peace ko parhein, profit of peace.</w:t>
      </w:r>
    </w:p>
    <w:p>
      <w:pPr>
        <w:jc w:val="right"/>
      </w:pPr>
      <w:r>
        <w:t>اس لفظوں پر جس کو ڈیٹیل میں جاننا ہو تو وہ پرافٹ اف پیس کو پڑھیں، پرافٹ اف پیس۔</w:t>
      </w:r>
    </w:p>
    <w:p>
      <w:r>
        <w:rPr>
          <w:b/>
        </w:rPr>
        <w:t xml:space="preserve">[38:29] </w:t>
      </w:r>
      <w:r>
        <w:t>muhammad inayat ullah likhte hain: "molana sahib, allah pak aap ko sehat kamilah ata farmaye."</w:t>
      </w:r>
    </w:p>
    <w:p>
      <w:pPr>
        <w:jc w:val="right"/>
      </w:pPr>
      <w:r>
        <w:t>محمد عنایت اللہ لکھتے ہیں: "مولانا صاحب، اللہ پاک آپ کو صحت کاملہ عطا فرمائے۔"</w:t>
      </w:r>
    </w:p>
    <w:p>
      <w:r>
        <w:rPr>
          <w:b/>
        </w:rPr>
        <w:t xml:space="preserve">[38:40] </w:t>
      </w:r>
      <w:r>
        <w:t>masha allah, masha allah.</w:t>
      </w:r>
    </w:p>
    <w:p>
      <w:pPr>
        <w:jc w:val="right"/>
      </w:pPr>
      <w:r>
        <w:t>ماشاءاللہ، ماشاءاللہ۔</w:t>
      </w:r>
    </w:p>
    <w:p>
      <w:r>
        <w:rPr>
          <w:b/>
        </w:rPr>
        <w:t xml:space="preserve">[38:46] </w:t>
      </w:r>
      <w:r>
        <w:t>aamir mori sahib ka sawal aap ke liye hai: "molana, how can a person start the process of god realization?</w:t>
      </w:r>
    </w:p>
    <w:p>
      <w:pPr>
        <w:jc w:val="right"/>
      </w:pPr>
      <w:r>
        <w:t>عامر موری صاحب کا سوال آپ کے لیے ہے: "مولانا، ہاؤ کین ا پرسن سٹارٹ دا پراسیس اف گاڈ ریلائزیشن؟</w:t>
      </w:r>
    </w:p>
    <w:p>
      <w:r>
        <w:rPr>
          <w:b/>
        </w:rPr>
        <w:t xml:space="preserve">[38:57] </w:t>
      </w:r>
      <w:r>
        <w:t>what is the starting point</w:t>
      </w:r>
    </w:p>
    <w:p>
      <w:pPr>
        <w:jc w:val="right"/>
      </w:pPr>
      <w:r>
        <w:t>واٹ از دا سٹارٹنگ پوائنٹ</w:t>
      </w:r>
    </w:p>
    <w:p>
      <w:r>
        <w:rPr>
          <w:b/>
        </w:rPr>
        <w:t xml:space="preserve">[38:59] </w:t>
      </w:r>
      <w:r>
        <w:t>?" objective thinking, objective thinking.</w:t>
      </w:r>
    </w:p>
    <w:p>
      <w:pPr>
        <w:jc w:val="right"/>
      </w:pPr>
      <w:r>
        <w:t>؟" ابجیکٹو تھنکنگ، ابجیکٹو تھنکنگ۔</w:t>
      </w:r>
    </w:p>
    <w:p>
      <w:r>
        <w:rPr>
          <w:b/>
        </w:rPr>
        <w:t xml:space="preserve">[39:09] </w:t>
      </w:r>
      <w:r>
        <w:t>only objective thinker, thinker will reach to god almighty.</w:t>
      </w:r>
    </w:p>
    <w:p>
      <w:pPr>
        <w:jc w:val="right"/>
      </w:pPr>
      <w:r>
        <w:t>اونلی ابجیکٹو تھنکر، تھنکر ول ریچ ٹو گاڈ المالٹی۔</w:t>
      </w:r>
    </w:p>
    <w:p>
      <w:r>
        <w:rPr>
          <w:b/>
        </w:rPr>
        <w:t xml:space="preserve">[39:27] </w:t>
      </w:r>
      <w:r>
        <w:t>molana iqbal umri likhte hain: "allah se khud allah ko mangna, yeh bohat hi thrilling jumla hai.</w:t>
      </w:r>
    </w:p>
    <w:p>
      <w:pPr>
        <w:jc w:val="right"/>
      </w:pPr>
      <w:r>
        <w:t>مولانا اقبال عمری لکھتے ہیں: "اللہ سے خود اللہ کو مانگنا، یہ بہت ہی تھرلنگ جملہ ہے۔</w:t>
      </w:r>
    </w:p>
    <w:p>
      <w:r>
        <w:rPr>
          <w:b/>
        </w:rPr>
        <w:t xml:space="preserve">[39:37] </w:t>
      </w:r>
      <w:r>
        <w:t>molana, main ne zindagi mein pehli bar jana hai ke allah se allah ko mangna hai." jazaak allah, molana.</w:t>
      </w:r>
    </w:p>
    <w:p>
      <w:pPr>
        <w:jc w:val="right"/>
      </w:pPr>
      <w:r>
        <w:t>مولانا، میں نے زندگی میں پہلی بار جانا ہے کہ اللہ سے اللہ کو مانگنا ہے۔" جزاک اللہ، مولانا۔</w:t>
      </w:r>
    </w:p>
    <w:p>
      <w:r>
        <w:rPr>
          <w:b/>
        </w:rPr>
        <w:t xml:space="preserve">[39:47] </w:t>
      </w:r>
      <w:r>
        <w:t>masha allah.</w:t>
      </w:r>
    </w:p>
    <w:p>
      <w:pPr>
        <w:jc w:val="right"/>
      </w:pPr>
      <w:r>
        <w:t>ماشاءاللہ۔</w:t>
      </w:r>
    </w:p>
    <w:p>
      <w:r>
        <w:rPr>
          <w:b/>
        </w:rPr>
        <w:t xml:space="preserve">[39:54] </w:t>
      </w:r>
      <w:r>
        <w:t>idrees qamar aap se poochte hain: "molana, what should we do in a daily basis in order to attain wisdom?"</w:t>
      </w:r>
    </w:p>
    <w:p>
      <w:pPr>
        <w:jc w:val="right"/>
      </w:pPr>
      <w:r>
        <w:t>ادریس قمر آپ سے پوچھتے ہیں: "مولانا، واٹ شوڈ وی ڈو ان ا ڈیلی بیسس ان ارڈر ٹو اٹین وزڈم؟"</w:t>
      </w:r>
    </w:p>
    <w:p>
      <w:r>
        <w:rPr>
          <w:b/>
        </w:rPr>
        <w:t xml:space="preserve">[40:12] </w:t>
      </w:r>
      <w:r>
        <w:t>wohi culture ikhtiyar kiye jo shah ke baqi ka hota hai, woh woh nikter nikter is ka target hai.</w:t>
      </w:r>
    </w:p>
    <w:p>
      <w:pPr>
        <w:jc w:val="right"/>
      </w:pPr>
      <w:r>
        <w:t>وہی کلچر اختیار کیے جو شاہ کے بقی کا ہوتا ہے، وہ وہ نکتر نکٹر اس کا ٹارگٹ ہے۔</w:t>
      </w:r>
    </w:p>
    <w:p>
      <w:r>
        <w:rPr>
          <w:b/>
        </w:rPr>
        <w:t xml:space="preserve">[40:24] </w:t>
      </w:r>
      <w:r>
        <w:t>is ke liye sare bagh urti hai, jahan nikra hota hai, wahin utarti hai, is ko le leti hai. ek hi is ki manzil hai, viktor</w:t>
      </w:r>
    </w:p>
    <w:p>
      <w:pPr>
        <w:jc w:val="right"/>
      </w:pPr>
      <w:r>
        <w:t>اس کے لیے سارے باغ اڑتی ہے، جہاں نکرا ہوتا ہے، وہیں اترتی ہے، اس کو لے لیتی ہے۔ ایک ہی اس کی منزل ہے، وکٹر</w:t>
      </w:r>
    </w:p>
    <w:p>
      <w:r>
        <w:rPr>
          <w:b/>
        </w:rPr>
        <w:t xml:space="preserve">[40:38] </w:t>
      </w:r>
      <w:r>
        <w:t>nahi, kya lafz hai? itni nectar hain, nectar, nectar hain, nectar, nectar, nectar, n e c t a r.</w:t>
      </w:r>
    </w:p>
    <w:p>
      <w:pPr>
        <w:jc w:val="right"/>
      </w:pPr>
      <w:r>
        <w:t>نہیں، کیا لفظ ہے؟ اتنی نیکٹر ہیں، نیکٹر، نیکٹر ہیں، نیکٹر، نیکٹر، این ای سی ٹی اے ار۔</w:t>
      </w:r>
    </w:p>
    <w:p>
      <w:r>
        <w:rPr>
          <w:b/>
        </w:rPr>
        <w:t xml:space="preserve">[40:51] </w:t>
      </w:r>
      <w:r>
        <w:t>hmm.</w:t>
      </w:r>
    </w:p>
    <w:p>
      <w:pPr>
        <w:jc w:val="right"/>
      </w:pPr>
      <w:r>
        <w:t>ہمم۔</w:t>
      </w:r>
    </w:p>
    <w:p>
      <w:r>
        <w:rPr>
          <w:b/>
        </w:rPr>
        <w:t xml:space="preserve">[41:05] </w:t>
      </w:r>
      <w:r>
        <w:t>abdul aziz ne aap se pucha hai: "molana, rah-e-rast ki taraf bulane wale leaders aam logon mein maqbool kyun nahi hote?"</w:t>
      </w:r>
    </w:p>
    <w:p>
      <w:pPr>
        <w:jc w:val="right"/>
      </w:pPr>
      <w:r>
        <w:t>عبدالعزیز نے آپ سے پوچھا ہے: "مولانا، راہ راست کی طرف بلانے والے لیڈرز عام لوگوں میں مقبول کیوں نہیں ہوتے؟"</w:t>
      </w:r>
    </w:p>
    <w:p>
      <w:r>
        <w:rPr>
          <w:b/>
        </w:rPr>
        <w:t xml:space="preserve">[41:17] </w:t>
      </w:r>
      <w:r>
        <w:t>is liye ke woh kehte hain hamare zamane mein modesty nahi hoti, modesty.</w:t>
      </w:r>
    </w:p>
    <w:p>
      <w:pPr>
        <w:jc w:val="right"/>
      </w:pPr>
      <w:r>
        <w:t>اس لیے کہ وہ کہتے ہیں ہمارے زمانے میں ماڈرسٹی نہیں ہوتی، ماڈرسٹی۔</w:t>
      </w:r>
    </w:p>
    <w:p>
      <w:r>
        <w:rPr>
          <w:b/>
        </w:rPr>
        <w:t xml:space="preserve">[41:29] </w:t>
      </w:r>
      <w:r>
        <w:t>leaders mein modesty nahi hoti.</w:t>
      </w:r>
    </w:p>
    <w:p>
      <w:pPr>
        <w:jc w:val="right"/>
      </w:pPr>
      <w:r>
        <w:t>لیڈرز میں ماڈرسٹی نہیں ہوتی۔</w:t>
      </w:r>
    </w:p>
    <w:p>
      <w:r>
        <w:rPr>
          <w:b/>
        </w:rPr>
        <w:t xml:space="preserve">[41:34] </w:t>
      </w:r>
      <w:r>
        <w:t>hadith mein aata hai ke man tawada' rafa' allah, jo tawada' ikhtiyar karta hai, usi ko allah ooper uthata hai.</w:t>
      </w:r>
    </w:p>
    <w:p>
      <w:pPr>
        <w:jc w:val="right"/>
      </w:pPr>
      <w:r>
        <w:t>حدیث میں آتا ہے کہ من تواضع رفع اللہ، جو تواضع اختیار کرتا ہے، اسی کو اللہ اوپر اٹھاتا ہے۔</w:t>
      </w:r>
    </w:p>
    <w:p>
      <w:r>
        <w:rPr>
          <w:b/>
        </w:rPr>
        <w:t xml:space="preserve">[41:45] </w:t>
      </w:r>
      <w:r>
        <w:t>to tawada' ya modesty yeh pehli shart hai. to leaders mein yeh kami hoti hai ya un ke sam'e mein?</w:t>
      </w:r>
    </w:p>
    <w:p>
      <w:pPr>
        <w:jc w:val="right"/>
      </w:pPr>
      <w:r>
        <w:t>تو تواضع یا ماڈرسٹی یہ پہلی شرط ہے۔ تو لیڈرز میں یہ کمی ہوتی ہے یا ان کے سامعے میں؟</w:t>
      </w:r>
    </w:p>
    <w:p>
      <w:r>
        <w:rPr>
          <w:b/>
        </w:rPr>
        <w:t xml:space="preserve">[41:56] </w:t>
      </w:r>
      <w:r>
        <w:t>leader, leader mein, leader mein.</w:t>
      </w:r>
    </w:p>
    <w:p>
      <w:pPr>
        <w:jc w:val="right"/>
      </w:pPr>
      <w:r>
        <w:t>لیڈر، لیڈر میں، لیڈر میں۔</w:t>
      </w:r>
    </w:p>
    <w:p>
      <w:r>
        <w:rPr>
          <w:b/>
        </w:rPr>
        <w:t xml:space="preserve">[42:04] </w:t>
      </w:r>
      <w:r>
        <w:t>doctor aslam khan ka ek comment hai: "dear rejat, sulah hudaybiyyah is a great and authentic example of practical wisdom."</w:t>
      </w:r>
    </w:p>
    <w:p>
      <w:pPr>
        <w:jc w:val="right"/>
      </w:pPr>
      <w:r>
        <w:t>ڈاکٹر اسلم خان کا ایک کمنٹ ہے: "ڈیئر رجت، صلح حدیبیہ از ا گریٹ اینڈ اتھینٹک ایگزامپل اف پریکٹیکل وزڈم۔"</w:t>
      </w:r>
    </w:p>
    <w:p>
      <w:r>
        <w:rPr>
          <w:b/>
        </w:rPr>
        <w:t xml:space="preserve">[42:21] </w:t>
      </w:r>
      <w:r>
        <w:t>sahi hai, yeh baat sahi hai.</w:t>
      </w:r>
    </w:p>
    <w:p>
      <w:pPr>
        <w:jc w:val="right"/>
      </w:pPr>
      <w:r>
        <w:t>صحیح ہے، یہ بات صحیح ہے۔</w:t>
      </w:r>
    </w:p>
    <w:p>
      <w:r>
        <w:rPr>
          <w:b/>
        </w:rPr>
        <w:t xml:space="preserve">[42:29] </w:t>
      </w:r>
      <w:r>
        <w:t>niyaz bhatt sahib bangalore se likhte hain: "maulana sahib, you one see practical wisdom is looking for relevant amongst the irrelevant,</w:t>
      </w:r>
    </w:p>
    <w:p>
      <w:pPr>
        <w:jc w:val="right"/>
      </w:pPr>
      <w:r>
        <w:t>نیاز بھٹ صاحب بینگلور سے لکھتے ہیں: "مولانا صاحب، یو ون سیڈ پریکٹیکل وزڈم از لوکنگ فار ریلیونٹ امنگسٹ دا اریلیونٹ،</w:t>
      </w:r>
    </w:p>
    <w:p>
      <w:r>
        <w:rPr>
          <w:b/>
        </w:rPr>
        <w:t xml:space="preserve">[42:43] </w:t>
      </w:r>
      <w:r>
        <w:t>because nature gives them together in pack. so wisdom can be different at different situations, but crux should be killing controversy before it comes dispute."</w:t>
      </w:r>
    </w:p>
    <w:p>
      <w:pPr>
        <w:jc w:val="right"/>
      </w:pPr>
      <w:r>
        <w:t>بیکاز نیچر گیوز دیم ٹوگیدر ان پیک۔ سو وزڈم کین بی ڈفرنٹ ایٹ ڈفرنٹ سچویشنز، بٹ کرکس شوڈ بی کلنگ کنٹروورسی بیفور اٹ کمز ڈسپیوٹ۔"</w:t>
      </w:r>
    </w:p>
    <w:p>
      <w:r>
        <w:rPr>
          <w:b/>
        </w:rPr>
        <w:t xml:space="preserve">[43:04] </w:t>
      </w:r>
      <w:r>
        <w:t>woh aap jo kehte hain relevance aur irrelevance ko alag alag kar dena, hmm, aur controversy ko ek dam ibtidaai mein khatam kar dena, hmm, is se pehle ke woh dispute ban</w:t>
      </w:r>
    </w:p>
    <w:p>
      <w:pPr>
        <w:jc w:val="right"/>
      </w:pPr>
      <w:r>
        <w:t>وہ آپ جو کہتے ہیں ریلیونس اور اریلیونس کو الگ الگ کر دینا، ہمم، اور کنٹروورسی کو ایک دم ابتدائی میں ختم کر دینا، ہمم، اس سے پہلے کہ وہ ڈسپیوٹ بن</w:t>
      </w:r>
    </w:p>
    <w:p>
      <w:r>
        <w:rPr>
          <w:b/>
        </w:rPr>
        <w:t xml:space="preserve">[43:20] </w:t>
      </w:r>
      <w:r>
        <w:t>jaye. hmm, sahih hai.</w:t>
      </w:r>
    </w:p>
    <w:p>
      <w:pPr>
        <w:jc w:val="right"/>
      </w:pPr>
      <w:r>
        <w:t>جائے۔ ہمم، صحیح ہے۔</w:t>
      </w:r>
    </w:p>
    <w:p>
      <w:r>
        <w:rPr>
          <w:b/>
        </w:rPr>
        <w:t xml:space="preserve">[43:30] </w:t>
      </w:r>
      <w:r>
        <w:t>muhammad bilal shafi aap se poochte hain: "maulana, when can a person or group understand and accept defeat?</w:t>
      </w:r>
    </w:p>
    <w:p>
      <w:pPr>
        <w:jc w:val="right"/>
      </w:pPr>
      <w:r>
        <w:t>محمد بلال شفیع آپ سے پوچھتے ہیں: "مولانا، وین کین ا پرسن اور گروپ انڈرسٹینڈز اینڈ ایکسیپٹ ڈیفیٹ؟</w:t>
      </w:r>
    </w:p>
    <w:p>
      <w:r>
        <w:rPr>
          <w:b/>
        </w:rPr>
        <w:t xml:space="preserve">[43:43] </w:t>
      </w:r>
      <w:r>
        <w:t>what can help them decide this?" i am asking this question because most muslims and their organizations keep continuing with their efforts and rarely are able to change their track by accepting defeat at first.</w:t>
      </w:r>
    </w:p>
    <w:p>
      <w:pPr>
        <w:jc w:val="right"/>
      </w:pPr>
      <w:r>
        <w:t>واٹ کین ہیلپ دیم ڈیسائیڈ دس؟" ائی ایم اسکنگ دس کوئسچن بیکاز موسٹ مسلمز اینڈ دیر ارگنائزیشنز کیپ کنٹینیونگ ود دیر ایفرٹس اینڈ ریئرلی ار ایبل ٹو چینج دیر ٹریک بائی ایکسیپٹنگ ڈیفیٹ ایٹ فرسٹ۔</w:t>
      </w:r>
    </w:p>
    <w:p>
      <w:r>
        <w:rPr>
          <w:b/>
        </w:rPr>
        <w:t xml:space="preserve">[44:05] </w:t>
      </w:r>
      <w:r>
        <w:t>ego, ego ko kill karna parta hai, woh nahi kar paate log.</w:t>
      </w:r>
    </w:p>
    <w:p>
      <w:pPr>
        <w:jc w:val="right"/>
      </w:pPr>
      <w:r>
        <w:t>ایگو، ایگو کو کل کرنا پڑتا ہے، وہ نہیں کر پاتے لوگ۔</w:t>
      </w:r>
    </w:p>
    <w:p>
      <w:r>
        <w:rPr>
          <w:b/>
        </w:rPr>
        <w:t xml:space="preserve">[44:15] </w:t>
      </w:r>
      <w:r>
        <w:t>doctor naghma siddiqui ne aap se poocha hai: "as a person, should i stand for what is right, or i should be with the community?" dono alag alag nahi hain, ek hi hai.</w:t>
      </w:r>
    </w:p>
    <w:p>
      <w:pPr>
        <w:jc w:val="right"/>
      </w:pPr>
      <w:r>
        <w:t>ڈاکٹر نغمہ صدیقی نے آپ سے پوچھا ہے: "ایز ا پرسن، شوڈ ائی سٹینڈ فار واٹ از رائٹ، اور ائی شوڈ بی ود دا کمیونٹی؟" دونوں الگ الگ نہیں ہیں، ایک ہی ہے۔</w:t>
      </w:r>
    </w:p>
    <w:p>
      <w:r>
        <w:rPr>
          <w:b/>
        </w:rPr>
        <w:t xml:space="preserve">[44:32] </w:t>
      </w:r>
      <w:r>
        <w:t>stuti malhotra ne likha hai: "maulana, i have understood today that if one wants to progress, then one has to take a step backward.</w:t>
      </w:r>
    </w:p>
    <w:p>
      <w:pPr>
        <w:jc w:val="right"/>
      </w:pPr>
      <w:r>
        <w:t>ستوتی مالھوترا نے لکھا ہے: "مولانا، ائی ہیو انڈرسٹڈ ٹوڈے دیٹ اف ون وانٹس ٹو پروگریس، دین ون ہیز ٹو ٹیک ا سٹیپ بیکورڈ۔</w:t>
      </w:r>
    </w:p>
    <w:p>
      <w:r>
        <w:rPr>
          <w:b/>
        </w:rPr>
        <w:t xml:space="preserve">[44:44] </w:t>
      </w:r>
      <w:r>
        <w:t>this is excellent." sahih. "one needs to introspect and accept mistakes, only then a person will be able to move forward." sahih baat hai.</w:t>
      </w:r>
    </w:p>
    <w:p>
      <w:pPr>
        <w:jc w:val="right"/>
      </w:pPr>
      <w:r>
        <w:t>دس از ایکسیلنٹ۔" صحیح۔ "ون نیڈز ٹو انٹراسپیکٹ اینڈ ایکسیپٹ مسٹیکس، اونلی دین ا پرسن ول بی ایبل ٹو موو فارورڈ۔" صحیح بات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