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Tazkiyah and Self Criticism April 13, 2020 Maulana Wahiduddin Khan</w:t>
      </w:r>
    </w:p>
    <w:p>
      <w:r>
        <w:t>https://www.youtube.com/watch?v=D4pMJtT4vDg</w:t>
      </w:r>
    </w:p>
    <w:p>
      <w:r>
        <w:rPr>
          <w:b/>
        </w:rPr>
        <w:t xml:space="preserve">[00:13] </w:t>
      </w:r>
      <w:r>
        <w:t>bismillah rahman rahim. dekhiye, tazkiya ka</w:t>
      </w:r>
    </w:p>
    <w:p>
      <w:pPr>
        <w:jc w:val="right"/>
      </w:pPr>
      <w:r>
        <w:t>بسم اللہ الرحمن الرحیم۔ دیکھیے، تزکیہ کا</w:t>
      </w:r>
    </w:p>
    <w:p>
      <w:r>
        <w:rPr>
          <w:b/>
        </w:rPr>
        <w:t xml:space="preserve">[00:27] </w:t>
      </w:r>
      <w:r>
        <w:t>lafzi matlab hai pak karna.</w:t>
      </w:r>
    </w:p>
    <w:p>
      <w:pPr>
        <w:jc w:val="right"/>
      </w:pPr>
      <w:r>
        <w:t>لفظی مطلب ہے پاک کرنا۔</w:t>
      </w:r>
    </w:p>
    <w:p>
      <w:r>
        <w:rPr>
          <w:b/>
        </w:rPr>
        <w:t xml:space="preserve">[00:35] </w:t>
      </w:r>
      <w:r>
        <w:t>jis tarah se aap</w:t>
      </w:r>
    </w:p>
    <w:p>
      <w:pPr>
        <w:jc w:val="right"/>
      </w:pPr>
      <w:r>
        <w:t>جس طرح سے آپ</w:t>
      </w:r>
    </w:p>
    <w:p>
      <w:r>
        <w:rPr>
          <w:b/>
        </w:rPr>
        <w:t xml:space="preserve">[00:39] </w:t>
      </w:r>
      <w:r>
        <w:t>nahate hain aur body ko pani se dhote hain, toh woh hai tazkiya.</w:t>
      </w:r>
    </w:p>
    <w:p>
      <w:pPr>
        <w:jc w:val="right"/>
      </w:pPr>
      <w:r>
        <w:t>نہاتے ہیں اور باڈی کو پانی سے دھوتے ہیں، تو وہ ہے تزکیہ۔</w:t>
      </w:r>
    </w:p>
    <w:p>
      <w:r>
        <w:rPr>
          <w:b/>
        </w:rPr>
        <w:t xml:space="preserve">[00:56] </w:t>
      </w:r>
      <w:r>
        <w:t>mujhe sab se pehle tazkiya ki ahmiyat is waqt hui.</w:t>
      </w:r>
    </w:p>
    <w:p>
      <w:pPr>
        <w:jc w:val="right"/>
      </w:pPr>
      <w:r>
        <w:t>مجھے سب سے پہلے تزکیہ کی اہمیت اس وقت ہوئی۔</w:t>
      </w:r>
    </w:p>
    <w:p>
      <w:r>
        <w:rPr>
          <w:b/>
        </w:rPr>
        <w:t xml:space="preserve">[01:06] </w:t>
      </w:r>
      <w:r>
        <w:t>pehle zamane mein main humri ke zamane mein bolta tha, ab main humri ka lafz istemal nahi karta.</w:t>
      </w:r>
    </w:p>
    <w:p>
      <w:pPr>
        <w:jc w:val="right"/>
      </w:pPr>
      <w:r>
        <w:t>پہلے زمانے میں میں ہمری کے زمانے میں بولتا تھا، اب میں ہمری کا لفظ استعمال نہیں کرتا۔</w:t>
      </w:r>
    </w:p>
    <w:p>
      <w:r>
        <w:rPr>
          <w:b/>
        </w:rPr>
        <w:t xml:space="preserve">[01:13] </w:t>
      </w:r>
      <w:r>
        <w:t>ab maine humri ka lafz chhod diya.</w:t>
      </w:r>
    </w:p>
    <w:p>
      <w:pPr>
        <w:jc w:val="right"/>
      </w:pPr>
      <w:r>
        <w:t>اب میں نے ہمری کا لفظ چھوڑ دیا۔</w:t>
      </w:r>
    </w:p>
    <w:p>
      <w:r>
        <w:rPr>
          <w:b/>
        </w:rPr>
        <w:t xml:space="preserve">[01:18] </w:t>
      </w:r>
      <w:r>
        <w:t>jab maine kisi ki humri kar di,</w:t>
      </w:r>
    </w:p>
    <w:p>
      <w:pPr>
        <w:jc w:val="right"/>
      </w:pPr>
      <w:r>
        <w:t>جب میں نے کسی کی ہمری کر دی،</w:t>
      </w:r>
    </w:p>
    <w:p>
      <w:r>
        <w:rPr>
          <w:b/>
        </w:rPr>
        <w:t xml:space="preserve">[01:23] </w:t>
      </w:r>
      <w:r>
        <w:t>toh mere andar allah ke fazl se</w:t>
      </w:r>
    </w:p>
    <w:p>
      <w:pPr>
        <w:jc w:val="right"/>
      </w:pPr>
      <w:r>
        <w:t>تو میرے اندر اللہ کے فضل سے</w:t>
      </w:r>
    </w:p>
    <w:p>
      <w:r>
        <w:rPr>
          <w:b/>
        </w:rPr>
        <w:t xml:space="preserve">[01:29] </w:t>
      </w:r>
      <w:r>
        <w:t>paidaishi taur par shayad yeh baat hai ke ghalati karne ki ghalati ka ehsas hai. jab main koi ghalati karta hoon toh mujhe zaroor is ke bahut jald baad ehsas hota hai ke maine ghalati kar di.</w:t>
      </w:r>
    </w:p>
    <w:p>
      <w:pPr>
        <w:jc w:val="right"/>
      </w:pPr>
      <w:r>
        <w:t>پیدائشی طور پر شاید یہ بات ہے کہ غلطی کرنے کی غلطی کا احساس ہے۔ جب میں کوئی غلطی کرتا ہوں تو مجھے ضرور اس کے بہت جلد بعد احساس ہوتا ہے کہ میں نے غلطی کر دی۔</w:t>
      </w:r>
    </w:p>
    <w:p>
      <w:r>
        <w:rPr>
          <w:b/>
        </w:rPr>
        <w:t xml:space="preserve">[01:49] </w:t>
      </w:r>
      <w:r>
        <w:t>toh jab maine humri ki aadat bhi ab toh chhod diya maine is ko, toh ek baar maine kisi ke bahut sakht humri kar di,</w:t>
      </w:r>
    </w:p>
    <w:p>
      <w:pPr>
        <w:jc w:val="right"/>
      </w:pPr>
      <w:r>
        <w:t>تو جب میں ہمری کی عادت بھی اب تو چھوڑ دیا میں نے اس کو، تو ایک بار میں نے کسی کے بہت سخت ہمری کر دی،</w:t>
      </w:r>
    </w:p>
    <w:p>
      <w:r>
        <w:rPr>
          <w:b/>
        </w:rPr>
        <w:t xml:space="preserve">[02:06] </w:t>
      </w:r>
      <w:r>
        <w:t>toh mujhe repentance hua. repentance. ab main sochta ke ghalati toh ho gayi, ab main kya karoon?</w:t>
      </w:r>
    </w:p>
    <w:p>
      <w:pPr>
        <w:jc w:val="right"/>
      </w:pPr>
      <w:r>
        <w:t>تو مجھے ریپنٹنس ہوا۔ ریپنٹنس۔ اب میں سوچتا کہ غلطی تو ہو گئی، اب میں کیا کروں؟</w:t>
      </w:r>
    </w:p>
    <w:p>
      <w:r>
        <w:rPr>
          <w:b/>
        </w:rPr>
        <w:t xml:space="preserve">[02:19] </w:t>
      </w:r>
      <w:r>
        <w:t>toh maine ek waqia padha abu darda sahabi ka. rasool allah ke ek sahabi the, un ka naam tha abu darda.</w:t>
      </w:r>
    </w:p>
    <w:p>
      <w:pPr>
        <w:jc w:val="right"/>
      </w:pPr>
      <w:r>
        <w:t>تو میں نے ایک واقعہ پڑھا ابو دردہ صحابی کا۔ رسول اللہ کے ایک صحابی تھے، ان کا نام تھا ابو دردہ۔</w:t>
      </w:r>
    </w:p>
    <w:p>
      <w:r>
        <w:rPr>
          <w:b/>
        </w:rPr>
        <w:t xml:space="preserve">[02:34] </w:t>
      </w:r>
      <w:r>
        <w:t>yeh bahut hi...</w:t>
      </w:r>
    </w:p>
    <w:p>
      <w:pPr>
        <w:jc w:val="right"/>
      </w:pPr>
      <w:r>
        <w:t>یہ بہت ہی...</w:t>
      </w:r>
    </w:p>
    <w:p>
      <w:r>
        <w:rPr>
          <w:b/>
        </w:rPr>
        <w:t xml:space="preserve">[02:43] </w:t>
      </w:r>
      <w:r>
        <w:t>unki ek ladki thi, uska naam tha darda. toh isi darda ke naam par un ke baap ka naam aur</w:t>
      </w:r>
    </w:p>
    <w:p>
      <w:pPr>
        <w:jc w:val="right"/>
      </w:pPr>
      <w:r>
        <w:t>ان کی ایک لڑکی تھی، اس کا نام تھا دردہ۔ تو اسی دردہ کے نام پر ان کے باپ کا نام اور</w:t>
      </w:r>
    </w:p>
    <w:p>
      <w:r>
        <w:rPr>
          <w:b/>
        </w:rPr>
        <w:t xml:space="preserve">[02:53] </w:t>
      </w:r>
      <w:r>
        <w:t>maan ka naam pad gaya. yaani maan ko kehne lage log ab umm e darda aur baap ko kehne lage abu darda.</w:t>
      </w:r>
    </w:p>
    <w:p>
      <w:pPr>
        <w:jc w:val="right"/>
      </w:pPr>
      <w:r>
        <w:t>ماں کا نام پڑ گیا۔ یعنی ماں کو کہنے لگے لوگ اب ام دردہ اور باپ کو کہنے لگے ابو دردہ۔</w:t>
      </w:r>
    </w:p>
    <w:p>
      <w:r>
        <w:rPr>
          <w:b/>
        </w:rPr>
        <w:t xml:space="preserve">[03:06] </w:t>
      </w:r>
      <w:r>
        <w:t>to maan baap kam mashhoor hain, lekin darda zyada mashhoor hai.</w:t>
      </w:r>
    </w:p>
    <w:p>
      <w:pPr>
        <w:jc w:val="right"/>
      </w:pPr>
      <w:r>
        <w:t>تو ماں باپ کم مشہور ہیں، لیکن دردہ زیادہ مشہور ہے۔</w:t>
      </w:r>
    </w:p>
    <w:p>
      <w:r>
        <w:rPr>
          <w:b/>
        </w:rPr>
        <w:t xml:space="preserve">[03:16] </w:t>
      </w:r>
      <w:r>
        <w:t>to baharhaal,</w:t>
      </w:r>
    </w:p>
    <w:p>
      <w:pPr>
        <w:jc w:val="right"/>
      </w:pPr>
      <w:r>
        <w:t>تو بہرحال،</w:t>
      </w:r>
    </w:p>
    <w:p>
      <w:r>
        <w:rPr>
          <w:b/>
        </w:rPr>
        <w:t xml:space="preserve">[03:20] </w:t>
      </w:r>
      <w:r>
        <w:t>abu darda jo sahabi thay, un ka ek hum ne parha hai ek qaul.</w:t>
      </w:r>
    </w:p>
    <w:p>
      <w:pPr>
        <w:jc w:val="right"/>
      </w:pPr>
      <w:r>
        <w:t>ابو دردہ جو صحابی تھے، ان کا ایک ہم نے پڑھا ہے ایک قول۔</w:t>
      </w:r>
    </w:p>
    <w:p>
      <w:r>
        <w:rPr>
          <w:b/>
        </w:rPr>
        <w:t xml:space="preserve">[03:31] </w:t>
      </w:r>
      <w:r>
        <w:t>is ka sense yeh tha ke momin woh hai jo bahar kisi par naqd naqd kar raha hai, noon khaf se naqd kar rahe hain.</w:t>
      </w:r>
    </w:p>
    <w:p>
      <w:pPr>
        <w:jc w:val="right"/>
      </w:pPr>
      <w:r>
        <w:t>اس کا سینس یہ تھا کہ مومن وہ ہے جو باہر کسی پر نقد نقد کر رہا ہے، نون خاف سے نقد کر رہے ہیں۔</w:t>
      </w:r>
    </w:p>
    <w:p>
      <w:r>
        <w:rPr>
          <w:b/>
        </w:rPr>
        <w:t xml:space="preserve">[03:46] </w:t>
      </w:r>
      <w:r>
        <w:t>yaani kisi ki humri karen,</w:t>
      </w:r>
    </w:p>
    <w:p>
      <w:pPr>
        <w:jc w:val="right"/>
      </w:pPr>
      <w:r>
        <w:t>یعنی کسی کی ہمری کریں،</w:t>
      </w:r>
    </w:p>
    <w:p>
      <w:r>
        <w:rPr>
          <w:b/>
        </w:rPr>
        <w:t xml:space="preserve">[03:50] </w:t>
      </w:r>
      <w:r>
        <w:t>aur phir jab andar aaye ya ghar mein aaye to us se zyada khud apni humri karen.</w:t>
      </w:r>
    </w:p>
    <w:p>
      <w:pPr>
        <w:jc w:val="right"/>
      </w:pPr>
      <w:r>
        <w:t>اور پھر جب اندر آئے یا گھر میں آئے تو اس سے زیادہ خود اپنی ہمری کریں۔</w:t>
      </w:r>
    </w:p>
    <w:p>
      <w:r>
        <w:rPr>
          <w:b/>
        </w:rPr>
        <w:t xml:space="preserve">[04:02] </w:t>
      </w:r>
      <w:r>
        <w:t>is se maine samjha ke</w:t>
      </w:r>
    </w:p>
    <w:p>
      <w:pPr>
        <w:jc w:val="right"/>
      </w:pPr>
      <w:r>
        <w:t>اس سے میں نے سمجھا کہ</w:t>
      </w:r>
    </w:p>
    <w:p>
      <w:r>
        <w:rPr>
          <w:b/>
        </w:rPr>
        <w:t xml:space="preserve">[04:09] </w:t>
      </w:r>
      <w:r>
        <w:t>naqd ya humri</w:t>
      </w:r>
    </w:p>
    <w:p>
      <w:pPr>
        <w:jc w:val="right"/>
      </w:pPr>
      <w:r>
        <w:t>نقد یا ہمری</w:t>
      </w:r>
    </w:p>
    <w:p>
      <w:r>
        <w:rPr>
          <w:b/>
        </w:rPr>
        <w:t xml:space="preserve">[04:17] </w:t>
      </w:r>
      <w:r>
        <w:t>ka ek plus point hai. plus point. islam ki ek sifat yeh hai ke is mein har</w:t>
      </w:r>
    </w:p>
    <w:p>
      <w:pPr>
        <w:jc w:val="right"/>
      </w:pPr>
      <w:r>
        <w:t>کا ایک پلس پوائنٹ ہے۔ پلس پوائنٹ۔ اسلام کی ایک صفت یہ ہے کہ اس میں ہر</w:t>
      </w:r>
    </w:p>
    <w:p>
      <w:r>
        <w:rPr>
          <w:b/>
        </w:rPr>
        <w:t xml:space="preserve">[04:28] </w:t>
      </w:r>
      <w:r>
        <w:t>har cheez ka positive aspect hota hai. to naqd ka bhi ek positive point hai.</w:t>
      </w:r>
    </w:p>
    <w:p>
      <w:pPr>
        <w:jc w:val="right"/>
      </w:pPr>
      <w:r>
        <w:t>ہر چیز کا پازیٹیو ایسپیکٹ ہوتا ہے۔ تو نقد کا بھی ایک پازیٹیو پوائنٹ ہے۔</w:t>
      </w:r>
    </w:p>
    <w:p>
      <w:r>
        <w:rPr>
          <w:b/>
        </w:rPr>
        <w:t xml:space="preserve">[04:39] </w:t>
      </w:r>
      <w:r>
        <w:t>yaani woh bahar to us ne keh diya kisi ko sakht daanta par kar di,</w:t>
      </w:r>
    </w:p>
    <w:p>
      <w:pPr>
        <w:jc w:val="right"/>
      </w:pPr>
      <w:r>
        <w:t>یعنی وہ باہر تو اس نے کہہ دیا کسی کو سخت ڈانٹا پڑ کر دی،</w:t>
      </w:r>
    </w:p>
    <w:p>
      <w:r>
        <w:rPr>
          <w:b/>
        </w:rPr>
        <w:t xml:space="preserve">[04:46] </w:t>
      </w:r>
      <w:r>
        <w:t>kisi ko bura bura keh diya, lekin jab kuch dair ke baad ghar ke andar aaye aur us ko yaad aaye ke main ne kya ghalti kar di, to apne ko us se zyada humri karen.</w:t>
      </w:r>
    </w:p>
    <w:p>
      <w:pPr>
        <w:jc w:val="right"/>
      </w:pPr>
      <w:r>
        <w:t>کسی کو برا برا کہہ دیا، لیکن جب کچھ دیر کے بعد گھر کے اندر آئے اور اس کو یاد آئے کہ میں نے کیا غلطی کر دی، تو اپنے کو اس سے زیادہ ہمری کریں۔</w:t>
      </w:r>
    </w:p>
    <w:p>
      <w:r>
        <w:rPr>
          <w:b/>
        </w:rPr>
        <w:t xml:space="preserve">[05:04] </w:t>
      </w:r>
      <w:r>
        <w:t>instead of humri, aur bhi zyada andaaz mein, sakht andaaz mein karen.</w:t>
      </w:r>
    </w:p>
    <w:p>
      <w:pPr>
        <w:jc w:val="right"/>
      </w:pPr>
      <w:r>
        <w:t>انسٹیڈ اف ہمری، اور بھی زیادہ انداز میں، سخت انداز میں کریں۔</w:t>
      </w:r>
    </w:p>
    <w:p>
      <w:r>
        <w:rPr>
          <w:b/>
        </w:rPr>
        <w:t xml:space="preserve">[05:16] </w:t>
      </w:r>
      <w:r>
        <w:t>to is se maine samjha ke</w:t>
      </w:r>
    </w:p>
    <w:p>
      <w:pPr>
        <w:jc w:val="right"/>
      </w:pPr>
      <w:r>
        <w:t>تو اس سے میں نے سمجھا کہ</w:t>
      </w:r>
    </w:p>
    <w:p>
      <w:r>
        <w:rPr>
          <w:b/>
        </w:rPr>
        <w:t xml:space="preserve">[05:25] </w:t>
      </w:r>
      <w:r>
        <w:t>Allah rab ul aalameen ne insaan ko mauqa diya hai ke woh agar koi ghalti kar jaye to us ghalti ko apne liye</w:t>
      </w:r>
    </w:p>
    <w:p>
      <w:pPr>
        <w:jc w:val="right"/>
      </w:pPr>
      <w:r>
        <w:t>اللہ رب العالمین نے انسان کو موقع دیا ہے کہ وہ اگر کوئی غلطی کر جائے تو اس غلطی کو اپنے لیے</w:t>
      </w:r>
    </w:p>
    <w:p>
      <w:r>
        <w:rPr>
          <w:b/>
        </w:rPr>
        <w:t xml:space="preserve">[05:46] </w:t>
      </w:r>
      <w:r>
        <w:t>convert karne ka zariya bana le.</w:t>
      </w:r>
    </w:p>
    <w:p>
      <w:pPr>
        <w:jc w:val="right"/>
      </w:pPr>
      <w:r>
        <w:t>کنورٹ کرنے کا ذریعہ بنا لے۔</w:t>
      </w:r>
    </w:p>
    <w:p>
      <w:r>
        <w:rPr>
          <w:b/>
        </w:rPr>
        <w:t xml:space="preserve">[05:51] </w:t>
      </w:r>
      <w:r>
        <w:t>yaani apne negative ko positive banane mein woh istemaal kar sake.</w:t>
      </w:r>
    </w:p>
    <w:p>
      <w:pPr>
        <w:jc w:val="right"/>
      </w:pPr>
      <w:r>
        <w:t>یعنی اپنے نیگیٹیو کو پازیٹیو بنانے میں وہ استعمال کر سکے۔</w:t>
      </w:r>
    </w:p>
    <w:p>
      <w:r>
        <w:rPr>
          <w:b/>
        </w:rPr>
        <w:t xml:space="preserve">[06:00] </w:t>
      </w:r>
      <w:r>
        <w:t>tab se mujhe yeh humri abhi aadat ban gayi. aadat. woh ke agar main kisi se koi sakht baat keh doon, kisi ko koi sakht baat keh doon,</w:t>
      </w:r>
    </w:p>
    <w:p>
      <w:pPr>
        <w:jc w:val="right"/>
      </w:pPr>
      <w:r>
        <w:t>تب سے مجھے یہ ہماری ابھی عادت بن گئی۔ عادت۔ وہ کہ اگر میں کسی سے کوئی سخت بات کہہ دوں، کسی کو کوئی سخت بات کہہ دوں،</w:t>
      </w:r>
    </w:p>
    <w:p>
      <w:r>
        <w:rPr>
          <w:b/>
        </w:rPr>
        <w:t xml:space="preserve">[06:17] </w:t>
      </w:r>
      <w:r>
        <w:t>to us ke baad mere andar bohat jald</w:t>
      </w:r>
    </w:p>
    <w:p>
      <w:pPr>
        <w:jc w:val="right"/>
      </w:pPr>
      <w:r>
        <w:t>تو اس کے بعد میرے اندر بہت جلد</w:t>
      </w:r>
    </w:p>
    <w:p>
      <w:r>
        <w:rPr>
          <w:b/>
        </w:rPr>
        <w:t xml:space="preserve">[06:24] </w:t>
      </w:r>
      <w:r>
        <w:t>yeh repentance aata hai. repentance. repentance.</w:t>
      </w:r>
    </w:p>
    <w:p>
      <w:pPr>
        <w:jc w:val="right"/>
      </w:pPr>
      <w:r>
        <w:t>یہ ریپنٹنس آتا ہے۔ ریپنٹنس۔ ریپنٹنس۔</w:t>
      </w:r>
    </w:p>
    <w:p>
      <w:r>
        <w:rPr>
          <w:b/>
        </w:rPr>
        <w:t xml:space="preserve">[06:33] </w:t>
      </w:r>
      <w:r>
        <w:t>yaani apni ko...</w:t>
      </w:r>
    </w:p>
    <w:p>
      <w:pPr>
        <w:jc w:val="right"/>
      </w:pPr>
      <w:r>
        <w:t>یعنی اپنی کو...</w:t>
      </w:r>
    </w:p>
    <w:p>
      <w:r>
        <w:rPr>
          <w:b/>
        </w:rPr>
        <w:t xml:space="preserve">[06:42] </w:t>
      </w:r>
      <w:r>
        <w:t>yaani self humri.</w:t>
      </w:r>
    </w:p>
    <w:p>
      <w:pPr>
        <w:jc w:val="right"/>
      </w:pPr>
      <w:r>
        <w:t>یعنی سیلف ہمری۔</w:t>
      </w:r>
    </w:p>
    <w:p>
      <w:r>
        <w:rPr>
          <w:b/>
        </w:rPr>
        <w:t xml:space="preserve">[06:50] </w:t>
      </w:r>
      <w:r>
        <w:t>to Hazrat Abu Darda ka qissa jab maine parha to us waqt se mere baray mein barh gaya ke Allah ki rehmat jo hai, rehmat ke agar insaan se koi ghalti ho jaye to Allah us ko mauqa deta hai, mauqa</w:t>
      </w:r>
    </w:p>
    <w:p>
      <w:pPr>
        <w:jc w:val="right"/>
      </w:pPr>
      <w:r>
        <w:t>تو حضرت ابو دردہ کا قصہ جب میں نے پڑھا تو اس وقت سے میرے بارے میں بڑھ گیا کہ اللہ کی رحمت جو ہے، رحمت کہ اگر انسان سے کوئی غلطی ہو جائے تو اللہ اس کو موقع دیتا ہے، موقع</w:t>
      </w:r>
    </w:p>
    <w:p>
      <w:r>
        <w:rPr>
          <w:b/>
        </w:rPr>
        <w:t xml:space="preserve">[07:10] </w:t>
      </w:r>
      <w:r>
        <w:t>ke woh apni ghalti ko karwat kar ke achhai bana bana le. yeh bohat ajeeb o ghareeb rehmat hai Allah taala ki.</w:t>
      </w:r>
    </w:p>
    <w:p>
      <w:pPr>
        <w:jc w:val="right"/>
      </w:pPr>
      <w:r>
        <w:t>کہ وہ اپنی غلطی کو کروٹ کر کے اچھائی بنا بنا لے۔ یہ بہت عجیب و غریب رحمت ہے اللہ تعالیٰ کی۔</w:t>
      </w:r>
    </w:p>
    <w:p>
      <w:r>
        <w:rPr>
          <w:b/>
        </w:rPr>
        <w:t xml:space="preserve">[07:25] </w:t>
      </w:r>
      <w:r>
        <w:t>yani</w:t>
      </w:r>
    </w:p>
    <w:p>
      <w:pPr>
        <w:jc w:val="right"/>
      </w:pPr>
      <w:r>
        <w:t>یعنی</w:t>
      </w:r>
    </w:p>
    <w:p>
      <w:r>
        <w:rPr>
          <w:b/>
        </w:rPr>
        <w:t xml:space="preserve">[07:27] </w:t>
      </w:r>
      <w:r>
        <w:t>is ne pehle to ki thi kisi aur ki humri, lekin baad ko woh apni hi humri karne laga. self humri.</w:t>
      </w:r>
    </w:p>
    <w:p>
      <w:pPr>
        <w:jc w:val="right"/>
      </w:pPr>
      <w:r>
        <w:t>اس نے پہلے تو کی تھی کسی اور کی ہمری، لیکن بعد کو وہ اپنی ہی ہمری کرنے لگا۔ سیلف ہمری۔</w:t>
      </w:r>
    </w:p>
    <w:p>
      <w:r>
        <w:rPr>
          <w:b/>
        </w:rPr>
        <w:t xml:space="preserve">[07:38] </w:t>
      </w:r>
      <w:r>
        <w:t>aur phir aur phir kya kare woh? is aadmi ke liye bohat ziyada duaen kare woh. yeh hazrat abu darda ka tareeqa tha.</w:t>
      </w:r>
    </w:p>
    <w:p>
      <w:pPr>
        <w:jc w:val="right"/>
      </w:pPr>
      <w:r>
        <w:t>اور پھر اور پھر کیا کرے وہ؟ اس آدمی کے لیے بہت زیادہ دعائیں کرے وہ۔ یہ حضرت ابو دردہ کا طریقہ تھا۔</w:t>
      </w:r>
    </w:p>
    <w:p>
      <w:r>
        <w:rPr>
          <w:b/>
        </w:rPr>
        <w:t xml:space="preserve">[07:51] </w:t>
      </w:r>
      <w:r>
        <w:t>is aadmi ki bohat ziyada duaen karna is</w:t>
      </w:r>
    </w:p>
    <w:p>
      <w:pPr>
        <w:jc w:val="right"/>
      </w:pPr>
      <w:r>
        <w:t>اس آدمی کی بہت زیادہ دعائیں کرنا اس</w:t>
      </w:r>
    </w:p>
    <w:p>
      <w:r>
        <w:rPr>
          <w:b/>
        </w:rPr>
        <w:t xml:space="preserve">[07:55] </w:t>
      </w:r>
      <w:r>
        <w:t>aadmi ke liye. yani is waqeye ke zariye, is waqeye ke jo ho gaya hai is se, is ke zariye woh is ko woh self development ka zariya bana le.</w:t>
      </w:r>
    </w:p>
    <w:p>
      <w:pPr>
        <w:jc w:val="right"/>
      </w:pPr>
      <w:r>
        <w:t>آدمی کے لیے۔ یعنی اس واقعے کے ذریعے، اس واقعے کے جو ہو گیا ہے اس سے، اس کے ذریعے وہ اس کو وہ سیلف ڈیولپمنٹ کا ذریعہ بنا لے۔</w:t>
      </w:r>
    </w:p>
    <w:p>
      <w:r>
        <w:rPr>
          <w:b/>
        </w:rPr>
        <w:t xml:space="preserve">[08:11] </w:t>
      </w:r>
      <w:r>
        <w:t>kaisi ajeeb baat hai.</w:t>
      </w:r>
    </w:p>
    <w:p>
      <w:pPr>
        <w:jc w:val="right"/>
      </w:pPr>
      <w:r>
        <w:t>کیسی عجیب بات ہے۔</w:t>
      </w:r>
    </w:p>
    <w:p>
      <w:r>
        <w:rPr>
          <w:b/>
        </w:rPr>
        <w:t xml:space="preserve">[08:17] </w:t>
      </w:r>
      <w:r>
        <w:t>yeh Allah taala ki kisi ajeeb rehmat hai ke aye mere bande, agar tum ne</w:t>
      </w:r>
    </w:p>
    <w:p>
      <w:pPr>
        <w:jc w:val="right"/>
      </w:pPr>
      <w:r>
        <w:t>یہ اللہ تعالیٰ کی کسی عجیب رحمت ہے کہ اے میرے بندے، اگر تم نے</w:t>
      </w:r>
    </w:p>
    <w:p>
      <w:r>
        <w:rPr>
          <w:b/>
        </w:rPr>
        <w:t xml:space="preserve">[08:25] </w:t>
      </w:r>
      <w:r>
        <w:t>koi ghalti kar di hai to koi</w:t>
      </w:r>
    </w:p>
    <w:p>
      <w:pPr>
        <w:jc w:val="right"/>
      </w:pPr>
      <w:r>
        <w:t>کوئی غلطی کر دی ہے تو کوئی</w:t>
      </w:r>
    </w:p>
    <w:p>
      <w:r>
        <w:rPr>
          <w:b/>
        </w:rPr>
        <w:t xml:space="preserve">[08:33] </w:t>
      </w:r>
      <w:r>
        <w:t>koi ghabrane ki zaroorat nahi hai. tumhare liye ek chance hai, bohat zabardast chance hai ke tum apne...</w:t>
      </w:r>
    </w:p>
    <w:p>
      <w:pPr>
        <w:jc w:val="right"/>
      </w:pPr>
      <w:r>
        <w:t>کوئی گھبرانے کی ضرورت نہیں ہے۔ تمہارے لیے ایک چانس ہے، بہت زبردست چانس ہے کہ تم اپنے...</w:t>
      </w:r>
    </w:p>
    <w:p>
      <w:r>
        <w:rPr>
          <w:b/>
        </w:rPr>
        <w:t xml:space="preserve">[08:44] </w:t>
      </w:r>
      <w:r>
        <w:t>ke tum apni</w:t>
      </w:r>
    </w:p>
    <w:p>
      <w:pPr>
        <w:jc w:val="right"/>
      </w:pPr>
      <w:r>
        <w:t>کہ تم اپنی</w:t>
      </w:r>
    </w:p>
    <w:p>
      <w:r>
        <w:rPr>
          <w:b/>
        </w:rPr>
        <w:t xml:space="preserve">[08:51] </w:t>
      </w:r>
      <w:r>
        <w:t>ghalti ko apni development ka zariya bana lo. is aadmi ke liye duaen krao.</w:t>
      </w:r>
    </w:p>
    <w:p>
      <w:pPr>
        <w:jc w:val="right"/>
      </w:pPr>
      <w:r>
        <w:t>غلطی کو اپنی ڈیولپمنٹ کا ذریعہ بنا لو۔ اس آدمی کے لیے دعائیں کراؤ۔</w:t>
      </w:r>
    </w:p>
    <w:p>
      <w:r>
        <w:rPr>
          <w:b/>
        </w:rPr>
        <w:t xml:space="preserve">[09:01] </w:t>
      </w:r>
      <w:r>
        <w:t>is aadmi ke liye duaen karo. is aadmi ke liye achhe khayalat apne dil mein lao.</w:t>
      </w:r>
    </w:p>
    <w:p>
      <w:pPr>
        <w:jc w:val="right"/>
      </w:pPr>
      <w:r>
        <w:t>اس آدمی کے لیے دعائیں کرو۔ اس آدمی کے لیے اچھے خیالات اپنے دل میں لاؤ۔</w:t>
      </w:r>
    </w:p>
    <w:p>
      <w:r>
        <w:rPr>
          <w:b/>
        </w:rPr>
        <w:t xml:space="preserve">[09:12] </w:t>
      </w:r>
      <w:r>
        <w:t>yeh hai tazkiya.</w:t>
      </w:r>
    </w:p>
    <w:p>
      <w:pPr>
        <w:jc w:val="right"/>
      </w:pPr>
      <w:r>
        <w:t>یہ ہے تزکیہ۔</w:t>
      </w:r>
    </w:p>
    <w:p>
      <w:r>
        <w:rPr>
          <w:b/>
        </w:rPr>
        <w:t xml:space="preserve">[09:18] </w:t>
      </w:r>
      <w:r>
        <w:t>tazkiya ke maani hain apne ko pak karna. apne jo haath...</w:t>
      </w:r>
    </w:p>
    <w:p>
      <w:pPr>
        <w:jc w:val="right"/>
      </w:pPr>
      <w:r>
        <w:t>تزکیہ کے معنی ہیں اپنے کو پاک کرنا۔ اپنے جو ہاتھ...</w:t>
      </w:r>
    </w:p>
    <w:p>
      <w:r>
        <w:rPr>
          <w:b/>
        </w:rPr>
        <w:t xml:space="preserve">[09:34] </w:t>
      </w:r>
      <w:r>
        <w:t>jo koi...</w:t>
      </w:r>
    </w:p>
    <w:p>
      <w:pPr>
        <w:jc w:val="right"/>
      </w:pPr>
      <w:r>
        <w:t>جو کوئی...</w:t>
      </w:r>
    </w:p>
    <w:p>
      <w:r>
        <w:rPr>
          <w:b/>
        </w:rPr>
        <w:t xml:space="preserve">[09:43] </w:t>
      </w:r>
      <w:r>
        <w:t>ke siyahi lag jaye kapde mein to us ko dho kar dobara safed bana lein.</w:t>
      </w:r>
    </w:p>
    <w:p>
      <w:pPr>
        <w:jc w:val="right"/>
      </w:pPr>
      <w:r>
        <w:t>کہ سیاہی لگ جائے کپڑے میں تو اس کو دھو کر دوبارہ سفید بنا لیں۔</w:t>
      </w:r>
    </w:p>
    <w:p>
      <w:r>
        <w:rPr>
          <w:b/>
        </w:rPr>
        <w:t xml:space="preserve">[09:57] </w:t>
      </w:r>
      <w:r>
        <w:t>to yeh hai pakizgi.</w:t>
      </w:r>
    </w:p>
    <w:p>
      <w:pPr>
        <w:jc w:val="right"/>
      </w:pPr>
      <w:r>
        <w:t>تو یہ ہے پاکیزگی۔</w:t>
      </w:r>
    </w:p>
    <w:p>
      <w:r>
        <w:rPr>
          <w:b/>
        </w:rPr>
        <w:t xml:space="preserve">[10:05] </w:t>
      </w:r>
      <w:r>
        <w:t>jis tarah aadmi kapde ko</w:t>
      </w:r>
    </w:p>
    <w:p>
      <w:pPr>
        <w:jc w:val="right"/>
      </w:pPr>
      <w:r>
        <w:t>جس طرح آدمی کپڑے کو</w:t>
      </w:r>
    </w:p>
    <w:p>
      <w:r>
        <w:rPr>
          <w:b/>
        </w:rPr>
        <w:t xml:space="preserve">[10:12] </w:t>
      </w:r>
      <w:r>
        <w:t>siyahi lagne ke baad dobara us ko safed banata hai, is tarah aadmi apni</w:t>
      </w:r>
    </w:p>
    <w:p>
      <w:pPr>
        <w:jc w:val="right"/>
      </w:pPr>
      <w:r>
        <w:t>سیاہی لگنے کے بعد دوبارہ اس کو سفید بناتا ہے، اس طرح آدمی اپنی</w:t>
      </w:r>
    </w:p>
    <w:p>
      <w:r>
        <w:rPr>
          <w:b/>
        </w:rPr>
        <w:t xml:space="preserve">[10:23] </w:t>
      </w:r>
      <w:r>
        <w:t>un hasti ko</w:t>
      </w:r>
    </w:p>
    <w:p>
      <w:pPr>
        <w:jc w:val="right"/>
      </w:pPr>
      <w:r>
        <w:t>ان ہستی کو</w:t>
      </w:r>
    </w:p>
    <w:p>
      <w:r>
        <w:rPr>
          <w:b/>
        </w:rPr>
        <w:t xml:space="preserve">[10:30] </w:t>
      </w:r>
      <w:r>
        <w:t>pak karta hai. yeh hai self development ka tareeqa.</w:t>
      </w:r>
    </w:p>
    <w:p>
      <w:pPr>
        <w:jc w:val="right"/>
      </w:pPr>
      <w:r>
        <w:t>پاک کرتا ہے۔ یہ ہے سیلف ڈیولپمنٹ کا طریقہ۔</w:t>
      </w:r>
    </w:p>
    <w:p>
      <w:r>
        <w:rPr>
          <w:b/>
        </w:rPr>
        <w:t xml:space="preserve">[10:46] </w:t>
      </w:r>
      <w:r>
        <w:t>self development ka tareeqa.</w:t>
      </w:r>
    </w:p>
    <w:p>
      <w:pPr>
        <w:jc w:val="right"/>
      </w:pPr>
      <w:r>
        <w:t>سیلف ڈیولپمنٹ کا طریقہ۔</w:t>
      </w:r>
    </w:p>
    <w:p>
      <w:r>
        <w:rPr>
          <w:b/>
        </w:rPr>
        <w:t xml:space="preserve">[10:56] </w:t>
      </w:r>
      <w:r>
        <w:t>quran mein aaya hai ke dhalika jaza'u man tazakka</w:t>
      </w:r>
    </w:p>
    <w:p>
      <w:pPr>
        <w:jc w:val="right"/>
      </w:pPr>
      <w:r>
        <w:t>قرآن میں آیا ہے کہ ذٰلِكَ جَزَاءُ مَنْ تَزَكَّى</w:t>
      </w:r>
    </w:p>
    <w:p>
      <w:r>
        <w:rPr>
          <w:b/>
        </w:rPr>
        <w:t xml:space="preserve">[11:13] </w:t>
      </w:r>
      <w:r>
        <w:t>yani is ka matlab yeh hai ke jo aadmi apna tazkiya karega,</w:t>
      </w:r>
    </w:p>
    <w:p>
      <w:pPr>
        <w:jc w:val="right"/>
      </w:pPr>
      <w:r>
        <w:t>یعنی اس کا مطلب یہ ہے کہ جو آدمی اپنا تزکیہ کرے گا،</w:t>
      </w:r>
    </w:p>
    <w:p>
      <w:r>
        <w:rPr>
          <w:b/>
        </w:rPr>
        <w:t xml:space="preserve">[11:23] </w:t>
      </w:r>
      <w:r>
        <w:t>apne kaale kapde ko phir se safed banaye ga,</w:t>
      </w:r>
    </w:p>
    <w:p>
      <w:pPr>
        <w:jc w:val="right"/>
      </w:pPr>
      <w:r>
        <w:t>اپنے کالے کپڑے کو پھر سے سفید بنائے گا،</w:t>
      </w:r>
    </w:p>
    <w:p>
      <w:r>
        <w:rPr>
          <w:b/>
        </w:rPr>
        <w:t xml:space="preserve">[11:32] </w:t>
      </w:r>
      <w:r>
        <w:t>to is ke liye aakhirat mein jannat hai.</w:t>
      </w:r>
    </w:p>
    <w:p>
      <w:pPr>
        <w:jc w:val="right"/>
      </w:pPr>
      <w:r>
        <w:t>تو اس کے لیے آخرت میں جنت ہے۔</w:t>
      </w:r>
    </w:p>
    <w:p>
      <w:r>
        <w:rPr>
          <w:b/>
        </w:rPr>
        <w:t xml:space="preserve">[11:43] </w:t>
      </w:r>
      <w:r>
        <w:t>yeh Allah taala ka aik aam usool hai.</w:t>
      </w:r>
    </w:p>
    <w:p>
      <w:pPr>
        <w:jc w:val="right"/>
      </w:pPr>
      <w:r>
        <w:t>یہ اللہ تعالیٰ کا ایک عام اصول ہے۔</w:t>
      </w:r>
    </w:p>
    <w:p>
      <w:r>
        <w:rPr>
          <w:b/>
        </w:rPr>
        <w:t xml:space="preserve">[11:48] </w:t>
      </w:r>
      <w:r>
        <w:t>self development aap is ko keh sakte hain. self development.</w:t>
      </w:r>
    </w:p>
    <w:p>
      <w:pPr>
        <w:jc w:val="right"/>
      </w:pPr>
      <w:r>
        <w:t>سیلف ڈیولپمنٹ آپ اس کو کہہ سکتے ہیں۔ سیلف ڈیولپمنٹ۔</w:t>
      </w:r>
    </w:p>
    <w:p>
      <w:r>
        <w:rPr>
          <w:b/>
        </w:rPr>
        <w:t xml:space="preserve">[12:03] </w:t>
      </w:r>
      <w:r>
        <w:t>yeh maine aap ko aik point par dawat di hai ke aap is par bolen.</w:t>
      </w:r>
    </w:p>
    <w:p>
      <w:pPr>
        <w:jc w:val="right"/>
      </w:pPr>
      <w:r>
        <w:t>یہ میں نے آپ کو ایک پوائنٹ پر دعوت دی ہے کہ آپ اس پر بولیں۔</w:t>
      </w:r>
    </w:p>
    <w:p>
      <w:r>
        <w:rPr>
          <w:b/>
        </w:rPr>
        <w:t xml:space="preserve">[12:13] </w:t>
      </w:r>
      <w:r>
        <w:t>aik point maine pesh kiya hai taake aap is ko le kar bolen, apna sawal pesh karen.</w:t>
      </w:r>
    </w:p>
    <w:p>
      <w:pPr>
        <w:jc w:val="right"/>
      </w:pPr>
      <w:r>
        <w:t>ایک پوائنٹ میں نے پیش کیا ہے تاکہ آپ اس کو لے کر بولیں، اپنا سوال پیش کریں۔</w:t>
      </w:r>
    </w:p>
    <w:p>
      <w:r>
        <w:rPr>
          <w:b/>
        </w:rPr>
        <w:t xml:space="preserve">[12:25] </w:t>
      </w:r>
      <w:r>
        <w:t>is par hum sab mil kar ke baat karenge. hum sab mil kar ke is par</w:t>
      </w:r>
    </w:p>
    <w:p>
      <w:pPr>
        <w:jc w:val="right"/>
      </w:pPr>
      <w:r>
        <w:t>اس پر ہم سب مل کر کے بات کریں گے۔ ہم سب مل کر کے اس پر</w:t>
      </w:r>
    </w:p>
    <w:p>
      <w:r>
        <w:rPr>
          <w:b/>
        </w:rPr>
        <w:t xml:space="preserve">[12:37] </w:t>
      </w:r>
      <w:r>
        <w:t>discuss karenge.</w:t>
      </w:r>
    </w:p>
    <w:p>
      <w:pPr>
        <w:jc w:val="right"/>
      </w:pPr>
      <w:r>
        <w:t>ڈسکس کریں گے۔</w:t>
      </w:r>
    </w:p>
    <w:p>
      <w:r>
        <w:rPr>
          <w:b/>
        </w:rPr>
        <w:t xml:space="preserve">[12:41] </w:t>
      </w:r>
      <w:r>
        <w:t>jazakAllah</w:t>
      </w:r>
    </w:p>
    <w:p>
      <w:pPr>
        <w:jc w:val="right"/>
      </w:pPr>
      <w:r>
        <w:t>جزاکم اللہ</w:t>
      </w:r>
    </w:p>
    <w:p>
      <w:r>
        <w:rPr>
          <w:b/>
        </w:rPr>
        <w:t xml:space="preserve">[12:56] </w:t>
      </w:r>
      <w:r>
        <w:t>maulana sahib doctor rajat malhotra ne aap se poocha hai ke maulana what is the starting point for self purific</w:t>
      </w:r>
    </w:p>
    <w:p>
      <w:pPr>
        <w:jc w:val="right"/>
      </w:pPr>
      <w:r>
        <w:t>مولانا صاحب ڈاکٹر رجت ملحوترہ نے آپ سے پوچھا ہے کہ مولانا what is the starting point for self purific</w:t>
      </w:r>
    </w:p>
    <w:p>
      <w:r>
        <w:rPr>
          <w:b/>
        </w:rPr>
        <w:t xml:space="preserve">[13:05] </w:t>
      </w:r>
      <w:r>
        <w:t>ation . starting point yeh hai ke aap</w:t>
      </w:r>
    </w:p>
    <w:p>
      <w:pPr>
        <w:jc w:val="right"/>
      </w:pPr>
      <w:r>
        <w:t>ation ۔ اسٹارٹنگ پوائنٹ یہ ہے کہ آپ</w:t>
      </w:r>
    </w:p>
    <w:p>
      <w:r>
        <w:rPr>
          <w:b/>
        </w:rPr>
        <w:t xml:space="preserve">[13:10] </w:t>
      </w:r>
      <w:r>
        <w:t>afraid hona chhod den.</w:t>
      </w:r>
    </w:p>
    <w:p>
      <w:pPr>
        <w:jc w:val="right"/>
      </w:pPr>
      <w:r>
        <w:t>افریڈ ہونا چھوڑ دیں۔</w:t>
      </w:r>
    </w:p>
    <w:p>
      <w:r>
        <w:rPr>
          <w:b/>
        </w:rPr>
        <w:t xml:space="preserve">[13:15] </w:t>
      </w:r>
      <w:r>
        <w:t>koi kuch bhi kahe, aap afraid na hon. jab afraid na honge aap to doosra jo aap ke andar jazba ya spirit paida hogi,</w:t>
      </w:r>
    </w:p>
    <w:p>
      <w:pPr>
        <w:jc w:val="right"/>
      </w:pPr>
      <w:r>
        <w:t>کوئی کچھ بھی کہے، آپ افریڈ نہ ہوں۔ جب افریڈ نہ ہوں گے آپ تو دوسرا جو آپ کے اندر جذبہ یا اسپرٹ پیدا ہوگی،</w:t>
      </w:r>
    </w:p>
    <w:p>
      <w:r>
        <w:rPr>
          <w:b/>
        </w:rPr>
        <w:t xml:space="preserve">[13:28] </w:t>
      </w:r>
      <w:r>
        <w:t>woh hai self correction.</w:t>
      </w:r>
    </w:p>
    <w:p>
      <w:pPr>
        <w:jc w:val="right"/>
      </w:pPr>
      <w:r>
        <w:t>وہ ہے سیلف کریکشن۔</w:t>
      </w:r>
    </w:p>
    <w:p>
      <w:r>
        <w:rPr>
          <w:b/>
        </w:rPr>
        <w:t xml:space="preserve">[13:39] </w:t>
      </w:r>
      <w:r>
        <w:t>to yeh yeh darasal tazkiya koi doosra nahi karta aap ka.</w:t>
      </w:r>
    </w:p>
    <w:p>
      <w:pPr>
        <w:jc w:val="right"/>
      </w:pPr>
      <w:r>
        <w:t>تو یہ یہ دراصل تزکیہ کوئی دوسرا نہیں کرتا آپ کا۔</w:t>
      </w:r>
    </w:p>
    <w:p>
      <w:r>
        <w:rPr>
          <w:b/>
        </w:rPr>
        <w:t xml:space="preserve">[13:51] </w:t>
      </w:r>
      <w:r>
        <w:t>tazkiya aap khud apna karte hain.</w:t>
      </w:r>
    </w:p>
    <w:p>
      <w:pPr>
        <w:jc w:val="right"/>
      </w:pPr>
      <w:r>
        <w:t>تزکیہ آپ خود اپنا کرتے ہیں۔</w:t>
      </w:r>
    </w:p>
    <w:p>
      <w:r>
        <w:rPr>
          <w:b/>
        </w:rPr>
        <w:t xml:space="preserve">[13:59] </w:t>
      </w:r>
      <w:r>
        <w:t>to agar aap ke andar afraid hone ka jazba hai to phir aap kabhi aap ke andar tazkiya ka jazba paida nahi hoga.</w:t>
      </w:r>
    </w:p>
    <w:p>
      <w:pPr>
        <w:jc w:val="right"/>
      </w:pPr>
      <w:r>
        <w:t>تو اگر آپ کے اندر افریڈ ہونے کا جذبہ ہے تو پھر آپ کبھی آپ کے اندر تزکیہ کا جذبہ پیدا نہیں ہوگا۔</w:t>
      </w:r>
    </w:p>
    <w:p>
      <w:r>
        <w:rPr>
          <w:b/>
        </w:rPr>
        <w:t xml:space="preserve">[14:19] </w:t>
      </w:r>
      <w:r>
        <w:t>apne ko aap</w:t>
      </w:r>
    </w:p>
    <w:p>
      <w:pPr>
        <w:jc w:val="right"/>
      </w:pPr>
      <w:r>
        <w:t>اپنے کو آپ</w:t>
      </w:r>
    </w:p>
    <w:p>
      <w:r>
        <w:rPr>
          <w:b/>
        </w:rPr>
        <w:t xml:space="preserve">[14:24] </w:t>
      </w:r>
      <w:r>
        <w:t>jab jab apne map par banayenge, tab kaise aap</w:t>
      </w:r>
    </w:p>
    <w:p>
      <w:pPr>
        <w:jc w:val="right"/>
      </w:pPr>
      <w:r>
        <w:t>جب جب اپنے میپ پر بنائیں گے، تب کیسے آپ</w:t>
      </w:r>
    </w:p>
    <w:p>
      <w:r>
        <w:rPr>
          <w:b/>
        </w:rPr>
        <w:t xml:space="preserve">[14:41] </w:t>
      </w:r>
      <w:r>
        <w:t>tazkiya kar sakenge?</w:t>
      </w:r>
    </w:p>
    <w:p>
      <w:pPr>
        <w:jc w:val="right"/>
      </w:pPr>
      <w:r>
        <w:t>تزکیہ کر سکیں گے؟</w:t>
      </w:r>
    </w:p>
    <w:p>
      <w:r>
        <w:rPr>
          <w:b/>
        </w:rPr>
        <w:t xml:space="preserve">[14:48] </w:t>
      </w:r>
      <w:r>
        <w:t>to main samajhta hoon ke tazkiya ka jo starting point hai, woh yeh hai ke aap apne andar</w:t>
      </w:r>
    </w:p>
    <w:p>
      <w:pPr>
        <w:jc w:val="right"/>
      </w:pPr>
      <w:r>
        <w:t>تو میں سمجھتا ہوں کہ تزکیہ کا جو اسٹارٹنگ پوائنٹ ہے، وہ یہ ہے کہ آپ اپنے اندر</w:t>
      </w:r>
    </w:p>
    <w:p>
      <w:r>
        <w:rPr>
          <w:b/>
        </w:rPr>
        <w:t xml:space="preserve">[15:00] </w:t>
      </w:r>
      <w:r>
        <w:t>bra manna chhod den. is ko kehte hain afraid hona. jab tak aap is ko chhodenge nahi, tab tak aap apna tazkiya nahi kar sakte.</w:t>
      </w:r>
    </w:p>
    <w:p>
      <w:pPr>
        <w:jc w:val="right"/>
      </w:pPr>
      <w:r>
        <w:t>برا ماننا چھوڑ دیں۔ اس کو کہتے ہیں افریڈ ہونا۔ جب تک آپ اس کو چھوڑیں گے نہیں، تب تک آپ اپنا تزکیہ نہیں کر سکتے۔</w:t>
      </w:r>
    </w:p>
    <w:p>
      <w:r>
        <w:rPr>
          <w:b/>
        </w:rPr>
        <w:t xml:space="preserve">[15:17] </w:t>
      </w:r>
      <w:r>
        <w:t>to tazkiya ka starting point hai</w:t>
      </w:r>
    </w:p>
    <w:p>
      <w:pPr>
        <w:jc w:val="right"/>
      </w:pPr>
      <w:r>
        <w:t>تو تزکیہ کا اسٹارٹنگ پوائنٹ ہے</w:t>
      </w:r>
    </w:p>
    <w:p>
      <w:r>
        <w:rPr>
          <w:b/>
        </w:rPr>
        <w:t xml:space="preserve">[15:25] </w:t>
      </w:r>
      <w:r>
        <w:t>afraid na hona.</w:t>
      </w:r>
    </w:p>
    <w:p>
      <w:pPr>
        <w:jc w:val="right"/>
      </w:pPr>
      <w:r>
        <w:t>افریڈ نہ ہونا۔</w:t>
      </w:r>
    </w:p>
    <w:p>
      <w:r>
        <w:rPr>
          <w:b/>
        </w:rPr>
        <w:t xml:space="preserve">[15:29] </w:t>
      </w:r>
      <w:r>
        <w:t>koi aap ko agar koi</w:t>
      </w:r>
    </w:p>
    <w:p>
      <w:pPr>
        <w:jc w:val="right"/>
      </w:pPr>
      <w:r>
        <w:t>کوئی آپ کو اگر کوئی</w:t>
      </w:r>
    </w:p>
    <w:p>
      <w:r>
        <w:rPr>
          <w:b/>
        </w:rPr>
        <w:t xml:space="preserve">[15:35] </w:t>
      </w:r>
      <w:r>
        <w:t>batata hai koi ghalati to aap us ko bra na manen. is ko aap</w:t>
      </w:r>
    </w:p>
    <w:p>
      <w:pPr>
        <w:jc w:val="right"/>
      </w:pPr>
      <w:r>
        <w:t>بتاتا ہے کوئی غلطی تو آپ اس کو برا نہ مانیں۔ اس کو آپ</w:t>
      </w:r>
    </w:p>
    <w:p>
      <w:r>
        <w:rPr>
          <w:b/>
        </w:rPr>
        <w:t xml:space="preserve">[15:47] </w:t>
      </w:r>
      <w:r>
        <w:t>apni islaah ke ma'ni mein le len. islaah. islaah. self correction.</w:t>
      </w:r>
    </w:p>
    <w:p>
      <w:pPr>
        <w:jc w:val="right"/>
      </w:pPr>
      <w:r>
        <w:t>اپنی اصلاح کے معنی میں لے لیں۔ اصلاح۔ اصلاح۔ سیلف کریکشن۔</w:t>
      </w:r>
    </w:p>
    <w:p>
      <w:r>
        <w:rPr>
          <w:b/>
        </w:rPr>
        <w:t xml:space="preserve">[15:59] </w:t>
      </w:r>
      <w:r>
        <w:t>maulana sahib isi par mein aap se poochungi ke aksar aisa hota hai ke log yeh samajh lete hain ke jo ghalati doosra bata raha hai, woh ghalati hamare andar nahi hai, is liye aur ghussa ho jatay hain.</w:t>
      </w:r>
    </w:p>
    <w:p>
      <w:pPr>
        <w:jc w:val="right"/>
      </w:pPr>
      <w:r>
        <w:t>مولانا صاحب اسی پر میں آپ سے پوچھوں گی کہ اکثر ایسا ہوتا ہے کہ لوگ یہ سمجھ لیتے ہیں کہ جو غلطی دوسرا بتا رہا ہے، وہ غلطی ہمارے اندر نہیں ہے، اس لیے اور غصہ ہو جاتے ہیں۔</w:t>
      </w:r>
    </w:p>
    <w:p>
      <w:r>
        <w:rPr>
          <w:b/>
        </w:rPr>
        <w:t xml:space="preserve">[16:12] </w:t>
      </w:r>
      <w:r>
        <w:t>yeh baat sahi hai.</w:t>
      </w:r>
    </w:p>
    <w:p>
      <w:pPr>
        <w:jc w:val="right"/>
      </w:pPr>
      <w:r>
        <w:t>یہ بات صحیح ہے۔</w:t>
      </w:r>
    </w:p>
    <w:p>
      <w:r>
        <w:rPr>
          <w:b/>
        </w:rPr>
        <w:t xml:space="preserve">[16:16] </w:t>
      </w:r>
      <w:r>
        <w:t>kyunke apni ghalati ko dhoondna yeh idhar aisa honge idhar yaar hai. ziyada tar log doosron ki ghalati dhoondte hain.</w:t>
      </w:r>
    </w:p>
    <w:p>
      <w:pPr>
        <w:jc w:val="right"/>
      </w:pPr>
      <w:r>
        <w:t>کیونکہ اپنی غلطی کو ڈھونڈنا یہ ادھر ایسا ہوں گے ادھر یار ہے۔ زیادہ تر لوگ دوسروں کی غلطی ڈھونڈتے ہیں۔</w:t>
      </w:r>
    </w:p>
    <w:p>
      <w:r>
        <w:rPr>
          <w:b/>
        </w:rPr>
        <w:t xml:space="preserve">[16:32] </w:t>
      </w:r>
      <w:r>
        <w:t>apni ghalati ko discover karna aur is ka correction, yeh toh bohat hi rare hai.</w:t>
      </w:r>
    </w:p>
    <w:p>
      <w:pPr>
        <w:jc w:val="right"/>
      </w:pPr>
      <w:r>
        <w:t>اپنی غلطی کو ڈسکور کرنا اور اس کا کریکشن، یہ تو بہت ہی ریئر ہے۔</w:t>
      </w:r>
    </w:p>
    <w:p>
      <w:r>
        <w:rPr>
          <w:b/>
        </w:rPr>
        <w:t xml:space="preserve">[16:44] </w:t>
      </w:r>
      <w:r>
        <w:t>lekin tazkiya ka aaghaz yahi hota hai. tazkiya ka aaghaz yahi hota hai ke aap ke andar self</w:t>
      </w:r>
    </w:p>
    <w:p>
      <w:pPr>
        <w:jc w:val="right"/>
      </w:pPr>
      <w:r>
        <w:t>لیکن تزکیہ کا آغاز یہی ہوتا ہے۔ تزکیہ کا آغاز یہی ہوتا ہے کہ آپ کے اندر سیل</w:t>
      </w:r>
    </w:p>
    <w:p>
      <w:r>
        <w:rPr>
          <w:b/>
        </w:rPr>
        <w:t xml:space="preserve">[16:54] </w:t>
      </w:r>
      <w:r>
        <w:t>f... self...</w:t>
      </w:r>
    </w:p>
    <w:p>
      <w:pPr>
        <w:jc w:val="right"/>
      </w:pPr>
      <w:r>
        <w:t>ف... سیلف...</w:t>
      </w:r>
    </w:p>
    <w:p>
      <w:r>
        <w:rPr>
          <w:b/>
        </w:rPr>
        <w:t xml:space="preserve">[17:04] </w:t>
      </w:r>
      <w:r>
        <w:t>self humality ka jazba ho. apni ghalati ko manen poore tareeqay par. I was wrong .</w:t>
      </w:r>
    </w:p>
    <w:p>
      <w:pPr>
        <w:jc w:val="right"/>
      </w:pPr>
      <w:r>
        <w:t>سیلف ہمری کا جذبہ ہو۔ اپنی غلطی کو مانیں پورے طریقے پر۔ I was wrong ۔</w:t>
      </w:r>
    </w:p>
    <w:p>
      <w:r>
        <w:rPr>
          <w:b/>
        </w:rPr>
        <w:t xml:space="preserve">[17:14] </w:t>
      </w:r>
      <w:r>
        <w:t>yeh kahein.</w:t>
      </w:r>
    </w:p>
    <w:p>
      <w:pPr>
        <w:jc w:val="right"/>
      </w:pPr>
      <w:r>
        <w:t>یہ کہیں۔</w:t>
      </w:r>
    </w:p>
    <w:p>
      <w:r>
        <w:rPr>
          <w:b/>
        </w:rPr>
        <w:t xml:space="preserve">[17:19] </w:t>
      </w:r>
      <w:r>
        <w:t>koi ghalati ho jaye toh bilkul saaf tareeqay se kahein. I was wrong. I was wrong . yahi starting point hai.</w:t>
      </w:r>
    </w:p>
    <w:p>
      <w:pPr>
        <w:jc w:val="right"/>
      </w:pPr>
      <w:r>
        <w:t>کوئی غلطی ہو جائے تو بالکل صاف طریقے سے کہیں۔ I was wrong. I was wrong ۔ یہی اسٹارٹنگ پوائنٹ ہے۔</w:t>
      </w:r>
    </w:p>
    <w:p>
      <w:r>
        <w:rPr>
          <w:b/>
        </w:rPr>
        <w:t xml:space="preserve">[17:30] </w:t>
      </w:r>
      <w:r>
        <w:t>maulana sahib study mulhatra ne aap se poocha hai ke maulana how do we know that our self purification process has stopped?</w:t>
      </w:r>
    </w:p>
    <w:p>
      <w:pPr>
        <w:jc w:val="right"/>
      </w:pPr>
      <w:r>
        <w:t>مولانا صاحب سٹوڈی ملحوترہ نے آپ سے پوچھا ہے کہ مولانا how do we know that our self purification process has stopped?</w:t>
      </w:r>
    </w:p>
    <w:p>
      <w:r>
        <w:rPr>
          <w:b/>
        </w:rPr>
        <w:t xml:space="preserve">[17:42] </w:t>
      </w:r>
      <w:r>
        <w:t>is there a way to find that out?</w:t>
      </w:r>
    </w:p>
    <w:p>
      <w:pPr>
        <w:jc w:val="right"/>
      </w:pPr>
      <w:r>
        <w:t>Is there a way to find that out?</w:t>
      </w:r>
    </w:p>
    <w:p>
      <w:r>
        <w:rPr>
          <w:b/>
        </w:rPr>
        <w:t xml:space="preserve">[17:44] </w:t>
      </w:r>
      <w:r>
        <w:t>bohat aasan hai.</w:t>
      </w:r>
    </w:p>
    <w:p>
      <w:pPr>
        <w:jc w:val="right"/>
      </w:pPr>
      <w:r>
        <w:t>بہت آسان ہے۔</w:t>
      </w:r>
    </w:p>
    <w:p>
      <w:r>
        <w:rPr>
          <w:b/>
        </w:rPr>
        <w:t xml:space="preserve">[17:49] </w:t>
      </w:r>
      <w:r>
        <w:t>apni scrutiny nahi kijiye. apne baray mein sochte rahen. apni ghalati ko jaanna sab se aasan kaam hai.</w:t>
      </w:r>
    </w:p>
    <w:p>
      <w:pPr>
        <w:jc w:val="right"/>
      </w:pPr>
      <w:r>
        <w:t>اپنی سکوٹ نہیں کیجیے۔ اپنے بارے میں سوچتے رہیے۔ اپنی غلطی کو جاننا سب سے آسان کام ہے۔</w:t>
      </w:r>
    </w:p>
    <w:p>
      <w:r>
        <w:rPr>
          <w:b/>
        </w:rPr>
        <w:t xml:space="preserve">[18:00] </w:t>
      </w:r>
      <w:r>
        <w:t>doosron ki ghalati nikalna nahi, yeh sab se aasan kaam hai. apni ghalati ko jaanna mushkil kaam hai.</w:t>
      </w:r>
    </w:p>
    <w:p>
      <w:pPr>
        <w:jc w:val="right"/>
      </w:pPr>
      <w:r>
        <w:t>دوسروں کی غلطی نکالنا نہیں، یہ سب سے آسان کام ہے۔ اپنی غلطی کو جاننا مشکل کام ہے۔</w:t>
      </w:r>
    </w:p>
    <w:p>
      <w:r>
        <w:rPr>
          <w:b/>
        </w:rPr>
        <w:t xml:space="preserve">[18:14] </w:t>
      </w:r>
      <w:r>
        <w:t>toh apni ghalati ko discover karna, is ko etraaf karna.</w:t>
      </w:r>
    </w:p>
    <w:p>
      <w:pPr>
        <w:jc w:val="right"/>
      </w:pPr>
      <w:r>
        <w:t>تو اپنی غلطی کو ڈسکور کرنا، اس کو اعتراف کرنا۔</w:t>
      </w:r>
    </w:p>
    <w:p>
      <w:r>
        <w:rPr>
          <w:b/>
        </w:rPr>
        <w:t xml:space="preserve">[18:23] </w:t>
      </w:r>
      <w:r>
        <w:t>etraaf karna. iqraar karna. I was wrong . kehna. yahin se is ki</w:t>
      </w:r>
    </w:p>
    <w:p>
      <w:pPr>
        <w:jc w:val="right"/>
      </w:pPr>
      <w:r>
        <w:t>اعتراف کرنا۔ اقرار کرنا۔ I was wrong ۔ کہنا۔ یہیں سے اس کی</w:t>
      </w:r>
    </w:p>
    <w:p>
      <w:r>
        <w:rPr>
          <w:b/>
        </w:rPr>
        <w:t xml:space="preserve">[18:37] </w:t>
      </w:r>
      <w:r>
        <w:t>beginning hoti hai.</w:t>
      </w:r>
    </w:p>
    <w:p>
      <w:pPr>
        <w:jc w:val="right"/>
      </w:pPr>
      <w:r>
        <w:t>بگننگ ہوتی ہے۔</w:t>
      </w:r>
    </w:p>
    <w:p>
      <w:r>
        <w:rPr>
          <w:b/>
        </w:rPr>
        <w:t xml:space="preserve">[18:40] </w:t>
      </w:r>
      <w:r>
        <w:t>maulana sahib thora explain karein ge kyun yeh kaam jo hai sab se mushkil hai?</w:t>
      </w:r>
    </w:p>
    <w:p>
      <w:pPr>
        <w:jc w:val="right"/>
      </w:pPr>
      <w:r>
        <w:t>مولانا صاحب تھوڑا ایکسپلین کریں گے کیوں یہ کام جو ہے سب سے مشکل ہے؟</w:t>
      </w:r>
    </w:p>
    <w:p>
      <w:r>
        <w:rPr>
          <w:b/>
        </w:rPr>
        <w:t xml:space="preserve">[18:48] </w:t>
      </w:r>
      <w:r>
        <w:t>bas yeh insaan ke andar aik mizaj hai, woh apne ko acha samajhne ka.</w:t>
      </w:r>
    </w:p>
    <w:p>
      <w:pPr>
        <w:jc w:val="right"/>
      </w:pPr>
      <w:r>
        <w:t>بس یہ انسان کے اندر ایک مزاج ہے، وہ اپنے کو اچھا سمجھنے کا۔</w:t>
      </w:r>
    </w:p>
    <w:p>
      <w:r>
        <w:rPr>
          <w:b/>
        </w:rPr>
        <w:t xml:space="preserve">[19:01] </w:t>
      </w:r>
      <w:r>
        <w:t>apne ko acha samajhne ka.</w:t>
      </w:r>
    </w:p>
    <w:p>
      <w:pPr>
        <w:jc w:val="right"/>
      </w:pPr>
      <w:r>
        <w:t>اپنے کو اچھا سمجھنے کا۔</w:t>
      </w:r>
    </w:p>
    <w:p>
      <w:r>
        <w:rPr>
          <w:b/>
        </w:rPr>
        <w:t xml:space="preserve">[19:06] </w:t>
      </w:r>
      <w:r>
        <w:t>mere nazdeek yeh aik shaitani mizaj hai. yeh apne ko acha samajhna, yeh aik shaitani mizaj hai. lekin yeh poori tareekh mein logon ko nazar aya hai.</w:t>
      </w:r>
    </w:p>
    <w:p>
      <w:pPr>
        <w:jc w:val="right"/>
      </w:pPr>
      <w:r>
        <w:t>میرے نزدیک یہ ایک شیطانی مزاج ہے۔ یہ اپنے کو اچھا سمجھنا، یہ ایک شیطانی مزاج ہے۔ لیکن یہ پوری تاریخ میں لوگوں کو نظر آیا ہے۔</w:t>
      </w:r>
    </w:p>
    <w:p>
      <w:r>
        <w:rPr>
          <w:b/>
        </w:rPr>
        <w:t xml:space="preserve">[19:18] </w:t>
      </w:r>
      <w:r>
        <w:t>poori history mein.</w:t>
      </w:r>
    </w:p>
    <w:p>
      <w:pPr>
        <w:jc w:val="right"/>
      </w:pPr>
      <w:r>
        <w:t>پوری ہسٹری میں۔</w:t>
      </w:r>
    </w:p>
    <w:p>
      <w:r>
        <w:rPr>
          <w:b/>
        </w:rPr>
        <w:t xml:space="preserve">[19:24] </w:t>
      </w:r>
      <w:r>
        <w:t>toh sab se ziyada rare yeh baat hai ke insaan apni ghalati ko discover kare aur khullam khulla, bilkul openly manay ke mein ne ghalati ki.</w:t>
      </w:r>
    </w:p>
    <w:p>
      <w:pPr>
        <w:jc w:val="right"/>
      </w:pPr>
      <w:r>
        <w:t>تو سب سے زیادہ ریئر یہ بات ہے کہ انسان اپنی غلطی کو ڈسکور کرے اور کھلم کھلا، بالکل اوپنلی مانے کہ میں نے غلطی کی۔</w:t>
      </w:r>
    </w:p>
    <w:p>
      <w:r>
        <w:rPr>
          <w:b/>
        </w:rPr>
        <w:t xml:space="preserve">[19:38] </w:t>
      </w:r>
      <w:r>
        <w:t>I was wrong .</w:t>
      </w:r>
    </w:p>
    <w:p>
      <w:pPr>
        <w:jc w:val="right"/>
      </w:pPr>
      <w:r>
        <w:t>I was wrong ۔</w:t>
      </w:r>
    </w:p>
    <w:p>
      <w:r>
        <w:rPr>
          <w:b/>
        </w:rPr>
        <w:t xml:space="preserve">[19:42] </w:t>
      </w:r>
      <w:r>
        <w:t>yeh bohat hi zyada important hai apni islaah ke liye.</w:t>
      </w:r>
    </w:p>
    <w:p>
      <w:pPr>
        <w:jc w:val="right"/>
      </w:pPr>
      <w:r>
        <w:t>یہ بہت ہی زیادہ امپورٹنٹ ہے اپنی اصلاح کے لیے۔</w:t>
      </w:r>
    </w:p>
    <w:p>
      <w:r>
        <w:rPr>
          <w:b/>
        </w:rPr>
        <w:t xml:space="preserve">[19:55] </w:t>
      </w:r>
      <w:r>
        <w:t>Maulana sahib asghar ali ahmadabad se aap ko yeh sawal poocha hai ke Maulana what is the highest level of self purification?</w:t>
      </w:r>
    </w:p>
    <w:p>
      <w:pPr>
        <w:jc w:val="right"/>
      </w:pPr>
      <w:r>
        <w:t>مولانا صاحب اصغر علی احمد آباد سے آپ کو یہ سوال پوچھا ہے کہ مولانا what is the highest level of self purification?</w:t>
      </w:r>
    </w:p>
    <w:p>
      <w:r>
        <w:rPr>
          <w:b/>
        </w:rPr>
        <w:t xml:space="preserve">[20:09] </w:t>
      </w:r>
      <w:r>
        <w:t>apni scot nahi karna. apni scot nahi. log karte hain doosron ki scot nahi.</w:t>
      </w:r>
    </w:p>
    <w:p>
      <w:pPr>
        <w:jc w:val="right"/>
      </w:pPr>
      <w:r>
        <w:t>اپنی سکوٹ نہیں کرنا۔ اپنی سکوٹ نہیں۔ لوگ کرتے ہیں دوسروں کی سکوٹ نہیں۔</w:t>
      </w:r>
    </w:p>
    <w:p>
      <w:r>
        <w:rPr>
          <w:b/>
        </w:rPr>
        <w:t xml:space="preserve">[20:18] </w:t>
      </w:r>
      <w:r>
        <w:t>lekin jo aadmi chahta ho apne ko</w:t>
      </w:r>
    </w:p>
    <w:p>
      <w:pPr>
        <w:jc w:val="right"/>
      </w:pPr>
      <w:r>
        <w:t>لیکن جو آدمی چاہتا ہو اپنے کو</w:t>
      </w:r>
    </w:p>
    <w:p>
      <w:r>
        <w:rPr>
          <w:b/>
        </w:rPr>
        <w:t xml:space="preserve">[20:24] </w:t>
      </w:r>
      <w:r>
        <w:t>madah kar sakte banana, madah kar to us ko aag dalni pare gi apni scot mein. My habit, by the grace of Allah, is this</w:t>
      </w:r>
    </w:p>
    <w:p>
      <w:pPr>
        <w:jc w:val="right"/>
      </w:pPr>
      <w:r>
        <w:t>مدح کر سکتے بنانا، مدح کر تو اس کو آگ ڈالنی پڑے گی اپنی سکوٹ میں۔ میری عادت اللہ کے فضل سے یہ ہے</w:t>
      </w:r>
    </w:p>
    <w:p>
      <w:r>
        <w:rPr>
          <w:b/>
        </w:rPr>
        <w:t xml:space="preserve">[20:35] </w:t>
      </w:r>
      <w:r>
        <w:t>ke main doosron ki ghalti dhoondta hi nahi. apni</w:t>
      </w:r>
    </w:p>
    <w:p>
      <w:pPr>
        <w:jc w:val="right"/>
      </w:pPr>
      <w:r>
        <w:t>کہ میں دوسروں کی غلطی ڈھونڈتا ہی نہیں۔ اپنی</w:t>
      </w:r>
    </w:p>
    <w:p>
      <w:r>
        <w:rPr>
          <w:b/>
        </w:rPr>
        <w:t xml:space="preserve">[20:41] </w:t>
      </w:r>
      <w:r>
        <w:t>ghalti dhoondta hoon.</w:t>
      </w:r>
    </w:p>
    <w:p>
      <w:pPr>
        <w:jc w:val="right"/>
      </w:pPr>
      <w:r>
        <w:t>غلطی ڈھونڈتا ہوں۔</w:t>
      </w:r>
    </w:p>
    <w:p>
      <w:r>
        <w:rPr>
          <w:b/>
        </w:rPr>
        <w:t xml:space="preserve">[20:45] </w:t>
      </w:r>
      <w:r>
        <w:t>main doosron ki ghalti ko sochta bhi nahi. main</w:t>
      </w:r>
    </w:p>
    <w:p>
      <w:pPr>
        <w:jc w:val="right"/>
      </w:pPr>
      <w:r>
        <w:t>میں دوسروں کی غلطی کو سوچتا بھی نہیں۔ میں</w:t>
      </w:r>
    </w:p>
    <w:p>
      <w:r>
        <w:rPr>
          <w:b/>
        </w:rPr>
        <w:t xml:space="preserve">[20:52] </w:t>
      </w:r>
      <w:r>
        <w:t>apni ghalti ko sochta hoon. yeh meri aadat hai. yeh aadat daliye ya asal mein us ko us ko apni habit mein shamil kijiye.</w:t>
      </w:r>
    </w:p>
    <w:p>
      <w:pPr>
        <w:jc w:val="right"/>
      </w:pPr>
      <w:r>
        <w:t>اپنی غلطی کو سوچتا ہوں۔ یہ میری عادت ہے۔ یہ عادت ڈالیے یا اصل میں اس کو اس کو اپنی ہیبٹ میں شامل کیجیے۔</w:t>
      </w:r>
    </w:p>
    <w:p>
      <w:r>
        <w:rPr>
          <w:b/>
        </w:rPr>
        <w:t xml:space="preserve">[21:11] </w:t>
      </w:r>
      <w:r>
        <w:t>main ne main ne naujawani ki umar se yeh kiya ke main ne aik aik diary banai. diary.</w:t>
      </w:r>
    </w:p>
    <w:p>
      <w:pPr>
        <w:jc w:val="right"/>
      </w:pPr>
      <w:r>
        <w:t>میں نے میں نے نوجوانی کی عمر سے یہ کیا کہ میں نے ایک ایک ڈائری بنائی۔ ڈائری۔</w:t>
      </w:r>
    </w:p>
    <w:p>
      <w:r>
        <w:rPr>
          <w:b/>
        </w:rPr>
        <w:t xml:space="preserve">[21:22] </w:t>
      </w:r>
      <w:r>
        <w:t>is diary ko</w:t>
      </w:r>
    </w:p>
    <w:p>
      <w:pPr>
        <w:jc w:val="right"/>
      </w:pPr>
      <w:r>
        <w:t>اس ڈائری کو</w:t>
      </w:r>
    </w:p>
    <w:p>
      <w:r>
        <w:rPr>
          <w:b/>
        </w:rPr>
        <w:t xml:space="preserve">[21:27] </w:t>
      </w:r>
      <w:r>
        <w:t>main ne apni ghalti likhne ka zariya banaya.</w:t>
      </w:r>
    </w:p>
    <w:p>
      <w:pPr>
        <w:jc w:val="right"/>
      </w:pPr>
      <w:r>
        <w:t>میں نے اپنی غلطی لکھنے کا ذریعہ بنایا۔</w:t>
      </w:r>
    </w:p>
    <w:p>
      <w:r>
        <w:rPr>
          <w:b/>
        </w:rPr>
        <w:t xml:space="preserve">[21:34] </w:t>
      </w:r>
      <w:r>
        <w:t>asal mein main ne aik qissa parha tha France ke badshah ka. to aap jante honge ke</w:t>
      </w:r>
    </w:p>
    <w:p>
      <w:pPr>
        <w:jc w:val="right"/>
      </w:pPr>
      <w:r>
        <w:t>اصل میں میں نے ایک قصہ پڑھا تھا فرانس کے بادشاہ کا۔ تو آپ جانتے ہوں گے کہ</w:t>
      </w:r>
    </w:p>
    <w:p>
      <w:r>
        <w:rPr>
          <w:b/>
        </w:rPr>
        <w:t xml:space="preserve">[21:45] </w:t>
      </w:r>
      <w:r>
        <w:t>diary likhne ke mizaj European logon mein bohat bohat hai. diary maintain karna. to France ka aik badshah tha, woh har din kuch likhta tha.</w:t>
      </w:r>
    </w:p>
    <w:p>
      <w:pPr>
        <w:jc w:val="right"/>
      </w:pPr>
      <w:r>
        <w:t>ڈائری لکھنے کے مزاج یورپین لوگوں میں بہت بہت ہے۔ ڈائری مینٹین کرنا۔ تو فرانس کا ایک بادشاہ تھا، وہ ہر دن کچھ لکھتا تھا۔</w:t>
      </w:r>
    </w:p>
    <w:p>
      <w:r>
        <w:rPr>
          <w:b/>
        </w:rPr>
        <w:t xml:space="preserve">[21:59] </w:t>
      </w:r>
      <w:r>
        <w:t>har din.</w:t>
      </w:r>
    </w:p>
    <w:p>
      <w:pPr>
        <w:jc w:val="right"/>
      </w:pPr>
      <w:r>
        <w:t>ہر دن۔</w:t>
      </w:r>
    </w:p>
    <w:p>
      <w:r>
        <w:rPr>
          <w:b/>
        </w:rPr>
        <w:t xml:space="preserve">[22:04] </w:t>
      </w:r>
      <w:r>
        <w:t>to aik woh uska zyada tar jo hota tha, woh shikar karta tha. woh</w:t>
      </w:r>
    </w:p>
    <w:p>
      <w:pPr>
        <w:jc w:val="right"/>
      </w:pPr>
      <w:r>
        <w:t>تو ایک وہ اس کا زیادہ تر جو ہوتا تھا، وہ شکار کرتا تھا۔ وہ</w:t>
      </w:r>
    </w:p>
    <w:p>
      <w:r>
        <w:rPr>
          <w:b/>
        </w:rPr>
        <w:t xml:space="preserve">[22:14] </w:t>
      </w:r>
      <w:r>
        <w:t>to har din woh us ne kiya shikar kiya, woh likhta tha. to aik din aisa hua</w:t>
      </w:r>
    </w:p>
    <w:p>
      <w:pPr>
        <w:jc w:val="right"/>
      </w:pPr>
      <w:r>
        <w:t>تو ہر دن وہ اس نے کیا شکار کیا، وہ لکھتا تھا۔ تو ایک دن ایسا ہوا</w:t>
      </w:r>
    </w:p>
    <w:p>
      <w:r>
        <w:rPr>
          <w:b/>
        </w:rPr>
        <w:t xml:space="preserve">[22:21] </w:t>
      </w:r>
      <w:r>
        <w:t>ke woh</w:t>
      </w:r>
    </w:p>
    <w:p>
      <w:pPr>
        <w:jc w:val="right"/>
      </w:pPr>
      <w:r>
        <w:t>کہ وہ</w:t>
      </w:r>
    </w:p>
    <w:p>
      <w:r>
        <w:rPr>
          <w:b/>
        </w:rPr>
        <w:t xml:space="preserve">[22:26] </w:t>
      </w:r>
      <w:r>
        <w:t>shikar ke liye gaya jangl mein.</w:t>
      </w:r>
    </w:p>
    <w:p>
      <w:pPr>
        <w:jc w:val="right"/>
      </w:pPr>
      <w:r>
        <w:t>شکار کے لیے گیا جنگل میں۔</w:t>
      </w:r>
    </w:p>
    <w:p>
      <w:r>
        <w:rPr>
          <w:b/>
        </w:rPr>
        <w:t xml:space="preserve">[22:32] </w:t>
      </w:r>
      <w:r>
        <w:t>qadeem zamane mein yeh sab ate the logon mein. to aik din woh badshah, us zamane mein shikar hota tha zyada tar</w:t>
      </w:r>
    </w:p>
    <w:p>
      <w:pPr>
        <w:jc w:val="right"/>
      </w:pPr>
      <w:r>
        <w:t>قدیم زمانے میں یہ سب آتے تھے لوگوں میں۔ تو ایک دن وہ بادشاہ، اس زمانے میں شکار ہوتا تھا زیادہ تر</w:t>
      </w:r>
    </w:p>
    <w:p>
      <w:r>
        <w:rPr>
          <w:b/>
        </w:rPr>
        <w:t xml:space="preserve">[22:47] </w:t>
      </w:r>
      <w:r>
        <w:t>teer kaman se. zyada tar teer kaman se. to aik din aisa hua ke jab badshah loota to us ke paas likhne ke liye kuch nahi tha.</w:t>
      </w:r>
    </w:p>
    <w:p>
      <w:pPr>
        <w:jc w:val="right"/>
      </w:pPr>
      <w:r>
        <w:t>تیر کمان سے۔ زیادہ تر تیر کمان سے۔ تو ایک دن ایسا ہوا کہ جب بادشاہ لوٹا تو اس کے پاس لکھنے کے لیے کچھ نہیں تھا۔</w:t>
      </w:r>
    </w:p>
    <w:p>
      <w:r>
        <w:rPr>
          <w:b/>
        </w:rPr>
        <w:t xml:space="preserve">[23:05] </w:t>
      </w:r>
      <w:r>
        <w:t>kyun nahi? aaj yeh shikar kiya, aaj main ne aisa kiya, aaj main ne usay kiya. yani koi yaft wali baat nahi thi.</w:t>
      </w:r>
    </w:p>
    <w:p>
      <w:pPr>
        <w:jc w:val="right"/>
      </w:pPr>
      <w:r>
        <w:t>کیوں نہیں؟ آج یہ شکار کیا، آج میں نے ایسا کیا، آج میں نے اسے کیا۔ یعنی کوئی یافت والی بات نہیں تھی۔</w:t>
      </w:r>
    </w:p>
    <w:p>
      <w:r>
        <w:rPr>
          <w:b/>
        </w:rPr>
        <w:t xml:space="preserve">[23:16] </w:t>
      </w:r>
      <w:r>
        <w:t>to main isi din, us us badshah ne abhi us din ki diary mein likha: Nothing. Nothing.</w:t>
      </w:r>
    </w:p>
    <w:p>
      <w:pPr>
        <w:jc w:val="right"/>
      </w:pPr>
      <w:r>
        <w:t>تو میں اسی دن، اس اس بادشاہ نے ابھی اس دن کی ڈائری میں لکھا: Nothing. Nothing.</w:t>
      </w:r>
    </w:p>
    <w:p>
      <w:r>
        <w:rPr>
          <w:b/>
        </w:rPr>
        <w:t xml:space="preserve">[23:27] </w:t>
      </w:r>
      <w:r>
        <w:t>is se main ne us ka aadat bana liya apni ke apni Nothing ko jano.</w:t>
      </w:r>
    </w:p>
    <w:p>
      <w:pPr>
        <w:jc w:val="right"/>
      </w:pPr>
      <w:r>
        <w:t>اس سے میں نے اس کا عادت بنا لیا اپنی کہ اپنی Nothing کو جانو۔</w:t>
      </w:r>
    </w:p>
    <w:p>
      <w:r>
        <w:rPr>
          <w:b/>
        </w:rPr>
        <w:t xml:space="preserve">[23:34] </w:t>
      </w:r>
      <w:r>
        <w:t>apni Nothing ko jano.</w:t>
      </w:r>
    </w:p>
    <w:p>
      <w:pPr>
        <w:jc w:val="right"/>
      </w:pPr>
      <w:r>
        <w:t>اپنی Nothing کو جانو۔</w:t>
      </w:r>
    </w:p>
    <w:p>
      <w:r>
        <w:rPr>
          <w:b/>
        </w:rPr>
        <w:t xml:space="preserve">[23:43] </w:t>
      </w:r>
      <w:r>
        <w:t>Idrees Qamar sahib ne ek comment bheja hai ke Maulana aap ki thinking aur aap ki cheezon ki samajh ka jo approach hai,</w:t>
      </w:r>
    </w:p>
    <w:p>
      <w:pPr>
        <w:jc w:val="right"/>
      </w:pPr>
      <w:r>
        <w:t>ادریس قمر صاحب نے ایک کمنٹ بھیجا ہے کہ مولانا آپ کی Thinking اور آپ کی چیزوں کی سمجھ کا جو Approach ہے،</w:t>
      </w:r>
    </w:p>
    <w:p>
      <w:r>
        <w:rPr>
          <w:b/>
        </w:rPr>
        <w:t xml:space="preserve">[23:57] </w:t>
      </w:r>
      <w:r>
        <w:t>ko samajhne ka approach bohat hi lajawab hota hai. Allah hamein bhi aap jaisa positive thinker banaaye.</w:t>
      </w:r>
    </w:p>
    <w:p>
      <w:pPr>
        <w:jc w:val="right"/>
      </w:pPr>
      <w:r>
        <w:t>کو سمجھنے کا Approach بہت ہی لاجواب ہوتا ہے۔ اللہ ہمیں بھی آپ جیسا Positive Thinker بنائے۔</w:t>
      </w:r>
    </w:p>
    <w:p>
      <w:r>
        <w:rPr>
          <w:b/>
        </w:rPr>
        <w:t xml:space="preserve">[24:06] </w:t>
      </w:r>
      <w:r>
        <w:t>Jazakallah.</w:t>
      </w:r>
    </w:p>
    <w:p>
      <w:pPr>
        <w:jc w:val="right"/>
      </w:pPr>
      <w:r>
        <w:t>جزاکم اللہ۔</w:t>
      </w:r>
    </w:p>
    <w:p>
      <w:r>
        <w:rPr>
          <w:b/>
        </w:rPr>
        <w:t xml:space="preserve">[24:13] </w:t>
      </w:r>
      <w:r>
        <w:t>Meri aadat ek zyada hai ke jab koi aadmi mujh se ghussa ho jaata hai to main disclosure us ko karta hoon ke insaan kis baat se ghussa hota hai.</w:t>
      </w:r>
    </w:p>
    <w:p>
      <w:pPr>
        <w:jc w:val="right"/>
      </w:pPr>
      <w:r>
        <w:t>میری عادت ایک زیادہ ہے کہ جب کوئی آدمی مجھ سے غصہ ہو جاتا ہے تو میں Disclosure اس کو کرتا ہوں کہ انسان کس بات سے غصہ ہوتا ہے۔</w:t>
      </w:r>
    </w:p>
    <w:p>
      <w:r>
        <w:rPr>
          <w:b/>
        </w:rPr>
        <w:t xml:space="preserve">[24:31] </w:t>
      </w:r>
      <w:r>
        <w:t>Wo hua tha ghussa meri baat par lekin main ne yeh us se nikala ke insaan ka mizaj kis baat par hai ke wo ghussa ho jaata hai.</w:t>
      </w:r>
    </w:p>
    <w:p>
      <w:pPr>
        <w:jc w:val="right"/>
      </w:pPr>
      <w:r>
        <w:t>وہ ہوا تھا غصہ میری بات پر لیکن میں نے یہ اس سے نکالا کہ انسان کا مزاج کس بات پر ہے کہ وہ غصہ ہو جاتا ہے۔</w:t>
      </w:r>
    </w:p>
    <w:p>
      <w:r>
        <w:rPr>
          <w:b/>
        </w:rPr>
        <w:t xml:space="preserve">[24:46] </w:t>
      </w:r>
      <w:r>
        <w:t>To apni galtiyon ko jaanna, apni galtiyon ko dhoond kar nikalna, yeh meri second habit ban gayi hai. Wo aaj tak mashallah hai.</w:t>
      </w:r>
    </w:p>
    <w:p>
      <w:pPr>
        <w:jc w:val="right"/>
      </w:pPr>
      <w:r>
        <w:t>تو اپنی غلطیوں کو جاننا، اپنی غلطیوں کو ڈھونڈ کر نکالنا، یہ میری سیکنڈ ہیبٹ بن گئی ہے۔ وہ آج تک ماشاءاللہ ہے۔</w:t>
      </w:r>
    </w:p>
    <w:p>
      <w:r>
        <w:rPr>
          <w:b/>
        </w:rPr>
        <w:t xml:space="preserve">[24:57] </w:t>
      </w:r>
      <w:r>
        <w:t>Mahboob Ahmed sahib poochte hain Mumbai se: "Maulana mera sawal hai ke tazkiya ka process ke douran kya ghalti ke chances hain?</w:t>
      </w:r>
    </w:p>
    <w:p>
      <w:pPr>
        <w:jc w:val="right"/>
      </w:pPr>
      <w:r>
        <w:t>محبوب احمد صاحب پوچھتے ہیں ممبئی سے: "مولانا میرا سوال ہے کہ تزکیہ کا پراسیس کے دوران کیا غلطی کے چانسز ہیں؟</w:t>
      </w:r>
    </w:p>
    <w:p>
      <w:r>
        <w:rPr>
          <w:b/>
        </w:rPr>
        <w:t xml:space="preserve">[25:12] </w:t>
      </w:r>
      <w:r>
        <w:t>To wo kya ho sakta hai aur kaise un se bachein?</w:t>
      </w:r>
    </w:p>
    <w:p>
      <w:pPr>
        <w:jc w:val="right"/>
      </w:pPr>
      <w:r>
        <w:t>تو وہ کیا ہو سکتا ہے اور کیسے ان سے بچیں؟</w:t>
      </w:r>
    </w:p>
    <w:p>
      <w:r>
        <w:rPr>
          <w:b/>
        </w:rPr>
        <w:t xml:space="preserve">[25:18] </w:t>
      </w:r>
      <w:r>
        <w:t>" Ghalti ke chances bohat zyada hain. Bohat zyada. Kyun ke aadmi ki yeh kamzori hai ke wo apne ko justify karta hai.</w:t>
      </w:r>
    </w:p>
    <w:p>
      <w:pPr>
        <w:jc w:val="right"/>
      </w:pPr>
      <w:r>
        <w:t>" غلطی کے چانسز بہت زیادہ ہیں۔ بہت زیادہ۔ کیونکہ آدمی کی یہ کمزوری ہے کہ وہ اپنے کو Justify کرتا ہے۔</w:t>
      </w:r>
    </w:p>
    <w:p>
      <w:r>
        <w:rPr>
          <w:b/>
        </w:rPr>
        <w:t xml:space="preserve">[25:28] </w:t>
      </w:r>
      <w:r>
        <w:t>Doosron ko blame dena. Yaad rakhiye ke bohat aam yeh mizaj hai</w:t>
      </w:r>
    </w:p>
    <w:p>
      <w:pPr>
        <w:jc w:val="right"/>
      </w:pPr>
      <w:r>
        <w:t>دوسروں کو Blame دینا۔ یاد رکھیے کہ بہت عام یہ مزاج ہے</w:t>
      </w:r>
    </w:p>
    <w:p>
      <w:r>
        <w:rPr>
          <w:b/>
        </w:rPr>
        <w:t xml:space="preserve">[25:35] </w:t>
      </w:r>
      <w:r>
        <w:t>insaan ke andar.</w:t>
      </w:r>
    </w:p>
    <w:p>
      <w:pPr>
        <w:jc w:val="right"/>
      </w:pPr>
      <w:r>
        <w:t>انسان کے اندر۔</w:t>
      </w:r>
    </w:p>
    <w:p>
      <w:r>
        <w:rPr>
          <w:b/>
        </w:rPr>
        <w:t xml:space="preserve">[25:39] </w:t>
      </w:r>
      <w:r>
        <w:t>Bohat aam hai. Apne ko justify karna aur doosron ko blame dena.</w:t>
      </w:r>
    </w:p>
    <w:p>
      <w:pPr>
        <w:jc w:val="right"/>
      </w:pPr>
      <w:r>
        <w:t>بہت عام ہے۔ اپنے کو Justify کرنا اور دوسروں کو Blame دینا۔</w:t>
      </w:r>
    </w:p>
    <w:p>
      <w:r>
        <w:rPr>
          <w:b/>
        </w:rPr>
        <w:t xml:space="preserve">[25:48] </w:t>
      </w:r>
      <w:r>
        <w:t>Aur mera mizaj ulta hai. Main apni ghalti ko kabhi justify nahi karta. Aap yaqeen kijiye ke main is ko afford nahi kar sakta.</w:t>
      </w:r>
    </w:p>
    <w:p>
      <w:pPr>
        <w:jc w:val="right"/>
      </w:pPr>
      <w:r>
        <w:t>اور میرا مزاج الٹا ہے۔ میں اپنی غلطی کو کبھی Justify نہیں کرتا۔ آپ یقین کیجیے کہ میں اس کو Afford نہیں کر سکتا۔</w:t>
      </w:r>
    </w:p>
    <w:p>
      <w:r>
        <w:rPr>
          <w:b/>
        </w:rPr>
        <w:t xml:space="preserve">[25:57] </w:t>
      </w:r>
      <w:r>
        <w:t>Afford nahi ke main apni ghalti ko justify karoon.</w:t>
      </w:r>
    </w:p>
    <w:p>
      <w:pPr>
        <w:jc w:val="right"/>
      </w:pPr>
      <w:r>
        <w:t>Afford نہیں کہ میں اپنی غلطی کو Justify کروں۔</w:t>
      </w:r>
    </w:p>
    <w:p>
      <w:r>
        <w:rPr>
          <w:b/>
        </w:rPr>
        <w:t xml:space="preserve">[26:06] </w:t>
      </w:r>
      <w:r>
        <w:t>Yeh main afford nahi kar sakta ke main apni ghalti ko justify karoon. To yeh mizaj banana padega. Yeh mizaj banana padega.</w:t>
      </w:r>
    </w:p>
    <w:p>
      <w:pPr>
        <w:jc w:val="right"/>
      </w:pPr>
      <w:r>
        <w:t>یہ میں Afford نہیں کر سکتا کہ میں اپنی غلطی کو Justify کروں۔ تو یہ مزاج بنانا پڑے گا۔ یہ مزاج بنانا پڑے گا۔</w:t>
      </w:r>
    </w:p>
    <w:p>
      <w:r>
        <w:rPr>
          <w:b/>
        </w:rPr>
        <w:t xml:space="preserve">[26:26] </w:t>
      </w:r>
      <w:r>
        <w:t>Misal ke taur par dekhiye, meri zindagi mein bohat se aise waqiyat hain ke kisi ne mujh ko, kisi ne mujh ko</w:t>
      </w:r>
    </w:p>
    <w:p>
      <w:pPr>
        <w:jc w:val="right"/>
      </w:pPr>
      <w:r>
        <w:t>مثلاً دیکھیے، میری زندگی میں بہت سے ایسے واقعات ہیں کہ کسی نے مجھ کو، کسی نے مجھ کو</w:t>
      </w:r>
    </w:p>
    <w:p>
      <w:r>
        <w:rPr>
          <w:b/>
        </w:rPr>
        <w:t xml:space="preserve">[26:38] </w:t>
      </w:r>
      <w:r>
        <w:t>dukh pahunchaya. To sochte sochte main yeh nikalta hoon ke meri kaun si ghalti ki thi ke us ko mauqa mila.</w:t>
      </w:r>
    </w:p>
    <w:p>
      <w:pPr>
        <w:jc w:val="right"/>
      </w:pPr>
      <w:r>
        <w:t>دکھ پہنچایا۔ تو سوچتے سوچتے میں یہ نکالتا ہوں کہ میری کون سی غلطی کی تھی کہ اس کو موقع ملا۔</w:t>
      </w:r>
    </w:p>
    <w:p>
      <w:r>
        <w:rPr>
          <w:b/>
        </w:rPr>
        <w:t xml:space="preserve">[26:53] </w:t>
      </w:r>
      <w:r>
        <w:t>Meri kaun si ghalti ki thi ke us ko mauqa mile ke</w:t>
      </w:r>
    </w:p>
    <w:p>
      <w:pPr>
        <w:jc w:val="right"/>
      </w:pPr>
      <w:r>
        <w:t>میری کون سی غلطی کی تھی کہ اس کو موقع ملے کہ</w:t>
      </w:r>
    </w:p>
    <w:p>
      <w:r>
        <w:rPr>
          <w:b/>
        </w:rPr>
        <w:t xml:space="preserve">[26:57] </w:t>
      </w:r>
      <w:r>
        <w:t>wo mujhe dukh pahunchaye. To ghalti karta hai wo aur main dhoondta hoon apne andar is ka.</w:t>
      </w:r>
    </w:p>
    <w:p>
      <w:pPr>
        <w:jc w:val="right"/>
      </w:pPr>
      <w:r>
        <w:t>وہ مجھے دکھ پہنچائے۔ تو غلطی کرتا ہے وہ اور میں ڈھونڈتا ہوں اپنے اندر اس کا۔</w:t>
      </w:r>
    </w:p>
    <w:p>
      <w:r>
        <w:rPr>
          <w:b/>
        </w:rPr>
        <w:t xml:space="preserve">[27:05] </w:t>
      </w:r>
      <w:r>
        <w:t>Studio Malhotara ne aap se poocha hai ke Maulana People think accepting of one's mistake is cowardice.</w:t>
      </w:r>
    </w:p>
    <w:p>
      <w:pPr>
        <w:jc w:val="right"/>
      </w:pPr>
      <w:r>
        <w:t>سٹوڈی ملحوترہ نے آپ سے پوچھا ہے کہ مولانا People think accepting of one's mistake is cowardice.</w:t>
      </w:r>
    </w:p>
    <w:p>
      <w:r>
        <w:rPr>
          <w:b/>
        </w:rPr>
        <w:t xml:space="preserve">[27:15] </w:t>
      </w:r>
      <w:r>
        <w:t>What is your advice on this?</w:t>
      </w:r>
    </w:p>
    <w:p>
      <w:pPr>
        <w:jc w:val="right"/>
      </w:pPr>
      <w:r>
        <w:t>What is your advice on this?</w:t>
      </w:r>
    </w:p>
    <w:p>
      <w:r>
        <w:rPr>
          <w:b/>
        </w:rPr>
        <w:t xml:space="preserve">[27:19] </w:t>
      </w:r>
      <w:r>
        <w:t>Yeh yeh to main samajhta hoon ke coward hona tareeqa hai. Coward hona tareeqa hai. Apni ghalti ko maaniye.</w:t>
      </w:r>
    </w:p>
    <w:p>
      <w:pPr>
        <w:jc w:val="right"/>
      </w:pPr>
      <w:r>
        <w:t>یہ یہ تو میں سمجھتا ہوں کہ Coward ہونا طریقہ ہے۔ Coward ہونا طریقہ ہے۔ اپنی غلطی کو مانیے۔</w:t>
      </w:r>
    </w:p>
    <w:p>
      <w:r>
        <w:rPr>
          <w:b/>
        </w:rPr>
        <w:t xml:space="preserve">[27:29] </w:t>
      </w:r>
      <w:r>
        <w:t>Yahi baat us ko bahaduri samjhiye.</w:t>
      </w:r>
    </w:p>
    <w:p>
      <w:pPr>
        <w:jc w:val="right"/>
      </w:pPr>
      <w:r>
        <w:t>یہی بات اس کو بہادری سمجھیے۔</w:t>
      </w:r>
    </w:p>
    <w:p>
      <w:r>
        <w:rPr>
          <w:b/>
        </w:rPr>
        <w:t xml:space="preserve">[27:35] </w:t>
      </w:r>
      <w:r>
        <w:t>Qur'an mein dekhiye ke Shaitan ne apni ghalti ko nahi maani. Lekin farishton ne kya kiya? Apni ghalti ko maan liya.</w:t>
      </w:r>
    </w:p>
    <w:p>
      <w:pPr>
        <w:jc w:val="right"/>
      </w:pPr>
      <w:r>
        <w:t>قرآن میں دیکھیے کہ شیطان نے اپنی غلطی کو نہیں مانی۔ لیکن فرشتوں نے کیا کیا؟ اپنی غلطی کو مان لیا۔</w:t>
      </w:r>
    </w:p>
    <w:p>
      <w:r>
        <w:rPr>
          <w:b/>
        </w:rPr>
        <w:t xml:space="preserve">[27:48] </w:t>
      </w:r>
      <w:r>
        <w:t>Foran maan liya. Wo wo hissa padh liya.</w:t>
      </w:r>
    </w:p>
    <w:p>
      <w:pPr>
        <w:jc w:val="right"/>
      </w:pPr>
      <w:r>
        <w:t>فوراً مان لیا۔ وہ وہ حصہ پڑھ لیا۔</w:t>
      </w:r>
    </w:p>
    <w:p>
      <w:r>
        <w:rPr>
          <w:b/>
        </w:rPr>
        <w:t xml:space="preserve">[27:59] </w:t>
      </w:r>
      <w:r>
        <w:t>to Cowardice apni ghalti na mannay ka naam Cowardice hai. logon nay is ko ulta samajh rakha hai.</w:t>
      </w:r>
    </w:p>
    <w:p>
      <w:pPr>
        <w:jc w:val="right"/>
      </w:pPr>
      <w:r>
        <w:t>تو Cowardice اپنی غلطی نہ ماننے کا نام Cowardice ہے۔ لوگوں نے اس کو الٹا سمجھ رکھا ہے۔</w:t>
      </w:r>
    </w:p>
    <w:p>
      <w:r>
        <w:rPr>
          <w:b/>
        </w:rPr>
        <w:t xml:space="preserve">[28:15] </w:t>
      </w:r>
      <w:r>
        <w:t>Muhammad Irfan Rasheedi nay aik comment bheja hai: Self hammering is key to tazkiyah. Jazak Allah Maulana sahib.</w:t>
      </w:r>
    </w:p>
    <w:p>
      <w:pPr>
        <w:jc w:val="right"/>
      </w:pPr>
      <w:r>
        <w:t>محمد عرفان رشیدی نے ایک کمنٹ بھیجا ہے: Self hammering is key to tazkiyah. جزاک اللہ مولانا صاحب۔</w:t>
      </w:r>
    </w:p>
    <w:p>
      <w:r>
        <w:rPr>
          <w:b/>
        </w:rPr>
        <w:t xml:space="preserve">[28:26] </w:t>
      </w:r>
      <w:r>
        <w:t>Masha Allah.</w:t>
      </w:r>
    </w:p>
    <w:p>
      <w:pPr>
        <w:jc w:val="right"/>
      </w:pPr>
      <w:r>
        <w:t>ماشاءاللہ۔</w:t>
      </w:r>
    </w:p>
    <w:p>
      <w:r>
        <w:rPr>
          <w:b/>
        </w:rPr>
        <w:t xml:space="preserve">[28:33] </w:t>
      </w:r>
      <w:r>
        <w:t>Aik sawal aya hai, in ka naam nahi hai. Musalman par kufr kay fatway aur saza kay baray mein rai dein.</w:t>
      </w:r>
    </w:p>
    <w:p>
      <w:pPr>
        <w:jc w:val="right"/>
      </w:pPr>
      <w:r>
        <w:t>ایک سوال آیا ہے، ان کا نام نہیں ہے۔ مسلمان پر کفر کے فتوے اور سزا کے بارے میں رائے دیں۔</w:t>
      </w:r>
    </w:p>
    <w:p>
      <w:r>
        <w:rPr>
          <w:b/>
        </w:rPr>
        <w:t xml:space="preserve">[28:43] </w:t>
      </w:r>
      <w:r>
        <w:t>Saza ka main nahi janta. Main saza kon deta hai? Saza ho sakta hai yeh ka ikhtiyar kis ko hai? Shayad Pakistan ka hai yeh.</w:t>
      </w:r>
    </w:p>
    <w:p>
      <w:pPr>
        <w:jc w:val="right"/>
      </w:pPr>
      <w:r>
        <w:t>سزا کا میں نہیں جانتا۔ میں سزا کون دیتا ہے؟ سزا ہو سکتا ہے یہ کا اختیار کس کو ہے؟ شاید پاکستان کا ہے یہ۔</w:t>
      </w:r>
    </w:p>
    <w:p>
      <w:r>
        <w:rPr>
          <w:b/>
        </w:rPr>
        <w:t xml:space="preserve">[28:52] </w:t>
      </w:r>
      <w:r>
        <w:t>Haan, wahan hota hoga. India mein to Allah kay fazal say koi har aadmi ko koray ka saza dena shuru kar di is ka.</w:t>
      </w:r>
    </w:p>
    <w:p>
      <w:pPr>
        <w:jc w:val="right"/>
      </w:pPr>
      <w:r>
        <w:t>ہاں، وہاں ہوتا ہوگا۔ انڈیا میں تو اللہ کے فضل سے کوئی ہر آدمی کو کوڑے کا سزا دینا شروع کر دی اس کا۔</w:t>
      </w:r>
    </w:p>
    <w:p>
      <w:r>
        <w:rPr>
          <w:b/>
        </w:rPr>
        <w:t xml:space="preserve">[29:04] </w:t>
      </w:r>
      <w:r>
        <w:t>Yeh India mein is ki yeh kufr ka fatwa par bol bata dijiyay. Hain kufr ka fatwa jo hai.</w:t>
      </w:r>
    </w:p>
    <w:p>
      <w:pPr>
        <w:jc w:val="right"/>
      </w:pPr>
      <w:r>
        <w:t>یہ انڈیا میں اس کی یہ کفر کا فتویٰ پر بول بتا دیجیے۔ ہیں کفر کا فتویٰ جو ہے۔</w:t>
      </w:r>
    </w:p>
    <w:p>
      <w:r>
        <w:rPr>
          <w:b/>
        </w:rPr>
        <w:t xml:space="preserve">[29:12] </w:t>
      </w:r>
      <w:r>
        <w:t>Dekhiye, kufr ka fatwa bazat khud ghalat hai.</w:t>
      </w:r>
    </w:p>
    <w:p>
      <w:pPr>
        <w:jc w:val="right"/>
      </w:pPr>
      <w:r>
        <w:t>دیکھیے، کفر کا فتویٰ بذات خود غلط ہے۔</w:t>
      </w:r>
    </w:p>
    <w:p>
      <w:r>
        <w:rPr>
          <w:b/>
        </w:rPr>
        <w:t xml:space="preserve">[29:18] </w:t>
      </w:r>
      <w:r>
        <w:t>Aap ko yeh aap ka yeh kaam hi nahi hai kay aap doosron ko kafir kafir banayein. Aap ka yeh kaam nahi hai. Aur dekhiye, jo aadmi darta ho Allah say, woh kabhi bhi kisi ko kafir nahi banayega.</w:t>
      </w:r>
    </w:p>
    <w:p>
      <w:pPr>
        <w:jc w:val="right"/>
      </w:pPr>
      <w:r>
        <w:t>آپ کو یہ آپ کا یہ کام ہی نہیں ہے کہ آپ دوسروں کو کافر کافر بنائیں۔ آپ کا یہ کام نہیں ہے۔ اور دیکھیے، جو آدمی ڈرتا ہو اللہ سے، وہ کبھی بھی کسی کو کافر نہیں بنائے گا۔</w:t>
      </w:r>
    </w:p>
    <w:p>
      <w:r>
        <w:rPr>
          <w:b/>
        </w:rPr>
        <w:t xml:space="preserve">[29:36] </w:t>
      </w:r>
      <w:r>
        <w:t>Is liye aik hadith hai, bohat zabardast hadith hai kay jo doosray ko kafir banaye aur woh kafir na ho to khud wohi ban jayega kafir.</w:t>
      </w:r>
    </w:p>
    <w:p>
      <w:pPr>
        <w:jc w:val="right"/>
      </w:pPr>
      <w:r>
        <w:t>اس لیے ایک حدیث ہے، بہت زبردست حدیث ہے کہ جو دوسرے کو کافر بنائے اور وہ کافر نہ ہو تو خود وہی بن جائے گا کافر۔</w:t>
      </w:r>
    </w:p>
    <w:p>
      <w:r>
        <w:rPr>
          <w:b/>
        </w:rPr>
        <w:t xml:space="preserve">[29:53] </w:t>
      </w:r>
      <w:r>
        <w:t>Kaisi ajeeb baat hai kay aap doosray ko kafir kahein aur woh aadmi kafir na ho to woh aap ka fatwa aap kay oopar lot ayega.</w:t>
      </w:r>
    </w:p>
    <w:p>
      <w:pPr>
        <w:jc w:val="right"/>
      </w:pPr>
      <w:r>
        <w:t>کیسی عجیب بات ہے کہ آپ دوسرے کو کافر کہیں اور وہ آدمی کافر نہ ہو تو وہ آپ کا فتویٰ آپ کے اوپر لوٹ آئے گا۔</w:t>
      </w:r>
    </w:p>
    <w:p>
      <w:r>
        <w:rPr>
          <w:b/>
        </w:rPr>
        <w:t xml:space="preserve">[30:06] </w:t>
      </w:r>
      <w:r>
        <w:t>Aap kafir ban jayenge. Main samajhta hoon kay agar hamaray mufassir sahban ko yeh dar ho, Allah ka dar ho to kabhi kisi ko kafir nahi kahengay.</w:t>
      </w:r>
    </w:p>
    <w:p>
      <w:pPr>
        <w:jc w:val="right"/>
      </w:pPr>
      <w:r>
        <w:t>آپ کافر بن جائیں گے۔ میں سمجھتا ہوں کہ اگر ہمارے مفسر صاحبان کو یہ ڈر ہو، اللہ کا ڈر ہو تو کبھی کسی کو کافر نہیں کہیں گے۔</w:t>
      </w:r>
    </w:p>
    <w:p>
      <w:r>
        <w:rPr>
          <w:b/>
        </w:rPr>
        <w:t xml:space="preserve">[30:19] </w:t>
      </w:r>
      <w:r>
        <w:t>Woh ziyada tar kufr ka fatwa lagatay hain kyunkay woh daray nahi hain.</w:t>
      </w:r>
    </w:p>
    <w:p>
      <w:pPr>
        <w:jc w:val="right"/>
      </w:pPr>
      <w:r>
        <w:t>وہ زیادہ تر کفر کا فتویٰ لگاتے ہیں کیونکہ وہ ڈرے نہیں ہیں۔</w:t>
      </w:r>
    </w:p>
    <w:p>
      <w:r>
        <w:rPr>
          <w:b/>
        </w:rPr>
        <w:t xml:space="preserve">[30:28] </w:t>
      </w:r>
      <w:r>
        <w:t>Is mein main nay likha hai,</w:t>
      </w:r>
    </w:p>
    <w:p>
      <w:pPr>
        <w:jc w:val="right"/>
      </w:pPr>
      <w:r>
        <w:t>اس میں میں نے لکھا ہے،</w:t>
      </w:r>
    </w:p>
    <w:p>
      <w:r>
        <w:rPr>
          <w:b/>
        </w:rPr>
        <w:t xml:space="preserve">[30:32] </w:t>
      </w:r>
      <w:r>
        <w:t>Aap parh saktay hain.</w:t>
      </w:r>
    </w:p>
    <w:p>
      <w:pPr>
        <w:jc w:val="right"/>
      </w:pPr>
      <w:r>
        <w:t>آپ پڑھ سکتے ہیں۔</w:t>
      </w:r>
    </w:p>
    <w:p>
      <w:r>
        <w:rPr>
          <w:b/>
        </w:rPr>
        <w:t xml:space="preserve">[30:38] </w:t>
      </w:r>
      <w:r>
        <w:t>Jo aadmi kisi ko kafir bataye aur woh Allah kay nazdeek kafir na ho, woh to aap khud kafir ban jatay hain.</w:t>
      </w:r>
    </w:p>
    <w:p>
      <w:pPr>
        <w:jc w:val="right"/>
      </w:pPr>
      <w:r>
        <w:t>جو آدمی کسی کو کافر بتائے اور وہ اللہ کے نزدیک کافر نہ ہو، وہ تو آپ خود کافر بن جاتے ہیں۔</w:t>
      </w:r>
    </w:p>
    <w:p>
      <w:r>
        <w:rPr>
          <w:b/>
        </w:rPr>
        <w:t xml:space="preserve">[30:50] </w:t>
      </w:r>
      <w:r>
        <w:t>Maulana sahib, Shajia Fayyaz nay Pakistan say aap say poocha hai: "Khushu ka kya matlab hai?" Is ka Urdu tarjuma "khauf" kiya jata hai.</w:t>
      </w:r>
    </w:p>
    <w:p>
      <w:pPr>
        <w:jc w:val="right"/>
      </w:pPr>
      <w:r>
        <w:t>مولانا صاحب، شاجحہ فیاض نے پاکستان سے آپ سے پوچھا ہے: "خشوع کا کیا مطلب ہے؟" اس کا اردو ترجمہ "خوف" کیا جاتا ہے۔</w:t>
      </w:r>
    </w:p>
    <w:p>
      <w:r>
        <w:rPr>
          <w:b/>
        </w:rPr>
        <w:t xml:space="preserve">[31:06] </w:t>
      </w:r>
      <w:r>
        <w:t>Kya yeh sahi hai? Khushu, khushu o khuzu jo hota hai, khushu ka kya matlab hai?</w:t>
      </w:r>
    </w:p>
    <w:p>
      <w:pPr>
        <w:jc w:val="right"/>
      </w:pPr>
      <w:r>
        <w:t>کیا یہ صحیح ہے؟ خشوع، خشوع و خضوع جو ہوتا ہے، خشوع کا کیا مطلب ہے؟</w:t>
      </w:r>
    </w:p>
    <w:p>
      <w:r>
        <w:rPr>
          <w:b/>
        </w:rPr>
        <w:t xml:space="preserve">[31:12] </w:t>
      </w:r>
      <w:r>
        <w:t>Main samajhta hoon kay yeh yeh tarjuma sahi tarjuma nahi hai.</w:t>
      </w:r>
    </w:p>
    <w:p>
      <w:pPr>
        <w:jc w:val="right"/>
      </w:pPr>
      <w:r>
        <w:t>میں سمجھتا ہوں کہ یہ یہ ترجمہ صحیح ترجمہ نہیں ہے۔</w:t>
      </w:r>
    </w:p>
    <w:p>
      <w:r>
        <w:rPr>
          <w:b/>
        </w:rPr>
        <w:t xml:space="preserve">[31:22] </w:t>
      </w:r>
      <w:r>
        <w:t>Waise is kay baray mein hum nay likha hai, aap is ko parh lijiyay. To khauf-e-Khuda kay maani mein nahi ayega ya jhukao?</w:t>
      </w:r>
    </w:p>
    <w:p>
      <w:pPr>
        <w:jc w:val="right"/>
      </w:pPr>
      <w:r>
        <w:t>ویسے اس کے بارے میں ہم نے لکھا ہے، آپ اس کو پڑھ لیجیے۔ تو خوف خدا کے معنی میں نہیں آئے گا یا جھکاؤ؟</w:t>
      </w:r>
    </w:p>
    <w:p>
      <w:r>
        <w:rPr>
          <w:b/>
        </w:rPr>
        <w:t xml:space="preserve">[31:31] </w:t>
      </w:r>
      <w:r>
        <w:t>Khauf-e-Khuda woh exact tarjuma nahi hai. Is ka exact tarjuma nahi hai.</w:t>
      </w:r>
    </w:p>
    <w:p>
      <w:pPr>
        <w:jc w:val="right"/>
      </w:pPr>
      <w:r>
        <w:t>خوف خدا وہ Exact ترجمہ نہیں ہے۔ اس کا Exact ترجمہ نہیں ہے۔</w:t>
      </w:r>
    </w:p>
    <w:p>
      <w:r>
        <w:rPr>
          <w:b/>
        </w:rPr>
        <w:t xml:space="preserve">[31:40] </w:t>
      </w:r>
      <w:r>
        <w:t>Aap nay shayad jhukao kay maani mein likha hai. Islam ka lafzi tarjuma jhukao hai. Sahi hai.</w:t>
      </w:r>
    </w:p>
    <w:p>
      <w:pPr>
        <w:jc w:val="right"/>
      </w:pPr>
      <w:r>
        <w:t>آپ نے شاید جھکاؤ کے معنی میں لکھا ہے۔ الاسلام کا لفظی ترجمہ جھکاؤ ہے۔ صحیح ہے۔</w:t>
      </w:r>
    </w:p>
    <w:p>
      <w:r>
        <w:rPr>
          <w:b/>
        </w:rPr>
        <w:t xml:space="preserve">[31:51] </w:t>
      </w:r>
      <w:r>
        <w:t>Aik sawal hai Akhtar Hussain Razi ka Canada say kay aaj kal kay mahol mein hum kya dua karein?</w:t>
      </w:r>
    </w:p>
    <w:p>
      <w:pPr>
        <w:jc w:val="right"/>
      </w:pPr>
      <w:r>
        <w:t>ایک سوال ہے اختر حسین رضی کا کینیڈا سے کہ آج کل کے ماحول میں ہم کیا دعا کریں؟</w:t>
      </w:r>
    </w:p>
    <w:p>
      <w:r>
        <w:rPr>
          <w:b/>
        </w:rPr>
        <w:t xml:space="preserve">[32:01] </w:t>
      </w:r>
      <w:r>
        <w:t>Dua har mahol mein, har mahol mein achi dua kijiye. Har mahol mein, aaj kal ki baat nahi hai.</w:t>
      </w:r>
    </w:p>
    <w:p>
      <w:pPr>
        <w:jc w:val="right"/>
      </w:pPr>
      <w:r>
        <w:t>دعا ہر ماحول میں، ہر ماحول میں اچھی دعا کیجیے۔ ہر ماحول میں، آج کل کی بات نہیں ہے۔</w:t>
      </w:r>
    </w:p>
    <w:p>
      <w:r>
        <w:rPr>
          <w:b/>
        </w:rPr>
        <w:t xml:space="preserve">[32:11] </w:t>
      </w:r>
      <w:r>
        <w:t>Har mahol mein achi dua. Koi dua bata dijiyay. Insha Allah, is par hum aik mazmoon, aik safhay kay likhengay.</w:t>
      </w:r>
    </w:p>
    <w:p>
      <w:pPr>
        <w:jc w:val="right"/>
      </w:pPr>
      <w:r>
        <w:t>ہر ماحول میں اچھی دعا۔ کوئی دعا بتا دیجیے۔ انشاءاللہ، اس پر ہم ایک مضمون، ایک صفحے کے لکھیں گے۔</w:t>
      </w:r>
    </w:p>
    <w:p>
      <w:r>
        <w:rPr>
          <w:b/>
        </w:rPr>
        <w:t xml:space="preserve">[32:23] </w:t>
      </w:r>
      <w:r>
        <w:t>arz kar raha hoon, aap parh lijiyega.</w:t>
      </w:r>
    </w:p>
    <w:p>
      <w:pPr>
        <w:jc w:val="right"/>
      </w:pPr>
      <w:r>
        <w:t>عرض کر رہا ہوں، آپ پڑھ لیجیے گا۔</w:t>
      </w:r>
    </w:p>
    <w:p>
      <w:r>
        <w:rPr>
          <w:b/>
        </w:rPr>
        <w:t xml:space="preserve">[32:27] </w:t>
      </w:r>
      <w:r>
        <w:t>woh aap jo batate hain: "ya hayyu ya qayyum"</w:t>
      </w:r>
    </w:p>
    <w:p>
      <w:pPr>
        <w:jc w:val="right"/>
      </w:pPr>
      <w:r>
        <w:t>وہ آپ جو بتاتے ہیں: "یا حی یا قیوم"</w:t>
      </w:r>
    </w:p>
    <w:p>
      <w:r>
        <w:rPr>
          <w:b/>
        </w:rPr>
        <w:t xml:space="preserve">[32:34] </w:t>
      </w:r>
      <w:r>
        <w:t>yeh dua hai, woh mujhe bohat pasand hai. is ko mein aksar parhta hoon: "ya hayyu ya qayyum birahmatik astaghees".</w:t>
      </w:r>
    </w:p>
    <w:p>
      <w:pPr>
        <w:jc w:val="right"/>
      </w:pPr>
      <w:r>
        <w:t>یہ دعا ہے، وہ مجھے بہت پسند ہے۔ اس کو میں اکثر پڑھتا ہوں: "یا حی یا قیوم برحمتک استغیر"۔</w:t>
      </w:r>
    </w:p>
    <w:p>
      <w:r>
        <w:rPr>
          <w:b/>
        </w:rPr>
        <w:t xml:space="preserve">[32:48] </w:t>
      </w:r>
      <w:r>
        <w:t>is ka tarjuma hai: "ae zinda aur kaam lanay walay Khuda,</w:t>
      </w:r>
    </w:p>
    <w:p>
      <w:pPr>
        <w:jc w:val="right"/>
      </w:pPr>
      <w:r>
        <w:t>اس کا ترجمہ ہے: "اے زندہ اور کام لانے والے خدا،</w:t>
      </w:r>
    </w:p>
    <w:p>
      <w:r>
        <w:rPr>
          <w:b/>
        </w:rPr>
        <w:t xml:space="preserve">[33:03] </w:t>
      </w:r>
      <w:r>
        <w:t>apni rehmat se is ko,</w:t>
      </w:r>
    </w:p>
    <w:p>
      <w:pPr>
        <w:jc w:val="right"/>
      </w:pPr>
      <w:r>
        <w:t>اپنی رحمت سے اس کو،</w:t>
      </w:r>
    </w:p>
    <w:p>
      <w:r>
        <w:rPr>
          <w:b/>
        </w:rPr>
        <w:t xml:space="preserve">[33:18] </w:t>
      </w:r>
      <w:r>
        <w:t>apni rehmat se mujh ko</w:t>
      </w:r>
    </w:p>
    <w:p>
      <w:pPr>
        <w:jc w:val="right"/>
      </w:pPr>
      <w:r>
        <w:t>اپنی رحمت سے مجھ کو</w:t>
      </w:r>
    </w:p>
    <w:p>
      <w:r>
        <w:rPr>
          <w:b/>
        </w:rPr>
        <w:t xml:space="preserve">[33:25] </w:t>
      </w:r>
      <w:r>
        <w:t>meri madad farma. haan, meri madad farma. haan. theek hai.</w:t>
      </w:r>
    </w:p>
    <w:p>
      <w:pPr>
        <w:jc w:val="right"/>
      </w:pPr>
      <w:r>
        <w:t>میری مدد فرما۔ ہاں، میری مدد فرما۔ ہاں۔ ٹھیک ہے۔</w:t>
      </w:r>
    </w:p>
    <w:p>
      <w:r>
        <w:rPr>
          <w:b/>
        </w:rPr>
        <w:t xml:space="preserve">[33:34] </w:t>
      </w:r>
      <w:r>
        <w:t>maulana sahib, idrees qamar sahib ne aap se poocha hai: "How to get rid of egoistic behavior?" haan, "How to get rid of egoistic behavior?"</w:t>
      </w:r>
    </w:p>
    <w:p>
      <w:pPr>
        <w:jc w:val="right"/>
      </w:pPr>
      <w:r>
        <w:t>مولانا صاحب، ادریس قمر صاحب نے آپ سے پوچھا ہے: "How to get rid of egoistic behavior?" ہاں، "How to get rid of egoistic behavior?"</w:t>
      </w:r>
    </w:p>
    <w:p>
      <w:r>
        <w:rPr>
          <w:b/>
        </w:rPr>
        <w:t xml:space="preserve">[33:49] </w:t>
      </w:r>
      <w:r>
        <w:t>achha, apni ghalti ko dhoond rahi hai. mein toh Allah ke fazl se meri aadat ban gayi hai ke mein apni ghalti ko dhoondta hoon, apni ghalti ko mannay ke liye foran tayyar ho jata hoon.</w:t>
      </w:r>
    </w:p>
    <w:p>
      <w:pPr>
        <w:jc w:val="right"/>
      </w:pPr>
      <w:r>
        <w:t>اچھا، اپنی غلطی کو ڈھونڈ رہی ہے۔ میں تو اللہ کے فضل سے میری عادت بن گئی ہے کہ میں اپنی غلطی کو ڈھونڈتا ہوں، اپنی غلطی کو ماننے کے لیے فوراً تیار ہو جاتا ہوں۔</w:t>
      </w:r>
    </w:p>
    <w:p>
      <w:r>
        <w:rPr>
          <w:b/>
        </w:rPr>
        <w:t xml:space="preserve">[34:09] </w:t>
      </w:r>
      <w:r>
        <w:t>apni ghalti ko disclose karna yeh meri habit hai. yeh aap bhi kijiye.</w:t>
      </w:r>
    </w:p>
    <w:p>
      <w:pPr>
        <w:jc w:val="right"/>
      </w:pPr>
      <w:r>
        <w:t>اپنی غلطی کو Disclose کرنا یہ میری Habit ہے۔ یہ آپ بھی کیجیے۔</w:t>
      </w:r>
    </w:p>
    <w:p>
      <w:r>
        <w:rPr>
          <w:b/>
        </w:rPr>
        <w:t xml:space="preserve">[34:20] </w:t>
      </w:r>
      <w:r>
        <w:t>doctor safeena tabassum ne yeh ek comment bheja hai: "maulana sahib, repeated hand washing intensely as advised these days can be a symbolic reminder of self cleaning or tazkiyah,</w:t>
      </w:r>
    </w:p>
    <w:p>
      <w:pPr>
        <w:jc w:val="right"/>
      </w:pPr>
      <w:r>
        <w:t>ڈاکٹر سفینہ تبسم نے یہ ایک کمنٹ بھیجا ہے: "مولانا صاحب، ریپیٹڈ ہینڈ واشنگ انٹینسولی ایز ایڈوائزڈ دیز ڈیز کین بی ا سمبالک ریمائنڈر اف سیلف کلیننگ اور تزکیہ،</w:t>
      </w:r>
    </w:p>
    <w:p>
      <w:r>
        <w:rPr>
          <w:b/>
        </w:rPr>
        <w:t xml:space="preserve">[34:43] </w:t>
      </w:r>
      <w:r>
        <w:t>which Allah wants from us." maulana "whenever i will wash my hands, i will try to introspect myself." also is this right thinking?</w:t>
      </w:r>
    </w:p>
    <w:p>
      <w:pPr>
        <w:jc w:val="right"/>
      </w:pPr>
      <w:r>
        <w:t>وچ اللہ وانٹس فرام اس۔" مولانا "وین ایور ائی ویل واش مائی ہینڈز، ائی ویل ٹرائی ٹو انٹروسپیکٹ مائی سیلف۔" السو از دس رائٹ تھنکنگ؟</w:t>
      </w:r>
    </w:p>
    <w:p>
      <w:r>
        <w:rPr>
          <w:b/>
        </w:rPr>
        <w:t xml:space="preserve">[34:55] </w:t>
      </w:r>
      <w:r>
        <w:t>maulana</w:t>
      </w:r>
    </w:p>
    <w:p>
      <w:pPr>
        <w:jc w:val="right"/>
      </w:pPr>
      <w:r>
        <w:t>مولانا</w:t>
      </w:r>
    </w:p>
    <w:p>
      <w:r>
        <w:rPr>
          <w:b/>
        </w:rPr>
        <w:t xml:space="preserve">[34:57] </w:t>
      </w:r>
      <w:r>
        <w:t>bohat achhi baat hai, bohat achhi baat hai. khwaja naseer ud din sanah ne aap se poocha hai: "maulana, kya farz namazon ke baad jo kitabi duaen hain, woh parhna zaroori hai?" kitabon mein jo duaen hoti hain,</w:t>
      </w:r>
    </w:p>
    <w:p>
      <w:pPr>
        <w:jc w:val="right"/>
      </w:pPr>
      <w:r>
        <w:t>بہت اچھی بات ہے، بہت اچھی بات ہے۔ خواجہ نصیر الدین سنہ نے آپ سے پوچھا ہے: "مولانا، کیا فرض نمازوں کے بعد جو کتابی دعائیں ہیں، وہ پڑھنا ضروری ہے؟" کتابوں میں جو دعائیں ہوتی ہیں،</w:t>
      </w:r>
    </w:p>
    <w:p>
      <w:r>
        <w:rPr>
          <w:b/>
        </w:rPr>
        <w:t xml:space="preserve">[35:18] </w:t>
      </w:r>
      <w:r>
        <w:t>yeh dua parhnay ki nahi hai, nahi chahe yeh ho chahe woh ho.</w:t>
      </w:r>
    </w:p>
    <w:p>
      <w:pPr>
        <w:jc w:val="right"/>
      </w:pPr>
      <w:r>
        <w:t>یہ دعا پڑھنے کی نہیں ہے، نہیں چاہے یہ ہو چاہے وہ ہو۔</w:t>
      </w:r>
    </w:p>
    <w:p>
      <w:r>
        <w:rPr>
          <w:b/>
        </w:rPr>
        <w:t xml:space="preserve">[35:27] </w:t>
      </w:r>
      <w:r>
        <w:t>dua toh ek bohat oonchi darjay ka</w:t>
      </w:r>
    </w:p>
    <w:p>
      <w:pPr>
        <w:jc w:val="right"/>
      </w:pPr>
      <w:r>
        <w:t>دعا تو ایک بہت اونچی درجے کا</w:t>
      </w:r>
    </w:p>
    <w:p>
      <w:r>
        <w:rPr>
          <w:b/>
        </w:rPr>
        <w:t xml:space="preserve">[35:34] </w:t>
      </w:r>
      <w:r>
        <w:t>spiritual</w:t>
      </w:r>
    </w:p>
    <w:p>
      <w:pPr>
        <w:jc w:val="right"/>
      </w:pPr>
      <w:r>
        <w:t>Spiritual</w:t>
      </w:r>
    </w:p>
    <w:p>
      <w:r>
        <w:rPr>
          <w:b/>
        </w:rPr>
        <w:t xml:space="preserve">[35:40] </w:t>
      </w:r>
      <w:r>
        <w:t>finding hai, yeh nahi ke ek ek ek kuch alfaaz hain.</w:t>
      </w:r>
    </w:p>
    <w:p>
      <w:pPr>
        <w:jc w:val="right"/>
      </w:pPr>
      <w:r>
        <w:t>Finding ہے، یہ نہیں کہ ایک ایک ایک کچھ الفاظ ہیں۔</w:t>
      </w:r>
    </w:p>
    <w:p>
      <w:r>
        <w:rPr>
          <w:b/>
        </w:rPr>
        <w:t xml:space="preserve">[35:46] </w:t>
      </w:r>
      <w:r>
        <w:t>maulana abdul basit umri sahib ne aap se poocha hai ke manfi zehniyat mein kya kya cheezen ho sakti hain?</w:t>
      </w:r>
    </w:p>
    <w:p>
      <w:pPr>
        <w:jc w:val="right"/>
      </w:pPr>
      <w:r>
        <w:t>مولانا عبدالباسط عمری صاحب نے آپ سے پوچھا ہے کہ منفی ذہنیت میں کیا کیا چیزیں ہو سکتی ہیں؟</w:t>
      </w:r>
    </w:p>
    <w:p>
      <w:r>
        <w:rPr>
          <w:b/>
        </w:rPr>
        <w:t xml:space="preserve">[35:57] </w:t>
      </w:r>
      <w:r>
        <w:t>hum kaise maloom karein? mere khayal se koi mushkil kaam nahi hai, har aadmi</w:t>
      </w:r>
    </w:p>
    <w:p>
      <w:pPr>
        <w:jc w:val="right"/>
      </w:pPr>
      <w:r>
        <w:t>ہم کیسے معلوم کریں؟ میرے خیال سے کوئی مشکل کام نہیں ہے، ہر آدمی</w:t>
      </w:r>
    </w:p>
    <w:p>
      <w:r>
        <w:rPr>
          <w:b/>
        </w:rPr>
        <w:t xml:space="preserve">[36:13] </w:t>
      </w:r>
      <w:r>
        <w:t>soch kar jaan sakta hai.</w:t>
      </w:r>
    </w:p>
    <w:p>
      <w:pPr>
        <w:jc w:val="right"/>
      </w:pPr>
      <w:r>
        <w:t>سوچ کر جان سکتا ہے۔</w:t>
      </w:r>
    </w:p>
    <w:p>
      <w:r>
        <w:rPr>
          <w:b/>
        </w:rPr>
        <w:t xml:space="preserve">[36:15] </w:t>
      </w:r>
      <w:r>
        <w:t>sajid ahmad khan likhte hain: "great lesson, maulana sahib! offend na hona, yeh baat apni zaat ki islaah ke liye best method hai." I was wrong kehna bhi hum ne aap se seekha hai.</w:t>
      </w:r>
    </w:p>
    <w:p>
      <w:pPr>
        <w:jc w:val="right"/>
      </w:pPr>
      <w:r>
        <w:t>ساجد احمد خان لکھتے ہیں: "گریٹ لیسن، مولانا صاحب! Offend نہ ہونا، یہ بات اپنی ذات کی اصلاح کے لیے Best Method ہے۔" ائی واز رونگ کہنا بھی ہم نے آپ سے سیکھا ہے۔</w:t>
      </w:r>
    </w:p>
    <w:p>
      <w:r>
        <w:rPr>
          <w:b/>
        </w:rPr>
        <w:t xml:space="preserve">[36:36] </w:t>
      </w:r>
      <w:r>
        <w:t>personal life mein is ke bohat sare benefits dekhe hain, apni zaat ke liye bhi aur doosron ke sath islaah ke moamle mein bhi.</w:t>
      </w:r>
    </w:p>
    <w:p>
      <w:pPr>
        <w:jc w:val="right"/>
      </w:pPr>
      <w:r>
        <w:t>Personal Life میں اس کے بہت سارے Benefits دیکھے ہیں، اپنی ذات کے لیے بھی اور دوسروں کے ساتھ اصلاح کے معاملے میں بھی۔</w:t>
      </w:r>
    </w:p>
    <w:p>
      <w:r>
        <w:rPr>
          <w:b/>
        </w:rPr>
        <w:t xml:space="preserve">[36:47] </w:t>
      </w:r>
      <w:r>
        <w:t>jazak Allah, maulana!</w:t>
      </w:r>
    </w:p>
    <w:p>
      <w:pPr>
        <w:jc w:val="right"/>
      </w:pPr>
      <w:r>
        <w:t>جزاک اللہ، مولانا!</w:t>
      </w:r>
    </w:p>
    <w:p>
      <w:r>
        <w:rPr>
          <w:b/>
        </w:rPr>
        <w:t xml:space="preserve">[36:50] </w:t>
      </w:r>
      <w:r>
        <w:t>masha Allah. sajid anwar sahib ne bombay se likha hai: "maulana, this is a great learning and take away for me from today's talk." know your nothing,</w:t>
      </w:r>
    </w:p>
    <w:p>
      <w:pPr>
        <w:jc w:val="right"/>
      </w:pPr>
      <w:r>
        <w:t>ماشاءاللہ۔ ساجد انور صاحب نے بمبئی سے لکھا ہے: "مولانا، دس از ا گریٹ لرننگ اینڈ ٹیک اوے فار می فرام ٹوڈے ٹاک۔" نو یور نتھنگ،</w:t>
      </w:r>
    </w:p>
    <w:p>
      <w:r>
        <w:rPr>
          <w:b/>
        </w:rPr>
        <w:t xml:space="preserve">[37:08] </w:t>
      </w:r>
      <w:r>
        <w:t>apne na hone ko janna</w:t>
      </w:r>
    </w:p>
    <w:p>
      <w:pPr>
        <w:jc w:val="right"/>
      </w:pPr>
      <w:r>
        <w:t>اپنے نہ ہونے کو جاننا</w:t>
      </w:r>
    </w:p>
    <w:p>
      <w:r>
        <w:rPr>
          <w:b/>
        </w:rPr>
        <w:t xml:space="preserve">[37:10] </w:t>
      </w:r>
      <w:r>
        <w:t>dekhie, sab se pehli daryaft aap ko zaroor chahiye, woh</w:t>
      </w:r>
    </w:p>
    <w:p>
      <w:pPr>
        <w:jc w:val="right"/>
      </w:pPr>
      <w:r>
        <w:t>۔ دیکھیے، سب سے پہلی دریافت آپ کو ضرور چاہیے، وہ</w:t>
      </w:r>
    </w:p>
    <w:p>
      <w:r>
        <w:rPr>
          <w:b/>
        </w:rPr>
        <w:t xml:space="preserve">[37:20] </w:t>
      </w:r>
      <w:r>
        <w:t>Self Criticism. Self Criticism baqi se apne aap par hoti hai. Maulana Abdul Basit Umri sahib ne aap se poocha hai: "Maulana,</w:t>
      </w:r>
    </w:p>
    <w:p>
      <w:pPr>
        <w:jc w:val="right"/>
      </w:pPr>
      <w:r>
        <w:t>Self Criticism۔ Self Criticism باقی سے اپنے آپ پر ہوتی ہے۔ مولانا عبدالباسط عمری صاحب نے آپ سے پوچھا ہے: "مولانا،</w:t>
      </w:r>
    </w:p>
    <w:p>
      <w:r>
        <w:rPr>
          <w:b/>
        </w:rPr>
        <w:t xml:space="preserve">[37:33] </w:t>
      </w:r>
      <w:r>
        <w:t>kisi bhi mamle mein Negative nahi hona."</w:t>
      </w:r>
    </w:p>
    <w:p>
      <w:pPr>
        <w:jc w:val="right"/>
      </w:pPr>
      <w:r>
        <w:t>کسی بھی معاملے میں Negative نہیں ہونا۔"</w:t>
      </w:r>
    </w:p>
    <w:p>
      <w:r>
        <w:rPr>
          <w:b/>
        </w:rPr>
        <w:t xml:space="preserve">[37:40] </w:t>
      </w:r>
      <w:r>
        <w:t>acha, kisi bhi mamle mein Negative nahi hona, hmm, is ka matlab kya hota hai? kya main kis kaise janoon ke main poori tarah musbat zehn ka hamil ho gaya hoon?</w:t>
      </w:r>
    </w:p>
    <w:p>
      <w:pPr>
        <w:jc w:val="right"/>
      </w:pPr>
      <w:r>
        <w:t>اچھا، کسی بھی معاملے میں Negative نہیں ہونا، ہمم، اس کا مطلب کیا ہوتا ہے؟ کیا میں کس کیسے جانوں کہ میں پوری طرح مثبت ذہن کا حامل ہو گیا ہوں؟</w:t>
      </w:r>
    </w:p>
    <w:p>
      <w:r>
        <w:rPr>
          <w:b/>
        </w:rPr>
        <w:t xml:space="preserve">[37:58] </w:t>
      </w:r>
      <w:r>
        <w:t>main Negative Thinking ka shikar nahi hoon. woh kaise janoon ke poori tarah musbat Thinking un ki ho gayi hai?</w:t>
      </w:r>
    </w:p>
    <w:p>
      <w:pPr>
        <w:jc w:val="right"/>
      </w:pPr>
      <w:r>
        <w:t>میں Negative Thinking کا شکار نہیں ہوں۔ وہ کیسے جانیں کہ پوری طرح مثبت Thinking ان کی ہو گئی ہے؟</w:t>
      </w:r>
    </w:p>
    <w:p>
      <w:r>
        <w:rPr>
          <w:b/>
        </w:rPr>
        <w:t xml:space="preserve">[38:08] </w:t>
      </w:r>
      <w:r>
        <w:t>apne khilaf Criticism ko bilkul normal tareeqe se laina. log kaha jaye ke jab is se koi un ke upar kuch Criticism kiya jaye to foran ghussa ate hain.</w:t>
      </w:r>
    </w:p>
    <w:p>
      <w:pPr>
        <w:jc w:val="right"/>
      </w:pPr>
      <w:r>
        <w:t>اپنے خلاف Criticism کو بالکل نارمل طریقے سے لینا۔ لوگ کہا جائے کہ جب اس سے کوئی ان کے اوپر کچھ Criticism کیا جائے تو فوراً غصہ آتے ہیں۔</w:t>
      </w:r>
    </w:p>
    <w:p>
      <w:r>
        <w:rPr>
          <w:b/>
        </w:rPr>
        <w:t xml:space="preserve">[38:30] </w:t>
      </w:r>
      <w:r>
        <w:t>is Habit ko khatam kijiye.</w:t>
      </w:r>
    </w:p>
    <w:p>
      <w:pPr>
        <w:jc w:val="right"/>
      </w:pPr>
      <w:r>
        <w:t>اس Habit کو ختم کیجیے۔</w:t>
      </w:r>
    </w:p>
    <w:p>
      <w:r>
        <w:rPr>
          <w:b/>
        </w:rPr>
        <w:t xml:space="preserve">[38:35] </w:t>
      </w:r>
      <w:r>
        <w:t>Nodip Kapoor ne aap ke liye sawal bheja hai:</w:t>
      </w:r>
    </w:p>
    <w:p>
      <w:pPr>
        <w:jc w:val="right"/>
      </w:pPr>
      <w:r>
        <w:t>نو دیپ کپور نے آپ کے لیے سوال بھیجا ہے:</w:t>
      </w:r>
    </w:p>
    <w:p>
      <w:r>
        <w:rPr>
          <w:b/>
        </w:rPr>
        <w:t xml:space="preserve">[38:41] </w:t>
      </w:r>
      <w:r>
        <w:t>"Is the first step towards self purification admitting that I was wrong?" haan, sahi hai, sahi baat hai.</w:t>
      </w:r>
    </w:p>
    <w:p>
      <w:pPr>
        <w:jc w:val="right"/>
      </w:pPr>
      <w:r>
        <w:t>"Is the first step towards self purification admitting that I was wrong?" ہاں، صحیح ہے، صحیح بات ہے۔</w:t>
      </w:r>
    </w:p>
    <w:p>
      <w:r>
        <w:rPr>
          <w:b/>
        </w:rPr>
        <w:t xml:space="preserve">[38:55] </w:t>
      </w:r>
      <w:r>
        <w:t>Doctor Naghma Siddiqui ne aap se poocha hai: "The Corona lockdown has made me realize my complete helplessness and God's all-powerfulness.</w:t>
      </w:r>
    </w:p>
    <w:p>
      <w:pPr>
        <w:jc w:val="right"/>
      </w:pPr>
      <w:r>
        <w:t>ڈاکٹر نغمہ صدیقی نے آپ سے پوچھا ہے: "The Corona lockdown has made me realize my complete helplessness and God's all-powerfulness.</w:t>
      </w:r>
    </w:p>
    <w:p>
      <w:r>
        <w:rPr>
          <w:b/>
        </w:rPr>
        <w:t xml:space="preserve">[39:13] </w:t>
      </w:r>
      <w:r>
        <w:t>This has made me very serious and focused. How can I retain this feeling?"</w:t>
      </w:r>
    </w:p>
    <w:p>
      <w:pPr>
        <w:jc w:val="right"/>
      </w:pPr>
      <w:r>
        <w:t>This has made me very serious and focused. How can I retain this feeling?"</w:t>
      </w:r>
    </w:p>
    <w:p>
      <w:r>
        <w:rPr>
          <w:b/>
        </w:rPr>
        <w:t xml:space="preserve">[39:22] </w:t>
      </w:r>
      <w:r>
        <w:t>woh to sochte rahiye, apne aap baqi rahega. sochna</w:t>
      </w:r>
    </w:p>
    <w:p>
      <w:pPr>
        <w:jc w:val="right"/>
      </w:pPr>
      <w:r>
        <w:t>وہ تو سوچتے رہیے، اپنے آپ باقی رہے گا۔ سوچنا</w:t>
      </w:r>
    </w:p>
    <w:p>
      <w:r>
        <w:rPr>
          <w:b/>
        </w:rPr>
        <w:t xml:space="preserve">[39:30] </w:t>
      </w:r>
      <w:r>
        <w:t>baqi rakhiye.</w:t>
      </w:r>
    </w:p>
    <w:p>
      <w:pPr>
        <w:jc w:val="right"/>
      </w:pPr>
      <w:r>
        <w:t>باقی رکھیے۔</w:t>
      </w:r>
    </w:p>
    <w:p>
      <w:r>
        <w:rPr>
          <w:b/>
        </w:rPr>
        <w:t xml:space="preserve">[39:36] </w:t>
      </w:r>
      <w:r>
        <w:t>Nodip Kapoor ne aap se poocha hai: "Maulana, what lessons does God want to give us from Corona shock</w:t>
      </w:r>
    </w:p>
    <w:p>
      <w:pPr>
        <w:jc w:val="right"/>
      </w:pPr>
      <w:r>
        <w:t>نو دیپ کپور نے آپ سے پوچھا ہے: "Maulana, what lessons does God want to give us from Corona shock</w:t>
      </w:r>
    </w:p>
    <w:p>
      <w:r>
        <w:rPr>
          <w:b/>
        </w:rPr>
        <w:t xml:space="preserve">[39:46] </w:t>
      </w:r>
      <w:r>
        <w:t>?" bhai, main to yeh samajhta hoon ke woh sirf ek baat hai:</w:t>
      </w:r>
    </w:p>
    <w:p>
      <w:pPr>
        <w:jc w:val="right"/>
      </w:pPr>
      <w:r>
        <w:t>?" بھئی، میں تو یہ سمجھتا ہوں کہ وہ صرف ایک بات ہے:</w:t>
      </w:r>
    </w:p>
    <w:p>
      <w:r>
        <w:rPr>
          <w:b/>
        </w:rPr>
        <w:t xml:space="preserve">[39:54] </w:t>
      </w:r>
      <w:r>
        <w:t>insan Creator ki</w:t>
      </w:r>
    </w:p>
    <w:p>
      <w:pPr>
        <w:jc w:val="right"/>
      </w:pPr>
      <w:r>
        <w:t>انسان Creator کی</w:t>
      </w:r>
    </w:p>
    <w:p>
      <w:r>
        <w:rPr>
          <w:b/>
        </w:rPr>
        <w:t xml:space="preserve">[40:04] </w:t>
      </w:r>
      <w:r>
        <w:t>Blessing ko</w:t>
      </w:r>
    </w:p>
    <w:p>
      <w:pPr>
        <w:jc w:val="right"/>
      </w:pPr>
      <w:r>
        <w:t>Blessing کو</w:t>
      </w:r>
    </w:p>
    <w:p>
      <w:r>
        <w:rPr>
          <w:b/>
        </w:rPr>
        <w:t xml:space="preserve">[40:08] </w:t>
      </w:r>
      <w:r>
        <w:t>bhula diya tha.</w:t>
      </w:r>
    </w:p>
    <w:p>
      <w:pPr>
        <w:jc w:val="right"/>
      </w:pPr>
      <w:r>
        <w:t>بھلا دیا تھا۔</w:t>
      </w:r>
    </w:p>
    <w:p>
      <w:r>
        <w:rPr>
          <w:b/>
        </w:rPr>
        <w:t xml:space="preserve">[40:15] </w:t>
      </w:r>
      <w:r>
        <w:t>mere to Allah ke fazl se yaad hai ke main yeh yeh bara bathroom hai. jab bathroom mein dakhil hota hoon to</w:t>
      </w:r>
    </w:p>
    <w:p>
      <w:pPr>
        <w:jc w:val="right"/>
      </w:pPr>
      <w:r>
        <w:t>میرے تو اللہ کے فضل سے یاد ہے کہ میں یہ یہ بڑا باتھ روم ہے۔ جب باتھ روم میں داخل ہوتا ہوں تو</w:t>
      </w:r>
    </w:p>
    <w:p>
      <w:r>
        <w:rPr>
          <w:b/>
        </w:rPr>
        <w:t xml:space="preserve">[40:27] </w:t>
      </w:r>
      <w:r>
        <w:t>sab se pehle shukr ka jazba aata hai. bathroom mere nazdeek shukr ka</w:t>
      </w:r>
    </w:p>
    <w:p>
      <w:pPr>
        <w:jc w:val="right"/>
      </w:pPr>
      <w:r>
        <w:t>سب سے پہلے شکر کا جذبہ آتا ہے۔ باتھ روم میرے نزدیک شکر کا</w:t>
      </w:r>
    </w:p>
    <w:p>
      <w:r>
        <w:rPr>
          <w:b/>
        </w:rPr>
        <w:t xml:space="preserve">[40:38] </w:t>
      </w:r>
      <w:r>
        <w:t>point hai.</w:t>
      </w:r>
    </w:p>
    <w:p>
      <w:pPr>
        <w:jc w:val="right"/>
      </w:pPr>
      <w:r>
        <w:t>Point ہے۔</w:t>
      </w:r>
    </w:p>
    <w:p>
      <w:r>
        <w:rPr>
          <w:b/>
        </w:rPr>
        <w:t xml:space="preserve">[40:44] </w:t>
      </w:r>
      <w:r>
        <w:t>Doctor Naghma Siddiqui ne aap se poocha hai: "We are being trained to live a need-based life and to compulsively introspect.</w:t>
      </w:r>
    </w:p>
    <w:p>
      <w:pPr>
        <w:jc w:val="right"/>
      </w:pPr>
      <w:r>
        <w:t>ڈاکٹر نغمہ صدیقی نے آپ سے پوچھا ہے: "We are being trained to live a need-based life and to compulsively introspect.</w:t>
      </w:r>
    </w:p>
    <w:p>
      <w:r>
        <w:rPr>
          <w:b/>
        </w:rPr>
        <w:t xml:space="preserve">[40:57] </w:t>
      </w:r>
      <w:r>
        <w:t>Will we receive reward for it?" matlab jo kaam hum compulsively kar rahe hain, us ke liye hamein reward milega?</w:t>
      </w:r>
    </w:p>
    <w:p>
      <w:pPr>
        <w:jc w:val="right"/>
      </w:pPr>
      <w:r>
        <w:t>Will we receive reward for it?" مطلب جو کام ہم compulsively کر رہے ہیں، اس کے لیے ہمیں ریوارڈ ملے گا؟</w:t>
      </w:r>
    </w:p>
    <w:p>
      <w:r>
        <w:rPr>
          <w:b/>
        </w:rPr>
        <w:t xml:space="preserve">[41:13] </w:t>
      </w:r>
      <w:r>
        <w:t>zaroor milega.</w:t>
      </w:r>
    </w:p>
    <w:p>
      <w:pPr>
        <w:jc w:val="right"/>
      </w:pPr>
      <w:r>
        <w:t>ضرور ملے گا۔</w:t>
      </w:r>
    </w:p>
    <w:p>
      <w:r>
        <w:rPr>
          <w:b/>
        </w:rPr>
        <w:t xml:space="preserve">[41:18] </w:t>
      </w:r>
      <w:r>
        <w:t>woh compulsion nahi hota,</w:t>
      </w:r>
    </w:p>
    <w:p>
      <w:pPr>
        <w:jc w:val="right"/>
      </w:pPr>
      <w:r>
        <w:t>وہ Compulsion نہیں ہوتا،</w:t>
      </w:r>
    </w:p>
    <w:p>
      <w:r>
        <w:rPr>
          <w:b/>
        </w:rPr>
        <w:t xml:space="preserve">[41:22] </w:t>
      </w:r>
      <w:r>
        <w:t>woh hota hai</w:t>
      </w:r>
    </w:p>
    <w:p>
      <w:pPr>
        <w:jc w:val="right"/>
      </w:pPr>
      <w:r>
        <w:t>وہ ہوتا ہے</w:t>
      </w:r>
    </w:p>
    <w:p>
      <w:r>
        <w:rPr>
          <w:b/>
        </w:rPr>
        <w:t xml:space="preserve">[41:27] </w:t>
      </w:r>
      <w:r>
        <w:t>principle ko accept karna. principle ko accept karna.</w:t>
      </w:r>
    </w:p>
    <w:p>
      <w:pPr>
        <w:jc w:val="right"/>
      </w:pPr>
      <w:r>
        <w:t>Principle کو Accept کرنا۔ Principle کو Accept کرنا۔</w:t>
      </w:r>
    </w:p>
    <w:p>
      <w:r>
        <w:rPr>
          <w:b/>
        </w:rPr>
        <w:t xml:space="preserve">[41:34] </w:t>
      </w:r>
      <w:r>
        <w:t>no deep kapoor ne aap se ek sawal poocha hai kyunke ab ramzan anay walay hain aur isi lockdown mein, isi halat mein ramzan shuru honay walay hain.</w:t>
      </w:r>
    </w:p>
    <w:p>
      <w:pPr>
        <w:jc w:val="right"/>
      </w:pPr>
      <w:r>
        <w:t>نو دیپ کپور نے آپ سے ایک سوال پوچھا ہے کیونکہ اب رمضان آنے والے ہیں اور اسی Lockdown میں، اسی حالت میں رمضان شروع ہونے والے ہیں۔</w:t>
      </w:r>
    </w:p>
    <w:p>
      <w:r>
        <w:rPr>
          <w:b/>
        </w:rPr>
        <w:t xml:space="preserve">[41:43] </w:t>
      </w:r>
      <w:r>
        <w:t>toh no deep kapoor ne aap se poocha hai: "what is your advice for muslims during ramadan?</w:t>
      </w:r>
    </w:p>
    <w:p>
      <w:pPr>
        <w:jc w:val="right"/>
      </w:pPr>
      <w:r>
        <w:t>تو نو دیپ کپور نے آپ سے پوچھا ہے: "What is your advice for Muslims during Ramadan?</w:t>
      </w:r>
    </w:p>
    <w:p>
      <w:r>
        <w:rPr>
          <w:b/>
        </w:rPr>
        <w:t xml:space="preserve">[41:52] </w:t>
      </w:r>
      <w:r>
        <w:t>" bhai, yeh bohat ziyada aqeedati masla hai. isay yeh is tareeqay se nahi jawab diya jata.</w:t>
      </w:r>
    </w:p>
    <w:p>
      <w:pPr>
        <w:jc w:val="right"/>
      </w:pPr>
      <w:r>
        <w:t>" بھائی، یہ بہت زیادہ اعتقادی مسئلہ ہے۔ اسے یہ اس طریقے سے نہیں جواب دیا جاتا۔</w:t>
      </w:r>
    </w:p>
    <w:p>
      <w:r>
        <w:rPr>
          <w:b/>
        </w:rPr>
        <w:t xml:space="preserve">[42:08] </w:t>
      </w:r>
      <w:r>
        <w:t>mujh se koi, mujh se koi poochay toh mein bataoonga. kifayatullah ne aap se poocha hai: "what is aamaal e saaleha?</w:t>
      </w:r>
    </w:p>
    <w:p>
      <w:pPr>
        <w:jc w:val="right"/>
      </w:pPr>
      <w:r>
        <w:t>مجھ سے کوئی، مجھ سے کوئی پوچھے تو میں بتاؤں گا۔ کفایت اللہ نے آپ سے پوچھا ہے: "What is اعمال صالحہ?</w:t>
      </w:r>
    </w:p>
    <w:p>
      <w:r>
        <w:rPr>
          <w:b/>
        </w:rPr>
        <w:t xml:space="preserve">[42:21] </w:t>
      </w:r>
      <w:r>
        <w:t>" bhai, aamaal e saaleha toh abhi toh bohat kitabein padhein, quran o hadees se is ko aap discover kijiye.</w:t>
      </w:r>
    </w:p>
    <w:p>
      <w:pPr>
        <w:jc w:val="right"/>
      </w:pPr>
      <w:r>
        <w:t>" بھئی، اعمال صالحہ تو ابھی تو بہت کتابیں پڑھیں، قرآن و حدیث سے اس کو آپ Discover کیجیے۔</w:t>
      </w:r>
    </w:p>
    <w:p>
      <w:r>
        <w:rPr>
          <w:b/>
        </w:rPr>
        <w:t xml:space="preserve">[42:34] </w:t>
      </w:r>
      <w:r>
        <w:t>koi list mat bhi kisi se poochiye, list nahi. is ka apnay liye aap discoverable item banaiye.</w:t>
      </w:r>
    </w:p>
    <w:p>
      <w:pPr>
        <w:jc w:val="right"/>
      </w:pPr>
      <w:r>
        <w:t>کوئی List مت بھی کسی سے پوچھئے، List نہیں۔ اس کا اپنے لیے آپ Discoverable Item بنائیے۔</w:t>
      </w:r>
    </w:p>
    <w:p>
      <w:r>
        <w:rPr>
          <w:b/>
        </w:rPr>
        <w:t xml:space="preserve">[42:47] </w:t>
      </w:r>
      <w:r>
        <w:t>siraj ahmad nadvi ne aap se poocha hai: "maulana sahib, kya yeh corona virus allah ka azaab hai?</w:t>
      </w:r>
    </w:p>
    <w:p>
      <w:pPr>
        <w:jc w:val="right"/>
      </w:pPr>
      <w:r>
        <w:t>سراج احمد ندوی نے آپ سے پوچھا ہے: "مولانا صاحب، کیا یہ Corona وائرس اللہ کا عذاب ہے؟</w:t>
      </w:r>
    </w:p>
    <w:p>
      <w:r>
        <w:rPr>
          <w:b/>
        </w:rPr>
        <w:t xml:space="preserve">[42:56] </w:t>
      </w:r>
      <w:r>
        <w:t>jawab zaroor dein.</w:t>
      </w:r>
    </w:p>
    <w:p>
      <w:pPr>
        <w:jc w:val="right"/>
      </w:pPr>
      <w:r>
        <w:t>جواب ضرور دیں۔</w:t>
      </w:r>
    </w:p>
    <w:p>
      <w:r>
        <w:rPr>
          <w:b/>
        </w:rPr>
        <w:t xml:space="preserve">[42:58] </w:t>
      </w:r>
      <w:r>
        <w:t>" nahi, mere nazdeek azaab nahi hai, yeh warning hai. warning, warning hai ke allah ki nemat se khoob khoob mustafeed hua tum ne aur is ka etraaf nahi kiya, is ko inkaar nahi kiya.</w:t>
      </w:r>
    </w:p>
    <w:p>
      <w:pPr>
        <w:jc w:val="right"/>
      </w:pPr>
      <w:r>
        <w:t>" نہیں، میرے نزدیک عذاب نہیں ہے، یہ Warning ہے۔ Warning، Warning ہے کہ اللہ کی نعمت سے خوب خوب استفادہ کیا تم نے اور اس کا اعتراف نہیں کیا، اس کو اکنال نہیں کیا۔</w:t>
      </w:r>
    </w:p>
    <w:p>
      <w:r>
        <w:rPr>
          <w:b/>
        </w:rPr>
        <w:t xml:space="preserve">[43:19] </w:t>
      </w:r>
      <w:r>
        <w:t>toh inkaar karna seekho, apni islaah karo.</w:t>
      </w:r>
    </w:p>
    <w:p>
      <w:pPr>
        <w:jc w:val="right"/>
      </w:pPr>
      <w:r>
        <w:t>تو اکنال کرنا سیکھو، اپنی اصلاح کرو۔</w:t>
      </w:r>
    </w:p>
    <w:p>
      <w:r>
        <w:rPr>
          <w:b/>
        </w:rPr>
        <w:t xml:space="preserve">[43:28] </w:t>
      </w:r>
      <w:r>
        <w:t>isi se related woh ek aap se batana chah rahi thi ke justice karjo ne kaha hai ke jab allah hai, khuda hai toh yeh corona kyun nahi khatam kar deta?</w:t>
      </w:r>
    </w:p>
    <w:p>
      <w:pPr>
        <w:jc w:val="right"/>
      </w:pPr>
      <w:r>
        <w:t>اسی سے Related وہ ایک آپ سے بتانا چاہ رہی تھی کہ Justice کارجو نے کہا ہے کہ جب اللہ ہے، خدا ہے تو یہ Corona کیوں نہیں ختم کر دیتا؟</w:t>
      </w:r>
    </w:p>
    <w:p>
      <w:r>
        <w:rPr>
          <w:b/>
        </w:rPr>
        <w:t xml:space="preserve">[43:42] </w:t>
      </w:r>
      <w:r>
        <w:t>kya allah ki jo is ki must think hai, woh is ke khilaaf hogi? kyunke aap ke free choice ko test nahi karna hai.</w:t>
      </w:r>
    </w:p>
    <w:p>
      <w:pPr>
        <w:jc w:val="right"/>
      </w:pPr>
      <w:r>
        <w:t>کیا اللہ کی جو اس کی Must Think ہے، وہ اس کے خلاف ہوگی؟ کیونکہ آپ کے Free Choice کو ٹیسٹ نہیں کرنا ہے۔</w:t>
      </w:r>
    </w:p>
    <w:p>
      <w:r>
        <w:rPr>
          <w:b/>
        </w:rPr>
        <w:t xml:space="preserve">[43:56] </w:t>
      </w:r>
      <w:r>
        <w:t>khaliq, creator, is ko aap ke free choice ka test lena hai. toh kaise le jaye ga?</w:t>
      </w:r>
    </w:p>
    <w:p>
      <w:pPr>
        <w:jc w:val="right"/>
      </w:pPr>
      <w:r>
        <w:t>خالق، Creator، اس کو آپ کے Free Choice کا ٹیسٹ لینا ہے۔ تو کیسے لے جائے گا؟</w:t>
      </w:r>
    </w:p>
    <w:p>
      <w:r>
        <w:rPr>
          <w:b/>
        </w:rPr>
        <w:t xml:space="preserve">[44:06] </w:t>
      </w:r>
      <w:r>
        <w:t>agar woh khatam khatam kar dega toh kaise le jaye ga?</w:t>
      </w:r>
    </w:p>
    <w:p>
      <w:pPr>
        <w:jc w:val="right"/>
      </w:pPr>
      <w:r>
        <w:t>اگر وہ ختم ختم کر دے گا تو کیسے لے جائے گا؟</w:t>
      </w:r>
    </w:p>
    <w:p>
      <w:r>
        <w:rPr>
          <w:b/>
        </w:rPr>
        <w:t xml:space="preserve">[44:12] </w:t>
      </w:r>
      <w:r>
        <w:t>faiz ul baari sahib ne aap se poocha hai: "maulana sahib, momin kaise bana jata hai?" sab se pehle</w:t>
      </w:r>
    </w:p>
    <w:p>
      <w:pPr>
        <w:jc w:val="right"/>
      </w:pPr>
      <w:r>
        <w:t>فیض الباری صاحب نے آپ سے پوچھا ہے: "مولانا صاحب، مومن کیسے بنا جاتا ہے؟" سب سے پہلے</w:t>
      </w:r>
    </w:p>
    <w:p>
      <w:r>
        <w:rPr>
          <w:b/>
        </w:rPr>
        <w:t xml:space="preserve">[44:23] </w:t>
      </w:r>
      <w:r>
        <w:t>khaliq ki discovery</w:t>
      </w:r>
    </w:p>
    <w:p>
      <w:pPr>
        <w:jc w:val="right"/>
      </w:pPr>
      <w:r>
        <w:t>خالق کی Discovery</w:t>
      </w:r>
    </w:p>
    <w:p>
      <w:r>
        <w:rPr>
          <w:b/>
        </w:rPr>
        <w:t xml:space="preserve">[44:26] </w:t>
      </w:r>
      <w:r>
        <w:t>aur iske baad</w:t>
      </w:r>
    </w:p>
    <w:p>
      <w:pPr>
        <w:jc w:val="right"/>
      </w:pPr>
      <w:r>
        <w:t>اور اس کے بعد</w:t>
      </w:r>
    </w:p>
    <w:p>
      <w:r>
        <w:rPr>
          <w:b/>
        </w:rPr>
        <w:t xml:space="preserve">[44:29] </w:t>
      </w:r>
      <w:r>
        <w:t>yeh discover karna ke mere</w:t>
      </w:r>
    </w:p>
    <w:p>
      <w:pPr>
        <w:jc w:val="right"/>
      </w:pPr>
      <w:r>
        <w:t>یہ Discover کرنا کہ میرے</w:t>
      </w:r>
    </w:p>
    <w:p>
      <w:r>
        <w:rPr>
          <w:b/>
        </w:rPr>
        <w:t xml:space="preserve">[44:34] </w:t>
      </w:r>
      <w:r>
        <w:t>huqooq khaliq ke baray mein kya hain.</w:t>
      </w:r>
    </w:p>
    <w:p>
      <w:pPr>
        <w:jc w:val="right"/>
      </w:pPr>
      <w:r>
        <w:t>حقوق خالق کے بارے میں کیا ہیں۔</w:t>
      </w:r>
    </w:p>
    <w:p>
      <w:r>
        <w:rPr>
          <w:b/>
        </w:rPr>
        <w:t xml:space="preserve">[44:42] </w:t>
      </w:r>
      <w:r>
        <w:t>muhammad hashim ne poocha hai: "maulana, aap ki tabiyat kaisi hai?"</w:t>
      </w:r>
    </w:p>
    <w:p>
      <w:pPr>
        <w:jc w:val="right"/>
      </w:pPr>
      <w:r>
        <w:t>محمد ہاشم نے پوچھا ہے: "مولانا، آپ کی طبیعت کیسی ہے؟"</w:t>
      </w:r>
    </w:p>
    <w:p>
      <w:r>
        <w:rPr>
          <w:b/>
        </w:rPr>
        <w:t xml:space="preserve">[44:51] </w:t>
      </w:r>
      <w:r>
        <w:t>allah ke fazl se. shamsuddin nadvi sahib likhte hain: "allah taala aap ko sehat o aafiyat ki dolat se mala maal farmaye." aameen, aameen.</w:t>
      </w:r>
    </w:p>
    <w:p>
      <w:pPr>
        <w:jc w:val="right"/>
      </w:pPr>
      <w:r>
        <w:t>اللہ کے فضل سے۔ شمس الدین ندوی صاحب لکھتے ہیں: "اللہ تعالی آپ کو صحت و عافیت کی دولت سے مالا مال فرمائے۔" آمین، آمین۔</w:t>
      </w:r>
    </w:p>
    <w:p>
      <w:r>
        <w:rPr>
          <w:b/>
        </w:rPr>
        <w:t xml:space="preserve">[45:06] </w:t>
      </w:r>
      <w:r>
        <w:t>maulana sahib, ek sawal hai waseem dyer ka. woh keh rahe hain: "aap mujhe koi book suggest karein jo prophet muhammad ki life detail mein explain kare." mere khayal se sab se achi kitab hai "seerat ibn e hisham".</w:t>
      </w:r>
    </w:p>
    <w:p>
      <w:pPr>
        <w:jc w:val="right"/>
      </w:pPr>
      <w:r>
        <w:t>مولانا صاحب، ایک سوال ہے وسیم ڈائر کا۔ وہ کہہ رہے ہیں: "آپ مجھے کوئی بک Suggest کریں جو Prophet محمد کی Life Detail میں Explain کرے۔" میرے خیال سے سب سے اچھی کتاب ہے "سیرت ابن ہشام"۔</w:t>
      </w:r>
    </w:p>
    <w:p>
      <w:r>
        <w:rPr>
          <w:b/>
        </w:rPr>
        <w:t xml:space="preserve">[45:28] </w:t>
      </w:r>
      <w:r>
        <w:t>nahi, "seerat e kausar" . "seerat e kausar" sab se achi kitab hai.</w:t>
      </w:r>
    </w:p>
    <w:p>
      <w:pPr>
        <w:jc w:val="right"/>
      </w:pPr>
      <w:r>
        <w:t>نہیں، "سیرت بھی کثیر"۔ "سیرت بھی کثیر" سب سے اچھی کتاب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