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Towards Hope March 31, 2020 Maulana Wahiduddin Khan</w:t>
      </w:r>
    </w:p>
    <w:p>
      <w:r>
        <w:t>https://www.youtube.com/watch?v=2AIJN8BN63k</w:t>
      </w:r>
    </w:p>
    <w:p>
      <w:r>
        <w:rPr>
          <w:b/>
        </w:rPr>
        <w:t xml:space="preserve">[00:13] </w:t>
      </w:r>
      <w:r>
        <w:t>bismillah rahman rahim. Aaj subah ko utha main</w:t>
      </w:r>
    </w:p>
    <w:p>
      <w:pPr>
        <w:jc w:val="right"/>
      </w:pPr>
      <w:r>
        <w:t>بسم اللہ الرحمن الرحیم۔ آج صبح کو اٹھا میں</w:t>
      </w:r>
    </w:p>
    <w:p>
      <w:r>
        <w:rPr>
          <w:b/>
        </w:rPr>
        <w:t xml:space="preserve">[00:18] </w:t>
      </w:r>
      <w:r>
        <w:t>to mujhe yaad aya ke</w:t>
      </w:r>
    </w:p>
    <w:p>
      <w:pPr>
        <w:jc w:val="right"/>
      </w:pPr>
      <w:r>
        <w:t>تو مجھے یاد آیا کہ</w:t>
      </w:r>
    </w:p>
    <w:p>
      <w:r>
        <w:rPr>
          <w:b/>
        </w:rPr>
        <w:t xml:space="preserve">[00:23] </w:t>
      </w:r>
      <w:r>
        <w:t>har taraf log</w:t>
      </w:r>
    </w:p>
    <w:p>
      <w:pPr>
        <w:jc w:val="right"/>
      </w:pPr>
      <w:r>
        <w:t>ہر طرف لوگ</w:t>
      </w:r>
    </w:p>
    <w:p>
      <w:r>
        <w:rPr>
          <w:b/>
        </w:rPr>
        <w:t xml:space="preserve">[00:27] </w:t>
      </w:r>
      <w:r>
        <w:t>maeeshi ki baatein kar rahe hain.</w:t>
      </w:r>
    </w:p>
    <w:p>
      <w:pPr>
        <w:jc w:val="right"/>
      </w:pPr>
      <w:r>
        <w:t>معیشی کی باتیں کر رہے ہیں۔</w:t>
      </w:r>
    </w:p>
    <w:p>
      <w:r>
        <w:rPr>
          <w:b/>
        </w:rPr>
        <w:t xml:space="preserve">[00:35] </w:t>
      </w:r>
      <w:r>
        <w:t>har taraf.</w:t>
      </w:r>
    </w:p>
    <w:p>
      <w:pPr>
        <w:jc w:val="right"/>
      </w:pPr>
      <w:r>
        <w:t>ہر طرف۔</w:t>
      </w:r>
    </w:p>
    <w:p>
      <w:r>
        <w:rPr>
          <w:b/>
        </w:rPr>
        <w:t xml:space="preserve">[00:40] </w:t>
      </w:r>
      <w:r>
        <w:t>phir thori dair ke baad</w:t>
      </w:r>
    </w:p>
    <w:p>
      <w:pPr>
        <w:jc w:val="right"/>
      </w:pPr>
      <w:r>
        <w:t>پھر تھوڑی دیر کے بعد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