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Covid Reminder The Need for Shukr April 12, 2020 Maulana Wahiduddin Khan</w:t>
      </w:r>
    </w:p>
    <w:p>
      <w:r>
        <w:t>https://www.youtube.com/watch?v=LETHR-bNgtQ</w:t>
      </w:r>
    </w:p>
    <w:p>
      <w:r>
        <w:rPr>
          <w:b/>
        </w:rPr>
        <w:t xml:space="preserve">[00:12] </w:t>
      </w:r>
      <w:r>
        <w:t>bismillah rahman rahim.</w:t>
      </w:r>
    </w:p>
    <w:p>
      <w:pPr>
        <w:jc w:val="right"/>
      </w:pPr>
      <w:r>
        <w:t>بسم اللہ الرحمن الرحیم۔</w:t>
      </w:r>
    </w:p>
    <w:p>
      <w:r>
        <w:rPr>
          <w:b/>
        </w:rPr>
        <w:t xml:space="preserve">[00:17] </w:t>
      </w:r>
      <w:r>
        <w:t>aaj ka mozu shukr hai. is hisse mein hum aaj</w:t>
      </w:r>
    </w:p>
    <w:p>
      <w:pPr>
        <w:jc w:val="right"/>
      </w:pPr>
      <w:r>
        <w:t>آج کا موضوع شکر ہے۔ اس حصے میں ہم آج</w:t>
      </w:r>
    </w:p>
    <w:p>
      <w:r>
        <w:rPr>
          <w:b/>
        </w:rPr>
        <w:t xml:space="preserve">[00:30] </w:t>
      </w:r>
      <w:r>
        <w:t>aik aayat ka mutala karen ge. woh aayat yeh hai.</w:t>
      </w:r>
    </w:p>
    <w:p>
      <w:pPr>
        <w:jc w:val="right"/>
      </w:pPr>
      <w:r>
        <w:t>ایک آیت کا مطالعہ کریں گے۔ وہ آیت یہ ہے۔</w:t>
      </w:r>
    </w:p>
    <w:p>
      <w:r>
        <w:rPr>
          <w:b/>
        </w:rPr>
        <w:t xml:space="preserve">[00:37] </w:t>
      </w:r>
      <w:r>
        <w:t>surah ibrahim, aayat number 7. waizana rabbukum la in shaqartum la azeedannakum wa la in kafartum inna azabi lashadeed</w:t>
      </w:r>
    </w:p>
    <w:p>
      <w:pPr>
        <w:jc w:val="right"/>
      </w:pPr>
      <w:r>
        <w:t>سورہ ابراہیم، آیت نمبر 7۔ وَاِسْتَعَزَّنَ رَبُّكُمْ لَئِنْ شَكَرْتُمْ لَا أَزِيدَنَّكُمْ وَلَئِنْ كَفَرْتُمْ إِنَّ عَذَابِي لَشَدِيدٌ</w:t>
      </w:r>
    </w:p>
    <w:p>
      <w:r>
        <w:rPr>
          <w:b/>
        </w:rPr>
        <w:t xml:space="preserve">[00:51] </w:t>
      </w:r>
      <w:r>
        <w:t>dekhen, yeh is aayat mein kaha gaya hai ke Allah ne hukum diya hai</w:t>
      </w:r>
    </w:p>
    <w:p>
      <w:pPr>
        <w:jc w:val="right"/>
      </w:pPr>
      <w:r>
        <w:t>دیکھیں، یہ اس آیت میں کہا گیا ہے کہ اللہ نے حکم دیا ہے</w:t>
      </w:r>
    </w:p>
    <w:p>
      <w:r>
        <w:rPr>
          <w:b/>
        </w:rPr>
        <w:t xml:space="preserve">[01:01] </w:t>
      </w:r>
      <w:r>
        <w:t>ke shukr guzar bande ban kar raho. agar shukr guzar bande ban kar raho ge to tum ko mazeed diya jaye ga.</w:t>
      </w:r>
    </w:p>
    <w:p>
      <w:pPr>
        <w:jc w:val="right"/>
      </w:pPr>
      <w:r>
        <w:t>کہ شکر گزار بندے بن کر رہو۔ اگر شکر گزار بندے بن کر رہو گے تو تم کو مزید دیا جائے گا۔</w:t>
      </w:r>
    </w:p>
    <w:p>
      <w:r>
        <w:rPr>
          <w:b/>
        </w:rPr>
        <w:t xml:space="preserve">[01:15] </w:t>
      </w:r>
      <w:r>
        <w:t>aur agar nashukri ka tareeqa ikhtiyar karo ge</w:t>
      </w:r>
    </w:p>
    <w:p>
      <w:pPr>
        <w:jc w:val="right"/>
      </w:pPr>
      <w:r>
        <w:t>اور اگر ناشکری کا طریقہ اختیار کرو گے</w:t>
      </w:r>
    </w:p>
    <w:p>
      <w:r>
        <w:rPr>
          <w:b/>
        </w:rPr>
        <w:t xml:space="preserve">[01:21] </w:t>
      </w:r>
      <w:r>
        <w:t>to us waqt sakht pakar bhi hogi.</w:t>
      </w:r>
    </w:p>
    <w:p>
      <w:pPr>
        <w:jc w:val="right"/>
      </w:pPr>
      <w:r>
        <w:t>تو اس وقت سخت پکڑ بھی ہوگی۔</w:t>
      </w:r>
    </w:p>
    <w:p>
      <w:r>
        <w:rPr>
          <w:b/>
        </w:rPr>
        <w:t xml:space="preserve">[01:27] </w:t>
      </w:r>
      <w:r>
        <w:t>to yeh aayat mein</w:t>
      </w:r>
    </w:p>
    <w:p>
      <w:pPr>
        <w:jc w:val="right"/>
      </w:pPr>
      <w:r>
        <w:t>تو یہ آیت میں</w:t>
      </w:r>
    </w:p>
    <w:p>
      <w:r>
        <w:rPr>
          <w:b/>
        </w:rPr>
        <w:t xml:space="preserve">[01:31] </w:t>
      </w:r>
      <w:r>
        <w:t>soch raha tha ke isi mein aaj ke jo halaat ka</w:t>
      </w:r>
    </w:p>
    <w:p>
      <w:pPr>
        <w:jc w:val="right"/>
      </w:pPr>
      <w:r>
        <w:t>سوچ رہا تھا کہ اسی میں آج کے جو حالات کا</w:t>
      </w:r>
    </w:p>
    <w:p>
      <w:r>
        <w:rPr>
          <w:b/>
        </w:rPr>
        <w:t xml:space="preserve">[01:39] </w:t>
      </w:r>
      <w:r>
        <w:t>jawab hai. aaj ka jo halaat hain, sach poochhen to woh</w:t>
      </w:r>
    </w:p>
    <w:p>
      <w:pPr>
        <w:jc w:val="right"/>
      </w:pPr>
      <w:r>
        <w:t>جواب ہے۔ آج کا جو حالات ہیں، سچ پوچھیں تو وہ</w:t>
      </w:r>
    </w:p>
    <w:p>
      <w:r>
        <w:rPr>
          <w:b/>
        </w:rPr>
        <w:t xml:space="preserve">[01:49] </w:t>
      </w:r>
      <w:r>
        <w:t>azab to nahin hain, woh qayamat qayamat bhi nahin hain.</w:t>
      </w:r>
    </w:p>
    <w:p>
      <w:pPr>
        <w:jc w:val="right"/>
      </w:pPr>
      <w:r>
        <w:t>عذاب تو نہیں ہیں، وہ قیامت قیامت بھی نہیں ہیں۔</w:t>
      </w:r>
    </w:p>
    <w:p>
      <w:r>
        <w:rPr>
          <w:b/>
        </w:rPr>
        <w:t xml:space="preserve">[01:57] </w:t>
      </w:r>
      <w:r>
        <w:t>woh</w:t>
      </w:r>
    </w:p>
    <w:p>
      <w:pPr>
        <w:jc w:val="right"/>
      </w:pPr>
      <w:r>
        <w:t>وہ</w:t>
      </w:r>
    </w:p>
    <w:p>
      <w:r>
        <w:rPr>
          <w:b/>
        </w:rPr>
        <w:t xml:space="preserve">[02:04] </w:t>
      </w:r>
      <w:r>
        <w:t>warning hai. warning. warning kis baat ki? ke hum ko</w:t>
      </w:r>
    </w:p>
    <w:p>
      <w:pPr>
        <w:jc w:val="right"/>
      </w:pPr>
      <w:r>
        <w:t>وارننگ ہے۔ وارننگ۔ وارننگ کس بات کی؟ کہ ہم کو</w:t>
      </w:r>
    </w:p>
    <w:p>
      <w:r>
        <w:rPr>
          <w:b/>
        </w:rPr>
        <w:t xml:space="preserve">[02:14] </w:t>
      </w:r>
      <w:r>
        <w:t>zabardast</w:t>
      </w:r>
    </w:p>
    <w:p>
      <w:pPr>
        <w:jc w:val="right"/>
      </w:pPr>
      <w:r>
        <w:t>زبردست</w:t>
      </w:r>
    </w:p>
    <w:p>
      <w:r>
        <w:rPr>
          <w:b/>
        </w:rPr>
        <w:t xml:space="preserve">[02:19] </w:t>
      </w:r>
      <w:r>
        <w:t>mawaqe mile thay shukr ke,</w:t>
      </w:r>
    </w:p>
    <w:p>
      <w:pPr>
        <w:jc w:val="right"/>
      </w:pPr>
      <w:r>
        <w:t>مواقع ملے تھے شکر کے،</w:t>
      </w:r>
    </w:p>
    <w:p>
      <w:r>
        <w:rPr>
          <w:b/>
        </w:rPr>
        <w:t xml:space="preserve">[02:23] </w:t>
      </w:r>
      <w:r>
        <w:t>lekin hum ne is par positive response nahin diya.</w:t>
      </w:r>
    </w:p>
    <w:p>
      <w:pPr>
        <w:jc w:val="right"/>
      </w:pPr>
      <w:r>
        <w:t>لیکن ہم نے اس پر پازیٹیو ریسپانس نہیں دیا۔</w:t>
      </w:r>
    </w:p>
    <w:p>
      <w:r>
        <w:rPr>
          <w:b/>
        </w:rPr>
        <w:t xml:space="preserve">[02:32] </w:t>
      </w:r>
      <w:r>
        <w:t>to ab jo ho raha hai woh bator</w:t>
      </w:r>
    </w:p>
    <w:p>
      <w:pPr>
        <w:jc w:val="right"/>
      </w:pPr>
      <w:r>
        <w:t>تو اب جو ہو رہا ہے وہ بطور</w:t>
      </w:r>
    </w:p>
    <w:p>
      <w:r>
        <w:rPr>
          <w:b/>
        </w:rPr>
        <w:t xml:space="preserve">[02:42] </w:t>
      </w:r>
      <w:r>
        <w:t>warning hai ke ab ab se sambhal jao, warna aur sakht pakar hogi.</w:t>
      </w:r>
    </w:p>
    <w:p>
      <w:pPr>
        <w:jc w:val="right"/>
      </w:pPr>
      <w:r>
        <w:t>وارننگ ہے کہ اب اب سے سنبھل جاؤ، ورنہ اور سخت پکڑ ہوگی۔</w:t>
      </w:r>
    </w:p>
    <w:p>
      <w:r>
        <w:rPr>
          <w:b/>
        </w:rPr>
        <w:t xml:space="preserve">[02:57] </w:t>
      </w:r>
      <w:r>
        <w:t>dekhen, aaj kal jo halaat hain ke hum ghar se bahar nahin nikal sakte,</w:t>
      </w:r>
    </w:p>
    <w:p>
      <w:pPr>
        <w:jc w:val="right"/>
      </w:pPr>
      <w:r>
        <w:t>دیکھیں، آج کل جو حالات ہیں کہ ہم گھر سے باہر نہیں نکل سکتے،</w:t>
      </w:r>
    </w:p>
    <w:p>
      <w:r>
        <w:rPr>
          <w:b/>
        </w:rPr>
        <w:t xml:space="preserve">[03:07] </w:t>
      </w:r>
      <w:r>
        <w:t>traffic rukawatein hain, to aap soch jante hain ke iski wajah se kitna zyada pareshani hai.</w:t>
      </w:r>
    </w:p>
    <w:p>
      <w:pPr>
        <w:jc w:val="right"/>
      </w:pPr>
      <w:r>
        <w:t>ٹریفک رکاوٹیں ہیں، تو آپ سوچ جانتے ہیں کہ اس کی وجہ سے کتنا زیادہ پریشانی ہے۔</w:t>
      </w:r>
    </w:p>
    <w:p>
      <w:r>
        <w:rPr>
          <w:b/>
        </w:rPr>
        <w:t xml:space="preserve">[03:24] </w:t>
      </w:r>
      <w:r>
        <w:t>to hum yeh to yaad aa raha hai hum ko ke hum ko pareshani ho gayi hai.</w:t>
      </w:r>
    </w:p>
    <w:p>
      <w:pPr>
        <w:jc w:val="right"/>
      </w:pPr>
      <w:r>
        <w:t>تو ہم یہ تو یاد آ رہا ہے ہم کو کہ ہم کو پریشانی ہو گئی ہے۔</w:t>
      </w:r>
    </w:p>
    <w:p>
      <w:r>
        <w:rPr>
          <w:b/>
        </w:rPr>
        <w:t xml:space="preserve">[03:34] </w:t>
      </w:r>
      <w:r>
        <w:t>positive pareshani kis baat ki?</w:t>
      </w:r>
    </w:p>
    <w:p>
      <w:pPr>
        <w:jc w:val="right"/>
      </w:pPr>
      <w:r>
        <w:t>پازیٹیو پریشانی کس بات کی؟</w:t>
      </w:r>
    </w:p>
    <w:p>
      <w:r>
        <w:rPr>
          <w:b/>
        </w:rPr>
        <w:t xml:space="preserve">[03:41] </w:t>
      </w:r>
      <w:r>
        <w:t>azaadi ki jo nemmat thi woh mehdood banon mein, limited banon mein chhin gayi hai.</w:t>
      </w:r>
    </w:p>
    <w:p>
      <w:pPr>
        <w:jc w:val="right"/>
      </w:pPr>
      <w:r>
        <w:t>آزادی کی جو نعمت تھی وہ محدود بانوں میں، لمیٹڈ بانوں میں چھن گئی ہے۔</w:t>
      </w:r>
    </w:p>
    <w:p>
      <w:r>
        <w:rPr>
          <w:b/>
        </w:rPr>
        <w:t xml:space="preserve">[03:53] </w:t>
      </w:r>
      <w:r>
        <w:t>mehdood banon mein, limited banon mein.</w:t>
      </w:r>
    </w:p>
    <w:p>
      <w:pPr>
        <w:jc w:val="right"/>
      </w:pPr>
      <w:r>
        <w:t>محدود بانوں میں، لمیٹڈ بانوں میں۔</w:t>
      </w:r>
    </w:p>
    <w:p>
      <w:r>
        <w:rPr>
          <w:b/>
        </w:rPr>
        <w:t xml:space="preserve">[04:01] </w:t>
      </w:r>
      <w:r>
        <w:t>ab hum ko mehsoos ho raha hai ke ke hum jo azaadi ke saath rehte the yahan, jab tha bazaar gaye, jab tha park gaye, jab tha is ghar se guzar gaye,</w:t>
      </w:r>
    </w:p>
    <w:p>
      <w:pPr>
        <w:jc w:val="right"/>
      </w:pPr>
      <w:r>
        <w:t>اب ہم کو محسوس ہو رہا ہے کہ کہ ہم جو آزادی کے ساتھ رہتے تھے یہاں، جب تھا بازار گئے، جب تھا پارک گئے، جب تھا اس گھر سے گزر گئے،</w:t>
      </w:r>
    </w:p>
    <w:p>
      <w:r>
        <w:rPr>
          <w:b/>
        </w:rPr>
        <w:t xml:space="preserve">[04:17] </w:t>
      </w:r>
      <w:r>
        <w:t>to</w:t>
      </w:r>
    </w:p>
    <w:p>
      <w:pPr>
        <w:jc w:val="right"/>
      </w:pPr>
      <w:r>
        <w:t>تو</w:t>
      </w:r>
    </w:p>
    <w:p>
      <w:r>
        <w:rPr>
          <w:b/>
        </w:rPr>
        <w:t xml:space="preserve">[04:21] </w:t>
      </w:r>
      <w:r>
        <w:t>ab mehdood banon mein woh chhin gaya hai to kitni pareshani ho rahi hai.</w:t>
      </w:r>
    </w:p>
    <w:p>
      <w:pPr>
        <w:jc w:val="right"/>
      </w:pPr>
      <w:r>
        <w:t>اب محدود بانوں میں وہ چھن گیا ہے تو کتنی پریشانی ہو رہی ہے۔</w:t>
      </w:r>
    </w:p>
    <w:p>
      <w:r>
        <w:rPr>
          <w:b/>
        </w:rPr>
        <w:t xml:space="preserve">[04:29] </w:t>
      </w:r>
      <w:r>
        <w:t>to sach poochhein to yahan tak ke hum agar hamein zaroorat ho</w:t>
      </w:r>
    </w:p>
    <w:p>
      <w:pPr>
        <w:jc w:val="right"/>
      </w:pPr>
      <w:r>
        <w:t>تو سچ پوچھیں تو یہاں تک کہ ہم اگر ہمیں ضرورت ہو</w:t>
      </w:r>
    </w:p>
    <w:p>
      <w:r>
        <w:rPr>
          <w:b/>
        </w:rPr>
        <w:t xml:space="preserve">[04:40] </w:t>
      </w:r>
      <w:r>
        <w:t>medical aid ki to hum doctor ya hospital se aazadana taur par consult nahi kar sakte.</w:t>
      </w:r>
    </w:p>
    <w:p>
      <w:pPr>
        <w:jc w:val="right"/>
      </w:pPr>
      <w:r>
        <w:t>میڈیکل ایڈ کی تو ہم ڈاکٹر یا ہسپتال سے آزادانہ طور پر کنسلٹ نہیں کر سکتے۔</w:t>
      </w:r>
    </w:p>
    <w:p>
      <w:r>
        <w:rPr>
          <w:b/>
        </w:rPr>
        <w:t xml:space="preserve">[04:52] </w:t>
      </w:r>
      <w:r>
        <w:t>to</w:t>
      </w:r>
    </w:p>
    <w:p>
      <w:pPr>
        <w:jc w:val="right"/>
      </w:pPr>
      <w:r>
        <w:t>تو</w:t>
      </w:r>
    </w:p>
    <w:p>
      <w:r>
        <w:rPr>
          <w:b/>
        </w:rPr>
        <w:t xml:space="preserve">[04:57] </w:t>
      </w:r>
      <w:r>
        <w:t>yeh cheezein is se pehle bilkul freely available theen. bilkul freely.</w:t>
      </w:r>
    </w:p>
    <w:p>
      <w:pPr>
        <w:jc w:val="right"/>
      </w:pPr>
      <w:r>
        <w:t>یہ چیزیں اس سے پہلے بالکل فریلی اویلیبل تھیں۔ بالکل فریلی۔</w:t>
      </w:r>
    </w:p>
    <w:p>
      <w:r>
        <w:rPr>
          <w:b/>
        </w:rPr>
        <w:t xml:space="preserve">[05:09] </w:t>
      </w:r>
      <w:r>
        <w:t>to ab jab woh un par pabandi lag gayi, limited pabandi, to hum ko ehsaas ho raha hai ke kitni bari museebat hai, kitni bari nemmat hai azaadi.</w:t>
      </w:r>
    </w:p>
    <w:p>
      <w:pPr>
        <w:jc w:val="right"/>
      </w:pPr>
      <w:r>
        <w:t>تو اب جب وہ ان پر پابندی لگ گئی، لمیٹڈ پابندی، تو ہم کو احساس ہو رہا ہے کہ کتنی بڑی مصیبت ہے، کتنی بڑی نعمت ہے آزادی۔</w:t>
      </w:r>
    </w:p>
    <w:p>
      <w:r>
        <w:rPr>
          <w:b/>
        </w:rPr>
        <w:t xml:space="preserve">[05:25] </w:t>
      </w:r>
      <w:r>
        <w:t>to yeh azaadi</w:t>
      </w:r>
    </w:p>
    <w:p>
      <w:pPr>
        <w:jc w:val="right"/>
      </w:pPr>
      <w:r>
        <w:t>تو یہ آزادی</w:t>
      </w:r>
    </w:p>
    <w:p>
      <w:r>
        <w:rPr>
          <w:b/>
        </w:rPr>
        <w:t xml:space="preserve">[05:28] </w:t>
      </w:r>
      <w:r>
        <w:t>to bohat si limitations mein chhani hai. misaal ke taur par dekhein, hawa se faida uthana, suraj se faida uthana, yeh is ki bhi to azaadi hai.</w:t>
      </w:r>
    </w:p>
    <w:p>
      <w:pPr>
        <w:jc w:val="right"/>
      </w:pPr>
      <w:r>
        <w:t>تو بہت سی لمیٹیشنز میں چھنی ہے۔ مثلاً دیکھیں، ہوا سے فائدہ اٹھانا، سورج سے فائدہ اٹھانا، یہ اس کی بھی تو آزادی ہے۔</w:t>
      </w:r>
    </w:p>
    <w:p>
      <w:r>
        <w:rPr>
          <w:b/>
        </w:rPr>
        <w:t xml:space="preserve">[05:47] </w:t>
      </w:r>
      <w:r>
        <w:t>aakhri din se faida uthana.</w:t>
      </w:r>
    </w:p>
    <w:p>
      <w:pPr>
        <w:jc w:val="right"/>
      </w:pPr>
      <w:r>
        <w:t>آخری دن سے فائدہ اٹھانا۔</w:t>
      </w:r>
    </w:p>
    <w:p>
      <w:r>
        <w:rPr>
          <w:b/>
        </w:rPr>
        <w:t xml:space="preserve">[05:54] </w:t>
      </w:r>
      <w:r>
        <w:t>saal mein ghalla bona aur ghalla agan nikaalna.</w:t>
      </w:r>
    </w:p>
    <w:p>
      <w:pPr>
        <w:jc w:val="right"/>
      </w:pPr>
      <w:r>
        <w:t>سال میں غلہ بونا اور غلہ اگن نکالنا۔</w:t>
      </w:r>
    </w:p>
    <w:p>
      <w:r>
        <w:rPr>
          <w:b/>
        </w:rPr>
        <w:t xml:space="preserve">[06:03] </w:t>
      </w:r>
      <w:r>
        <w:t>bazaar se samaan khareedna. to aaj pehle aap ko aazadana taur par har cheez ka mauqa tha.</w:t>
      </w:r>
    </w:p>
    <w:p>
      <w:pPr>
        <w:jc w:val="right"/>
      </w:pPr>
      <w:r>
        <w:t>بازار سے سامان خریدنا۔ تو آج پہلے آپ کو آزادانہ طور پر ہر چیز کا موقع تھا۔</w:t>
      </w:r>
    </w:p>
    <w:p>
      <w:r>
        <w:rPr>
          <w:b/>
        </w:rPr>
        <w:t xml:space="preserve">[06:19] </w:t>
      </w:r>
      <w:r>
        <w:t>to is ki woh woh woh azaadi kitni bari nemmat thi,</w:t>
      </w:r>
    </w:p>
    <w:p>
      <w:pPr>
        <w:jc w:val="right"/>
      </w:pPr>
      <w:r>
        <w:t>تو اس کی وہ وہ وہ آزادی کتنی بڑی نعمت تھی،</w:t>
      </w:r>
    </w:p>
    <w:p>
      <w:r>
        <w:rPr>
          <w:b/>
        </w:rPr>
        <w:t xml:space="preserve">[06:28] </w:t>
      </w:r>
      <w:r>
        <w:t>is ka ehsaas ab ho raha hai. ab ho raha hai jab is par pabandi lag gayi.</w:t>
      </w:r>
    </w:p>
    <w:p>
      <w:pPr>
        <w:jc w:val="right"/>
      </w:pPr>
      <w:r>
        <w:t>اس کا احساس اب ہو رہا ہے۔ اب ہو رہا ہے جب اس پر پابندی لگ گئی۔</w:t>
      </w:r>
    </w:p>
    <w:p>
      <w:r>
        <w:rPr>
          <w:b/>
        </w:rPr>
        <w:t xml:space="preserve">[06:39] </w:t>
      </w:r>
      <w:r>
        <w:t>yeh pabandi warning hai. yeh pabandi jo hai yeh warning hai.</w:t>
      </w:r>
    </w:p>
    <w:p>
      <w:pPr>
        <w:jc w:val="right"/>
      </w:pPr>
      <w:r>
        <w:t>یہ پابندی وارننگ ہے۔ یہ پابندی جو ہے یہ وارننگ ہے۔</w:t>
      </w:r>
    </w:p>
    <w:p>
      <w:r>
        <w:rPr>
          <w:b/>
        </w:rPr>
        <w:t xml:space="preserve">[06:49] </w:t>
      </w:r>
      <w:r>
        <w:t>yeh na azaab hai na qayamat hai. yeh pabandi warning hai.</w:t>
      </w:r>
    </w:p>
    <w:p>
      <w:pPr>
        <w:jc w:val="right"/>
      </w:pPr>
      <w:r>
        <w:t>یہ نہ عذاب ہے نہ قیامت ہے۔ یہ پابندی وارننگ ہے۔</w:t>
      </w:r>
    </w:p>
    <w:p>
      <w:r>
        <w:rPr>
          <w:b/>
        </w:rPr>
        <w:t xml:space="preserve">[07:03] </w:t>
      </w:r>
      <w:r>
        <w:t>to</w:t>
      </w:r>
    </w:p>
    <w:p>
      <w:pPr>
        <w:jc w:val="right"/>
      </w:pPr>
      <w:r>
        <w:t>تو</w:t>
      </w:r>
    </w:p>
    <w:p>
      <w:r>
        <w:rPr>
          <w:b/>
        </w:rPr>
        <w:t xml:space="preserve">[07:06] </w:t>
      </w:r>
      <w:r>
        <w:t>zaroorat hai ke ab ab se hum sambhalein, ab se hum shukr seekhein, jaanein.</w:t>
      </w:r>
    </w:p>
    <w:p>
      <w:pPr>
        <w:jc w:val="right"/>
      </w:pPr>
      <w:r>
        <w:t>ضرورت ہے کہ اب اب سے ہم سنبھلیں، اب سے ہم شکر سیکھیں، جانیں۔</w:t>
      </w:r>
    </w:p>
    <w:p>
      <w:r>
        <w:rPr>
          <w:b/>
        </w:rPr>
        <w:t xml:space="preserve">[07:19] </w:t>
      </w:r>
      <w:r>
        <w:t>itni bari duniya Allah ne banai hai hamare liye. ghhor kijiye, custom made universe. jab aap paida hue to paida hote hi aap ko ek custom made universe mil gayi.</w:t>
      </w:r>
    </w:p>
    <w:p>
      <w:pPr>
        <w:jc w:val="right"/>
      </w:pPr>
      <w:r>
        <w:t>اتنی بڑی دنیا اللہ نے بنائی ہے ہمارے لیے۔ غور کیجئے، کسٹم میڈ یونیورس۔ جب آپ پیدا ہوئے تو پیدا ہوتے ہی آپ کو ایک کسٹم میڈ یونیورس مل گئی۔</w:t>
      </w:r>
    </w:p>
    <w:p>
      <w:r>
        <w:rPr>
          <w:b/>
        </w:rPr>
        <w:t xml:space="preserve">[07:39] </w:t>
      </w:r>
      <w:r>
        <w:t>custom made</w:t>
      </w:r>
    </w:p>
    <w:p>
      <w:pPr>
        <w:jc w:val="right"/>
      </w:pPr>
      <w:r>
        <w:t>کسٹم میڈ</w:t>
      </w:r>
    </w:p>
    <w:p>
      <w:r>
        <w:rPr>
          <w:b/>
        </w:rPr>
        <w:t xml:space="preserve">[07:42] </w:t>
      </w:r>
      <w:r>
        <w:t>suraj system mil gaya. har cheez, har cheez, har cheez. to yeh jo</w:t>
      </w:r>
    </w:p>
    <w:p>
      <w:pPr>
        <w:jc w:val="right"/>
      </w:pPr>
      <w:r>
        <w:t>سورج سسٹم مل گیا۔ ہر چیز، ہر چیز، ہر چیز۔ تو یہ جو</w:t>
      </w:r>
    </w:p>
    <w:p>
      <w:r>
        <w:rPr>
          <w:b/>
        </w:rPr>
        <w:t xml:space="preserve">[07:56] </w:t>
      </w:r>
      <w:r>
        <w:t>itni bari bari nematein hain, free mein mil gayi hain. aap se aap par farz hai, aap se.</w:t>
      </w:r>
    </w:p>
    <w:p>
      <w:pPr>
        <w:jc w:val="right"/>
      </w:pPr>
      <w:r>
        <w:t>اتنی بڑی بڑی نعمتیں ہیں، فری میں مل گئی ہیں۔ آپ سے آپ پر فرض ہے، آپ سے۔</w:t>
      </w:r>
    </w:p>
    <w:p>
      <w:r>
        <w:rPr>
          <w:b/>
        </w:rPr>
        <w:t xml:space="preserve">[08:08] </w:t>
      </w:r>
      <w:r>
        <w:t>aap se farz hai ke aap in nematon par shukr karna seekhiye. har har cheez mein</w:t>
      </w:r>
    </w:p>
    <w:p>
      <w:pPr>
        <w:jc w:val="right"/>
      </w:pPr>
      <w:r>
        <w:t>آپ سے فرض ہے کہ آپ ان نعمتوں پر شکر کرنا سیکھیے۔ ہر ہر چیز میں</w:t>
      </w:r>
    </w:p>
    <w:p>
      <w:r>
        <w:rPr>
          <w:b/>
        </w:rPr>
        <w:t xml:space="preserve">[08:22] </w:t>
      </w:r>
      <w:r>
        <w:t>shukr ko daryaft kijiye.</w:t>
      </w:r>
    </w:p>
    <w:p>
      <w:pPr>
        <w:jc w:val="right"/>
      </w:pPr>
      <w:r>
        <w:t>شکر کو دریافت کیجیے۔</w:t>
      </w:r>
    </w:p>
    <w:p>
      <w:r>
        <w:rPr>
          <w:b/>
        </w:rPr>
        <w:t xml:space="preserve">[08:30] </w:t>
      </w:r>
      <w:r>
        <w:t>mein to subah ko jo baat ke liye jata hoon</w:t>
      </w:r>
    </w:p>
    <w:p>
      <w:pPr>
        <w:jc w:val="right"/>
      </w:pPr>
      <w:r>
        <w:t>میں تو صبح کو جو بات کے لیے جاتا ہوں</w:t>
      </w:r>
    </w:p>
    <w:p>
      <w:r>
        <w:rPr>
          <w:b/>
        </w:rPr>
        <w:t xml:space="preserve">[08:41] </w:t>
      </w:r>
      <w:r>
        <w:t>aur zarooriyat se farigh ho kar nah aata hoon, ek button daba diya to garam pani mil raha hai.</w:t>
      </w:r>
    </w:p>
    <w:p>
      <w:pPr>
        <w:jc w:val="right"/>
      </w:pPr>
      <w:r>
        <w:t>اور ضروریات سے فارغ ہو کر نہ آتا ہوں، ایک بٹن دبا دیا تو گرم پانی مل رہا ہے۔</w:t>
      </w:r>
    </w:p>
    <w:p>
      <w:r>
        <w:rPr>
          <w:b/>
        </w:rPr>
        <w:t xml:space="preserve">[08:58] </w:t>
      </w:r>
      <w:r>
        <w:t>aur ek ek button daba diya to sari cheezein baqi chali gayeen.</w:t>
      </w:r>
    </w:p>
    <w:p>
      <w:pPr>
        <w:jc w:val="right"/>
      </w:pPr>
      <w:r>
        <w:t>اور ایک ایک بٹن دبا دیا تو ساری چیزیں باقی چلی گئیں۔</w:t>
      </w:r>
    </w:p>
    <w:p>
      <w:r>
        <w:rPr>
          <w:b/>
        </w:rPr>
        <w:t xml:space="preserve">[09:13] </w:t>
      </w:r>
      <w:r>
        <w:t>to meri soch raha tha ke itni bari nemmat ka shukr kaise ada kiya jaye.</w:t>
      </w:r>
    </w:p>
    <w:p>
      <w:pPr>
        <w:jc w:val="right"/>
      </w:pPr>
      <w:r>
        <w:t>تو میری سوچ رہا تھا کہ اتنی بڑی نعمت کا شکر کیسے ادا کیا جائے۔</w:t>
      </w:r>
    </w:p>
    <w:p>
      <w:r>
        <w:rPr>
          <w:b/>
        </w:rPr>
        <w:t xml:space="preserve">[09:26] </w:t>
      </w:r>
      <w:r>
        <w:t>to beharhal</w:t>
      </w:r>
    </w:p>
    <w:p>
      <w:pPr>
        <w:jc w:val="right"/>
      </w:pPr>
      <w:r>
        <w:t>تو بہرحال</w:t>
      </w:r>
    </w:p>
    <w:p>
      <w:r>
        <w:rPr>
          <w:b/>
        </w:rPr>
        <w:t xml:space="preserve">[09:33] </w:t>
      </w:r>
      <w:r>
        <w:t>yeh ek bohat zabardast, yeh apple shock ki tarah ek jhatka tha. aur hamein hamare upar farz ho gaya hai ke hum is se seekhein</w:t>
      </w:r>
    </w:p>
    <w:p>
      <w:pPr>
        <w:jc w:val="right"/>
      </w:pPr>
      <w:r>
        <w:t>یہ ایک بہت زبردست، یہ ایپل شاک کی طرح ایک جھٹکا تھا۔ اور ہمیں ہمارے اوپر فرض ہو گیا ہے کہ ہم اس سے سیکھیں</w:t>
      </w:r>
    </w:p>
    <w:p>
      <w:r>
        <w:rPr>
          <w:b/>
        </w:rPr>
        <w:t xml:space="preserve">[09:50] </w:t>
      </w:r>
      <w:r>
        <w:t>aur shukr karna seekhein.</w:t>
      </w:r>
    </w:p>
    <w:p>
      <w:pPr>
        <w:jc w:val="right"/>
      </w:pPr>
      <w:r>
        <w:t>اور شکر کرنا سیکھیں۔</w:t>
      </w:r>
    </w:p>
    <w:p>
      <w:r>
        <w:rPr>
          <w:b/>
        </w:rPr>
        <w:t xml:space="preserve">[09:57] </w:t>
      </w:r>
      <w:r>
        <w:t>yani pani, suraj ki roshni aur</w:t>
      </w:r>
    </w:p>
    <w:p>
      <w:pPr>
        <w:jc w:val="right"/>
      </w:pPr>
      <w:r>
        <w:t>یعنی پانی، سورج کی روشنی اور</w:t>
      </w:r>
    </w:p>
    <w:p>
      <w:r>
        <w:rPr>
          <w:b/>
        </w:rPr>
        <w:t xml:space="preserve">[10:07] </w:t>
      </w:r>
      <w:r>
        <w:t>itni beshumar cheezein free mein mil rahi hain. ghor kijiye, aakhri din kaisi nemmat hai, kaisi bari nemmat hai.</w:t>
      </w:r>
    </w:p>
    <w:p>
      <w:pPr>
        <w:jc w:val="right"/>
      </w:pPr>
      <w:r>
        <w:t>اتنی بے شمار چیزیں فری میں مل رہی ہیں۔ غور کیجئے، آخری دن کیسی نعمت ہے، کیسی بڑی نعمت ہے۔</w:t>
      </w:r>
    </w:p>
    <w:p>
      <w:r>
        <w:rPr>
          <w:b/>
        </w:rPr>
        <w:t xml:space="preserve">[10:19] </w:t>
      </w:r>
      <w:r>
        <w:t>aakhri din aap ko free mil raha hai. sari duniya mein kahin jahan bhi jayen.</w:t>
      </w:r>
    </w:p>
    <w:p>
      <w:pPr>
        <w:jc w:val="right"/>
      </w:pPr>
      <w:r>
        <w:t>آخری دن آپ کو فری مل رہا ہے۔ ساری دنیا میں کہیں جہاں بھی جائیں۔</w:t>
      </w:r>
    </w:p>
    <w:p>
      <w:r>
        <w:rPr>
          <w:b/>
        </w:rPr>
        <w:t xml:space="preserve">[10:31] </w:t>
      </w:r>
      <w:r>
        <w:t>hamare ek saathi gaye germany</w:t>
      </w:r>
    </w:p>
    <w:p>
      <w:pPr>
        <w:jc w:val="right"/>
      </w:pPr>
      <w:r>
        <w:t>ہمارے ایک ساتھی گئے جرمنی</w:t>
      </w:r>
    </w:p>
    <w:p>
      <w:r>
        <w:rPr>
          <w:b/>
        </w:rPr>
        <w:t xml:space="preserve">[10:40] </w:t>
      </w:r>
      <w:r>
        <w:t>to wahan unhon ne ek lady se kuch Khuda ki baat ki.</w:t>
      </w:r>
    </w:p>
    <w:p>
      <w:pPr>
        <w:jc w:val="right"/>
      </w:pPr>
      <w:r>
        <w:t>تو وہاں انہوں نے ایک لیڈی سے کچھ خدا کی بات کی۔</w:t>
      </w:r>
    </w:p>
    <w:p>
      <w:r>
        <w:rPr>
          <w:b/>
        </w:rPr>
        <w:t xml:space="preserve">[10:52] </w:t>
      </w:r>
      <w:r>
        <w:t>to unhon ne kaha ke hamein shukr, hamein yeh nemmat to hum ko yeh nematein jo hain yeh to hum ko bazaar se milti hain.</w:t>
      </w:r>
    </w:p>
    <w:p>
      <w:pPr>
        <w:jc w:val="right"/>
      </w:pPr>
      <w:r>
        <w:t>تو انہوں نے کہا کہ ہمیں شکر، ہمیں یہ نعمت تو ہم کو یہ نعمتیں جو ہیں یہ تو ہم کو بازار سے ملتی ہیں۔</w:t>
      </w:r>
    </w:p>
    <w:p>
      <w:r>
        <w:rPr>
          <w:b/>
        </w:rPr>
        <w:t xml:space="preserve">[11:08] </w:t>
      </w:r>
      <w:r>
        <w:t>bazaar se mil jati hain.</w:t>
      </w:r>
    </w:p>
    <w:p>
      <w:pPr>
        <w:jc w:val="right"/>
      </w:pPr>
      <w:r>
        <w:t>بازار سے مل جاتی ہیں۔</w:t>
      </w:r>
    </w:p>
    <w:p>
      <w:r>
        <w:rPr>
          <w:b/>
        </w:rPr>
        <w:t xml:space="preserve">[11:11] </w:t>
      </w:r>
      <w:r>
        <w:t>to hum ko is mein Khuda ko azkar karne ki kaun si baat hai.</w:t>
      </w:r>
    </w:p>
    <w:p>
      <w:pPr>
        <w:jc w:val="right"/>
      </w:pPr>
      <w:r>
        <w:t>تو ہم کو اس میں خدا کو اخذارش کرنے کی کون سی بات ہے۔</w:t>
      </w:r>
    </w:p>
    <w:p>
      <w:r>
        <w:rPr>
          <w:b/>
        </w:rPr>
        <w:t xml:space="preserve">[11:22] </w:t>
      </w:r>
      <w:r>
        <w:t>yeh sare logon ka haal hai. woh free mein jo cheezein mil rahi theen, us ko forwarded li hui theen. yeh jo milti hain, milti rahen gi.</w:t>
      </w:r>
    </w:p>
    <w:p>
      <w:pPr>
        <w:jc w:val="right"/>
      </w:pPr>
      <w:r>
        <w:t>یہ سارے لوگوں کا حال ہے۔ وہ فری میں جو چیزیں مل رہی تھیں، اس کو فارگارڈڈ لی ہوئی تھیں۔ یہ جو ملتی ہیں، ملتی رہیں گی۔</w:t>
      </w:r>
    </w:p>
    <w:p>
      <w:r>
        <w:rPr>
          <w:b/>
        </w:rPr>
        <w:t xml:space="preserve">[11:38] </w:t>
      </w:r>
      <w:r>
        <w:t>to yeh jo hum forwarded liye hue the tamam nematon ko, us ko khatam karna hoga. aap ko shukr kaat banana padega. abhi to warning hai, is ke baad is se sakht Khuda na khwasta</w:t>
      </w:r>
    </w:p>
    <w:p>
      <w:pPr>
        <w:jc w:val="right"/>
      </w:pPr>
      <w:r>
        <w:t>تو یہ جو ہم فارگارڈڈ لیے ہوئے تھے تمام نعمتوں کو، اس کو ختم کرنا ہوگا۔ آپ کو شکر کاٹ بنانا پڑے گا۔ ابھی تو وارننگ ہے، اس کے بعد اس سے سخت خدانخواستہ</w:t>
      </w:r>
    </w:p>
    <w:p>
      <w:r>
        <w:rPr>
          <w:b/>
        </w:rPr>
        <w:t xml:space="preserve">[11:55] </w:t>
      </w:r>
      <w:r>
        <w:t>ho sakta hai.</w:t>
      </w:r>
    </w:p>
    <w:p>
      <w:pPr>
        <w:jc w:val="right"/>
      </w:pPr>
      <w:r>
        <w:t>ہو سکتا ہے۔</w:t>
      </w:r>
    </w:p>
    <w:p>
      <w:r>
        <w:rPr>
          <w:b/>
        </w:rPr>
        <w:t xml:space="preserve">[11:59] </w:t>
      </w:r>
      <w:r>
        <w:t>Allah bachaye hum ko apni pakar se. Allah bachaye apni pakar se. Allah bachaye hum ko apni pakar se.</w:t>
      </w:r>
    </w:p>
    <w:p>
      <w:pPr>
        <w:jc w:val="right"/>
      </w:pPr>
      <w:r>
        <w:t>اللہ بچائے ہم کو اپنی پکڑ سے۔ اللہ بچائے اپنی پکڑ سے۔ اللہ بچائے ہم کو اپنی پکڑ سے۔</w:t>
      </w:r>
    </w:p>
    <w:p>
      <w:r>
        <w:rPr>
          <w:b/>
        </w:rPr>
        <w:t xml:space="preserve">[12:11] </w:t>
      </w:r>
      <w:r>
        <w:t>koi mamooli si pakar bhi hamari qabil bardasht nahi hai.</w:t>
      </w:r>
    </w:p>
    <w:p>
      <w:pPr>
        <w:jc w:val="right"/>
      </w:pPr>
      <w:r>
        <w:t>کوئی معمولی سی پکڑ بھی ہماری قابل برداشت نہیں ہے۔</w:t>
      </w:r>
    </w:p>
    <w:p>
      <w:r>
        <w:rPr>
          <w:b/>
        </w:rPr>
        <w:t xml:space="preserve">[12:17] </w:t>
      </w:r>
      <w:r>
        <w:t>mamooli si pakar bhi hamari qabil bardasht nahi hai.</w:t>
      </w:r>
    </w:p>
    <w:p>
      <w:pPr>
        <w:jc w:val="right"/>
      </w:pPr>
      <w:r>
        <w:t>معمولی سی پکڑ بھی ہماری قابل برداشت نہیں ہے۔</w:t>
      </w:r>
    </w:p>
    <w:p>
      <w:r>
        <w:rPr>
          <w:b/>
        </w:rPr>
        <w:t xml:space="preserve">[12:25] </w:t>
      </w:r>
      <w:r>
        <w:t>to behal yeh halaat jo hain, yeh jo crash aya hua hai is din mein, is ka</w:t>
      </w:r>
    </w:p>
    <w:p>
      <w:pPr>
        <w:jc w:val="right"/>
      </w:pPr>
      <w:r>
        <w:t>تو بہرحال یہ حالات جو ہیں، یہ جو کریش آیا ہوا ہے اس دن میں، اس کا</w:t>
      </w:r>
    </w:p>
    <w:p>
      <w:r>
        <w:rPr>
          <w:b/>
        </w:rPr>
        <w:t xml:space="preserve">[12:35] </w:t>
      </w:r>
      <w:r>
        <w:t>is ka taqaza hai ke hum aap</w:t>
      </w:r>
    </w:p>
    <w:p>
      <w:pPr>
        <w:jc w:val="right"/>
      </w:pPr>
      <w:r>
        <w:t>اس کا تقاضا ہے کہ ہم آپ</w:t>
      </w:r>
    </w:p>
    <w:p>
      <w:r>
        <w:rPr>
          <w:b/>
        </w:rPr>
        <w:t xml:space="preserve">[12:45] </w:t>
      </w:r>
      <w:r>
        <w:t>shukr karna seekhein. shukr ka matlab hai akhdarsh karna. yaani creator ko akhdarsh karna.</w:t>
      </w:r>
    </w:p>
    <w:p>
      <w:pPr>
        <w:jc w:val="right"/>
      </w:pPr>
      <w:r>
        <w:t>شکر کرنا سیکھیں۔ شکر کا مطلب ہے اخذارش کرنا۔ یعنی کریٹر کو اخذارش کرنا۔</w:t>
      </w:r>
    </w:p>
    <w:p>
      <w:r>
        <w:rPr>
          <w:b/>
        </w:rPr>
        <w:t xml:space="preserve">[12:56] </w:t>
      </w:r>
      <w:r>
        <w:t>creator ko akhdarsh karna.</w:t>
      </w:r>
    </w:p>
    <w:p>
      <w:pPr>
        <w:jc w:val="right"/>
      </w:pPr>
      <w:r>
        <w:t>کریٹر کو اخذارش کرنا۔</w:t>
      </w:r>
    </w:p>
    <w:p>
      <w:r>
        <w:rPr>
          <w:b/>
        </w:rPr>
        <w:t xml:space="preserve">[13:06] </w:t>
      </w:r>
      <w:r>
        <w:t>is yeh jo warning hai, ek chota jhatka hai.</w:t>
      </w:r>
    </w:p>
    <w:p>
      <w:pPr>
        <w:jc w:val="right"/>
      </w:pPr>
      <w:r>
        <w:t>اس یہ جو وارننگ ہے، ایک چھوٹا جھٹکا ہے۔</w:t>
      </w:r>
    </w:p>
    <w:p>
      <w:r>
        <w:rPr>
          <w:b/>
        </w:rPr>
        <w:t xml:space="preserve">[13:14] </w:t>
      </w:r>
      <w:r>
        <w:t>aap ko chahiye ke is ko neutral ki jaye, apple shock samjhein aur bohat jald hoshiyar ho jayein.</w:t>
      </w:r>
    </w:p>
    <w:p>
      <w:pPr>
        <w:jc w:val="right"/>
      </w:pPr>
      <w:r>
        <w:t>آپ کو چاہیے کہ اس کو نیوٹرل کی جائے، ایپل شاک سمجھیں اور بہت جلد ہوشیار ہو جائیں۔</w:t>
      </w:r>
    </w:p>
    <w:p>
      <w:r>
        <w:rPr>
          <w:b/>
        </w:rPr>
        <w:t xml:space="preserve">[13:32] </w:t>
      </w:r>
      <w:r>
        <w:t>aur zameen par shukr karne wale ban kar rahen.</w:t>
      </w:r>
    </w:p>
    <w:p>
      <w:pPr>
        <w:jc w:val="right"/>
      </w:pPr>
      <w:r>
        <w:t>اور زمین پر شکر کرنے والے بن کر رہیں۔</w:t>
      </w:r>
    </w:p>
    <w:p>
      <w:r>
        <w:rPr>
          <w:b/>
        </w:rPr>
        <w:t xml:space="preserve">[13:41] </w:t>
      </w:r>
      <w:r>
        <w:t>assalam o alaikum wa rehmatullah. meri dua hai ke hum aap ko Allah taala tofeeq de shukr guzar bande ban kar rehne ki.</w:t>
      </w:r>
    </w:p>
    <w:p>
      <w:pPr>
        <w:jc w:val="right"/>
      </w:pPr>
      <w:r>
        <w:t>السلام علیکم ورحمۃ اللہ۔ میری دعا ہے کہ ہم آپ کو اللہ تعالیٰ توفیق دے شکر گزار بندے بن کر رہنے کی۔</w:t>
      </w:r>
    </w:p>
    <w:p>
      <w:r>
        <w:rPr>
          <w:b/>
        </w:rPr>
        <w:t xml:space="preserve">[13:52] </w:t>
      </w:r>
      <w:r>
        <w:t>ab aap logon ko koi sawal karna ho to aap sawal kar sakte hain.</w:t>
      </w:r>
    </w:p>
    <w:p>
      <w:pPr>
        <w:jc w:val="right"/>
      </w:pPr>
      <w:r>
        <w:t>اب آپ لوگوں کو کوئی سوال کرنا ہو تو آپ سوال کر سکتے ہیں۔</w:t>
      </w:r>
    </w:p>
    <w:p>
      <w:r>
        <w:rPr>
          <w:b/>
        </w:rPr>
        <w:t xml:space="preserve">[14:10] </w:t>
      </w:r>
      <w:r>
        <w:t>maulana sahib, doctor rajat malhotra ne aap se poocha hai: "maulana, you always emphasize on doing shukr for every small or big thing.</w:t>
      </w:r>
    </w:p>
    <w:p>
      <w:pPr>
        <w:jc w:val="right"/>
      </w:pPr>
      <w:r>
        <w:t>مولانا صاحب، ڈاکٹر رجت ملحوترہ نے آپ سے پوچھا ہے: "مولانا، یو آلویز ایمفسائز ان ڈوئنگ شکر فار ایوری سمال اور بگ تھنگ۔</w:t>
      </w:r>
    </w:p>
    <w:p>
      <w:r>
        <w:rPr>
          <w:b/>
        </w:rPr>
        <w:t xml:space="preserve">[14:23] </w:t>
      </w:r>
      <w:r>
        <w:t>why is it so?" is liye ke hum ko yeh</w:t>
      </w:r>
    </w:p>
    <w:p>
      <w:pPr>
        <w:jc w:val="right"/>
      </w:pPr>
      <w:r>
        <w:t>وائی از اٹ سو؟" اس لیے کہ ہم کو یہ</w:t>
      </w:r>
    </w:p>
    <w:p>
      <w:r>
        <w:rPr>
          <w:b/>
        </w:rPr>
        <w:t xml:space="preserve">[14:28] </w:t>
      </w:r>
      <w:r>
        <w:t>cheezein mili hain, is ka akhdarshment yahi hai ke hum shukr karen. agar hum is ka akhdarshment na karen to yeh to bohat bara jurm ho jayega.</w:t>
      </w:r>
    </w:p>
    <w:p>
      <w:pPr>
        <w:jc w:val="right"/>
      </w:pPr>
      <w:r>
        <w:t>چیزیں ملی ہیں، اس کا اخذارشمنٹ یہی ہے کہ ہم شکر کریں۔ اگر ہم اس کا اخذارشمنٹ نہ کریں تو یہ تو بہت بڑا جرم ہو جائے گا۔</w:t>
      </w:r>
    </w:p>
    <w:p>
      <w:r>
        <w:rPr>
          <w:b/>
        </w:rPr>
        <w:t xml:space="preserve">[14:44] </w:t>
      </w:r>
      <w:r>
        <w:t>jurm.</w:t>
      </w:r>
    </w:p>
    <w:p>
      <w:pPr>
        <w:jc w:val="right"/>
      </w:pPr>
      <w:r>
        <w:t>جرم۔</w:t>
      </w:r>
    </w:p>
    <w:p>
      <w:r>
        <w:rPr>
          <w:b/>
        </w:rPr>
        <w:t xml:space="preserve">[14:48] </w:t>
      </w:r>
      <w:r>
        <w:t>yaani free mein tamam cheezein hum hum ko milti hain. free mein. to hum sab ko chahiye ke is ka shukr ke maani akhdarsh karna.</w:t>
      </w:r>
    </w:p>
    <w:p>
      <w:pPr>
        <w:jc w:val="right"/>
      </w:pPr>
      <w:r>
        <w:t>یعنی فری میں تمام چیزیں ہم ہم کو ملتی ہیں۔ فری میں۔ تو ہم سب کو چاہیے کہ اس کا شکر کے معنی اخذارش کرنا۔</w:t>
      </w:r>
    </w:p>
    <w:p>
      <w:r>
        <w:rPr>
          <w:b/>
        </w:rPr>
        <w:t xml:space="preserve">[15:03] </w:t>
      </w:r>
      <w:r>
        <w:t>shukr ke maani akhdarsh karna.</w:t>
      </w:r>
    </w:p>
    <w:p>
      <w:pPr>
        <w:jc w:val="right"/>
      </w:pPr>
      <w:r>
        <w:t>شکر کے معنی اخذارش کرنا۔</w:t>
      </w:r>
    </w:p>
    <w:p>
      <w:r>
        <w:rPr>
          <w:b/>
        </w:rPr>
        <w:t xml:space="preserve">[15:07] </w:t>
      </w:r>
      <w:r>
        <w:t>aitraf karna.</w:t>
      </w:r>
    </w:p>
    <w:p>
      <w:pPr>
        <w:jc w:val="right"/>
      </w:pPr>
      <w:r>
        <w:t>اعتراف کرنا۔</w:t>
      </w:r>
    </w:p>
    <w:p>
      <w:r>
        <w:rPr>
          <w:b/>
        </w:rPr>
        <w:t xml:space="preserve">[15:13] </w:t>
      </w:r>
      <w:r>
        <w:t>to mein samajhta hoon ke itni bari dunya, ek customer dunya hum ko de di gayi. is ke ilawa is dunya mein hamare liye beshumar nematein free mein hain.</w:t>
      </w:r>
    </w:p>
    <w:p>
      <w:pPr>
        <w:jc w:val="right"/>
      </w:pPr>
      <w:r>
        <w:t>تو میں سمجھتا ہوں کہ اتنی بڑی دنیا، ایک کسٹمر دنیا ہم کو دے دی گئی۔ اس کے علاوہ اس دنیا میں ہمارے لیے بے شمار نعمتیں فری میں ہیں۔</w:t>
      </w:r>
    </w:p>
    <w:p>
      <w:r>
        <w:rPr>
          <w:b/>
        </w:rPr>
        <w:t xml:space="preserve">[15:29] </w:t>
      </w:r>
      <w:r>
        <w:t>misalan pani free mein hai.</w:t>
      </w:r>
    </w:p>
    <w:p>
      <w:pPr>
        <w:jc w:val="right"/>
      </w:pPr>
      <w:r>
        <w:t>مثلاً پانی فری میں ہے۔</w:t>
      </w:r>
    </w:p>
    <w:p>
      <w:r>
        <w:rPr>
          <w:b/>
        </w:rPr>
        <w:t xml:space="preserve">[15:34] </w:t>
      </w:r>
      <w:r>
        <w:t>saal free mein hai. petrol zameen mein hai. das zyada samandar ki tarah bahar aya hai, woh sab free mein hai.</w:t>
      </w:r>
    </w:p>
    <w:p>
      <w:pPr>
        <w:jc w:val="right"/>
      </w:pPr>
      <w:r>
        <w:t>سال فری میں ہے۔ پٹرول زمین میں ہے۔ دس زیادہ سمندر کی طرح باہر آیا ہے، وہ سب فری میں ہے۔</w:t>
      </w:r>
    </w:p>
    <w:p>
      <w:r>
        <w:rPr>
          <w:b/>
        </w:rPr>
        <w:t xml:space="preserve">[15:51] </w:t>
      </w:r>
      <w:r>
        <w:t>to hum is ki koi is ki koi price de de sakte hain. hamare paas bhi yeh nahi hai ke hum samandar ka aur sari nematon ka shukr ada karen.</w:t>
      </w:r>
    </w:p>
    <w:p>
      <w:pPr>
        <w:jc w:val="right"/>
      </w:pPr>
      <w:r>
        <w:t>تو ہم اس کی کوئی اس کی کوئی پرائز دے دے سکتے ہیں۔ ہمارے پاس بھی یہ نہیں ہے کہ ہم سمندر کا اور ساری نعمتوں کا شکر ادا کریں۔</w:t>
      </w:r>
    </w:p>
    <w:p>
      <w:r>
        <w:rPr>
          <w:b/>
        </w:rPr>
        <w:t xml:space="preserve">[16:07] </w:t>
      </w:r>
      <w:r>
        <w:t>price dein, price. hum sirf</w:t>
      </w:r>
    </w:p>
    <w:p>
      <w:pPr>
        <w:jc w:val="right"/>
      </w:pPr>
      <w:r>
        <w:t>پرائز دیں، پرائز۔ ہم صرف</w:t>
      </w:r>
    </w:p>
    <w:p>
      <w:r>
        <w:rPr>
          <w:b/>
        </w:rPr>
        <w:t xml:space="preserve">[16:11] </w:t>
      </w:r>
      <w:r>
        <w:t>sirf yahi kar sakte hain ke hum is ko akhdarsh karen. hum yahi kar sakte hain ke is ko hum akhdarsh karen. is ka aitraf karen.</w:t>
      </w:r>
    </w:p>
    <w:p>
      <w:pPr>
        <w:jc w:val="right"/>
      </w:pPr>
      <w:r>
        <w:t>صرف یہی کر سکتے ہیں کہ ہم اس کو اخذارش کریں۔ ہم یہی کر سکتے ہیں کہ اس کو ہم اخذارش کریں۔ اس کا اعتراف کریں۔</w:t>
      </w:r>
    </w:p>
    <w:p>
      <w:r>
        <w:rPr>
          <w:b/>
        </w:rPr>
        <w:t xml:space="preserve">[16:25] </w:t>
      </w:r>
      <w:r>
        <w:t>is ka aitraf karen. hum ne aitraf mein</w:t>
      </w:r>
    </w:p>
    <w:p>
      <w:pPr>
        <w:jc w:val="right"/>
      </w:pPr>
      <w:r>
        <w:t>اس کا اعتراف کریں۔ ہم نے اعتراف میں</w:t>
      </w:r>
    </w:p>
    <w:p>
      <w:r>
        <w:rPr>
          <w:b/>
        </w:rPr>
        <w:t xml:space="preserve">[16:31] </w:t>
      </w:r>
      <w:r>
        <w:t>ghafalat ki, is liye jhatka aya.</w:t>
      </w:r>
    </w:p>
    <w:p>
      <w:pPr>
        <w:jc w:val="right"/>
      </w:pPr>
      <w:r>
        <w:t>غفلت کی، اس لیے جھٹکا آیا۔</w:t>
      </w:r>
    </w:p>
    <w:p>
      <w:r>
        <w:rPr>
          <w:b/>
        </w:rPr>
        <w:t xml:space="preserve">[16:38] </w:t>
      </w:r>
      <w:r>
        <w:t>hum sab ko mil kar foran apni islaah karni chahiye aur rab ul alameen ki nematoun ka ikhzaarish karna chahiye.</w:t>
      </w:r>
    </w:p>
    <w:p>
      <w:pPr>
        <w:jc w:val="right"/>
      </w:pPr>
      <w:r>
        <w:t>ہم سب کو مل کر فوراً اپنی اصلاح کرنی چاہیے اور رب العالمین کی نعمتوں کا اخذارش کرنا چاہیے۔</w:t>
      </w:r>
    </w:p>
    <w:p>
      <w:r>
        <w:rPr>
          <w:b/>
        </w:rPr>
        <w:t xml:space="preserve">[16:54] </w:t>
      </w:r>
      <w:r>
        <w:t>yani itraaf karna chahiye.</w:t>
      </w:r>
    </w:p>
    <w:p>
      <w:pPr>
        <w:jc w:val="right"/>
      </w:pPr>
      <w:r>
        <w:t>یعنی اعتراف کرنا چاہیے۔</w:t>
      </w:r>
    </w:p>
    <w:p>
      <w:r>
        <w:rPr>
          <w:b/>
        </w:rPr>
        <w:t xml:space="preserve">[16:58] </w:t>
      </w:r>
      <w:r>
        <w:t>phir insha allah allah ki nematain hamari taraf lot aayengi.</w:t>
      </w:r>
    </w:p>
    <w:p>
      <w:pPr>
        <w:jc w:val="right"/>
      </w:pPr>
      <w:r>
        <w:t>پھر انشاءاللہ اللہ کی نعمتیں ہماری طرف لوٹ آئیں گی۔</w:t>
      </w:r>
    </w:p>
    <w:p>
      <w:r>
        <w:rPr>
          <w:b/>
        </w:rPr>
        <w:t xml:space="preserve">[17:05] </w:t>
      </w:r>
      <w:r>
        <w:t>insha allah.</w:t>
      </w:r>
    </w:p>
    <w:p>
      <w:pPr>
        <w:jc w:val="right"/>
      </w:pPr>
      <w:r>
        <w:t>انشاءاللہ۔</w:t>
      </w:r>
    </w:p>
    <w:p>
      <w:r>
        <w:rPr>
          <w:b/>
        </w:rPr>
        <w:t xml:space="preserve">[17:09] </w:t>
      </w:r>
      <w:r>
        <w:t>maulana sahib, studio mulhatra ne aap se poocha hai: "do you think that the present corona virus episode which has hit humanity is due to man becoming thank less</w:t>
      </w:r>
    </w:p>
    <w:p>
      <w:pPr>
        <w:jc w:val="right"/>
      </w:pPr>
      <w:r>
        <w:t>مولانا صاحب، سٹوڈیو ملحوترہ نے آپ سے پوچھا ہے: "ڈو یو تھنک دیٹ دی پریزنٹ کرونو وائرس ایپیسوڈ وچ ہیز ہٹ ہیومینٹی از ڈیو ٹو مین بیکمنگ تھینک لیس</w:t>
      </w:r>
    </w:p>
    <w:p>
      <w:r>
        <w:rPr>
          <w:b/>
        </w:rPr>
        <w:t xml:space="preserve">[17:25] </w:t>
      </w:r>
      <w:r>
        <w:t>towards god almighty and also towards his fellow beings?" insaan na sirf khuda ka shukar ada nahi karta balkeh insaanoun ka bhi shukar ada nahi karta.</w:t>
      </w:r>
    </w:p>
    <w:p>
      <w:pPr>
        <w:jc w:val="right"/>
      </w:pPr>
      <w:r>
        <w:t>ٹورڈز گاڈ المائٹی اینڈ السو ٹورڈز ہز فیلو بینگز؟" انسان نہ صرف خدا کا شکر ادا نہیں کرتا بلکہ انسانوں کا بھی شکر ادا نہیں کرتا۔</w:t>
      </w:r>
    </w:p>
    <w:p>
      <w:r>
        <w:rPr>
          <w:b/>
        </w:rPr>
        <w:t xml:space="preserve">[17:40] </w:t>
      </w:r>
      <w:r>
        <w:t>to pooch rahe hain ke kya</w:t>
      </w:r>
    </w:p>
    <w:p>
      <w:pPr>
        <w:jc w:val="right"/>
      </w:pPr>
      <w:r>
        <w:t>تو پوچھ رہے ہیں کہ کیا</w:t>
      </w:r>
    </w:p>
    <w:p>
      <w:r>
        <w:rPr>
          <w:b/>
        </w:rPr>
        <w:t xml:space="preserve">[17:42] </w:t>
      </w:r>
      <w:r>
        <w:t>yeh corona virus episode kya is ki wajah se to nahi yeh museebat aayi hai hamare upar? isi liye aayi hai ke shukar ka mizaj nahi hai.</w:t>
      </w:r>
    </w:p>
    <w:p>
      <w:pPr>
        <w:jc w:val="right"/>
      </w:pPr>
      <w:r>
        <w:t>یہ کرونا وائرس ایپیسوڈ کیا اس کی وجہ سے تو نہیں یہ مصیبت آئی ہے ہمارے اوپر؟ اسی لیے آئی ہے کہ شکر کا مزاج نہیں ہے۔</w:t>
      </w:r>
    </w:p>
    <w:p>
      <w:r>
        <w:rPr>
          <w:b/>
        </w:rPr>
        <w:t xml:space="preserve">[17:55] </w:t>
      </w:r>
      <w:r>
        <w:t>shukar ke mani itraaf, ikhzaarish karna.</w:t>
      </w:r>
    </w:p>
    <w:p>
      <w:pPr>
        <w:jc w:val="right"/>
      </w:pPr>
      <w:r>
        <w:t>شکر کے معنی اعتراف، اخذارش کرنا۔</w:t>
      </w:r>
    </w:p>
    <w:p>
      <w:r>
        <w:rPr>
          <w:b/>
        </w:rPr>
        <w:t xml:space="preserve">[17:59] </w:t>
      </w:r>
      <w:r>
        <w:t>isi liye yeh warning ke taur par aayi hai.</w:t>
      </w:r>
    </w:p>
    <w:p>
      <w:pPr>
        <w:jc w:val="right"/>
      </w:pPr>
      <w:r>
        <w:t>اسی لیے یہ وارننگ کے طور پر آئی ہے۔</w:t>
      </w:r>
    </w:p>
    <w:p>
      <w:r>
        <w:rPr>
          <w:b/>
        </w:rPr>
        <w:t xml:space="preserve">[18:09] </w:t>
      </w:r>
      <w:r>
        <w:t>yeh azaab azaab nahi hai, yeh yeh warning hai. yaad dehani hai. doctor muslehma siddiqui ne aap se poocha hai: "in what way can we express our shukar?</w:t>
      </w:r>
    </w:p>
    <w:p>
      <w:pPr>
        <w:jc w:val="right"/>
      </w:pPr>
      <w:r>
        <w:t>یہ عذاب عذاب نہیں ہے، یہ یہ وارننگ ہے۔ یاد دہانی ہے۔ ڈاکٹر مسلمہ صدیقی نے آپ سے پوچھا ہے: "ان واٹ وے کین وی ایکسپریس اور شکر؟</w:t>
      </w:r>
    </w:p>
    <w:p>
      <w:r>
        <w:rPr>
          <w:b/>
        </w:rPr>
        <w:t xml:space="preserve">[18:24] </w:t>
      </w:r>
      <w:r>
        <w:t>muslims always keep</w:t>
      </w:r>
    </w:p>
    <w:p>
      <w:pPr>
        <w:jc w:val="right"/>
      </w:pPr>
      <w:r>
        <w:t>مسلمز آلویز کیپ</w:t>
      </w:r>
    </w:p>
    <w:p>
      <w:r>
        <w:rPr>
          <w:b/>
        </w:rPr>
        <w:t xml:space="preserve">[18:27] </w:t>
      </w:r>
      <w:r>
        <w:t>doing Alhamdulillah all the time. is it not a sign that they live in shukar? or is there something else to be done?" yeh jo aaj kal musalmanoun mein chala hua hai, Alhamdulillah,</w:t>
      </w:r>
    </w:p>
    <w:p>
      <w:pPr>
        <w:jc w:val="right"/>
      </w:pPr>
      <w:r>
        <w:t>ڈوئنگ الحمدللہ ال دا ٹائم۔ از اٹ ناٹ ا سائن دیٹ دے لیو ان شکر؟ اور از دیر سمتھنگ ایلس ٹو بی ڈن؟" یہ جو آج کل مسلمانوں میں چلا ہوا ہے، الحمدللہ،</w:t>
      </w:r>
    </w:p>
    <w:p>
      <w:r>
        <w:rPr>
          <w:b/>
        </w:rPr>
        <w:t xml:space="preserve">[18:43] </w:t>
      </w:r>
      <w:r>
        <w:t>yeh to</w:t>
      </w:r>
    </w:p>
    <w:p>
      <w:pPr>
        <w:jc w:val="right"/>
      </w:pPr>
      <w:r>
        <w:t>یہ تو</w:t>
      </w:r>
    </w:p>
    <w:p>
      <w:r>
        <w:rPr>
          <w:b/>
        </w:rPr>
        <w:t xml:space="preserve">[18:44] </w:t>
      </w:r>
      <w:r>
        <w:t>takia kalam hai. takia kalam hai. dil mein is spirit bilkul nahi hai. logon mein mein ne bohat tajruba kiya hai, Alhamdulillah, ya shukar ki spirit bilkul nahi hai.</w:t>
      </w:r>
    </w:p>
    <w:p>
      <w:pPr>
        <w:jc w:val="right"/>
      </w:pPr>
      <w:r>
        <w:t>تکیہ کلام ہے۔ تکیہ کلام ہے۔ دل میں اس سپرٹ بالکل نہیں ہے۔ لوگوں میں میں نے بہت تجربہ کیا ہے، الحمدللہ، یا شکر کی سپرٹ بالکل نہیں ہے۔</w:t>
      </w:r>
    </w:p>
    <w:p>
      <w:r>
        <w:rPr>
          <w:b/>
        </w:rPr>
        <w:t xml:space="preserve">[18:59] </w:t>
      </w:r>
      <w:r>
        <w:t>zabanain bol dete hain.</w:t>
      </w:r>
    </w:p>
    <w:p>
      <w:pPr>
        <w:jc w:val="right"/>
      </w:pPr>
      <w:r>
        <w:t>زبانیں بول دیتے ہیں۔</w:t>
      </w:r>
    </w:p>
    <w:p>
      <w:r>
        <w:rPr>
          <w:b/>
        </w:rPr>
        <w:t xml:space="preserve">[19:07] </w:t>
      </w:r>
      <w:r>
        <w:t>is ki wajah se nahi kuch hone wala hai. dil se shukar guzar banne padega, tab hoga.</w:t>
      </w:r>
    </w:p>
    <w:p>
      <w:pPr>
        <w:jc w:val="right"/>
      </w:pPr>
      <w:r>
        <w:t>اس کی وجہ سے نہیں کچھ ہونے والا ہے۔ دل سے شکر گزار بننے پڑے گا، تب ہوگا۔</w:t>
      </w:r>
    </w:p>
    <w:p>
      <w:r>
        <w:rPr>
          <w:b/>
        </w:rPr>
        <w:t xml:space="preserve">[19:22] </w:t>
      </w:r>
      <w:r>
        <w:t>kaise maloom hoga ke hum dil se shukar guzar hain khuda ke? bohat aasan hai.</w:t>
      </w:r>
    </w:p>
    <w:p>
      <w:pPr>
        <w:jc w:val="right"/>
      </w:pPr>
      <w:r>
        <w:t>کیسے معلوم ہوگا کہ ہم دل سے شکر گزار ہیں خدا کے؟ بہت آسان ہے۔</w:t>
      </w:r>
    </w:p>
    <w:p>
      <w:r>
        <w:rPr>
          <w:b/>
        </w:rPr>
        <w:t xml:space="preserve">[19:39] </w:t>
      </w:r>
      <w:r>
        <w:t>meri maan theen, woh bohat saleh khatoon theen.</w:t>
      </w:r>
    </w:p>
    <w:p>
      <w:pPr>
        <w:jc w:val="right"/>
      </w:pPr>
      <w:r>
        <w:t>میری ماں تھیں، وہ بہت صالح خاتون تھیں۔</w:t>
      </w:r>
    </w:p>
    <w:p>
      <w:r>
        <w:rPr>
          <w:b/>
        </w:rPr>
        <w:t xml:space="preserve">[19:49] </w:t>
      </w:r>
      <w:r>
        <w:t>un ki umar kafi lambi hui thi. to hamare jo chote bhai the, jab use koi baat kehti theen to woh kehte the: "insha allah main karunga is ko." to woh kehti thi ke: "tera insha allah jhoota hai."</w:t>
      </w:r>
    </w:p>
    <w:p>
      <w:pPr>
        <w:jc w:val="right"/>
      </w:pPr>
      <w:r>
        <w:t>ان کی عمر کافی لمبی ہوئی تھی۔ تو ہمارے جو چھوٹے بھائی تھے، جب اسے کوئی بات کہتی تھیں تو وہ کہتے تھے: "انشاءاللہ میں کروں گا اس کو۔" تو وہ کہتی تھی کہ: "تیرا انشاءاللہ جھوٹا ہے۔"</w:t>
      </w:r>
    </w:p>
    <w:p>
      <w:r>
        <w:rPr>
          <w:b/>
        </w:rPr>
        <w:t xml:space="preserve">[20:12] </w:t>
      </w:r>
      <w:r>
        <w:t>to aaj kal jo insha allah, Alhamdulillah, yeh hota hai bohat zyada, yeh sab jhoota hai. dil mein kuch nahi hai.</w:t>
      </w:r>
    </w:p>
    <w:p>
      <w:pPr>
        <w:jc w:val="right"/>
      </w:pPr>
      <w:r>
        <w:t>تو آج کل جو انشاءاللہ، الحمدللہ، یہ ہوتا ہے بہت زیادہ، یہ سب جھوٹا ہے۔ دل میں کچھ نہیں ہے۔</w:t>
      </w:r>
    </w:p>
    <w:p>
      <w:r>
        <w:rPr>
          <w:b/>
        </w:rPr>
        <w:t xml:space="preserve">[20:24] </w:t>
      </w:r>
      <w:r>
        <w:t>bohat aasan hai ise aap samajh sakte hain ke dil ki kefiyat se is se nikalti hai ke</w:t>
      </w:r>
    </w:p>
    <w:p>
      <w:pPr>
        <w:jc w:val="right"/>
      </w:pPr>
      <w:r>
        <w:t>بہت آسان ہے اسے آپ سمجھ سکتے ہیں کہ دل کی کیفیت سے اس سے نکلتی ہے کہ</w:t>
      </w:r>
    </w:p>
    <w:p>
      <w:r>
        <w:rPr>
          <w:b/>
        </w:rPr>
        <w:t xml:space="preserve">[20:32] </w:t>
      </w:r>
      <w:r>
        <w:t>hamare ek</w:t>
      </w:r>
    </w:p>
    <w:p>
      <w:pPr>
        <w:jc w:val="right"/>
      </w:pPr>
      <w:r>
        <w:t>ہمارے ایک</w:t>
      </w:r>
    </w:p>
    <w:p>
      <w:r>
        <w:rPr>
          <w:b/>
        </w:rPr>
        <w:t xml:space="preserve">[20:40] </w:t>
      </w:r>
      <w:r>
        <w:t>zabani alfaaz ke zariye ek hadees hai ke jo insaan bande ka shukar nahi karega to woh khuda ka bhi shukar ada nahi karega.</w:t>
      </w:r>
    </w:p>
    <w:p>
      <w:pPr>
        <w:jc w:val="right"/>
      </w:pPr>
      <w:r>
        <w:t>زبانی الفاظ کے ذریعے ایک حدیث ہے کہ جو انسان بندے کا شکر نہیں کرے گا تو وہ خدا کا بھی شکر نہیں ادا کرے گا۔</w:t>
      </w:r>
    </w:p>
    <w:p>
      <w:r>
        <w:rPr>
          <w:b/>
        </w:rPr>
        <w:t xml:space="preserve">[20:50] </w:t>
      </w:r>
      <w:r>
        <w:t>is ka kya matlab hai? dekhein, is ka matlab yeh hai ke shukar ek aisi is spirit hai, spirit</w:t>
      </w:r>
    </w:p>
    <w:p>
      <w:pPr>
        <w:jc w:val="right"/>
      </w:pPr>
      <w:r>
        <w:t>اس کا کیا مطلب ہے؟ دیکھیں، اس کا مطلب یہ ہے کہ شکر ایک ایسی اس سپرٹ ہے، سپرٹ</w:t>
      </w:r>
    </w:p>
    <w:p>
      <w:r>
        <w:rPr>
          <w:b/>
        </w:rPr>
        <w:t xml:space="preserve">[21:00] </w:t>
      </w:r>
      <w:r>
        <w:t>keh woh jo aaye gi insaan ke andar to Khuda ke muamle mein bhi hogi, bande ke muamle mein bhi hogi. Yeh aisa nahi ho sakta ke aap</w:t>
      </w:r>
    </w:p>
    <w:p>
      <w:pPr>
        <w:jc w:val="right"/>
      </w:pPr>
      <w:r>
        <w:t>کہ وہ جو آئے گی انسان کے اندر تو خدا کے معاملے میں بھی ہوگی، بندے کے معاملے میں بھی ہوگی۔ یہ ایسا نہیں ہو سکتا کہ آپ</w:t>
      </w:r>
    </w:p>
    <w:p>
      <w:r>
        <w:rPr>
          <w:b/>
        </w:rPr>
        <w:t xml:space="preserve">[21:15] </w:t>
      </w:r>
      <w:r>
        <w:t>aik aik ke muamle mein to shukr khoob karne walay banay huay hon aur doosre ke muamle mein aap ke andar shukr ki kefiyat na ho.</w:t>
      </w:r>
    </w:p>
    <w:p>
      <w:pPr>
        <w:jc w:val="right"/>
      </w:pPr>
      <w:r>
        <w:t>ایک ایک کے معاملے میں تو شکر خوب کرنے والے بنے ہوئے ہوں اور دوسرے کے معاملے میں آپ کے اندر شکر کی کیفیت نہ ہو۔</w:t>
      </w:r>
    </w:p>
    <w:p>
      <w:r>
        <w:rPr>
          <w:b/>
        </w:rPr>
        <w:t xml:space="preserve">[21:29] </w:t>
      </w:r>
      <w:r>
        <w:t>yani Khuda aur bande ka</w:t>
      </w:r>
    </w:p>
    <w:p>
      <w:pPr>
        <w:jc w:val="right"/>
      </w:pPr>
      <w:r>
        <w:t>یعنی خدا اور بندے کا</w:t>
      </w:r>
    </w:p>
    <w:p>
      <w:r>
        <w:rPr>
          <w:b/>
        </w:rPr>
        <w:t xml:space="preserve">[21:33] </w:t>
      </w:r>
      <w:r>
        <w:t>Quran mein hai ke: "yani Allah ne kisi ke dil mein do dil nahi banaye.</w:t>
      </w:r>
    </w:p>
    <w:p>
      <w:pPr>
        <w:jc w:val="right"/>
      </w:pPr>
      <w:r>
        <w:t>قرآن میں ہے کہ: "یعنی اللہ نے کسی کے دل میں دو دل نہیں بنائے۔</w:t>
      </w:r>
    </w:p>
    <w:p>
      <w:r>
        <w:rPr>
          <w:b/>
        </w:rPr>
        <w:t xml:space="preserve">[21:47] </w:t>
      </w:r>
      <w:r>
        <w:t>dil to aik hi hota hai. Agar hai to hai, nahi hai to nahi hai."</w:t>
      </w:r>
    </w:p>
    <w:p>
      <w:pPr>
        <w:jc w:val="right"/>
      </w:pPr>
      <w:r>
        <w:t>دل تو ایک ہی ہوتا ہے۔ اگر ہے تو ہے، نہیں ہے تو نہیں ہے۔"</w:t>
      </w:r>
    </w:p>
    <w:p>
      <w:r>
        <w:rPr>
          <w:b/>
        </w:rPr>
        <w:t xml:space="preserve">[21:53] </w:t>
      </w:r>
      <w:r>
        <w:t>Maulana sahib, Radiya Siddiqui ne aap se aik sawal poocha hai: "Maulana, if a person does not live in shukr,</w:t>
      </w:r>
    </w:p>
    <w:p>
      <w:pPr>
        <w:jc w:val="right"/>
      </w:pPr>
      <w:r>
        <w:t>مولانا صاحب، راضیہ صدیقی نے آپ سے ایک سوال پوچھا ہے: "مولانا، اف ا پرسن ڈز ناٹ لیو ان شکر،</w:t>
      </w:r>
    </w:p>
    <w:p>
      <w:r>
        <w:rPr>
          <w:b/>
        </w:rPr>
        <w:t xml:space="preserve">[22:05] </w:t>
      </w:r>
      <w:r>
        <w:t>then what is the risk he or she is exposed to?"</w:t>
      </w:r>
    </w:p>
    <w:p>
      <w:pPr>
        <w:jc w:val="right"/>
      </w:pPr>
      <w:r>
        <w:t>دین واٹ از دا رسک ہی اور شی از ایکسپوز ٹو؟"</w:t>
      </w:r>
    </w:p>
    <w:p>
      <w:r>
        <w:rPr>
          <w:b/>
        </w:rPr>
        <w:t xml:space="preserve">[22:15] </w:t>
      </w:r>
      <w:r>
        <w:t>woh Quran mein aap jab bhi ayat padhi gayi, aap ke samne lain kufr to wahan aaya hai. Agar tum nashukri ko kufr kaha gaya hai,</w:t>
      </w:r>
    </w:p>
    <w:p>
      <w:pPr>
        <w:jc w:val="right"/>
      </w:pPr>
      <w:r>
        <w:t>وہ قرآن میں آپ جب بھی آیت پڑھی گئی، آپ کے سامنے لین کفر تو وہاں آیا ہے۔ اگر تم ناشکری کو کفر کہا گیا ہے،</w:t>
      </w:r>
    </w:p>
    <w:p>
      <w:r>
        <w:rPr>
          <w:b/>
        </w:rPr>
        <w:t xml:space="preserve">[22:34] </w:t>
      </w:r>
      <w:r>
        <w:t>agar aadmi sachay dil se shukr na kare to woh Allah ke nazdeek kufr kar paye ga.</w:t>
      </w:r>
    </w:p>
    <w:p>
      <w:pPr>
        <w:jc w:val="right"/>
      </w:pPr>
      <w:r>
        <w:t>اگر آدمی سچے دل سے شکر نہ کرے تو وہ اللہ کے نزدیک کفر کر پائے گا۔</w:t>
      </w:r>
    </w:p>
    <w:p>
      <w:r>
        <w:rPr>
          <w:b/>
        </w:rPr>
        <w:t xml:space="preserve">[22:44] </w:t>
      </w:r>
      <w:r>
        <w:t>maine aik qissa kai baar bayan kiya hai yahan, woh</w:t>
      </w:r>
    </w:p>
    <w:p>
      <w:pPr>
        <w:jc w:val="right"/>
      </w:pPr>
      <w:r>
        <w:t>میں نے ایک قصہ کئی بار بیان کیا ہے یہاں، وہ</w:t>
      </w:r>
    </w:p>
    <w:p>
      <w:r>
        <w:rPr>
          <w:b/>
        </w:rPr>
        <w:t xml:space="preserve">[22:51] </w:t>
      </w:r>
      <w:r>
        <w:t>shukr ki kya cheez hai is ko batane ke liye. Hamare hamare area ke yani UP ke aik sahib thay, woh gaon mein rehte thay.</w:t>
      </w:r>
    </w:p>
    <w:p>
      <w:pPr>
        <w:jc w:val="right"/>
      </w:pPr>
      <w:r>
        <w:t>شکر کی کیا چیز ہے اس کو بتانے کے لیے۔ ہمارے ہمارے ایریا کے یعنی یو پی کے ایک صاحب تھے، وہ گاؤں میں رہتے تھے۔</w:t>
      </w:r>
    </w:p>
    <w:p>
      <w:r>
        <w:rPr>
          <w:b/>
        </w:rPr>
        <w:t xml:space="preserve">[23:07] </w:t>
      </w:r>
      <w:r>
        <w:t>to</w:t>
      </w:r>
    </w:p>
    <w:p>
      <w:pPr>
        <w:jc w:val="right"/>
      </w:pPr>
      <w:r>
        <w:t>تو</w:t>
      </w:r>
    </w:p>
    <w:p>
      <w:r>
        <w:rPr>
          <w:b/>
        </w:rPr>
        <w:t xml:space="preserve">[23:10] </w:t>
      </w:r>
      <w:r>
        <w:t>aik martaba woh Delhi aaye to wahan gaon ke aik aadmi un se jaan pehchan thi. To us ko milne gaye to woh aadmi us zamane mein jab ke Sajjad Sajjad Ghazi ka</w:t>
      </w:r>
    </w:p>
    <w:p>
      <w:pPr>
        <w:jc w:val="right"/>
      </w:pPr>
      <w:r>
        <w:t>ایک مرتبہ وہ دہلی آئے تو وہاں گاؤں کے ایک آدمی ان سے جان پہچان تھی۔ تو اس کو ملنے گئے تو وہ آدمی اس زمانے میں جب کہ سجاد سجاد غازی کا</w:t>
      </w:r>
    </w:p>
    <w:p>
      <w:r>
        <w:rPr>
          <w:b/>
        </w:rPr>
        <w:t xml:space="preserve">[23:27] </w:t>
      </w:r>
      <w:r>
        <w:t>bohat zor tha, to Sajjad Ghazi ne un ko</w:t>
      </w:r>
    </w:p>
    <w:p>
      <w:pPr>
        <w:jc w:val="right"/>
      </w:pPr>
      <w:r>
        <w:t>بہت زور تھا، تو سجاد غازی نے ان کو</w:t>
      </w:r>
    </w:p>
    <w:p>
      <w:r>
        <w:rPr>
          <w:b/>
        </w:rPr>
        <w:t xml:space="preserve">[23:35] </w:t>
      </w:r>
      <w:r>
        <w:t>woh bana diya tha</w:t>
      </w:r>
    </w:p>
    <w:p>
      <w:pPr>
        <w:jc w:val="right"/>
      </w:pPr>
      <w:r>
        <w:t>وہ بنا دیا تھا</w:t>
      </w:r>
    </w:p>
    <w:p>
      <w:r>
        <w:rPr>
          <w:b/>
        </w:rPr>
        <w:t xml:space="preserve">[23:39] </w:t>
      </w:r>
      <w:r>
        <w:t>MP MP.</w:t>
      </w:r>
    </w:p>
    <w:p>
      <w:pPr>
        <w:jc w:val="right"/>
      </w:pPr>
      <w:r>
        <w:t>ایم پی ایم پی۔</w:t>
      </w:r>
    </w:p>
    <w:p>
      <w:r>
        <w:rPr>
          <w:b/>
        </w:rPr>
        <w:t xml:space="preserve">[23:46] </w:t>
      </w:r>
      <w:r>
        <w:t>to yeh milne gaye usay to woh Raj Sahiba ki thi woh.</w:t>
      </w:r>
    </w:p>
    <w:p>
      <w:pPr>
        <w:jc w:val="right"/>
      </w:pPr>
      <w:r>
        <w:t>تو یہ ملنے گئے اسے تو وہ راج صاحبہ کی تھی وہ۔</w:t>
      </w:r>
    </w:p>
    <w:p>
      <w:r>
        <w:rPr>
          <w:b/>
        </w:rPr>
        <w:t xml:space="preserve">[23:54] </w:t>
      </w:r>
      <w:r>
        <w:t>to Raj Sahiba ke ka jo</w:t>
      </w:r>
    </w:p>
    <w:p>
      <w:pPr>
        <w:jc w:val="right"/>
      </w:pPr>
      <w:r>
        <w:t>تو راج صاحبہ کے کا جو</w:t>
      </w:r>
    </w:p>
    <w:p>
      <w:r>
        <w:rPr>
          <w:b/>
        </w:rPr>
        <w:t xml:space="preserve">[24:01] </w:t>
      </w:r>
      <w:r>
        <w:t>residence hua karta tha, to us mein us ne un ko jagah mil gayi thi. Zahir hai ke Raj Sahiba ya power house mein jo rehne ke liye intezam hota hai,</w:t>
      </w:r>
    </w:p>
    <w:p>
      <w:pPr>
        <w:jc w:val="right"/>
      </w:pPr>
      <w:r>
        <w:t>ریزیڈنس ہوا کرتا تھا، تو اس میں اس نے ان کو جگہ مل گئی تھی۔ ظاہر ہے کہ راج صاحبہ یا پاور ہاؤس میں جو رہنے کے لیے انتظام ہوتا ہے،</w:t>
      </w:r>
    </w:p>
    <w:p>
      <w:r>
        <w:rPr>
          <w:b/>
        </w:rPr>
        <w:t xml:space="preserve">[24:18] </w:t>
      </w:r>
      <w:r>
        <w:t>to woh</w:t>
      </w:r>
    </w:p>
    <w:p>
      <w:pPr>
        <w:jc w:val="right"/>
      </w:pPr>
      <w:r>
        <w:t>تو وہ</w:t>
      </w:r>
    </w:p>
    <w:p>
      <w:r>
        <w:rPr>
          <w:b/>
        </w:rPr>
        <w:t xml:space="preserve">[24:19] </w:t>
      </w:r>
      <w:r>
        <w:t>us Raj Sahiba ke logon ke liye jo intezam tha rehne ka, woh bohat acha tha.</w:t>
      </w:r>
    </w:p>
    <w:p>
      <w:pPr>
        <w:jc w:val="right"/>
      </w:pPr>
      <w:r>
        <w:t>اس راج صاحبہ کے لوگوں کے لیے جو انتظام تھا رہنے کا، وہ بہت اچھا تھا۔</w:t>
      </w:r>
    </w:p>
    <w:p>
      <w:r>
        <w:rPr>
          <w:b/>
        </w:rPr>
        <w:t xml:space="preserve">[24:33] </w:t>
      </w:r>
      <w:r>
        <w:t>to wahan telephone bhi tha, wahan har cheez thi, wahan car bhi thi. To unhon ne bataya ke woh aadmi jo tha, jab woh wahan pohanchay to us ne apne woh jo ghar tha, woh dikhaya.</w:t>
      </w:r>
    </w:p>
    <w:p>
      <w:pPr>
        <w:jc w:val="right"/>
      </w:pPr>
      <w:r>
        <w:t>تو وہاں ٹیلی فون بھی تھا، وہاں ہر چیز تھی، وہاں کار بھی تھی۔ تو انہوں نے بتایا کہ وہ آدمی جو تھا، جب وہ وہاں پہنچے تو اس نے اپنے وہ جو گھر تھا، وہ دکھایا۔</w:t>
      </w:r>
    </w:p>
    <w:p>
      <w:r>
        <w:rPr>
          <w:b/>
        </w:rPr>
        <w:t xml:space="preserve">[24:50] </w:t>
      </w:r>
      <w:r>
        <w:t>yeh dekhiye, woh dekhiye, woh dekhiye.</w:t>
      </w:r>
    </w:p>
    <w:p>
      <w:pPr>
        <w:jc w:val="right"/>
      </w:pPr>
      <w:r>
        <w:t>یہ دیکھیے، وہ دیکھیے، وہ دیکھیے۔</w:t>
      </w:r>
    </w:p>
    <w:p>
      <w:r>
        <w:rPr>
          <w:b/>
        </w:rPr>
        <w:t xml:space="preserve">[24:54] </w:t>
      </w:r>
      <w:r>
        <w:t>to jab woh dikhata tha to aisay kehta tha ke yeh sab Sajay babu ki dein hai, yeh sab Sajay babu ki dein hai.</w:t>
      </w:r>
    </w:p>
    <w:p>
      <w:pPr>
        <w:jc w:val="right"/>
      </w:pPr>
      <w:r>
        <w:t>تو جب وہ دکھاتا تھا تو ایسے کہتا تھا کہ یہ سب سجے بابو کی دین ہے، یہ سب سجے بابو کی دین ہے۔</w:t>
      </w:r>
    </w:p>
    <w:p>
      <w:r>
        <w:rPr>
          <w:b/>
        </w:rPr>
        <w:t xml:space="preserve">[25:04] </w:t>
      </w:r>
      <w:r>
        <w:t>aik dam bilkul sarsar tha, us mein sarsar ke yeh sab Sajay babu ki dein hai. To agar waqai aap ko</w:t>
      </w:r>
    </w:p>
    <w:p>
      <w:pPr>
        <w:jc w:val="right"/>
      </w:pPr>
      <w:r>
        <w:t>ایک دم بالکل سرسار تھا، اس میں سرسار کہ یہ سب سجے بابو کی دین ہے۔ تو اگر واقعی آپ کو</w:t>
      </w:r>
    </w:p>
    <w:p>
      <w:r>
        <w:rPr>
          <w:b/>
        </w:rPr>
        <w:t xml:space="preserve">[25:13] </w:t>
      </w:r>
      <w:r>
        <w:t>allah ki, yeh khalq ki, yeh creator ki dein ka ehsas ho, aap sach much jannay ke yeh jo hum ko mila hai, custom made universe,</w:t>
      </w:r>
    </w:p>
    <w:p>
      <w:pPr>
        <w:jc w:val="right"/>
      </w:pPr>
      <w:r>
        <w:t>اللہ کی، یہ خالق کی، یہ کریٹر کی دین کا احساس ہو، آپ سچ مچ جانیں کہ یہ جو ہم کو ملا ہے، کسٹم میڈ یونیورس،</w:t>
      </w:r>
    </w:p>
    <w:p>
      <w:r>
        <w:rPr>
          <w:b/>
        </w:rPr>
        <w:t xml:space="preserve">[25:27] </w:t>
      </w:r>
      <w:r>
        <w:t>yeh khalq ki dein hai, yahi hoga aap ke andar ke yeh sab, yeh sab mere khalq ki dein hai.</w:t>
      </w:r>
    </w:p>
    <w:p>
      <w:pPr>
        <w:jc w:val="right"/>
      </w:pPr>
      <w:r>
        <w:t>یہ خالق کی دین ہے، یہی ہوگا آپ کے اندر کہ یہ سب، یہ سب میرے خالق کی دین ہے۔</w:t>
      </w:r>
    </w:p>
    <w:p>
      <w:r>
        <w:rPr>
          <w:b/>
        </w:rPr>
        <w:t xml:space="preserve">[25:42] </w:t>
      </w:r>
      <w:r>
        <w:t>to yeh jo spirit ki baat hai, yeh har aadmi samajh sakta hai khud hi. yeh koi aisi baat nahi jo samajh mein na aaye. to sach is spirit agar aaye to woh khalq ka</w:t>
      </w:r>
    </w:p>
    <w:p>
      <w:pPr>
        <w:jc w:val="right"/>
      </w:pPr>
      <w:r>
        <w:t>تو یہ جو سپرٹ کی بات ہے، یہ ہر آدمی سمجھ سکتا ہے خود ہی۔ یہ کوئی ایسی بات نہیں جو سمجھ میں نہ آئے۔ تو سچ اس سپرٹ اگر آئے تو وہ خالق کا</w:t>
      </w:r>
    </w:p>
    <w:p>
      <w:r>
        <w:rPr>
          <w:b/>
        </w:rPr>
        <w:t xml:space="preserve">[25:59] </w:t>
      </w:r>
      <w:r>
        <w:t>accept kiya jayega, nahi to jis tarah ka hai to us ki koi ahmiyat nahi hai.</w:t>
      </w:r>
    </w:p>
    <w:p>
      <w:pPr>
        <w:jc w:val="right"/>
      </w:pPr>
      <w:r>
        <w:t>ایکسیپٹ کیا جائے گا، نہیں تو جس طرح کا ہے تو اس کی کوئی اہمیت نہیں ہے۔</w:t>
      </w:r>
    </w:p>
    <w:p>
      <w:r>
        <w:rPr>
          <w:b/>
        </w:rPr>
        <w:t xml:space="preserve">[26:13] </w:t>
      </w:r>
      <w:r>
        <w:t>maulana sahib, doctor naghma siddiqui ne aap se poocha hai: "to live in shukr, we need to completely forget the negative things and focus on the positive.</w:t>
      </w:r>
    </w:p>
    <w:p>
      <w:pPr>
        <w:jc w:val="right"/>
      </w:pPr>
      <w:r>
        <w:t>مولانا صاحب، ڈاکٹر نغمہ صدیقی نے آپ سے پوچھا ہے: "ٹو لیو ان شکر، وی نیڈ ٹو کمپلیٹلی فارگیٹ دی نیگیٹیو تھنگز اینڈ فوکس ان دا پازیٹیو۔</w:t>
      </w:r>
    </w:p>
    <w:p>
      <w:r>
        <w:rPr>
          <w:b/>
        </w:rPr>
        <w:t xml:space="preserve">[26:29] </w:t>
      </w:r>
      <w:r>
        <w:t>how can we do that?" bhai, main to zid aap</w:t>
      </w:r>
    </w:p>
    <w:p>
      <w:pPr>
        <w:jc w:val="right"/>
      </w:pPr>
      <w:r>
        <w:t>ہاؤ کین وی ڈو دیٹ؟" بھئی، میں تو ضد آپ</w:t>
      </w:r>
    </w:p>
    <w:p>
      <w:r>
        <w:rPr>
          <w:b/>
        </w:rPr>
        <w:t xml:space="preserve">[26:35] </w:t>
      </w:r>
      <w:r>
        <w:t>aap ke samne ek qissa sunaoon. jo kuch doosron par beetti hai, woh mere upar beetti hai. har qism ke waqiat hain, lekin main kabhi neeche nahi hota.</w:t>
      </w:r>
    </w:p>
    <w:p>
      <w:pPr>
        <w:jc w:val="right"/>
      </w:pPr>
      <w:r>
        <w:t>آپ کے سامنے ایک قصہ سوز ہوں۔ جو کچھ دوسروں پر بیتتی ہے، وہ میرے اوپر بیتتی ہے۔ ہر قسم کے واقعات ہیں، لیکن میں کبھی نیچے نہیں ہوتا۔</w:t>
      </w:r>
    </w:p>
    <w:p>
      <w:r>
        <w:rPr>
          <w:b/>
        </w:rPr>
        <w:t xml:space="preserve">[26:48] </w:t>
      </w:r>
      <w:r>
        <w:t>mujhe kisi se shikayat nahi hoti.</w:t>
      </w:r>
    </w:p>
    <w:p>
      <w:pPr>
        <w:jc w:val="right"/>
      </w:pPr>
      <w:r>
        <w:t>مجھے کسی سے شکایت نہیں ہوتی۔</w:t>
      </w:r>
    </w:p>
    <w:p>
      <w:r>
        <w:rPr>
          <w:b/>
        </w:rPr>
        <w:t xml:space="preserve">[26:52] </w:t>
      </w:r>
      <w:r>
        <w:t>kabhi main nashukri mein nahi jeeta. aap mujhe ajeeb se dekh rahi hain. to aise aap sab log bach jaiye.</w:t>
      </w:r>
    </w:p>
    <w:p>
      <w:pPr>
        <w:jc w:val="right"/>
      </w:pPr>
      <w:r>
        <w:t>کبھی میں ناشکری میں نہیں جیتا۔ آپ مجھے عجیب سے دیکھ رہی ہیں۔ تو ایسے آپ سب لوگ بچ جائیے۔</w:t>
      </w:r>
    </w:p>
    <w:p>
      <w:r>
        <w:rPr>
          <w:b/>
        </w:rPr>
        <w:t xml:space="preserve">[27:06] </w:t>
      </w:r>
      <w:r>
        <w:t>dekhiye, nashukri aur negativity dono ek saath jua nahi sakte. yaad rakhiye, shukr guzari aur</w:t>
      </w:r>
    </w:p>
    <w:p>
      <w:pPr>
        <w:jc w:val="right"/>
      </w:pPr>
      <w:r>
        <w:t>دیکھیے، ناشکری اور نیگیٹیوٹی دونوں ایک ساتھ جوا نہیں سکتے۔ یاد رکھیے، شکر گزاری اور</w:t>
      </w:r>
    </w:p>
    <w:p>
      <w:r>
        <w:rPr>
          <w:b/>
        </w:rPr>
        <w:t xml:space="preserve">[27:25] </w:t>
      </w:r>
      <w:r>
        <w:t>jahan hogi, wahan</w:t>
      </w:r>
    </w:p>
    <w:p>
      <w:pPr>
        <w:jc w:val="right"/>
      </w:pPr>
      <w:r>
        <w:t>جہاں ہوگی، وہاں</w:t>
      </w:r>
    </w:p>
    <w:p>
      <w:r>
        <w:rPr>
          <w:b/>
        </w:rPr>
        <w:t xml:space="preserve">[27:31] </w:t>
      </w:r>
      <w:r>
        <w:t>yani aadmi agar shukr guzar hai allah rabb ul alameen ka to woh bilkul</w:t>
      </w:r>
    </w:p>
    <w:p>
      <w:pPr>
        <w:jc w:val="right"/>
      </w:pPr>
      <w:r>
        <w:t>یعنی آدمی اگر شکر گزار ہے اللہ رب العالمین کا تو وہ بالکل</w:t>
      </w:r>
    </w:p>
    <w:p>
      <w:r>
        <w:rPr>
          <w:b/>
        </w:rPr>
        <w:t xml:space="preserve">[27:41] </w:t>
      </w:r>
      <w:r>
        <w:t>positive aadmi hoga. positive. doctor naghma ka hi ek aur sawal hai:</w:t>
      </w:r>
    </w:p>
    <w:p>
      <w:pPr>
        <w:jc w:val="right"/>
      </w:pPr>
      <w:r>
        <w:t>پازیٹیو آدمی ہوگا۔ پازیٹیو۔ ڈاکٹر نغمہ کا ہی ایک اور سوال ہے:</w:t>
      </w:r>
    </w:p>
    <w:p>
      <w:r>
        <w:rPr>
          <w:b/>
        </w:rPr>
        <w:t xml:space="preserve">[27:49] </w:t>
      </w:r>
      <w:r>
        <w:t>"in the scientific era, people usually think that the benefits they are reaping are because of the development of science and technology and not because of god,</w:t>
      </w:r>
    </w:p>
    <w:p>
      <w:pPr>
        <w:jc w:val="right"/>
      </w:pPr>
      <w:r>
        <w:t>"ان دا سائنٹیفک ایرا، پیپل یوزلی تھنک دیٹ دا بینیفٹس دے آر ریپنگ آر بیکاز اف دا ڈیولپمنٹ اف سائنس اینڈ ٹیکنالوجی اینڈ ناٹ بیکاز اف گاڈ،</w:t>
      </w:r>
    </w:p>
    <w:p>
      <w:r>
        <w:rPr>
          <w:b/>
        </w:rPr>
        <w:t xml:space="preserve">[28:04] </w:t>
      </w:r>
      <w:r>
        <w:t>and hence they do not live in shukr.</w:t>
      </w:r>
    </w:p>
    <w:p>
      <w:pPr>
        <w:jc w:val="right"/>
      </w:pPr>
      <w:r>
        <w:t>اینڈ ہینس دے ڈو ناٹ لیو ان شکر۔</w:t>
      </w:r>
    </w:p>
    <w:p>
      <w:r>
        <w:rPr>
          <w:b/>
        </w:rPr>
        <w:t xml:space="preserve">[28:08] </w:t>
      </w:r>
      <w:r>
        <w:t>what is your advice for such people?"</w:t>
      </w:r>
    </w:p>
    <w:p>
      <w:pPr>
        <w:jc w:val="right"/>
      </w:pPr>
      <w:r>
        <w:t>واٹ از یور ایڈوائس فار سچ پیپل؟"</w:t>
      </w:r>
    </w:p>
    <w:p>
      <w:r>
        <w:rPr>
          <w:b/>
        </w:rPr>
        <w:t xml:space="preserve">[28:15] </w:t>
      </w:r>
      <w:r>
        <w:t>bhai, science kya hai? woh god ka creation hai. spirit god ka creation hai. har cheez god ka creation hai.</w:t>
      </w:r>
    </w:p>
    <w:p>
      <w:pPr>
        <w:jc w:val="right"/>
      </w:pPr>
      <w:r>
        <w:t>بھئی، سائنس کیا ہے؟ وہ گاڈ کا کریشن ہے۔ سپرٹ گاڈ کا کریشن ہے۔ ہر چیز گاڈ کا کریشن ہے۔</w:t>
      </w:r>
    </w:p>
    <w:p>
      <w:r>
        <w:rPr>
          <w:b/>
        </w:rPr>
        <w:t xml:space="preserve">[28:31] </w:t>
      </w:r>
      <w:r>
        <w:t>to is ko aap alag nahi kar sakte. ek kitaab se bhi thi, par ek baat hai, is ka title yahi tha: "main shayad bol raha hai ke science ka mutalia aadmi ko khuda tak pahunchata hai.</w:t>
      </w:r>
    </w:p>
    <w:p>
      <w:pPr>
        <w:jc w:val="right"/>
      </w:pPr>
      <w:r>
        <w:t>تو اس کو آپ الگ نہیں کر سکتے۔ ایک کتاب سے بھی تھی، پر ایک بات ہے، اس کا ٹائٹل یہی تھا: "میں شاید بول رہا ہے کہ سائنس کا مطالعہ آدمی کو خدا تک پہنچاتا ہے۔</w:t>
      </w:r>
    </w:p>
    <w:p>
      <w:r>
        <w:rPr>
          <w:b/>
        </w:rPr>
        <w:t xml:space="preserve">[28:50] </w:t>
      </w:r>
      <w:r>
        <w:t>science ka mutalia aadmi ko kis kyunke science mein woh sab khuda ki</w:t>
      </w:r>
    </w:p>
    <w:p>
      <w:pPr>
        <w:jc w:val="right"/>
      </w:pPr>
      <w:r>
        <w:t>سائنس کا مطالعہ آدمی کو کس کیونکہ سائنس میں وہ سب خدا کی</w:t>
      </w:r>
    </w:p>
    <w:p>
      <w:r>
        <w:rPr>
          <w:b/>
        </w:rPr>
        <w:t xml:space="preserve">[29:05] </w:t>
      </w:r>
      <w:r>
        <w:t>taaruf hai. log mazhab se door ho gaye hain to woh kaise in sab baton ko jannay ke yeh sari jo nematein hain, hamein khuda ki taraf se mili hain?</w:t>
      </w:r>
    </w:p>
    <w:p>
      <w:pPr>
        <w:jc w:val="right"/>
      </w:pPr>
      <w:r>
        <w:t>تعارف ہے۔ لوگ مذہب سے دور ہو گئے ہیں تو وہ کیسے ان سب باتوں کو جانیں کہ یہ ساری جو نعمتیں ہیں، ہمیں خدا کی طرف سے ملی ہیں؟</w:t>
      </w:r>
    </w:p>
    <w:p>
      <w:r>
        <w:rPr>
          <w:b/>
        </w:rPr>
        <w:t xml:space="preserve">[29:20] </w:t>
      </w:r>
      <w:r>
        <w:t>to woh woh kaise ho? woh to jantay hi nahi,</w:t>
      </w:r>
    </w:p>
    <w:p>
      <w:pPr>
        <w:jc w:val="right"/>
      </w:pPr>
      <w:r>
        <w:t>تو وہ وہ کیسے ہو؟ وہ تو جانتے ہی نہیں،</w:t>
      </w:r>
    </w:p>
    <w:p>
      <w:r>
        <w:rPr>
          <w:b/>
        </w:rPr>
        <w:t xml:space="preserve">[29:23] </w:t>
      </w:r>
      <w:r>
        <w:t>is liye woh khuda se connect bhi nahi kar paate hain apne aap ko. yeh to sahi hai, lekin is ka matlab yeh hai ke hamari duty, is ka aisa hona hamari duty yaad dilata hai.</w:t>
      </w:r>
    </w:p>
    <w:p>
      <w:pPr>
        <w:jc w:val="right"/>
      </w:pPr>
      <w:r>
        <w:t>اس لیے وہ خدا سے کنیکٹ بھی نہیں کر پاتے ہیں اپنے آپ کو۔ یہ تو صحیح ہے، لیکن اس کا مطلب یہ ہے کہ ہماری ڈیوٹی، اس کا ایسا ہونا ہماری ڈیوٹی یاد دلاتا ہے۔</w:t>
      </w:r>
    </w:p>
    <w:p>
      <w:r>
        <w:rPr>
          <w:b/>
        </w:rPr>
        <w:t xml:space="preserve">[29:43] </w:t>
      </w:r>
      <w:r>
        <w:t>yeh karna, yeh sab karna hai, yeh duty hai hamari. isi bhool gaye thay, isi liye to yeh mujhe batai hai.</w:t>
      </w:r>
    </w:p>
    <w:p>
      <w:pPr>
        <w:jc w:val="right"/>
      </w:pPr>
      <w:r>
        <w:t>یہ کرنا، یہ سب کرنا ہے، یہ ڈیوٹی ہے ہماری۔ اسی بھول گئے تھے، اسی لیے تو یہ مجھے بتائی ہے۔</w:t>
      </w:r>
    </w:p>
    <w:p>
      <w:r>
        <w:rPr>
          <w:b/>
        </w:rPr>
        <w:t xml:space="preserve">[29:55] </w:t>
      </w:r>
      <w:r>
        <w:t>doctor rajat malhotra ne poocha hai: "how can we ignore the negativity all around us</w:t>
      </w:r>
    </w:p>
    <w:p>
      <w:pPr>
        <w:jc w:val="right"/>
      </w:pPr>
      <w:r>
        <w:t>ڈاکٹر رجت ملحوترا نے پوچھا ہے: "ہاؤ کین وی اگنور دا نیگیٹیوٹی ال اراؤنڈ اس</w:t>
      </w:r>
    </w:p>
    <w:p>
      <w:r>
        <w:rPr>
          <w:b/>
        </w:rPr>
        <w:t xml:space="preserve">[30:03] </w:t>
      </w:r>
      <w:r>
        <w:t>and stay positive?"</w:t>
      </w:r>
    </w:p>
    <w:p>
      <w:pPr>
        <w:jc w:val="right"/>
      </w:pPr>
      <w:r>
        <w:t>اینڈ سٹے پازیٹیو؟"</w:t>
      </w:r>
    </w:p>
    <w:p>
      <w:r>
        <w:rPr>
          <w:b/>
        </w:rPr>
        <w:t xml:space="preserve">[30:08] </w:t>
      </w:r>
      <w:r>
        <w:t>yeh to karna hi parega.</w:t>
      </w:r>
    </w:p>
    <w:p>
      <w:pPr>
        <w:jc w:val="right"/>
      </w:pPr>
      <w:r>
        <w:t>یہ تو کرنا ہی پڑے گا۔</w:t>
      </w:r>
    </w:p>
    <w:p>
      <w:r>
        <w:rPr>
          <w:b/>
        </w:rPr>
        <w:t xml:space="preserve">[30:13] </w:t>
      </w:r>
      <w:r>
        <w:t>yeh to</w:t>
      </w:r>
    </w:p>
    <w:p>
      <w:pPr>
        <w:jc w:val="right"/>
      </w:pPr>
      <w:r>
        <w:t>یہ تو</w:t>
      </w:r>
    </w:p>
    <w:p>
      <w:r>
        <w:rPr>
          <w:b/>
        </w:rPr>
        <w:t xml:space="preserve">[30:17] </w:t>
      </w:r>
      <w:r>
        <w:t>is ko main kehta hoon: "detachment".</w:t>
      </w:r>
    </w:p>
    <w:p>
      <w:pPr>
        <w:jc w:val="right"/>
      </w:pPr>
      <w:r>
        <w:t>اس کو میں کہتا ہوں: "ڈیٹیسٹمنٹ"۔ میں نے اس چالک کو ہو کر سوچتا ہوں کہ یہ تو کرنا ہی پڑے گا۔</w:t>
      </w:r>
    </w:p>
    <w:p>
      <w:r>
        <w:rPr>
          <w:b/>
        </w:rPr>
        <w:t xml:space="preserve">[30:34] </w:t>
      </w:r>
      <w:r>
        <w:t>doctor najma siddiqui ne poocha hai aap se: "what type of shukr will be acceptable to god?" woh dil se ho, lips se na ho.</w:t>
      </w:r>
    </w:p>
    <w:p>
      <w:pPr>
        <w:jc w:val="right"/>
      </w:pPr>
      <w:r>
        <w:t>ڈاکٹر نجمہ صدیقی نے پوچھا ہے آپ سے: "واٹ ٹائپ اف شکر ول بی ایکسیپٹیبل ٹو گاڈ؟" وہ دل سے ہو، لپس سے نہ ہو۔</w:t>
      </w:r>
    </w:p>
    <w:p>
      <w:r>
        <w:rPr>
          <w:b/>
        </w:rPr>
        <w:t xml:space="preserve">[30:45] </w:t>
      </w:r>
      <w:r>
        <w:t>bas</w:t>
      </w:r>
    </w:p>
    <w:p>
      <w:pPr>
        <w:jc w:val="right"/>
      </w:pPr>
      <w:r>
        <w:t>بس</w:t>
      </w:r>
    </w:p>
    <w:p>
      <w:r>
        <w:rPr>
          <w:b/>
        </w:rPr>
        <w:t xml:space="preserve">[30:50] </w:t>
      </w:r>
      <w:r>
        <w:t>in ka aik aur sawal hai: "how can we invoke the help of angels to live?" how can we invoke the help of angels to live in positivity?</w:t>
      </w:r>
    </w:p>
    <w:p>
      <w:pPr>
        <w:jc w:val="right"/>
      </w:pPr>
      <w:r>
        <w:t>ان کا ایک اور سوال ہے: "ہاؤ کین وی انوک دی ہیلپ اف اینجلز ٹو لیو؟" ہاؤ کین وی انوک دی ہیلپ اف اینجلز ٹو لیو ان پازیٹیوٹی؟</w:t>
      </w:r>
    </w:p>
    <w:p>
      <w:r>
        <w:rPr>
          <w:b/>
        </w:rPr>
        <w:t xml:space="preserve">[31:09] </w:t>
      </w:r>
      <w:r>
        <w:t>study karna chahiye jo god ka subject hai. is par to apna aap hi spirit paida hogi.</w:t>
      </w:r>
    </w:p>
    <w:p>
      <w:pPr>
        <w:jc w:val="right"/>
      </w:pPr>
      <w:r>
        <w:t>اسٹڈی کرنا چاہیے جو گاڈ کا سبجیکٹ ہے۔ اس پر تو اپنا آپ ہی سپرٹ پیدا ہوگی۔</w:t>
      </w:r>
    </w:p>
    <w:p>
      <w:r>
        <w:rPr>
          <w:b/>
        </w:rPr>
        <w:t xml:space="preserve">[31:23] </w:t>
      </w:r>
      <w:r>
        <w:t>yeh to bohat ooper aap ne kai kitabein likhi hain.</w:t>
      </w:r>
    </w:p>
    <w:p>
      <w:pPr>
        <w:jc w:val="right"/>
      </w:pPr>
      <w:r>
        <w:t>یہ تو بہت اوپر آپ نے کئی کتابیں لکھی ہیں۔</w:t>
      </w:r>
    </w:p>
    <w:p>
      <w:r>
        <w:rPr>
          <w:b/>
        </w:rPr>
        <w:t xml:space="preserve">[31:26] </w:t>
      </w:r>
      <w:r>
        <w:t>aik kitab ka naam hai: "god arises".</w:t>
      </w:r>
    </w:p>
    <w:p>
      <w:pPr>
        <w:jc w:val="right"/>
      </w:pPr>
      <w:r>
        <w:t>ایک کتاب کا نام ہے: "گاڈ ارائزز"۔ اس طرح اور بھی کتابیں ہیں۔ تو کتابیں پڑھی جائیں گی تو اس سے سپرٹ جائے گی۔</w:t>
      </w:r>
    </w:p>
    <w:p>
      <w:r>
        <w:rPr>
          <w:b/>
        </w:rPr>
        <w:t xml:space="preserve">[31:41] </w:t>
      </w:r>
      <w:r>
        <w:t>maulana farhad ahmad sahib ne aap se poocha hai:</w:t>
      </w:r>
    </w:p>
    <w:p>
      <w:pPr>
        <w:jc w:val="right"/>
      </w:pPr>
      <w:r>
        <w:t>مولانا فرہاد احمد صاحب نے آپ سے پوچھا ہے:</w:t>
      </w:r>
    </w:p>
    <w:p>
      <w:r>
        <w:rPr>
          <w:b/>
        </w:rPr>
        <w:t xml:space="preserve">[31:45] </w:t>
      </w:r>
      <w:r>
        <w:t>"maulana sahib, why shukr is so important and what is the essence of shukr?" dekhein, shukr ka mani hai iqrar karna.</w:t>
      </w:r>
    </w:p>
    <w:p>
      <w:pPr>
        <w:jc w:val="right"/>
      </w:pPr>
      <w:r>
        <w:t>"مولانا صاحب، وائی شکر از سو امپورٹنٹ اینڈ واٹ از دا ایسنس اف شکر؟" دیکھیں، شکر کا معنی ہے اقرار کرنا۔</w:t>
      </w:r>
    </w:p>
    <w:p>
      <w:r>
        <w:rPr>
          <w:b/>
        </w:rPr>
        <w:t xml:space="preserve">[31:59] </w:t>
      </w:r>
      <w:r>
        <w:t>iqrar karna yani kisi ke</w:t>
      </w:r>
    </w:p>
    <w:p>
      <w:pPr>
        <w:jc w:val="right"/>
      </w:pPr>
      <w:r>
        <w:t>اقرار کرنا یعنی کسی کے</w:t>
      </w:r>
    </w:p>
    <w:p>
      <w:r>
        <w:rPr>
          <w:b/>
        </w:rPr>
        <w:t xml:space="preserve">[32:02] </w:t>
      </w:r>
      <w:r>
        <w:t>ke jo mila hai, mila hai, aaya main mile hue ko iqrar karna. yeh shukr hai</w:t>
      </w:r>
    </w:p>
    <w:p>
      <w:pPr>
        <w:jc w:val="right"/>
      </w:pPr>
      <w:r>
        <w:t>کہ جو ملا ہے، ملا ہے، آیا میں ملے ہوئے کو اقرار کرنا۔ یہ شکر ہے</w:t>
      </w:r>
    </w:p>
    <w:p>
      <w:r>
        <w:rPr>
          <w:b/>
        </w:rPr>
        <w:t xml:space="preserve">[32:15] </w:t>
      </w:r>
      <w:r>
        <w:t>aur aur iqrar karna dil se. muhammad danish fazal sahib ka aik comment hai: "maulana sahib, you have rightly mentioned that freedom is a blessing.</w:t>
      </w:r>
    </w:p>
    <w:p>
      <w:pPr>
        <w:jc w:val="right"/>
      </w:pPr>
      <w:r>
        <w:t>اور اور اقرار کرنا دل سے۔ محمد دانش فضل صاحب کا ایک کمنٹ ہے: "مولانا صاحب، یو ہیو رائٹلی مینشنڈ دیٹ فریڈم از ا بلیسنگ۔</w:t>
      </w:r>
    </w:p>
    <w:p>
      <w:r>
        <w:rPr>
          <w:b/>
        </w:rPr>
        <w:t xml:space="preserve">[32:32] </w:t>
      </w:r>
      <w:r>
        <w:t>lockdown is a shock therapy so that we may develop shukr culture in us." yeh comment hai.</w:t>
      </w:r>
    </w:p>
    <w:p>
      <w:pPr>
        <w:jc w:val="right"/>
      </w:pPr>
      <w:r>
        <w:t>لاک ڈاؤن از ا شاک تھیراپی سو دیٹ وی می ڈیویلپ شکر کلچر ان اس۔" یہ کمنٹ ہے۔</w:t>
      </w:r>
    </w:p>
    <w:p>
      <w:r>
        <w:rPr>
          <w:b/>
        </w:rPr>
        <w:t xml:space="preserve">[32:42] </w:t>
      </w:r>
      <w:r>
        <w:t>hmm, yeh aik comment hai. achi baat hai ke maulana sahib, you have rightly mentioned that freedom is a blessing.</w:t>
      </w:r>
    </w:p>
    <w:p>
      <w:pPr>
        <w:jc w:val="right"/>
      </w:pPr>
      <w:r>
        <w:t>ہمم، یہ ایک کمنٹ ہے۔ اچھا جی، محمد دانش فضل صاحب کا۔ اچھی بات ہے کہ مولانا صاحب، یو ہیو رائٹلی مینشنڈ دیٹ فریڈم از ا بلیسنگ۔</w:t>
      </w:r>
    </w:p>
    <w:p>
      <w:r>
        <w:rPr>
          <w:b/>
        </w:rPr>
        <w:t xml:space="preserve">[32:53] </w:t>
      </w:r>
      <w:r>
        <w:t>hmm, lockdown is a shock therapy</w:t>
      </w:r>
    </w:p>
    <w:p>
      <w:pPr>
        <w:jc w:val="right"/>
      </w:pPr>
      <w:r>
        <w:t>ہمم، لاک ڈاؤن از ا شاک تھیراپی</w:t>
      </w:r>
    </w:p>
    <w:p>
      <w:r>
        <w:rPr>
          <w:b/>
        </w:rPr>
        <w:t xml:space="preserve">[32:57] </w:t>
      </w:r>
      <w:r>
        <w:t>so that we may develop shukr culture in us. hmm, maulana iqbal umri sahib ka bhi aik comment hai: "maulana, aap ne in halaat mein shukr aur qanaat mein jeene ka dhang sikhaya hai.</w:t>
      </w:r>
    </w:p>
    <w:p>
      <w:pPr>
        <w:jc w:val="right"/>
      </w:pPr>
      <w:r>
        <w:t>سو دیٹ وی می ڈیویلپ شکر کلچر ان اس۔ ہمم، مولانا اقبال عمری صاحب کا بھی ایک کمنٹ ہے: "مولانا، آپ نے ان حالات میں شکر اور قناعت میں جینے کا ڈھنگ سکھایا ہے۔</w:t>
      </w:r>
    </w:p>
    <w:p>
      <w:r>
        <w:rPr>
          <w:b/>
        </w:rPr>
        <w:t xml:space="preserve">[33:16] </w:t>
      </w:r>
      <w:r>
        <w:t>allah humein is par sabit qadam rakhein. aameen." hmm, sahi hai.</w:t>
      </w:r>
    </w:p>
    <w:p>
      <w:pPr>
        <w:jc w:val="right"/>
      </w:pPr>
      <w:r>
        <w:t>اللہ ہمیں اس پر ثابت قدم رکھیں۔ آمین۔" ہمم، صحیح ہے۔</w:t>
      </w:r>
    </w:p>
    <w:p>
      <w:r>
        <w:rPr>
          <w:b/>
        </w:rPr>
        <w:t xml:space="preserve">[33:26] </w:t>
      </w:r>
      <w:r>
        <w:t>masha allah.</w:t>
      </w:r>
    </w:p>
    <w:p>
      <w:pPr>
        <w:jc w:val="right"/>
      </w:pPr>
      <w:r>
        <w:t>ماشاءاللہ۔</w:t>
      </w:r>
    </w:p>
    <w:p>
      <w:r>
        <w:rPr>
          <w:b/>
        </w:rPr>
        <w:t xml:space="preserve">[33:32] </w:t>
      </w:r>
      <w:r>
        <w:t>miss hafsa khan ne poocha hai aap se: "maulana, what are the ways to express gratitude to our creator and creation?"</w:t>
      </w:r>
    </w:p>
    <w:p>
      <w:pPr>
        <w:jc w:val="right"/>
      </w:pPr>
      <w:r>
        <w:t>مس حفصہ خان نے پوچھا ہے آپ سے: "مولانا، واٹ ار دا ویز ٹو ایکسپریس گریٹیٹیوڈ ٹو اور کریٹر اینڈ کریشن؟"</w:t>
      </w:r>
    </w:p>
    <w:p>
      <w:r>
        <w:rPr>
          <w:b/>
        </w:rPr>
        <w:t xml:space="preserve">[33:48] </w:t>
      </w:r>
      <w:r>
        <w:t>bhai sahib, sahib se aik update se phailayein ke rasool allah sal allaho alaihe wasallam jo makka mein quran parhate thay to woh yahi tareeqa pehle bhi tha, yahi tareeqa aaj bhi hai.</w:t>
      </w:r>
    </w:p>
    <w:p>
      <w:pPr>
        <w:jc w:val="right"/>
      </w:pPr>
      <w:r>
        <w:t>بھائی صاحب، صاحب سے ایک اپڈیٹ سے پھیلائیں کہ رسول اللہ صلی اللہ علیہ وسلم جو مکہ میں قرآن پڑھاتے تھے تو وہ یہی طریقہ پہلے بھی تھا، یہی طریقہ آج بھی ہے۔</w:t>
      </w:r>
    </w:p>
    <w:p>
      <w:r>
        <w:rPr>
          <w:b/>
        </w:rPr>
        <w:t xml:space="preserve">[34:08] </w:t>
      </w:r>
      <w:r>
        <w:t>main aik aik aik ayat aap ko yaad dilana chahta hoon ke kitni bari ghalti aaj ke insan se ho jaye, phir bhi allah maaf karta hai.</w:t>
      </w:r>
    </w:p>
    <w:p>
      <w:pPr>
        <w:jc w:val="right"/>
      </w:pPr>
      <w:r>
        <w:t>میں ایک ایک ایک آیت آپ کو یاد دلانا چاہتا ہوں کہ کتنی بڑی غلطی آج کے انسان سے ہو جائے، پھر بھی اللہ معاف کرتا ہے۔</w:t>
      </w:r>
    </w:p>
    <w:p>
      <w:r>
        <w:rPr>
          <w:b/>
        </w:rPr>
        <w:t xml:space="preserve">[34:21] </w:t>
      </w:r>
      <w:r>
        <w:t>aik ayat hai: "qul ya ibad alladhina</w:t>
      </w:r>
    </w:p>
    <w:p>
      <w:pPr>
        <w:jc w:val="right"/>
      </w:pPr>
      <w:r>
        <w:t>ایک آیت ہے: "قل یا عباد الذین</w:t>
      </w:r>
    </w:p>
    <w:p>
      <w:r>
        <w:rPr>
          <w:b/>
        </w:rPr>
        <w:t xml:space="preserve">[34:26] </w:t>
      </w:r>
      <w:r>
        <w:t>asrafu ala anfusihim la taqnato min rahmat allah." allah, allah, allah!</w:t>
      </w:r>
    </w:p>
    <w:p>
      <w:pPr>
        <w:jc w:val="right"/>
      </w:pPr>
      <w:r>
        <w:t>اصرف علی انفسہم لا تقرضوا رحمۃ اللہ۔" اللہ، اللہ، اللہ!</w:t>
      </w:r>
    </w:p>
    <w:p>
      <w:r>
        <w:rPr>
          <w:b/>
        </w:rPr>
        <w:t xml:space="preserve">[34:39] </w:t>
      </w:r>
      <w:r>
        <w:t>kaho aye be bandon se</w:t>
      </w:r>
    </w:p>
    <w:p>
      <w:pPr>
        <w:jc w:val="right"/>
      </w:pPr>
      <w:r>
        <w:t>کہو اے بے بندوں سے</w:t>
      </w:r>
    </w:p>
    <w:p>
      <w:r>
        <w:rPr>
          <w:b/>
        </w:rPr>
        <w:t xml:space="preserve">[34:45] </w:t>
      </w:r>
      <w:r>
        <w:t>jinhon ne apna apne aap par ziyadati ki hai, Allah ki rehmat se khush raho kyunke Allah saare hi gunahon ko maaf kar deta hai.</w:t>
      </w:r>
    </w:p>
    <w:p>
      <w:pPr>
        <w:jc w:val="right"/>
      </w:pPr>
      <w:r>
        <w:t>جنہوں نے اپنا اپنے آپ پر زیادتی کی ہے، اللہ کی رحمت سے خوش رہو کیونکہ اللہ سارے ہی گناہوں کو معاف کر دیتا ہے۔</w:t>
      </w:r>
    </w:p>
    <w:p>
      <w:r>
        <w:rPr>
          <w:b/>
        </w:rPr>
        <w:t xml:space="preserve">[35:05] </w:t>
      </w:r>
      <w:r>
        <w:t>agar log toba karein,</w:t>
      </w:r>
    </w:p>
    <w:p>
      <w:pPr>
        <w:jc w:val="right"/>
      </w:pPr>
      <w:r>
        <w:t>اگر لوگ توبہ کریں،</w:t>
      </w:r>
    </w:p>
    <w:p>
      <w:r>
        <w:rPr>
          <w:b/>
        </w:rPr>
        <w:t xml:space="preserve">[35:11] </w:t>
      </w:r>
      <w:r>
        <w:t>sachi toba, toba nasooh har ghalti ko maaf kar kar deti hai.</w:t>
      </w:r>
    </w:p>
    <w:p>
      <w:pPr>
        <w:jc w:val="right"/>
      </w:pPr>
      <w:r>
        <w:t>سچی توبہ، توبہ نصوح ہر غلطی کو معاف کر کر دیتی ہے۔</w:t>
      </w:r>
    </w:p>
    <w:p>
      <w:r>
        <w:rPr>
          <w:b/>
        </w:rPr>
        <w:t xml:space="preserve">[35:28] </w:t>
      </w:r>
      <w:r>
        <w:t>bohat ajeeb ayat hai yeh: "قل یا عباد الذین اصرفوا علی انفسہم لا تقرضوا رحمۃ اللہ۔" Allah, Allah!</w:t>
      </w:r>
    </w:p>
    <w:p>
      <w:pPr>
        <w:jc w:val="right"/>
      </w:pPr>
      <w:r>
        <w:t>بہت عجیب آیت ہے یہ: "قل یا عباد الذین اصرفوا علی انفسہم لا تقرضوا رحمۃ اللہ۔" اللہ، اللہ!</w:t>
      </w:r>
    </w:p>
    <w:p>
      <w:r>
        <w:rPr>
          <w:b/>
        </w:rPr>
        <w:t xml:space="preserve">[35:51] </w:t>
      </w:r>
      <w:r>
        <w:t>Maulana sahib, Doctor Safeena Tabassum ne Saharanpur se aap se poocha hai: "Maulana sahib, ek aur baat samajh mein aayi ke virus jo bazahir ek unseen cheez hai,</w:t>
      </w:r>
    </w:p>
    <w:p>
      <w:pPr>
        <w:jc w:val="right"/>
      </w:pPr>
      <w:r>
        <w:t>مولانا صاحب، ڈاکٹر سفینہ تبسم نے سہارن پور سے آپ سے پوچھا ہے: "مولانا صاحب، ایک اور بات سمجھ میں آئی کہ وائرس جو بظاہر ایک ان سین چیز ہے،</w:t>
      </w:r>
    </w:p>
    <w:p>
      <w:r>
        <w:rPr>
          <w:b/>
        </w:rPr>
        <w:t xml:space="preserve">[36:08] </w:t>
      </w:r>
      <w:r>
        <w:t>aaj hum unseen ka khauf saari duniya mein dekh sakte hain. Isi ko agar hum aur sochein to aaj hum sab ek unseen</w:t>
      </w:r>
    </w:p>
    <w:p>
      <w:pPr>
        <w:jc w:val="right"/>
      </w:pPr>
      <w:r>
        <w:t>آج ہم ان سین کا خوف ساری دنیا میں دیکھ سکتے ہیں۔ اسی کو اگر ہم اور سوچیں تو آج ہم سب ایک ان سین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