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Find Solution in Prayer April 10, 2020 Maulana Wahiduddin Khan</w:t>
      </w:r>
    </w:p>
    <w:p>
      <w:r>
        <w:t>https://www.youtube.com/watch?v=CeaxQyMGQN0</w:t>
      </w:r>
    </w:p>
    <w:p>
      <w:r>
        <w:rPr>
          <w:b/>
        </w:rPr>
        <w:t xml:space="preserve">[00:14] </w:t>
      </w:r>
      <w:r>
        <w:t>bismillah rahman rahim.</w:t>
      </w:r>
    </w:p>
    <w:p>
      <w:pPr>
        <w:jc w:val="right"/>
      </w:pPr>
      <w:r>
        <w:t>بسم اللہ الرحمن الرحیم۔</w:t>
      </w:r>
    </w:p>
    <w:p>
      <w:r>
        <w:rPr>
          <w:b/>
        </w:rPr>
        <w:t xml:space="preserve">[00:21] </w:t>
      </w:r>
      <w:r>
        <w:t>aaj ke topic ke liye mein bas soch raha tha to mere samne aaya ek hadith hai,</w:t>
      </w:r>
    </w:p>
    <w:p>
      <w:pPr>
        <w:jc w:val="right"/>
      </w:pPr>
      <w:r>
        <w:t>آج کے ٹاپک کے لیے میں بس سوچ رہا تھا تو میرے سامنے آیا ایک حدیث ہے،</w:t>
      </w:r>
    </w:p>
    <w:p>
      <w:r>
        <w:rPr>
          <w:b/>
        </w:rPr>
        <w:t xml:space="preserve">[00:31] </w:t>
      </w:r>
      <w:r>
        <w:t>ek hadith hai peghambar e Islam ke bare mein ke "إذا آنه أمرٌ فصلّه" ۔ agar aap ke paas,</w:t>
      </w:r>
    </w:p>
    <w:p>
      <w:pPr>
        <w:jc w:val="right"/>
      </w:pPr>
      <w:r>
        <w:t>ایک حدیث ہے پیغمبر اسلام کے بارے میں کہ "إذا آنه أمرٌ فصلّه" ۔ اگر آپ کے پاس،</w:t>
      </w:r>
    </w:p>
    <w:p>
      <w:r>
        <w:rPr>
          <w:b/>
        </w:rPr>
        <w:t xml:space="preserve">[00:46] </w:t>
      </w:r>
      <w:r>
        <w:t>agar aap ke sath koi mamla pesh aata tha, koi gambheer mamla, to aap namaz parhte the.</w:t>
      </w:r>
    </w:p>
    <w:p>
      <w:pPr>
        <w:jc w:val="right"/>
      </w:pPr>
      <w:r>
        <w:t>اگر آپ کے ساتھ کوئی معاملہ پیش آتا تھا، کوئی گمبھیر معاملہ، تو آپ نماز پڑھتے تھے۔</w:t>
      </w:r>
    </w:p>
    <w:p>
      <w:r>
        <w:rPr>
          <w:b/>
        </w:rPr>
        <w:t xml:space="preserve">[01:02] </w:t>
      </w:r>
      <w:r>
        <w:t>to mein ne socha ke koi masla paida hua to aap ne namaz kyun parhi? to ek aur hadith mein yeh hai ke "الدعاء</w:t>
      </w:r>
    </w:p>
    <w:p>
      <w:pPr>
        <w:jc w:val="right"/>
      </w:pPr>
      <w:r>
        <w:t>تو میں نے سوچا کہ کوئی مسئلہ پیدا ہوا تو آپ نے نماز کیوں پڑھی؟ تو ایک اور حدیث میں یہ ہے کہ "الدعاء</w:t>
      </w:r>
    </w:p>
    <w:p>
      <w:r>
        <w:rPr>
          <w:b/>
        </w:rPr>
        <w:t xml:space="preserve">[01:21] </w:t>
      </w:r>
      <w:r>
        <w:t>هو العبادة" ۔</w:t>
      </w:r>
    </w:p>
    <w:p>
      <w:pPr>
        <w:jc w:val="right"/>
      </w:pPr>
      <w:r>
        <w:t>هو العبادة" ۔</w:t>
      </w:r>
    </w:p>
    <w:p>
      <w:r>
        <w:rPr>
          <w:b/>
        </w:rPr>
        <w:t xml:space="preserve">[01:31] </w:t>
      </w:r>
      <w:r>
        <w:t>to dua</w:t>
      </w:r>
    </w:p>
    <w:p>
      <w:pPr>
        <w:jc w:val="right"/>
      </w:pPr>
      <w:r>
        <w:t>تو دعا</w:t>
      </w:r>
    </w:p>
    <w:p>
      <w:r>
        <w:rPr>
          <w:b/>
        </w:rPr>
        <w:t xml:space="preserve">[01:35] </w:t>
      </w:r>
      <w:r>
        <w:t>ibadat hai, aur ibadat dua hai. Is se mein ne samjha ke</w:t>
      </w:r>
    </w:p>
    <w:p>
      <w:pPr>
        <w:jc w:val="right"/>
      </w:pPr>
      <w:r>
        <w:t>عبادت ہے، اور عبادت دعا ہے۔ اس سے میں نے سمجھا کہ</w:t>
      </w:r>
    </w:p>
    <w:p>
      <w:r>
        <w:rPr>
          <w:b/>
        </w:rPr>
        <w:t xml:space="preserve">[01:47] </w:t>
      </w:r>
      <w:r>
        <w:t>jab koi</w:t>
      </w:r>
    </w:p>
    <w:p>
      <w:pPr>
        <w:jc w:val="right"/>
      </w:pPr>
      <w:r>
        <w:t>جب کوئی</w:t>
      </w:r>
    </w:p>
    <w:p>
      <w:r>
        <w:rPr>
          <w:b/>
        </w:rPr>
        <w:t xml:space="preserve">[01:51] </w:t>
      </w:r>
      <w:r>
        <w:t>mamla pesh aaye, gambheer mamla,</w:t>
      </w:r>
    </w:p>
    <w:p>
      <w:pPr>
        <w:jc w:val="right"/>
      </w:pPr>
      <w:r>
        <w:t>معاملہ پیش آئے، گمبھیر معاملہ،</w:t>
      </w:r>
    </w:p>
    <w:p>
      <w:r>
        <w:rPr>
          <w:b/>
        </w:rPr>
        <w:t xml:space="preserve">[01:57] </w:t>
      </w:r>
      <w:r>
        <w:t>to aap ko yaad karna chahiye ke</w:t>
      </w:r>
    </w:p>
    <w:p>
      <w:pPr>
        <w:jc w:val="right"/>
      </w:pPr>
      <w:r>
        <w:t>تو آپ کو یاد کرنا چاہیے کہ</w:t>
      </w:r>
    </w:p>
    <w:p>
      <w:r>
        <w:rPr>
          <w:b/>
        </w:rPr>
        <w:t xml:space="preserve">[02:06] </w:t>
      </w:r>
      <w:r>
        <w:t>tamam mamlaat Allah Rabb ul Alameen ke hath mein hain, chhote hon ya bade.</w:t>
      </w:r>
    </w:p>
    <w:p>
      <w:pPr>
        <w:jc w:val="right"/>
      </w:pPr>
      <w:r>
        <w:t>تمام معاملات اللہ رب العالمین کے ہاتھ میں ہیں، چھوٹے ہوں یا بڑے۔</w:t>
      </w:r>
    </w:p>
    <w:p>
      <w:r>
        <w:rPr>
          <w:b/>
        </w:rPr>
        <w:t xml:space="preserve">[02:19] </w:t>
      </w:r>
      <w:r>
        <w:t>to agar hum dua karein</w:t>
      </w:r>
    </w:p>
    <w:p>
      <w:pPr>
        <w:jc w:val="right"/>
      </w:pPr>
      <w:r>
        <w:t>تو اگر ہم دعا کریں</w:t>
      </w:r>
    </w:p>
    <w:p>
      <w:r>
        <w:rPr>
          <w:b/>
        </w:rPr>
        <w:t xml:space="preserve">[02:25] </w:t>
      </w:r>
      <w:r>
        <w:t>to hum is Rabb ul Alameen se</w:t>
      </w:r>
    </w:p>
    <w:p>
      <w:pPr>
        <w:jc w:val="right"/>
      </w:pPr>
      <w:r>
        <w:t>تو ہم اس رب العالمین سے</w:t>
      </w:r>
    </w:p>
    <w:p>
      <w:r>
        <w:rPr>
          <w:b/>
        </w:rPr>
        <w:t xml:space="preserve">[02:32] </w:t>
      </w:r>
      <w:r>
        <w:t>apni darkhwast kar rahe hote hain ke hum tere bande hain, hamari</w:t>
      </w:r>
    </w:p>
    <w:p>
      <w:pPr>
        <w:jc w:val="right"/>
      </w:pPr>
      <w:r>
        <w:t>اپنی درخواست کر رہے ہوتے ہیں کہ ہم تیرے بندے ہیں، ہماری</w:t>
      </w:r>
    </w:p>
    <w:p>
      <w:r>
        <w:rPr>
          <w:b/>
        </w:rPr>
        <w:t xml:space="preserve">[02:52] </w:t>
      </w:r>
      <w:r>
        <w:t>hajat ko poora farma.</w:t>
      </w:r>
    </w:p>
    <w:p>
      <w:pPr>
        <w:jc w:val="right"/>
      </w:pPr>
      <w:r>
        <w:t>حاجت کو پورا فرما۔</w:t>
      </w:r>
    </w:p>
    <w:p>
      <w:r>
        <w:rPr>
          <w:b/>
        </w:rPr>
        <w:t xml:space="preserve">[03:01] </w:t>
      </w:r>
      <w:r>
        <w:t>agarche ek scientific mind</w:t>
      </w:r>
    </w:p>
    <w:p>
      <w:pPr>
        <w:jc w:val="right"/>
      </w:pPr>
      <w:r>
        <w:t>اگرچہ ایک سائنٹیفک مائنڈ</w:t>
      </w:r>
    </w:p>
    <w:p>
      <w:r>
        <w:rPr>
          <w:b/>
        </w:rPr>
        <w:t xml:space="preserve">[03:09] </w:t>
      </w:r>
      <w:r>
        <w:t>yeh nahi manega ke masla paida ho to</w:t>
      </w:r>
    </w:p>
    <w:p>
      <w:pPr>
        <w:jc w:val="right"/>
      </w:pPr>
      <w:r>
        <w:t>یہ نہیں مانے گا کہ مسئلہ پیدا ہو تو</w:t>
      </w:r>
    </w:p>
    <w:p>
      <w:r>
        <w:rPr>
          <w:b/>
        </w:rPr>
        <w:t xml:space="preserve">[03:19] </w:t>
      </w:r>
      <w:r>
        <w:t>insaan ko dua karna chahiye.</w:t>
      </w:r>
    </w:p>
    <w:p>
      <w:pPr>
        <w:jc w:val="right"/>
      </w:pPr>
      <w:r>
        <w:t>انسان کو دعا کرنا چاہیے۔</w:t>
      </w:r>
    </w:p>
    <w:p>
      <w:r>
        <w:rPr>
          <w:b/>
        </w:rPr>
        <w:t xml:space="preserve">[03:24] </w:t>
      </w:r>
      <w:r>
        <w:t>dekhen, dua ka matlab yeh nahi hai ke dua koi</w:t>
      </w:r>
    </w:p>
    <w:p>
      <w:pPr>
        <w:jc w:val="right"/>
      </w:pPr>
      <w:r>
        <w:t>دیکھیں، دعا کا مطلب یہ نہیں ہے کہ دعا کوئی</w:t>
      </w:r>
    </w:p>
    <w:p>
      <w:r>
        <w:rPr>
          <w:b/>
        </w:rPr>
        <w:t xml:space="preserve">[03:31] </w:t>
      </w:r>
      <w:r>
        <w:t>touch button</w:t>
      </w:r>
    </w:p>
    <w:p>
      <w:pPr>
        <w:jc w:val="right"/>
      </w:pPr>
      <w:r>
        <w:t>ٹچ بٹن</w:t>
      </w:r>
    </w:p>
    <w:p>
      <w:r>
        <w:rPr>
          <w:b/>
        </w:rPr>
        <w:t xml:space="preserve">[03:40] </w:t>
      </w:r>
      <w:r>
        <w:t>tareeqay ka maamla hai ke aap dua karenge to koi farishta aajayega, koi button dabayega aur kaam ban jayega.</w:t>
      </w:r>
    </w:p>
    <w:p>
      <w:pPr>
        <w:jc w:val="right"/>
      </w:pPr>
      <w:r>
        <w:t>طریقے کا معاملہ ہے کہ آپ دعا کریں گے تو کوئی فرشتہ آجائے گا، کوئی بٹن دبائے گا اور کام بن جائے گا۔</w:t>
      </w:r>
    </w:p>
    <w:p>
      <w:r>
        <w:rPr>
          <w:b/>
        </w:rPr>
        <w:t xml:space="preserve">[03:53] </w:t>
      </w:r>
      <w:r>
        <w:t>nahi, dua ka matlab yeh hai ke aap</w:t>
      </w:r>
    </w:p>
    <w:p>
      <w:pPr>
        <w:jc w:val="right"/>
      </w:pPr>
      <w:r>
        <w:t>نہیں، دعا کا مطلب یہ ہے کہ آپ</w:t>
      </w:r>
    </w:p>
    <w:p>
      <w:r>
        <w:rPr>
          <w:b/>
        </w:rPr>
        <w:t xml:space="preserve">[03:59] </w:t>
      </w:r>
      <w:r>
        <w:t>ko mind</w:t>
      </w:r>
    </w:p>
    <w:p>
      <w:pPr>
        <w:jc w:val="right"/>
      </w:pPr>
      <w:r>
        <w:t>کو مائنڈ</w:t>
      </w:r>
    </w:p>
    <w:p>
      <w:r>
        <w:rPr>
          <w:b/>
        </w:rPr>
        <w:t xml:space="preserve">[04:11] </w:t>
      </w:r>
      <w:r>
        <w:t>work karne lagega, aap aage mind sochne lagega.</w:t>
      </w:r>
    </w:p>
    <w:p>
      <w:pPr>
        <w:jc w:val="right"/>
      </w:pPr>
      <w:r>
        <w:t>ورک کرنے لگے گا، آپ آگ مائنڈ سوچنے لگے گا۔</w:t>
      </w:r>
    </w:p>
    <w:p>
      <w:r>
        <w:rPr>
          <w:b/>
        </w:rPr>
        <w:t xml:space="preserve">[04:20] </w:t>
      </w:r>
      <w:r>
        <w:t>aag mind,</w:t>
      </w:r>
    </w:p>
    <w:p>
      <w:pPr>
        <w:jc w:val="right"/>
      </w:pPr>
      <w:r>
        <w:t>آگ مائنڈ،</w:t>
      </w:r>
    </w:p>
    <w:p>
      <w:r>
        <w:rPr>
          <w:b/>
        </w:rPr>
        <w:t xml:space="preserve">[04:30] </w:t>
      </w:r>
      <w:r>
        <w:t>jisko kehte hain, aag mind trigger ho jayega.</w:t>
      </w:r>
    </w:p>
    <w:p>
      <w:pPr>
        <w:jc w:val="right"/>
      </w:pPr>
      <w:r>
        <w:t>جس کو کہتے ہیں، آگ مائنڈ ٹریگر ہو جائے گا۔</w:t>
      </w:r>
    </w:p>
    <w:p>
      <w:r>
        <w:rPr>
          <w:b/>
        </w:rPr>
        <w:t xml:space="preserve">[04:38] </w:t>
      </w:r>
      <w:r>
        <w:t>to jab trigger band ho jaye to aadmi ka mind to bohat zabardast capacity iske andar hai. to aadmi ka mind</w:t>
      </w:r>
    </w:p>
    <w:p>
      <w:pPr>
        <w:jc w:val="right"/>
      </w:pPr>
      <w:r>
        <w:t>تو جب ٹریگر بند ہو جائے تو آدمی کا مائنڈ تو بہت زبردست کیپیسٹی اس کے اندر ہے۔ تو آدمی کا مائنڈ</w:t>
      </w:r>
    </w:p>
    <w:p>
      <w:r>
        <w:rPr>
          <w:b/>
        </w:rPr>
        <w:t xml:space="preserve">[04:55] </w:t>
      </w:r>
      <w:r>
        <w:t>khul jayega, woh sochne lagega.</w:t>
      </w:r>
    </w:p>
    <w:p>
      <w:pPr>
        <w:jc w:val="right"/>
      </w:pPr>
      <w:r>
        <w:t>کھل جائے گا، وہ سوچنے لگے گا۔</w:t>
      </w:r>
    </w:p>
    <w:p>
      <w:r>
        <w:rPr>
          <w:b/>
        </w:rPr>
        <w:t xml:space="preserve">[05:05] </w:t>
      </w:r>
      <w:r>
        <w:t>to yeh wahi baat hai ke "Think, think, think; there must be better way."</w:t>
      </w:r>
    </w:p>
    <w:p>
      <w:pPr>
        <w:jc w:val="right"/>
      </w:pPr>
      <w:r>
        <w:t>تو یہ وہی بات ہے کہ "Think, think, think; there must be better way."</w:t>
      </w:r>
    </w:p>
    <w:p>
      <w:r>
        <w:rPr>
          <w:b/>
        </w:rPr>
        <w:t xml:space="preserve">[05:15] </w:t>
      </w:r>
      <w:r>
        <w:t>sochiye, sochiye, sochiye, ho sakta hai ke wahan koi behtar solution maujood ho,</w:t>
      </w:r>
    </w:p>
    <w:p>
      <w:pPr>
        <w:jc w:val="right"/>
      </w:pPr>
      <w:r>
        <w:t>سوچیے، سوچیے، سوچیے، ہو سکتا ہے کہ وہاں کوئی بہتر سلوشن موجود ہو،</w:t>
      </w:r>
    </w:p>
    <w:p>
      <w:r>
        <w:rPr>
          <w:b/>
        </w:rPr>
        <w:t xml:space="preserve">[05:29] </w:t>
      </w:r>
      <w:r>
        <w:t>behtar solution maujood ho.</w:t>
      </w:r>
    </w:p>
    <w:p>
      <w:pPr>
        <w:jc w:val="right"/>
      </w:pPr>
      <w:r>
        <w:t>بہتر سلوشن موجود ہو۔</w:t>
      </w:r>
    </w:p>
    <w:p>
      <w:r>
        <w:rPr>
          <w:b/>
        </w:rPr>
        <w:t xml:space="preserve">[05:37] </w:t>
      </w:r>
      <w:r>
        <w:t>to yeh touch button tactics nahi hai, yeh hai mind ko trigger karna, mind ko kholna.</w:t>
      </w:r>
    </w:p>
    <w:p>
      <w:pPr>
        <w:jc w:val="right"/>
      </w:pPr>
      <w:r>
        <w:t>تو یہ ٹچ بٹن ٹیکٹکس نہیں ہے، یہ ہے مائنڈ کو ٹریگر کرنا، مائنڈ کو کھولنا۔</w:t>
      </w:r>
    </w:p>
    <w:p>
      <w:r>
        <w:rPr>
          <w:b/>
        </w:rPr>
        <w:t xml:space="preserve">[06:00] </w:t>
      </w:r>
      <w:r>
        <w:t>aur mujhe yaqeen hai ke jab aadmi is tarah soche to uski</w:t>
      </w:r>
    </w:p>
    <w:p>
      <w:pPr>
        <w:jc w:val="right"/>
      </w:pPr>
      <w:r>
        <w:t>اور مجھے یقین ہے کہ جب آدمی اس طرح سوچے تو اس کی</w:t>
      </w:r>
    </w:p>
    <w:p>
      <w:r>
        <w:rPr>
          <w:b/>
        </w:rPr>
        <w:t xml:space="preserve">[06:09] </w:t>
      </w:r>
      <w:r>
        <w:t>mind rooh khul jayegi.</w:t>
      </w:r>
    </w:p>
    <w:p>
      <w:pPr>
        <w:jc w:val="right"/>
      </w:pPr>
      <w:r>
        <w:t>مائنڈ روح کھل جائے گی۔</w:t>
      </w:r>
    </w:p>
    <w:p>
      <w:r>
        <w:rPr>
          <w:b/>
        </w:rPr>
        <w:t xml:space="preserve">[06:18] </w:t>
      </w:r>
      <w:r>
        <w:t>to yeh chand kalmat ke sath mein apni baat ka aaghaz karta hoon aur ab aap logon ko</w:t>
      </w:r>
    </w:p>
    <w:p>
      <w:pPr>
        <w:jc w:val="right"/>
      </w:pPr>
      <w:r>
        <w:t>تو یہ چند کلمات کے ساتھ میں اپنی بات کا آغاز کرتا ہوں اور اب آپ لوگوں کو</w:t>
      </w:r>
    </w:p>
    <w:p>
      <w:r>
        <w:rPr>
          <w:b/>
        </w:rPr>
        <w:t xml:space="preserve">[06:28] </w:t>
      </w:r>
      <w:r>
        <w:t>dawat deta hoon ke aap koi baat jo aapke mind mein ho, woh kahein.</w:t>
      </w:r>
    </w:p>
    <w:p>
      <w:pPr>
        <w:jc w:val="right"/>
      </w:pPr>
      <w:r>
        <w:t>دعوت دیتا ہوں کہ آپ کوئی بات جو آپ کے مائنڈ میں ہو، وہ کہیں۔</w:t>
      </w:r>
    </w:p>
    <w:p>
      <w:r>
        <w:rPr>
          <w:b/>
        </w:rPr>
        <w:t xml:space="preserve">[06:37] </w:t>
      </w:r>
      <w:r>
        <w:t>har ek ko mauqa hai kehne ka. hum yeh ek, jisko kehte hain,</w:t>
      </w:r>
    </w:p>
    <w:p>
      <w:pPr>
        <w:jc w:val="right"/>
      </w:pPr>
      <w:r>
        <w:t>ہر ایک کو موقع ہے کہنے کا۔ ہم یہ ایک، جس کو کہتے ہیں،</w:t>
      </w:r>
    </w:p>
    <w:p>
      <w:r>
        <w:rPr>
          <w:b/>
        </w:rPr>
        <w:t xml:space="preserve">[06:47] </w:t>
      </w:r>
      <w:r>
        <w:t>interactive session. to har ek kuch bhi kahega, doosra kuch bolega, hum sab mil kar ke sochenge.</w:t>
      </w:r>
    </w:p>
    <w:p>
      <w:pPr>
        <w:jc w:val="right"/>
      </w:pPr>
      <w:r>
        <w:t>انٹرایکٹو سیشن۔ تو ہر ایک کچھ بھی کہے گا، دوسرا کچھ بولے گا، ہم سب مل کر کے سوچیں گے۔</w:t>
      </w:r>
    </w:p>
    <w:p>
      <w:r>
        <w:rPr>
          <w:b/>
        </w:rPr>
        <w:t xml:space="preserve">[06:59] </w:t>
      </w:r>
      <w:r>
        <w:t>aur inshallah, Allah taala ki madad se</w:t>
      </w:r>
    </w:p>
    <w:p>
      <w:pPr>
        <w:jc w:val="right"/>
      </w:pPr>
      <w:r>
        <w:t>اور انشاءاللہ، اللہ تعالیٰ کی مدد سے</w:t>
      </w:r>
    </w:p>
    <w:p>
      <w:r>
        <w:rPr>
          <w:b/>
        </w:rPr>
        <w:t xml:space="preserve">[07:03] </w:t>
      </w:r>
      <w:r>
        <w:t>koi baat khul jayegi.</w:t>
      </w:r>
    </w:p>
    <w:p>
      <w:pPr>
        <w:jc w:val="right"/>
      </w:pPr>
      <w:r>
        <w:t>کوئی بات کھل جائے گی۔</w:t>
      </w:r>
    </w:p>
    <w:p>
      <w:r>
        <w:rPr>
          <w:b/>
        </w:rPr>
        <w:t xml:space="preserve">[07:22] </w:t>
      </w:r>
      <w:r>
        <w:t>maulana sahib, woh thoda sa aur bata dijiye. rasool Allah salallahu alaihi wasallam ko koi masla pesh aata tha to kya karte the?</w:t>
      </w:r>
    </w:p>
    <w:p>
      <w:pPr>
        <w:jc w:val="right"/>
      </w:pPr>
      <w:r>
        <w:t>مولانا صاحب، وہ تھوڑا سا اور بتا دیجیے۔ رسول اللہ صلی اللہ علیہ وسلم کو کوئی مسئلہ پیش آتا تھا تو کیا کرتے تھے؟</w:t>
      </w:r>
    </w:p>
    <w:p>
      <w:r>
        <w:rPr>
          <w:b/>
        </w:rPr>
        <w:t xml:space="preserve">[07:30] </w:t>
      </w:r>
      <w:r>
        <w:t>kis tarah duayein karte the? is par thoda sa</w:t>
      </w:r>
    </w:p>
    <w:p>
      <w:pPr>
        <w:jc w:val="right"/>
      </w:pPr>
      <w:r>
        <w:t>کس طرح دعائیں کرتے تھے؟ اس پر تھوڑا سا</w:t>
      </w:r>
    </w:p>
    <w:p>
      <w:r>
        <w:rPr>
          <w:b/>
        </w:rPr>
        <w:t xml:space="preserve">[07:34] </w:t>
      </w:r>
      <w:r>
        <w:t>dekhie,</w:t>
      </w:r>
    </w:p>
    <w:p>
      <w:pPr>
        <w:jc w:val="right"/>
      </w:pPr>
      <w:r>
        <w:t>۔ دیکھیے،</w:t>
      </w:r>
    </w:p>
    <w:p>
      <w:r>
        <w:rPr>
          <w:b/>
        </w:rPr>
        <w:t xml:space="preserve">[07:42] </w:t>
      </w:r>
      <w:r>
        <w:t>bohat se waqiat ate hain rasool Allah ki zindagi mein ke masla pesh aya to aap namaz parhne ke lie khare ho gae.</w:t>
      </w:r>
    </w:p>
    <w:p>
      <w:pPr>
        <w:jc w:val="right"/>
      </w:pPr>
      <w:r>
        <w:t>بہت سے واقعات آتے ہیں رسول اللہ کی زندگی میں کہ مسئلہ پیش آیا تو آپ نماز پڑھنے کے لیے کھڑے ہو گئے۔</w:t>
      </w:r>
    </w:p>
    <w:p>
      <w:r>
        <w:rPr>
          <w:b/>
        </w:rPr>
        <w:t xml:space="preserve">[07:54] </w:t>
      </w:r>
      <w:r>
        <w:t>to mein sochta hoon ke</w:t>
      </w:r>
    </w:p>
    <w:p>
      <w:pPr>
        <w:jc w:val="right"/>
      </w:pPr>
      <w:r>
        <w:t>تو میں سوچتا ہوں کہ</w:t>
      </w:r>
    </w:p>
    <w:p>
      <w:r>
        <w:rPr>
          <w:b/>
        </w:rPr>
        <w:t xml:space="preserve">[07:58] </w:t>
      </w:r>
      <w:r>
        <w:t>namaz mein aadmi ek so ho kar sochta hai to aap ki zindagi mein kai aisi baatein hain jo</w:t>
      </w:r>
    </w:p>
    <w:p>
      <w:pPr>
        <w:jc w:val="right"/>
      </w:pPr>
      <w:r>
        <w:t>نماز میں آدمی ایک سو ہو کر سوچتا ہے تو آپ کی زندگی میں کئی ایسی باتیں ہیں جو</w:t>
      </w:r>
    </w:p>
    <w:p>
      <w:r>
        <w:rPr>
          <w:b/>
        </w:rPr>
        <w:t xml:space="preserve">[08:12] </w:t>
      </w:r>
      <w:r>
        <w:t>is qism ki milti hain.</w:t>
      </w:r>
    </w:p>
    <w:p>
      <w:pPr>
        <w:jc w:val="right"/>
      </w:pPr>
      <w:r>
        <w:t>اس قسم کی ملتی ہیں۔</w:t>
      </w:r>
    </w:p>
    <w:p>
      <w:r>
        <w:rPr>
          <w:b/>
        </w:rPr>
        <w:t xml:space="preserve">[08:19] </w:t>
      </w:r>
      <w:r>
        <w:t>mislan dekhie,</w:t>
      </w:r>
    </w:p>
    <w:p>
      <w:pPr>
        <w:jc w:val="right"/>
      </w:pPr>
      <w:r>
        <w:t>مثلاً دیکھیے،</w:t>
      </w:r>
    </w:p>
    <w:p>
      <w:r>
        <w:rPr>
          <w:b/>
        </w:rPr>
        <w:t xml:space="preserve">[08:24] </w:t>
      </w:r>
      <w:r>
        <w:t>jab aap ja rahe the madina se umra karne ke lie, aap ke sathion ka bara, to</w:t>
      </w:r>
    </w:p>
    <w:p>
      <w:pPr>
        <w:jc w:val="right"/>
      </w:pPr>
      <w:r>
        <w:t>جب آپ جا رہے تھے مدینہ سے عمرہ کرنے کے لیے، آپ کے ساتھیوں کا بڑا، تو</w:t>
      </w:r>
    </w:p>
    <w:p>
      <w:r>
        <w:rPr>
          <w:b/>
        </w:rPr>
        <w:t xml:space="preserve">[08:38] </w:t>
      </w:r>
      <w:r>
        <w:t>aap ke jo, aap ke jo</w:t>
      </w:r>
    </w:p>
    <w:p>
      <w:pPr>
        <w:jc w:val="right"/>
      </w:pPr>
      <w:r>
        <w:t>آپ کے جو، آپ کے جو</w:t>
      </w:r>
    </w:p>
    <w:p>
      <w:r>
        <w:rPr>
          <w:b/>
        </w:rPr>
        <w:t xml:space="preserve">[08:48] </w:t>
      </w:r>
      <w:r>
        <w:t>raiwal group tha,</w:t>
      </w:r>
    </w:p>
    <w:p>
      <w:pPr>
        <w:jc w:val="right"/>
      </w:pPr>
      <w:r>
        <w:t>رائیول گروپ تھا،</w:t>
      </w:r>
    </w:p>
    <w:p>
      <w:r>
        <w:rPr>
          <w:b/>
        </w:rPr>
        <w:t xml:space="preserve">[08:53] </w:t>
      </w:r>
      <w:r>
        <w:t>wo is ne rasta rok dia aur kaha ke hum aap ko, hum ne aap ko makkah se nikal dia hai, ab aap dobara hum ne aisa hone nahi den ge ke aap makkah mein enter hon aur yahan aa kar ke umra karen.</w:t>
      </w:r>
    </w:p>
    <w:p>
      <w:pPr>
        <w:jc w:val="right"/>
      </w:pPr>
      <w:r>
        <w:t>وہ اس نے راستہ روک دیا اور کہا کہ ہم آپ کو، ہم نے آپ کو مکہ سے نکال دیا ہے، اب آپ دوبارہ ہم نے ایسا ہونے نہیں دیں گے کہ آپ مکہ میں انٹر ہوں اور یہاں آ کر کے عمرہ کریں۔</w:t>
      </w:r>
    </w:p>
    <w:p>
      <w:r>
        <w:rPr>
          <w:b/>
        </w:rPr>
        <w:t xml:space="preserve">[09:16] </w:t>
      </w:r>
      <w:r>
        <w:t>to yeh likha hua to nahi hai ke, lekin zaroor aap ne aisa kia hoga ke duaen keen gi kyon bhi aur namazen parhi hongi ke kia karen.</w:t>
      </w:r>
    </w:p>
    <w:p>
      <w:pPr>
        <w:jc w:val="right"/>
      </w:pPr>
      <w:r>
        <w:t>تو یہ لکھا ہوا تو نہیں ہے کہ، لیکن ضرور آپ نے ایسا کیا ہوگا کہ دعائیں کیں گی کیوں بھی اور نمازیں پڑھی ہوں گی کہ کیا کریں۔</w:t>
      </w:r>
    </w:p>
    <w:p>
      <w:r>
        <w:rPr>
          <w:b/>
        </w:rPr>
        <w:t xml:space="preserve">[09:32] </w:t>
      </w:r>
      <w:r>
        <w:t>to mein sochta hoon ke aap ko yeh rahnumai mili</w:t>
      </w:r>
    </w:p>
    <w:p>
      <w:pPr>
        <w:jc w:val="right"/>
      </w:pPr>
      <w:r>
        <w:t>تو میں سوچتا ہوں کہ آپ کو یہ رہنمائی ملی</w:t>
      </w:r>
    </w:p>
    <w:p>
      <w:r>
        <w:rPr>
          <w:b/>
        </w:rPr>
        <w:t xml:space="preserve">[09:40] </w:t>
      </w:r>
      <w:r>
        <w:t>ke</w:t>
      </w:r>
    </w:p>
    <w:p>
      <w:pPr>
        <w:jc w:val="right"/>
      </w:pPr>
      <w:r>
        <w:t>کہ</w:t>
      </w:r>
    </w:p>
    <w:p>
      <w:r>
        <w:rPr>
          <w:b/>
        </w:rPr>
        <w:t xml:space="preserve">[09:48] </w:t>
      </w:r>
      <w:r>
        <w:t>takrao mat karo, takrao ko avoid karo.</w:t>
      </w:r>
    </w:p>
    <w:p>
      <w:pPr>
        <w:jc w:val="right"/>
      </w:pPr>
      <w:r>
        <w:t>ٹکراؤ مت کرو، ٹکراؤ کو اوائڈ کرو۔</w:t>
      </w:r>
    </w:p>
    <w:p>
      <w:r>
        <w:rPr>
          <w:b/>
        </w:rPr>
        <w:t xml:space="preserve">[09:57] </w:t>
      </w:r>
      <w:r>
        <w:t>is ko kehte hain angrezi mein "by time".</w:t>
      </w:r>
    </w:p>
    <w:p>
      <w:pPr>
        <w:jc w:val="right"/>
      </w:pPr>
      <w:r>
        <w:t>اس کو کہتے ہیں انگریزی میں "by time"۔</w:t>
      </w:r>
    </w:p>
    <w:p>
      <w:r>
        <w:rPr>
          <w:b/>
        </w:rPr>
        <w:t xml:space="preserve">[10:05] </w:t>
      </w:r>
      <w:r>
        <w:t>to aur time</w:t>
      </w:r>
    </w:p>
    <w:p>
      <w:pPr>
        <w:jc w:val="right"/>
      </w:pPr>
      <w:r>
        <w:t>تو اور ٹائم</w:t>
      </w:r>
    </w:p>
    <w:p>
      <w:r>
        <w:rPr>
          <w:b/>
        </w:rPr>
        <w:t xml:space="preserve">[10:11] </w:t>
      </w:r>
      <w:r>
        <w:t>hajj karo aur socho.</w:t>
      </w:r>
    </w:p>
    <w:p>
      <w:pPr>
        <w:jc w:val="right"/>
      </w:pPr>
      <w:r>
        <w:t>حج کرو اور سوچو۔</w:t>
      </w:r>
    </w:p>
    <w:p>
      <w:r>
        <w:rPr>
          <w:b/>
        </w:rPr>
        <w:t xml:space="preserve">[10:16] </w:t>
      </w:r>
      <w:r>
        <w:t>to yaqeenan Allah rab ul alameen ne socha hoga kyunke is ke baad aap ne kaha ke theek hai, hum is saal nahi rahen ge, agle saal jaen ge.</w:t>
      </w:r>
    </w:p>
    <w:p>
      <w:pPr>
        <w:jc w:val="right"/>
      </w:pPr>
      <w:r>
        <w:t>تو یقیناً اللہ رب العالمین نے سوچا ہوگا کیونکہ اس کے بعد آپ نے کہا کہ ٹھیک ہے، ہم اس سال نہیں رہیں گے، اگلے سال جائیں گے۔</w:t>
      </w:r>
    </w:p>
    <w:p>
      <w:r>
        <w:rPr>
          <w:b/>
        </w:rPr>
        <w:t xml:space="preserve">[10:31] </w:t>
      </w:r>
      <w:r>
        <w:t>to is ka mani yeh kia hai ke isi waqt foran ke foran</w:t>
      </w:r>
    </w:p>
    <w:p>
      <w:pPr>
        <w:jc w:val="right"/>
      </w:pPr>
      <w:r>
        <w:t>تو اس کا معنی یہ کیا ہے کہ اسی وقت فوراً کے فوراً</w:t>
      </w:r>
    </w:p>
    <w:p>
      <w:r>
        <w:rPr>
          <w:b/>
        </w:rPr>
        <w:t xml:space="preserve">[10:38] </w:t>
      </w:r>
      <w:r>
        <w:t>takrao karne ki bajae "by time" ka tareeqa ikhtiyar karo.</w:t>
      </w:r>
    </w:p>
    <w:p>
      <w:pPr>
        <w:jc w:val="right"/>
      </w:pPr>
      <w:r>
        <w:t>ٹکراؤ کرنے کی بجائے "by time" کا طریقہ اختیار کرو۔</w:t>
      </w:r>
    </w:p>
    <w:p>
      <w:r>
        <w:rPr>
          <w:b/>
        </w:rPr>
        <w:t xml:space="preserve">[10:50] </w:t>
      </w:r>
      <w:r>
        <w:t>to aap ne socha hoga, soch kar ke taal dia hoga ke theek hai, bhai agle saal jaen ge. to yeh ek saal jo mil gia aap ko, yeh moqa bohat qeemti tha sochne ke lie.</w:t>
      </w:r>
    </w:p>
    <w:p>
      <w:pPr>
        <w:jc w:val="right"/>
      </w:pPr>
      <w:r>
        <w:t>تو آپ نے سوچا ہوگا، سوچ کر کے ٹال دیا ہوگا کہ ٹھیک ہے، بھئی اگلے سال جائیں گے۔ تو یہ ایک سال جو مل گیا آپ کو، یہ موقع بہت قیمتی تھا سوچنے کے لیے۔</w:t>
      </w:r>
    </w:p>
    <w:p>
      <w:r>
        <w:rPr>
          <w:b/>
        </w:rPr>
        <w:t xml:space="preserve">[11:10] </w:t>
      </w:r>
      <w:r>
        <w:t>chunanche tareekh batati hai ke rastay khul gae,</w:t>
      </w:r>
    </w:p>
    <w:p>
      <w:pPr>
        <w:jc w:val="right"/>
      </w:pPr>
      <w:r>
        <w:t>چنانچہ تاریخ بتاتی ہے کہ راستے کھل گئے،</w:t>
      </w:r>
    </w:p>
    <w:p>
      <w:r>
        <w:rPr>
          <w:b/>
        </w:rPr>
        <w:t xml:space="preserve">[11:18] </w:t>
      </w:r>
      <w:r>
        <w:t>rasta khul gia aur aap ko agle saal tak</w:t>
      </w:r>
    </w:p>
    <w:p>
      <w:pPr>
        <w:jc w:val="right"/>
      </w:pPr>
      <w:r>
        <w:t>راستہ کھل گیا اور آپ کو اگلے سال تک</w:t>
      </w:r>
    </w:p>
    <w:p>
      <w:r>
        <w:rPr>
          <w:b/>
        </w:rPr>
        <w:t xml:space="preserve">[11:26] </w:t>
      </w:r>
      <w:r>
        <w:t>kuch aise rastay, kaam karne ke samne aa gae jo aap ke lie</w:t>
      </w:r>
    </w:p>
    <w:p>
      <w:pPr>
        <w:jc w:val="right"/>
      </w:pPr>
      <w:r>
        <w:t>کچھ ایسے راستے، کام کرنے کے سامنے آگئے جو آپ کے لیے</w:t>
      </w:r>
    </w:p>
    <w:p>
      <w:r>
        <w:rPr>
          <w:b/>
        </w:rPr>
        <w:t xml:space="preserve">[11:36] </w:t>
      </w:r>
      <w:r>
        <w:t>bohat ziyada qeemti the.</w:t>
      </w:r>
    </w:p>
    <w:p>
      <w:pPr>
        <w:jc w:val="right"/>
      </w:pPr>
      <w:r>
        <w:t>بہت زیادہ قیمتی تھے۔</w:t>
      </w:r>
    </w:p>
    <w:p>
      <w:r>
        <w:rPr>
          <w:b/>
        </w:rPr>
        <w:t xml:space="preserve">[11:42] </w:t>
      </w:r>
      <w:r>
        <w:t>to mein sochta hoon ke</w:t>
      </w:r>
    </w:p>
    <w:p>
      <w:pPr>
        <w:jc w:val="right"/>
      </w:pPr>
      <w:r>
        <w:t>تو میں سوچتا ہوں کہ</w:t>
      </w:r>
    </w:p>
    <w:p>
      <w:r>
        <w:rPr>
          <w:b/>
        </w:rPr>
        <w:t xml:space="preserve">[11:49] </w:t>
      </w:r>
      <w:r>
        <w:t>yeh "by time" ka maamla hota hai. logon ko aadat hai ke har cheez ko mysterious mein sochte hain.</w:t>
      </w:r>
    </w:p>
    <w:p>
      <w:pPr>
        <w:jc w:val="right"/>
      </w:pPr>
      <w:r>
        <w:t>یہ "by time" کا معاملہ ہوتا ہے۔ لوگوں کو عادت ہے کہ ہر چیز کو مسٹیریس میں سوچتے ہیں۔</w:t>
      </w:r>
    </w:p>
    <w:p>
      <w:r>
        <w:rPr>
          <w:b/>
        </w:rPr>
        <w:t xml:space="preserve">[12:01] </w:t>
      </w:r>
      <w:r>
        <w:t>mein sochta hoon ke har cheez ko mysterious mein nahi lena chahiye, is ko reason out karna chahiye.</w:t>
      </w:r>
    </w:p>
    <w:p>
      <w:pPr>
        <w:jc w:val="right"/>
      </w:pPr>
      <w:r>
        <w:t>میں سوچتا ہوں کہ ہر چیز کو مسٹیریس میں نہیں لینا چاہیے، اس کو ریزن آؤٹ کرنا چاہیے۔</w:t>
      </w:r>
    </w:p>
    <w:p>
      <w:r>
        <w:rPr>
          <w:b/>
        </w:rPr>
        <w:t xml:space="preserve">[12:12] </w:t>
      </w:r>
      <w:r>
        <w:t>reason out.</w:t>
      </w:r>
    </w:p>
    <w:p>
      <w:pPr>
        <w:jc w:val="right"/>
      </w:pPr>
      <w:r>
        <w:t>ریزن آؤٹ۔</w:t>
      </w:r>
    </w:p>
    <w:p>
      <w:r>
        <w:rPr>
          <w:b/>
        </w:rPr>
        <w:t xml:space="preserve">[12:16] </w:t>
      </w:r>
      <w:r>
        <w:t>to baat to ek clear hoti hai.</w:t>
      </w:r>
    </w:p>
    <w:p>
      <w:pPr>
        <w:jc w:val="right"/>
      </w:pPr>
      <w:r>
        <w:t>تو بات تو ایک کلیئر ہوتی ہے۔</w:t>
      </w:r>
    </w:p>
    <w:p>
      <w:r>
        <w:rPr>
          <w:b/>
        </w:rPr>
        <w:t xml:space="preserve">[12:21] </w:t>
      </w:r>
      <w:r>
        <w:t>baaz log, Maulana sahib, baaz log kehte hain ke dua ki qabooliyat ka kuch khaas waqt hota hai. aisa hai, hum kis tareeqay se dua karein ke woh Allah ki bargah mein qabool ho?</w:t>
      </w:r>
    </w:p>
    <w:p>
      <w:pPr>
        <w:jc w:val="right"/>
      </w:pPr>
      <w:r>
        <w:t>بعض لوگ، مولانا صاحب، بعض لوگ کہتے ہیں کہ دعا کی قبولیت کا کچھ خاص وقت ہوتا ہے۔ ایسا ہے، ہم کس طریقے سے دعا کریں کہ وہ اللہ کی بارگاہ میں قبول ہو؟</w:t>
      </w:r>
    </w:p>
    <w:p>
      <w:r>
        <w:rPr>
          <w:b/>
        </w:rPr>
        <w:t xml:space="preserve">[12:36] </w:t>
      </w:r>
      <w:r>
        <w:t>nahi, mein sochta hoon ke yeh nazariya sahi nahi hai.</w:t>
      </w:r>
    </w:p>
    <w:p>
      <w:pPr>
        <w:jc w:val="right"/>
      </w:pPr>
      <w:r>
        <w:t>نہیں، میں سوچتا ہوں کہ یہ نظریہ صحیح نہیں ہے۔</w:t>
      </w:r>
    </w:p>
    <w:p>
      <w:r>
        <w:rPr>
          <w:b/>
        </w:rPr>
        <w:t xml:space="preserve">[12:44] </w:t>
      </w:r>
      <w:r>
        <w:t>sahi baat yeh hai ke aap jis waqt aap ka dil zyada khul jaye, aap zyada zyada Allah par bharosa karte hue dua karein.</w:t>
      </w:r>
    </w:p>
    <w:p>
      <w:pPr>
        <w:jc w:val="right"/>
      </w:pPr>
      <w:r>
        <w:t>صحیح بات یہ ہے کہ آپ جس وقت آپ کا دل زیادہ کھل جائے، آپ زیادہ زیادہ اللہ پر بھروسہ کرتے ہوئے دعا کریں۔</w:t>
      </w:r>
    </w:p>
    <w:p>
      <w:r>
        <w:rPr>
          <w:b/>
        </w:rPr>
        <w:t xml:space="preserve">[12:56] </w:t>
      </w:r>
      <w:r>
        <w:t>jab aap zyada,</w:t>
      </w:r>
    </w:p>
    <w:p>
      <w:pPr>
        <w:jc w:val="right"/>
      </w:pPr>
      <w:r>
        <w:t>جب آپ زیادہ،</w:t>
      </w:r>
    </w:p>
    <w:p>
      <w:r>
        <w:rPr>
          <w:b/>
        </w:rPr>
        <w:t xml:space="preserve">[13:03] </w:t>
      </w:r>
      <w:r>
        <w:t>aap ke andar yaqeen ki kaifiyat jaag uthe, yeh sab cheezein. jab paida hon to wohi waqt hota hai dua ki qabooliyat ka.</w:t>
      </w:r>
    </w:p>
    <w:p>
      <w:pPr>
        <w:jc w:val="right"/>
      </w:pPr>
      <w:r>
        <w:t>آپ کے اندر یقین کی کیفیت جاگ اٹھے، یہ سب چیزیں۔ جب پیدا ہوں تو وہی وقت ہوتا ہے دعا کی قبولیت کا۔</w:t>
      </w:r>
    </w:p>
    <w:p>
      <w:r>
        <w:rPr>
          <w:b/>
        </w:rPr>
        <w:t xml:space="preserve">[13:17] </w:t>
      </w:r>
      <w:r>
        <w:t>ek tareeqa hai</w:t>
      </w:r>
    </w:p>
    <w:p>
      <w:pPr>
        <w:jc w:val="right"/>
      </w:pPr>
      <w:r>
        <w:t>ایک طریقہ ہے</w:t>
      </w:r>
    </w:p>
    <w:p>
      <w:r>
        <w:rPr>
          <w:b/>
        </w:rPr>
        <w:t xml:space="preserve">[13:22] </w:t>
      </w:r>
      <w:r>
        <w:t>"salat ul haajah" ya "istikhaara". mein ne is ke tajurba kiya hai, is se bhi raastay khulte hain.</w:t>
      </w:r>
    </w:p>
    <w:p>
      <w:pPr>
        <w:jc w:val="right"/>
      </w:pPr>
      <w:r>
        <w:t>"صلاۃ الحاجہ" یا "استخارہ"۔ میں نے اس کے تجربہ کیا ہے، اس سے بھی راستے کھلتے ہیں۔</w:t>
      </w:r>
    </w:p>
    <w:p>
      <w:r>
        <w:rPr>
          <w:b/>
        </w:rPr>
        <w:t xml:space="preserve">[13:41] </w:t>
      </w:r>
      <w:r>
        <w:t>istikhaare ke baray mein thora sa aur bata dein.</w:t>
      </w:r>
    </w:p>
    <w:p>
      <w:pPr>
        <w:jc w:val="right"/>
      </w:pPr>
      <w:r>
        <w:t>استخارے کے بارے میں تھوڑا سا اور بتا دیں۔</w:t>
      </w:r>
    </w:p>
    <w:p>
      <w:r>
        <w:rPr>
          <w:b/>
        </w:rPr>
        <w:t xml:space="preserve">[13:47] </w:t>
      </w:r>
      <w:r>
        <w:t>hadees aati hai bukhari mein, bukhari mein hadees hai "كَانَ يَعْلَمُ الْاِسْتِخَارَ كَمَا يَعْلَمُ الْقُرْآنَ" ۔</w:t>
      </w:r>
    </w:p>
    <w:p>
      <w:pPr>
        <w:jc w:val="right"/>
      </w:pPr>
      <w:r>
        <w:t>حدیث آتی ہے بخاری میں، بخاری میں حدیث ہے "كَانَ يَعْلَمُ الْاِسْتِخَارَ كَمَا يَعْلَمُ الْقُرْآنَ" ۔</w:t>
      </w:r>
    </w:p>
    <w:p>
      <w:r>
        <w:rPr>
          <w:b/>
        </w:rPr>
        <w:t xml:space="preserve">[13:58] </w:t>
      </w:r>
      <w:r>
        <w:t>yaani jis tarah se aap hum ko quran batate thay, aise istikhaare ki</w:t>
      </w:r>
    </w:p>
    <w:p>
      <w:pPr>
        <w:jc w:val="right"/>
      </w:pPr>
      <w:r>
        <w:t>یعنی جس طرح سے آپ ہم کو قرآن بتاتے تھے، ایسے استخارے کی</w:t>
      </w:r>
    </w:p>
    <w:p>
      <w:r>
        <w:rPr>
          <w:b/>
        </w:rPr>
        <w:t xml:space="preserve">[14:06] </w:t>
      </w:r>
      <w:r>
        <w:t>baat batate thay.</w:t>
      </w:r>
    </w:p>
    <w:p>
      <w:pPr>
        <w:jc w:val="right"/>
      </w:pPr>
      <w:r>
        <w:t>بات بتاتے تھے۔</w:t>
      </w:r>
    </w:p>
    <w:p>
      <w:r>
        <w:rPr>
          <w:b/>
        </w:rPr>
        <w:t xml:space="preserve">[14:10] </w:t>
      </w:r>
      <w:r>
        <w:t>to ulama ne is tarah ke tareeqay bataye hain</w:t>
      </w:r>
    </w:p>
    <w:p>
      <w:pPr>
        <w:jc w:val="right"/>
      </w:pPr>
      <w:r>
        <w:t>تو علماء نے اس طرح کے طریقے بتائے ہیں</w:t>
      </w:r>
    </w:p>
    <w:p>
      <w:r>
        <w:rPr>
          <w:b/>
        </w:rPr>
        <w:t xml:space="preserve">[14:20] </w:t>
      </w:r>
      <w:r>
        <w:t>ke aadmi ko chahiye ke woh raat ko namaz parh ke dua kare. istikhaara ke maani hotay hain talab e khair, yaani khair, Allah se khair maangna.</w:t>
      </w:r>
    </w:p>
    <w:p>
      <w:pPr>
        <w:jc w:val="right"/>
      </w:pPr>
      <w:r>
        <w:t>کہ آدمی کو چاہیے کہ وہ رات کو نماز پڑھ کے دعا کرے۔ استخارہ کے معنی ہوتے ہیں طلب خیر، یعنی خیر، اللہ سے خیر مانگنا۔</w:t>
      </w:r>
    </w:p>
    <w:p>
      <w:r>
        <w:rPr>
          <w:b/>
        </w:rPr>
        <w:t xml:space="preserve">[14:37] </w:t>
      </w:r>
      <w:r>
        <w:t>to</w:t>
      </w:r>
    </w:p>
    <w:p>
      <w:pPr>
        <w:jc w:val="right"/>
      </w:pPr>
      <w:r>
        <w:t>تو</w:t>
      </w:r>
    </w:p>
    <w:p>
      <w:r>
        <w:rPr>
          <w:b/>
        </w:rPr>
        <w:t xml:space="preserve">[14:40] </w:t>
      </w:r>
      <w:r>
        <w:t>kaha jata hai ke</w:t>
      </w:r>
    </w:p>
    <w:p>
      <w:pPr>
        <w:jc w:val="right"/>
      </w:pPr>
      <w:r>
        <w:t>کہا جاتا ہے کہ</w:t>
      </w:r>
    </w:p>
    <w:p>
      <w:r>
        <w:rPr>
          <w:b/>
        </w:rPr>
        <w:t xml:space="preserve">[14:46] </w:t>
      </w:r>
      <w:r>
        <w:t>raat ko namaz e isha ke baad aadmi do rakat namaz parhe istikhaare ki niyat se aur is mein "wuzu" aur "al masail"</w:t>
      </w:r>
    </w:p>
    <w:p>
      <w:pPr>
        <w:jc w:val="right"/>
      </w:pPr>
      <w:r>
        <w:t>رات کو نماز عشاء کے بعد آدمی دو رکعت نماز پڑھے استخارے کی نیت سے اور اس میں "وضوح" اور "المسئلہ"</w:t>
      </w:r>
    </w:p>
    <w:p>
      <w:r>
        <w:rPr>
          <w:b/>
        </w:rPr>
        <w:t xml:space="preserve">[15:04] </w:t>
      </w:r>
      <w:r>
        <w:t>ko parhe, is ke baad dua kare. to raat ko, raat ko phir so jaye, phir raat ko koi khwab aaye ga jis mein us</w:t>
      </w:r>
    </w:p>
    <w:p>
      <w:pPr>
        <w:jc w:val="right"/>
      </w:pPr>
      <w:r>
        <w:t>کو پڑھے، اس کے بعد دعا کرے۔ تو رات کو، رات کو پھر سو جائے، پھر رات کو کوئی خواب آئے گا جس میں اس</w:t>
      </w:r>
    </w:p>
    <w:p>
      <w:r>
        <w:rPr>
          <w:b/>
        </w:rPr>
        <w:t xml:space="preserve">[15:21] </w:t>
      </w:r>
      <w:r>
        <w:t>ka, us ko wazeh kiya jaye ga ke wazeh kiya gaya hua hai deeni khwab ki soorat mein mile ga ya phir dil mein aa jaye ek hi baat,</w:t>
      </w:r>
    </w:p>
    <w:p>
      <w:pPr>
        <w:jc w:val="right"/>
      </w:pPr>
      <w:r>
        <w:t>کا، اس کو واضح کیا جائے گا کہ واضح کیا گیا ہوا ہے دینی خواب کی صورت میں ملے گا یا پھر دل میں آ جائے ایک ہی بات،</w:t>
      </w:r>
    </w:p>
    <w:p>
      <w:r>
        <w:rPr>
          <w:b/>
        </w:rPr>
        <w:t xml:space="preserve">[15:37] </w:t>
      </w:r>
      <w:r>
        <w:t>dil mein</w:t>
      </w:r>
    </w:p>
    <w:p>
      <w:pPr>
        <w:jc w:val="right"/>
      </w:pPr>
      <w:r>
        <w:t>دل میں</w:t>
      </w:r>
    </w:p>
    <w:p>
      <w:r>
        <w:rPr>
          <w:b/>
        </w:rPr>
        <w:t xml:space="preserve">[15:39] </w:t>
      </w:r>
      <w:r>
        <w:t>donon baar hoti cheezein.</w:t>
      </w:r>
    </w:p>
    <w:p>
      <w:pPr>
        <w:jc w:val="right"/>
      </w:pPr>
      <w:r>
        <w:t>دونوں بار ہوتی چیزیں۔</w:t>
      </w:r>
    </w:p>
    <w:p>
      <w:r>
        <w:rPr>
          <w:b/>
        </w:rPr>
        <w:t xml:space="preserve">[15:46] </w:t>
      </w:r>
      <w:r>
        <w:t>to yeh maine khud bhi tajurba kiya hai ke is tareeqe se baatein khulti hain. is tarah se kabhi aadmi khwab dekhta hai, kabhi dil sarsar ho jata hai,</w:t>
      </w:r>
    </w:p>
    <w:p>
      <w:pPr>
        <w:jc w:val="right"/>
      </w:pPr>
      <w:r>
        <w:t>تو یہ میں نے خود بھی تجربہ کیا ہے کہ اس طریقے سے باتیں کھلتی ہیں۔ اس طرح سے کبھی آدمی خواب دیکھتا ہے، کبھی دل سرشار ہو جاتا ہے،</w:t>
      </w:r>
    </w:p>
    <w:p>
      <w:r>
        <w:rPr>
          <w:b/>
        </w:rPr>
        <w:t xml:space="preserve">[16:03] </w:t>
      </w:r>
      <w:r>
        <w:t>aisa hota hai.</w:t>
      </w:r>
    </w:p>
    <w:p>
      <w:pPr>
        <w:jc w:val="right"/>
      </w:pPr>
      <w:r>
        <w:t>ایسا ہوتا ہے۔</w:t>
      </w:r>
    </w:p>
    <w:p>
      <w:r>
        <w:rPr>
          <w:b/>
        </w:rPr>
        <w:t xml:space="preserve">[16:09] </w:t>
      </w:r>
      <w:r>
        <w:t>Maulana Sahib, Dr. Rajat Malhotra ne aap se ek sawal poocha hai "How can we develop the ability to analyze a situation without getting emotional</w:t>
      </w:r>
    </w:p>
    <w:p>
      <w:pPr>
        <w:jc w:val="right"/>
      </w:pPr>
      <w:r>
        <w:t>مولانا صاحب، ڈاکٹر رجت ملحوترہ نے آپ سے ایک سوال پوچھا ہے "How can we develop the ability to analyze a situation without getting emotional</w:t>
      </w:r>
    </w:p>
    <w:p>
      <w:r>
        <w:rPr>
          <w:b/>
        </w:rPr>
        <w:t xml:space="preserve">[16:23] </w:t>
      </w:r>
      <w:r>
        <w:t>?" yeh to bohat hi important baat hai</w:t>
      </w:r>
    </w:p>
    <w:p>
      <w:pPr>
        <w:jc w:val="right"/>
      </w:pPr>
      <w:r>
        <w:t>?" یہ تو بہت ہی امپورٹنٹ بات ہے</w:t>
      </w:r>
    </w:p>
    <w:p>
      <w:r>
        <w:rPr>
          <w:b/>
        </w:rPr>
        <w:t xml:space="preserve">[16:29] </w:t>
      </w:r>
      <w:r>
        <w:t>aur insaan ki maturity ki yahi pehchan hai, maturity ki yahi pehchan hai.</w:t>
      </w:r>
    </w:p>
    <w:p>
      <w:pPr>
        <w:jc w:val="right"/>
      </w:pPr>
      <w:r>
        <w:t>اور انسان کی میچورٹی کی یہی پہچان ہے، میچورٹی کی یہی پہچان ہے۔</w:t>
      </w:r>
    </w:p>
    <w:p>
      <w:r>
        <w:rPr>
          <w:b/>
        </w:rPr>
        <w:t xml:space="preserve">[16:42] </w:t>
      </w:r>
      <w:r>
        <w:t>main sochta hoon ke sensitivity, asal cheez sensitivity hai, asal cheez sensitivity hai. aap ne idhar sensitivity ko develop karein, sensitive andaaz sochna hamesha karte rahein.</w:t>
      </w:r>
    </w:p>
    <w:p>
      <w:pPr>
        <w:jc w:val="right"/>
      </w:pPr>
      <w:r>
        <w:t>میں سوچتا ہوں کہ سنسٹیریٹی، اصل چیز سنسٹیریٹی ہے، اصل چیز سنسٹیریٹی ہے۔ آپ نے ادھر سنسٹیریٹی کو ڈیولپ کریں، سنسٹیئر انداز سوچنا ہمیشہ کرتے رہیں۔</w:t>
      </w:r>
    </w:p>
    <w:p>
      <w:r>
        <w:rPr>
          <w:b/>
        </w:rPr>
        <w:t xml:space="preserve">[17:00] </w:t>
      </w:r>
      <w:r>
        <w:t>to sensitivity ko develop karna hai, to yeh ek cheez aap ka, aap paida ho gaye.</w:t>
      </w:r>
    </w:p>
    <w:p>
      <w:pPr>
        <w:jc w:val="right"/>
      </w:pPr>
      <w:r>
        <w:t>تو سنسٹیریٹی کو ڈیولپ کرنا ہے، تو یہ ایک چیز آپ کا، آپ پیدا ہو گئے۔</w:t>
      </w:r>
    </w:p>
    <w:p>
      <w:r>
        <w:rPr>
          <w:b/>
        </w:rPr>
        <w:t xml:space="preserve">[17:10] </w:t>
      </w:r>
      <w:r>
        <w:t>to asal cheez sensitivity, sensitive thinking ko develop karna hai.</w:t>
      </w:r>
    </w:p>
    <w:p>
      <w:pPr>
        <w:jc w:val="right"/>
      </w:pPr>
      <w:r>
        <w:t>تو اصل چیز سنسٹیریٹی، سنسٹیئر تھنکنگ کو ڈیولپ کرنا ہے۔</w:t>
      </w:r>
    </w:p>
    <w:p>
      <w:r>
        <w:rPr>
          <w:b/>
        </w:rPr>
        <w:t xml:space="preserve">[17:17] </w:t>
      </w:r>
      <w:r>
        <w:t>kaise develop karein sensitivity ko? is ki sab se ahem baat yeh hai ke self thinking, self criticism apne bare mein bohat hi</w:t>
      </w:r>
    </w:p>
    <w:p>
      <w:pPr>
        <w:jc w:val="right"/>
      </w:pPr>
      <w:r>
        <w:t>کیسے ڈیولپ کریں سنسیئرٹی کو؟ اس کی سب سے اہم بات یہ ہے کہ سیلف تھنکنگ، سیلف کریٹیسزم اپنے بارے میں بہت ہی</w:t>
      </w:r>
    </w:p>
    <w:p>
      <w:r>
        <w:rPr>
          <w:b/>
        </w:rPr>
        <w:t xml:space="preserve">[17:37] </w:t>
      </w:r>
      <w:r>
        <w:t>objective andaaz sochna.</w:t>
      </w:r>
    </w:p>
    <w:p>
      <w:pPr>
        <w:jc w:val="right"/>
      </w:pPr>
      <w:r>
        <w:t>ابجیکٹو انداز سوچنا۔</w:t>
      </w:r>
    </w:p>
    <w:p>
      <w:r>
        <w:rPr>
          <w:b/>
        </w:rPr>
        <w:t xml:space="preserve">[17:42] </w:t>
      </w:r>
      <w:r>
        <w:t>doosre ko blame dene ki bajaye apne aap ko blame dena. yeh jitna zyada aadmi ke andar aa jayega, utni zyada woh</w:t>
      </w:r>
    </w:p>
    <w:p>
      <w:pPr>
        <w:jc w:val="right"/>
      </w:pPr>
      <w:r>
        <w:t>دوسرے کو بلیم دینے کی بجائے اپنے آپ کو بلیم دینا۔ یہ جتنا زیادہ آدمی کے اندر آ جائے گا، اتنی زیادہ وہ</w:t>
      </w:r>
    </w:p>
    <w:p>
      <w:r>
        <w:rPr>
          <w:b/>
        </w:rPr>
        <w:t xml:space="preserve">[17:59] </w:t>
      </w:r>
      <w:r>
        <w:t>us ke andar yeh salahiyat develop hogi.</w:t>
      </w:r>
    </w:p>
    <w:p>
      <w:pPr>
        <w:jc w:val="right"/>
      </w:pPr>
      <w:r>
        <w:t>اس کے اندر یہ صلاحیت ڈیولپ ہوگی۔</w:t>
      </w:r>
    </w:p>
    <w:p>
      <w:r>
        <w:rPr>
          <w:b/>
        </w:rPr>
        <w:t xml:space="preserve">[18:07] </w:t>
      </w:r>
      <w:r>
        <w:t>maulana sahib, abdul basit umri sahib ne ek sawal poocha hai aap se "Maulana, Khuda ki daryaft ka wahid tareeqa apne ajz ki daryaft se hi mumkin hai ya phir aur koi tareeqa hai jis se hum Khuda ko daryaft kar sakte hain?"</w:t>
      </w:r>
    </w:p>
    <w:p>
      <w:pPr>
        <w:jc w:val="right"/>
      </w:pPr>
      <w:r>
        <w:t>مولانا صاحب، عبدالباسط عمری صاحب نے ایک سوال پوچھا ہے آپ سے "مولانا، خدا کی دریافت کا واحد طریقہ اپنے عجز کی دریافت سے ہی ممکن ہے یا پھر اور کوئی طریقہ ہے جس سے ہم خدا کو دریافت کر سکتے ہیں؟"</w:t>
      </w:r>
    </w:p>
    <w:p>
      <w:r>
        <w:rPr>
          <w:b/>
        </w:rPr>
        <w:t xml:space="preserve">[18:31] </w:t>
      </w:r>
      <w:r>
        <w:t>main sochta hoon ke ajz ke baghair Khuda se aap ka contact nahi ho sakta.</w:t>
      </w:r>
    </w:p>
    <w:p>
      <w:pPr>
        <w:jc w:val="right"/>
      </w:pPr>
      <w:r>
        <w:t>میں سوچتا ہوں کہ عجز کے بغیر خدا سے آپ کا کانٹیکٹ نہیں ہو سکتا۔</w:t>
      </w:r>
    </w:p>
    <w:p>
      <w:r>
        <w:rPr>
          <w:b/>
        </w:rPr>
        <w:t xml:space="preserve">[18:42] </w:t>
      </w:r>
      <w:r>
        <w:t>ajz se aap ka, aap Khuda ke qareeb hote hain. jaise "wasajad waqtar" Quran mein hai, "wasajad waqtar" sajda kar aur qareeb ho ja.</w:t>
      </w:r>
    </w:p>
    <w:p>
      <w:pPr>
        <w:jc w:val="right"/>
      </w:pPr>
      <w:r>
        <w:t>عجز سے آپ کا، آپ خدا کے قریب ہوتے ہیں۔ جیسے "وسجد و اقتر" قرآن میں ہے، "وسجد و اقتر" سجدہ کر اور قریب ہو جا۔</w:t>
      </w:r>
    </w:p>
    <w:p>
      <w:r>
        <w:rPr>
          <w:b/>
        </w:rPr>
        <w:t xml:space="preserve">[18:54] </w:t>
      </w:r>
      <w:r>
        <w:t>to sajde se qurbat aati hai, yaani sajda kya hai? ajz ki aakhri shart. to ajz ka matlab hai mayusti.</w:t>
      </w:r>
    </w:p>
    <w:p>
      <w:pPr>
        <w:jc w:val="right"/>
      </w:pPr>
      <w:r>
        <w:t>تو سجدے سے قربت آتی ہے، یعنی سجدہ کیا ہے؟ عجز کی آخری شرط۔ تو عجز کا مطلب ہے مایوسٹی۔</w:t>
      </w:r>
    </w:p>
    <w:p>
      <w:r>
        <w:rPr>
          <w:b/>
        </w:rPr>
        <w:t xml:space="preserve">[19:05] </w:t>
      </w:r>
      <w:r>
        <w:t>jitna aadmi ke andar mayusti aayegi, utni zyada us ko</w:t>
      </w:r>
    </w:p>
    <w:p>
      <w:pPr>
        <w:jc w:val="right"/>
      </w:pPr>
      <w:r>
        <w:t>جتنا آدمی کے اندر مایوسٹی آئے گی، اتنی زیادہ اس کو</w:t>
      </w:r>
    </w:p>
    <w:p>
      <w:r>
        <w:rPr>
          <w:b/>
        </w:rPr>
        <w:t xml:space="preserve">[19:16] </w:t>
      </w:r>
      <w:r>
        <w:t>Allah se qurbat hasil hogi. to ajz to bohat zaroori hai.</w:t>
      </w:r>
    </w:p>
    <w:p>
      <w:pPr>
        <w:jc w:val="right"/>
      </w:pPr>
      <w:r>
        <w:t>اللہ سے قربت حاصل ہوگی۔ تو عجز تو بہت ضروری ہے۔</w:t>
      </w:r>
    </w:p>
    <w:p>
      <w:r>
        <w:rPr>
          <w:b/>
        </w:rPr>
        <w:t xml:space="preserve">[19:22] </w:t>
      </w:r>
      <w:r>
        <w:t>maulana sahib, Muhammad Bilal Shafeeq ne aap se poocha hai ke Maulana, Islamic form of prayer mein to hum Quran ki ayaton ko repeat karte hain aur focus on words and meanings par hi rehta hai.</w:t>
      </w:r>
    </w:p>
    <w:p>
      <w:pPr>
        <w:jc w:val="right"/>
      </w:pPr>
      <w:r>
        <w:t>مولانا صاحب، محمد بلال شفیع نے آپ سے پوچھا ہے کہ مولانا، اسلامک فارم آف پریئر میں تو ہم قرآن کی آیتوں کو ریپیٹ کرتے ہیں اور فوکس ان ورڈز اینڈ میننگز پر ہی رہتا ہے۔</w:t>
      </w:r>
    </w:p>
    <w:p>
      <w:r>
        <w:rPr>
          <w:b/>
        </w:rPr>
        <w:t xml:space="preserve">[19:42] </w:t>
      </w:r>
      <w:r>
        <w:t>where is the option to think independently and focus on the problem, so as to seek a God oriented approach to a problem we are faced with?</w:t>
      </w:r>
    </w:p>
    <w:p>
      <w:pPr>
        <w:jc w:val="right"/>
      </w:pPr>
      <w:r>
        <w:t>ویئر از دا آپشن ٹو تھنک انڈیپینڈنٹلی اینڈ فوکس ان دا پرابلم، سو ایز ٹو سیک ا گاڈ اورینٹڈ اپروچ ٹو ا پرابلم وی آر فیسڈ ود؟</w:t>
      </w:r>
    </w:p>
    <w:p>
      <w:r>
        <w:rPr>
          <w:b/>
        </w:rPr>
        <w:t xml:space="preserve">[20:00] </w:t>
      </w:r>
      <w:r>
        <w:t>bhai, insaan ke andar to bohat salahiyat hai, is mein seekhi hui hai detail thinking. ek cheez, doosri cheez ko alag kar ke sochta hoon.</w:t>
      </w:r>
    </w:p>
    <w:p>
      <w:pPr>
        <w:jc w:val="right"/>
      </w:pPr>
      <w:r>
        <w:t>بھئی، انسان کے اندر تو بہت صلاحیت ہے، اس میں سیکھی ہوئی ہے ڈیٹیل تھنکنگ۔ ایک چیز، دوسری چیز کو الگ کر کے سوچتا ہوں۔</w:t>
      </w:r>
    </w:p>
    <w:p>
      <w:r>
        <w:rPr>
          <w:b/>
        </w:rPr>
        <w:t xml:space="preserve">[20:14] </w:t>
      </w:r>
      <w:r>
        <w:t>to insaan ki capacity to bohat hi zyada hai, apni is capacity ko istemal kijiye.</w:t>
      </w:r>
    </w:p>
    <w:p>
      <w:pPr>
        <w:jc w:val="right"/>
      </w:pPr>
      <w:r>
        <w:t>تو انسان کی کیپیسٹی تو بہت ہی زیادہ ہے، اپنی اس کیپیسٹی کو استعمال کیجئے۔</w:t>
      </w:r>
    </w:p>
    <w:p>
      <w:r>
        <w:rPr>
          <w:b/>
        </w:rPr>
        <w:t xml:space="preserve">[20:24] </w:t>
      </w:r>
      <w:r>
        <w:t>maulana farhad ahmed sahib aap se poochte hain</w:t>
      </w:r>
    </w:p>
    <w:p>
      <w:pPr>
        <w:jc w:val="right"/>
      </w:pPr>
      <w:r>
        <w:t>مولانا فرہاد احمد صاحب آپ سے پوچھتے ہیں</w:t>
      </w:r>
    </w:p>
    <w:p>
      <w:r>
        <w:rPr>
          <w:b/>
        </w:rPr>
        <w:t xml:space="preserve">[20:30] </w:t>
      </w:r>
      <w:r>
        <w:t>"Khuda ki azmat mein jeene ke liye kin baaton ka khayal rakhna zaroori, khayal rakhna chahiye?"</w:t>
      </w:r>
    </w:p>
    <w:p>
      <w:pPr>
        <w:jc w:val="right"/>
      </w:pPr>
      <w:r>
        <w:t>"خدا کی عظمت میں جینے کے لیے کن باتوں کا خیال رکھنا ضروری، خیال رکھنا چاہیے؟"</w:t>
      </w:r>
    </w:p>
    <w:p>
      <w:r>
        <w:rPr>
          <w:b/>
        </w:rPr>
        <w:t xml:space="preserve">[20:40] </w:t>
      </w:r>
      <w:r>
        <w:t>acha,</w:t>
      </w:r>
    </w:p>
    <w:p>
      <w:pPr>
        <w:jc w:val="right"/>
      </w:pPr>
      <w:r>
        <w:t>اچھا،</w:t>
      </w:r>
    </w:p>
    <w:p>
      <w:r>
        <w:rPr>
          <w:b/>
        </w:rPr>
        <w:t xml:space="preserve">[20:44] </w:t>
      </w:r>
      <w:r>
        <w:t>yeh sab kuch depend karta hai</w:t>
      </w:r>
    </w:p>
    <w:p>
      <w:pPr>
        <w:jc w:val="right"/>
      </w:pPr>
      <w:r>
        <w:t>یہ سب کچھ ڈیپینڈ کرتا ہے</w:t>
      </w:r>
    </w:p>
    <w:p>
      <w:r>
        <w:rPr>
          <w:b/>
        </w:rPr>
        <w:t xml:space="preserve">[20:50] </w:t>
      </w:r>
      <w:r>
        <w:t>tadabbur par. jitna zyada aadat tadabbur karega, utni zyada is mein siftien paida hongi. tadabbur ke siwa koi aur jo hai rasta mere khayal se nahi hai.</w:t>
      </w:r>
    </w:p>
    <w:p>
      <w:pPr>
        <w:jc w:val="right"/>
      </w:pPr>
      <w:r>
        <w:t>تدبر پر۔ جتنا زیادہ عادت تدبر کرے گا، اتنی زیادہ اس میں صفتیں پیدا ہوں گی۔ تدبر کے سوا کوئی اور جو ہے راستہ میرے خیال سے نہیں ہے۔</w:t>
      </w:r>
    </w:p>
    <w:p>
      <w:r>
        <w:rPr>
          <w:b/>
        </w:rPr>
        <w:t xml:space="preserve">[21:07] </w:t>
      </w:r>
      <w:r>
        <w:t>mislan, murakba waghera jo hai, jo tareeqe hain, woh main is ko main nahi manta. main murakba ke bajaye tadabbur ko manta hoon.</w:t>
      </w:r>
    </w:p>
    <w:p>
      <w:pPr>
        <w:jc w:val="right"/>
      </w:pPr>
      <w:r>
        <w:t>مثلاً، مراقبہ وغیرہ جو ہے، جو طریقے ہیں، وہ میں اس کو میں نہیں مانتا۔ میں مراقبہ کے بجائے تدبر کو مانتا ہوں۔</w:t>
      </w:r>
    </w:p>
    <w:p>
      <w:r>
        <w:rPr>
          <w:b/>
        </w:rPr>
        <w:t xml:space="preserve">[21:28] </w:t>
      </w:r>
      <w:r>
        <w:t>maulana sahib, murakba aur tadabbur mein kya farq hai?</w:t>
      </w:r>
    </w:p>
    <w:p>
      <w:pPr>
        <w:jc w:val="right"/>
      </w:pPr>
      <w:r>
        <w:t>مولانا صاحب، مراقبہ اور تدبر میں کیا فرق ہے؟</w:t>
      </w:r>
    </w:p>
    <w:p>
      <w:r>
        <w:rPr>
          <w:b/>
        </w:rPr>
        <w:t xml:space="preserve">[21:35] </w:t>
      </w:r>
      <w:r>
        <w:t>dekhein, murakba jo hota hai, woh to</w:t>
      </w:r>
    </w:p>
    <w:p>
      <w:pPr>
        <w:jc w:val="right"/>
      </w:pPr>
      <w:r>
        <w:t>دیکھیں، مراقبہ جو ہوتا ہے، وہ تو</w:t>
      </w:r>
    </w:p>
    <w:p>
      <w:r>
        <w:rPr>
          <w:b/>
        </w:rPr>
        <w:t xml:space="preserve">[21:40] </w:t>
      </w:r>
      <w:r>
        <w:t>is ko kehte hain andar jhankna, yani apne andar, apne andar ko jis ko kisi kisi ne kaha hai.</w:t>
      </w:r>
    </w:p>
    <w:p>
      <w:pPr>
        <w:jc w:val="right"/>
      </w:pPr>
      <w:r>
        <w:t>اس کو کہتے ہیں اندر جھانکنا، یعنی اپنے اندر، اپنے اندر کو جس کو کسی کسی نے کہا ہے۔</w:t>
      </w:r>
    </w:p>
    <w:p>
      <w:r>
        <w:rPr>
          <w:b/>
        </w:rPr>
        <w:t xml:space="preserve">[21:54] </w:t>
      </w:r>
      <w:r>
        <w:t>andar, andar yatra</w:t>
      </w:r>
    </w:p>
    <w:p>
      <w:pPr>
        <w:jc w:val="right"/>
      </w:pPr>
      <w:r>
        <w:t>اندر، اندر یاترا</w:t>
      </w:r>
    </w:p>
    <w:p>
      <w:r>
        <w:rPr>
          <w:b/>
        </w:rPr>
        <w:t xml:space="preserve">[21:58] </w:t>
      </w:r>
      <w:r>
        <w:t>to yeh mana jata hai, yani baz silsile mein ke insan ke andar jo, un ke andar jo mann hai,</w:t>
      </w:r>
    </w:p>
    <w:p>
      <w:pPr>
        <w:jc w:val="right"/>
      </w:pPr>
      <w:r>
        <w:t>تو یہ مانا جاتا ہے، یعنی بعض سلسلے میں کہ انسان کے اندر جو، ان کے اندر جو من ہے،</w:t>
      </w:r>
    </w:p>
    <w:p>
      <w:r>
        <w:rPr>
          <w:b/>
        </w:rPr>
        <w:t xml:space="preserve">[22:16] </w:t>
      </w:r>
      <w:r>
        <w:t>woh is ke andar bohat zyada,</w:t>
      </w:r>
    </w:p>
    <w:p>
      <w:pPr>
        <w:jc w:val="right"/>
      </w:pPr>
      <w:r>
        <w:t>وہ اس کے اندر بہت زیادہ،</w:t>
      </w:r>
    </w:p>
    <w:p>
      <w:r>
        <w:rPr>
          <w:b/>
        </w:rPr>
        <w:t xml:space="preserve">[22:22] </w:t>
      </w:r>
      <w:r>
        <w:t>bohat zyada</w:t>
      </w:r>
    </w:p>
    <w:p>
      <w:pPr>
        <w:jc w:val="right"/>
      </w:pPr>
      <w:r>
        <w:t>بہت زیادہ</w:t>
      </w:r>
    </w:p>
    <w:p>
      <w:r>
        <w:rPr>
          <w:b/>
        </w:rPr>
        <w:t xml:space="preserve">[22:27] </w:t>
      </w:r>
      <w:r>
        <w:t>capacity hai.</w:t>
      </w:r>
    </w:p>
    <w:p>
      <w:pPr>
        <w:jc w:val="right"/>
      </w:pPr>
      <w:r>
        <w:t>کیپیسٹی ہے۔</w:t>
      </w:r>
    </w:p>
    <w:p>
      <w:r>
        <w:rPr>
          <w:b/>
        </w:rPr>
        <w:t xml:space="preserve">[22:33] </w:t>
      </w:r>
      <w:r>
        <w:t>kisi shayar ne sher kaha hai ke "apne mann mein jhank kar pa ja saragh zindagi".</w:t>
      </w:r>
    </w:p>
    <w:p>
      <w:pPr>
        <w:jc w:val="right"/>
      </w:pPr>
      <w:r>
        <w:t>کسی شاعر نے شعر کہا ہے کہ "اپنے من میں جھانک کر پا جا سراغ زندگی"۔</w:t>
      </w:r>
    </w:p>
    <w:p>
      <w:r>
        <w:rPr>
          <w:b/>
        </w:rPr>
        <w:t xml:space="preserve">[22:45] </w:t>
      </w:r>
      <w:r>
        <w:t>yani jitna zyada apne mann mein aadmi jhankega, utni zyada woh andar ke khazane ko payega.</w:t>
      </w:r>
    </w:p>
    <w:p>
      <w:pPr>
        <w:jc w:val="right"/>
      </w:pPr>
      <w:r>
        <w:t>یعنی جتنا زیادہ اپنے من میں آدمی جھانکے گا، اتنی زیادہ وہ اندر کے خزانے کو پائے گا۔</w:t>
      </w:r>
    </w:p>
    <w:p>
      <w:r>
        <w:rPr>
          <w:b/>
        </w:rPr>
        <w:t xml:space="preserve">[22:54] </w:t>
      </w:r>
      <w:r>
        <w:t>ab yeh sab cheezein koi scientific cheezein nahi hain, in ko hum</w:t>
      </w:r>
    </w:p>
    <w:p>
      <w:pPr>
        <w:jc w:val="right"/>
      </w:pPr>
      <w:r>
        <w:t>اب یہ سب چیزیں کوئی سائنسی چیزیں نہیں ہیں، ان کو ہم</w:t>
      </w:r>
    </w:p>
    <w:p>
      <w:r>
        <w:rPr>
          <w:b/>
        </w:rPr>
        <w:t xml:space="preserve">[23:05] </w:t>
      </w:r>
      <w:r>
        <w:t>scientific andaaz mein is par nahi kar sakte. tajruba ki cheezein hain. agar kisi ko is andaaz mein tajruba ho, is andaaz mein koi samajhna ho to us ko tajruba karna chahiye.</w:t>
      </w:r>
    </w:p>
    <w:p>
      <w:pPr>
        <w:jc w:val="right"/>
      </w:pPr>
      <w:r>
        <w:t>سائنسی انداز میں اس پر نہیں کر سکتے۔ تجربہ کی چیزیں ہیں۔ اگر کسی کو اس انداز میں تجربہ ہو، اس انداز میں کوئی سمجھنا ہو تو اس کو تجربہ کرنا چاہیے۔</w:t>
      </w:r>
    </w:p>
    <w:p>
      <w:r>
        <w:rPr>
          <w:b/>
        </w:rPr>
        <w:t xml:space="preserve">[23:24] </w:t>
      </w:r>
      <w:r>
        <w:t>to yeh cheezein personal tajrube ki hain. dekhein, yeh cheezein koi scientific discipline jaisi nahi hain.</w:t>
      </w:r>
    </w:p>
    <w:p>
      <w:pPr>
        <w:jc w:val="right"/>
      </w:pPr>
      <w:r>
        <w:t>تو یہ چیزیں پرسنل تجربے کی ہیں۔ دیکھیں، یہ چیزیں کوئی سائنسی ڈسپلن جیسی نہیں ہیں۔</w:t>
      </w:r>
    </w:p>
    <w:p>
      <w:r>
        <w:rPr>
          <w:b/>
        </w:rPr>
        <w:t xml:space="preserve">[23:38] </w:t>
      </w:r>
      <w:r>
        <w:t>hum koi scientific discipline ke andaaz mein is ka koi</w:t>
      </w:r>
    </w:p>
    <w:p>
      <w:pPr>
        <w:jc w:val="right"/>
      </w:pPr>
      <w:r>
        <w:t>ہم کوئی سائنسی ڈسپلن کے انداز میں اس کا کوئی</w:t>
      </w:r>
    </w:p>
    <w:p>
      <w:r>
        <w:rPr>
          <w:b/>
        </w:rPr>
        <w:t xml:space="preserve">[23:45] </w:t>
      </w:r>
      <w:r>
        <w:t>method nahi bata sakte. aadmi ko tajruba karna chahiye to khud hi apne ko discover karna chahiye.</w:t>
      </w:r>
    </w:p>
    <w:p>
      <w:pPr>
        <w:jc w:val="right"/>
      </w:pPr>
      <w:r>
        <w:t>میتھڈ نہیں بتا سکتے۔ آدمی کو تجربہ کرنا چاہیے تو خود ہی اپنے کو ڈسکور کرنا چاہیے۔</w:t>
      </w:r>
    </w:p>
    <w:p>
      <w:r>
        <w:rPr>
          <w:b/>
        </w:rPr>
        <w:t xml:space="preserve">[23:57] </w:t>
      </w:r>
      <w:r>
        <w:t>yeh hi tareeqa hai is ko janne ka.</w:t>
      </w:r>
    </w:p>
    <w:p>
      <w:pPr>
        <w:jc w:val="right"/>
      </w:pPr>
      <w:r>
        <w:t>یہی طریقہ ہے اس کو جاننے کا۔</w:t>
      </w:r>
    </w:p>
    <w:p>
      <w:r>
        <w:rPr>
          <w:b/>
        </w:rPr>
        <w:t xml:space="preserve">[24:03] </w:t>
      </w:r>
      <w:r>
        <w:t>main kai socha kiya hoon to sochne wale kya karte hain</w:t>
      </w:r>
    </w:p>
    <w:p>
      <w:pPr>
        <w:jc w:val="right"/>
      </w:pPr>
      <w:r>
        <w:t>میں کئی سوچا کیا گیا ہوں تو سوچنے والے کیا کرتے ہیں</w:t>
      </w:r>
    </w:p>
    <w:p>
      <w:r>
        <w:rPr>
          <w:b/>
        </w:rPr>
        <w:t xml:space="preserve">[24:07] </w:t>
      </w:r>
      <w:r>
        <w:t>ke namaz ke baad, mislan isha ki namaz ke baad, chadar odh lenge aur apne ko chadar mein lapet kar to</w:t>
      </w:r>
    </w:p>
    <w:p>
      <w:pPr>
        <w:jc w:val="right"/>
      </w:pPr>
      <w:r>
        <w:t>کہ نماز کے بعد، مثلاً عشاء کی نماز کے بعد، چادر اوڑھ لیں گے اور اپنے کو چادر میں لپیٹ کر تو</w:t>
      </w:r>
    </w:p>
    <w:p>
      <w:r>
        <w:rPr>
          <w:b/>
        </w:rPr>
        <w:t xml:space="preserve">[24:24] </w:t>
      </w:r>
      <w:r>
        <w:t>so jayenge aur ghore o fikr karenge. to yeh un ko zahiri tajrube mein kuch cheezein khulti hongi.</w:t>
      </w:r>
    </w:p>
    <w:p>
      <w:pPr>
        <w:jc w:val="right"/>
      </w:pPr>
      <w:r>
        <w:t>سو جائیں گے اور غور و فکر کریں گے۔ تو یہ ان کو ظاہری تجربے میں کچھ چیزیں کھلتی ہوں گی۔</w:t>
      </w:r>
    </w:p>
    <w:p>
      <w:r>
        <w:rPr>
          <w:b/>
        </w:rPr>
        <w:t xml:space="preserve">[24:37] </w:t>
      </w:r>
      <w:r>
        <w:t>main zahiri taur par is ke liye koi kuch nahi keh sakta. jo aadmi zaati tajruba kare, wohi bata sakta hai.</w:t>
      </w:r>
    </w:p>
    <w:p>
      <w:pPr>
        <w:jc w:val="right"/>
      </w:pPr>
      <w:r>
        <w:t>میں ظاہری طور پر اس کے لیے کوئی کچھ نہیں کہہ سکتا۔ جو آدمی ذاتی تجربہ کرے، وہی بتا سکتا ہے۔</w:t>
      </w:r>
    </w:p>
    <w:p>
      <w:r>
        <w:rPr>
          <w:b/>
        </w:rPr>
        <w:t xml:space="preserve">[24:50] </w:t>
      </w:r>
      <w:r>
        <w:t>maulana sahib, aamir muri ne aap se ek sawal poocha hai "When we face any problem or crisis, we immediately tend to look for means from the outside to address the problem.</w:t>
      </w:r>
    </w:p>
    <w:p>
      <w:pPr>
        <w:jc w:val="right"/>
      </w:pPr>
      <w:r>
        <w:t>مولانا صاحب، عامر موری نے آپ سے ایک سوال پوچھا ہے "When we face any problem or crisis, we immediately tend to look for means from the outside to address the problem.</w:t>
      </w:r>
    </w:p>
    <w:p>
      <w:r>
        <w:rPr>
          <w:b/>
        </w:rPr>
        <w:t xml:space="preserve">[25:09] </w:t>
      </w:r>
      <w:r>
        <w:t>We do not rely on divine power." Maulana sahib, please guide all of us how can we divert our mind to God and engage our self in prayers when we face any cr</w:t>
      </w:r>
    </w:p>
    <w:p>
      <w:pPr>
        <w:jc w:val="right"/>
      </w:pPr>
      <w:r>
        <w:t>We do not rely on divine power." مولانا صاحب، پلیز گائیڈ ال اف اس ہاؤ کین وی ڈائیورٹ اور مائنڈ ٹو گاڈ اینڈ انگیج اور سیلف ان پریئرز وین وی فیس اینی کر</w:t>
      </w:r>
    </w:p>
    <w:p>
      <w:r>
        <w:rPr>
          <w:b/>
        </w:rPr>
        <w:t xml:space="preserve">[25:26] </w:t>
      </w:r>
      <w:r>
        <w:t>aisz.</w:t>
      </w:r>
    </w:p>
    <w:p>
      <w:pPr>
        <w:jc w:val="right"/>
      </w:pPr>
      <w:r>
        <w:t>ائسز۔</w:t>
      </w:r>
    </w:p>
    <w:p>
      <w:r>
        <w:rPr>
          <w:b/>
        </w:rPr>
        <w:t xml:space="preserve">[25:30] </w:t>
      </w:r>
      <w:r>
        <w:t>dekhen, mera tajurba hai ke aadmi jab</w:t>
      </w:r>
    </w:p>
    <w:p>
      <w:pPr>
        <w:jc w:val="right"/>
      </w:pPr>
      <w:r>
        <w:t>دیکھیں، میرا تجربہ ہے کہ آدمی جب</w:t>
      </w:r>
    </w:p>
    <w:p>
      <w:r>
        <w:rPr>
          <w:b/>
        </w:rPr>
        <w:t xml:space="preserve">[25:38] </w:t>
      </w:r>
      <w:r>
        <w:t>khuda ko le kar sochta hai, bohat ziyada to sab baatein khulti hain.</w:t>
      </w:r>
    </w:p>
    <w:p>
      <w:pPr>
        <w:jc w:val="right"/>
      </w:pPr>
      <w:r>
        <w:t>خدا کو لے کر سوچتا ہے، بہت زیادہ تو سب باتیں کھلتی ہیں۔</w:t>
      </w:r>
    </w:p>
    <w:p>
      <w:r>
        <w:rPr>
          <w:b/>
        </w:rPr>
        <w:t xml:space="preserve">[25:49] </w:t>
      </w:r>
      <w:r>
        <w:t>kabhi</w:t>
      </w:r>
    </w:p>
    <w:p>
      <w:pPr>
        <w:jc w:val="right"/>
      </w:pPr>
      <w:r>
        <w:t>کبھی</w:t>
      </w:r>
    </w:p>
    <w:p>
      <w:r>
        <w:rPr>
          <w:b/>
        </w:rPr>
        <w:t xml:space="preserve">[25:53] </w:t>
      </w:r>
      <w:r>
        <w:t>ek surat mein, kabhi doosri surat mein. Maslan, kabhi khwab aata hai, kabhi</w:t>
      </w:r>
    </w:p>
    <w:p>
      <w:pPr>
        <w:jc w:val="right"/>
      </w:pPr>
      <w:r>
        <w:t>ایک صورت میں، کبھی دوسری صورت میں۔ مثلاً، کبھی خواب آتا ہے، کبھی</w:t>
      </w:r>
    </w:p>
    <w:p>
      <w:r>
        <w:rPr>
          <w:b/>
        </w:rPr>
        <w:t xml:space="preserve">[26:03] </w:t>
      </w:r>
      <w:r>
        <w:t>is par inspiration hota hai.</w:t>
      </w:r>
    </w:p>
    <w:p>
      <w:pPr>
        <w:jc w:val="right"/>
      </w:pPr>
      <w:r>
        <w:t>اس پر انسپیریشن ہوتا ہے۔</w:t>
      </w:r>
    </w:p>
    <w:p>
      <w:r>
        <w:rPr>
          <w:b/>
        </w:rPr>
        <w:t xml:space="preserve">[26:08] </w:t>
      </w:r>
      <w:r>
        <w:t>yeh cheezein bohat ziyada</w:t>
      </w:r>
    </w:p>
    <w:p>
      <w:pPr>
        <w:jc w:val="right"/>
      </w:pPr>
      <w:r>
        <w:t>یہ چیزیں بہت زیادہ</w:t>
      </w:r>
    </w:p>
    <w:p>
      <w:r>
        <w:rPr>
          <w:b/>
        </w:rPr>
        <w:t xml:space="preserve">[26:14] </w:t>
      </w:r>
      <w:r>
        <w:t>personal hain. Lekin main yeh keh sakta hoon ke mujhe zaati taur par aaj tajurbe hue hain, zaati taur par ke khuda ki woh guidance</w:t>
      </w:r>
    </w:p>
    <w:p>
      <w:pPr>
        <w:jc w:val="right"/>
      </w:pPr>
      <w:r>
        <w:t>پرسنل ہیں۔ لیکن میں یہ کہہ سکتا ہوں کہ مجھے ذاتی طور پر آج تجربے ہوئے ہیں، ذاتی طور پر کہ خدا کی وہ گائیڈنس</w:t>
      </w:r>
    </w:p>
    <w:p>
      <w:r>
        <w:rPr>
          <w:b/>
        </w:rPr>
        <w:t xml:space="preserve">[26:36] </w:t>
      </w:r>
      <w:r>
        <w:t>through</w:t>
      </w:r>
    </w:p>
    <w:p>
      <w:pPr>
        <w:jc w:val="right"/>
      </w:pPr>
      <w:r>
        <w:t>تھرو</w:t>
      </w:r>
    </w:p>
    <w:p>
      <w:r>
        <w:rPr>
          <w:b/>
        </w:rPr>
        <w:t xml:space="preserve">[26:40] </w:t>
      </w:r>
      <w:r>
        <w:t>khwab ya through</w:t>
      </w:r>
    </w:p>
    <w:p>
      <w:pPr>
        <w:jc w:val="right"/>
      </w:pPr>
      <w:r>
        <w:t>خواب یا تھرو</w:t>
      </w:r>
    </w:p>
    <w:p>
      <w:r>
        <w:rPr>
          <w:b/>
        </w:rPr>
        <w:t xml:space="preserve">[26:47] </w:t>
      </w:r>
      <w:r>
        <w:t>inspiration. Lekin main is ko koi science ka darja nahi de sakta. Woh mera tajurba hota hai, woh main phir tajurbe ki tareekh mein is ko rakhta hoon.</w:t>
      </w:r>
    </w:p>
    <w:p>
      <w:pPr>
        <w:jc w:val="right"/>
      </w:pPr>
      <w:r>
        <w:t>انسپیریشن۔ لیکن میں اس کو کوئی سائنس کا درجہ نہیں دے سکتا۔ وہ میرا تجربہ ہوتا ہے، وہ میں پھر تجربے کی تاریخ میں اس کو رکھتا ہوں۔</w:t>
      </w:r>
    </w:p>
    <w:p>
      <w:r>
        <w:rPr>
          <w:b/>
        </w:rPr>
        <w:t xml:space="preserve">[27:03] </w:t>
      </w:r>
      <w:r>
        <w:t>ab</w:t>
      </w:r>
    </w:p>
    <w:p>
      <w:pPr>
        <w:jc w:val="right"/>
      </w:pPr>
      <w:r>
        <w:t>اب</w:t>
      </w:r>
    </w:p>
    <w:p>
      <w:r>
        <w:rPr>
          <w:b/>
        </w:rPr>
        <w:t xml:space="preserve">[27:04] </w:t>
      </w:r>
      <w:r>
        <w:t>jo aadmi is mein interested ho to woh tajurba kare, agar us ko</w:t>
      </w:r>
    </w:p>
    <w:p>
      <w:pPr>
        <w:jc w:val="right"/>
      </w:pPr>
      <w:r>
        <w:t>جو آدمی اس میں انٹرسٹڈ ہو تو وہ تجربہ کرے، اگر اس کو</w:t>
      </w:r>
    </w:p>
    <w:p>
      <w:r>
        <w:rPr>
          <w:b/>
        </w:rPr>
        <w:t xml:space="preserve">[27:16] </w:t>
      </w:r>
      <w:r>
        <w:t>. Maulana sahib, yeh yeh keh rahe hain ke hum asbab ki dunya mein hi apne masle ka hal talash karna chahte hain. "We don't turn to God for the solution in any hour of crisis."</w:t>
      </w:r>
    </w:p>
    <w:p>
      <w:pPr>
        <w:jc w:val="right"/>
      </w:pPr>
      <w:r>
        <w:t>۔ مولانا صاحب، یہ یہ کہہ رہے ہیں کہ ہم اسباب کی دنیا میں ہی اپنے مسئلے کا حل تلاش کرنا چاہتے ہیں۔ "We don't turn to God for the solution in any hour of crisis."</w:t>
      </w:r>
    </w:p>
    <w:p>
      <w:r>
        <w:rPr>
          <w:b/>
        </w:rPr>
        <w:t xml:space="preserve">[27:35] </w:t>
      </w:r>
      <w:r>
        <w:t>kyunke aam taur par yeh samjha jata hai ke God ka koi scientific proof nahi hai. To aisa mante hain woh log.</w:t>
      </w:r>
    </w:p>
    <w:p>
      <w:pPr>
        <w:jc w:val="right"/>
      </w:pPr>
      <w:r>
        <w:t>کیونکہ عام طور پر یہ سمجھا جاتا ہے کہ گاڈ کا کوئی سائنٹیفک پروف نہیں ہے۔ تو ایسا مانتے ہیں وہ لوگ۔</w:t>
      </w:r>
    </w:p>
    <w:p>
      <w:r>
        <w:rPr>
          <w:b/>
        </w:rPr>
        <w:t xml:space="preserve">[27:47] </w:t>
      </w:r>
      <w:r>
        <w:t>mera zahiri taur par samajhna hai ke God ka scientific proof maujood hai. Mujhe bohat ziyada is mein guidance mili hai.</w:t>
      </w:r>
    </w:p>
    <w:p>
      <w:pPr>
        <w:jc w:val="right"/>
      </w:pPr>
      <w:r>
        <w:t>میرا ظاہری طور پر سمجھنا ہے کہ گاڈ کا سائنٹیفک پروف موجود ہے۔ مجھے بہت زیادہ اس میں گائیڈنس ملی ہے۔</w:t>
      </w:r>
    </w:p>
    <w:p>
      <w:r>
        <w:rPr>
          <w:b/>
        </w:rPr>
        <w:t xml:space="preserve">[28:01] </w:t>
      </w:r>
      <w:r>
        <w:t>lekin yeh apni zaat ke liye main keh sakta hoon. Baqi main yeh nahi keh sakta ke yeh koi mathematical</w:t>
      </w:r>
    </w:p>
    <w:p>
      <w:pPr>
        <w:jc w:val="right"/>
      </w:pPr>
      <w:r>
        <w:t>لیکن یہ اپنی ذات کے لیے میں کہہ سکتا ہوں۔ باقی میں یہ نہیں کہہ سکتا کہ یہ کوئی میتھمیٹیکل</w:t>
      </w:r>
    </w:p>
    <w:p>
      <w:r>
        <w:rPr>
          <w:b/>
        </w:rPr>
        <w:t xml:space="preserve">[28:13] </w:t>
      </w:r>
      <w:r>
        <w:t>method koi is ke liye ho sakta hai. Yeh main nahi manta. Woh personal mein hota hai jo milta hai.</w:t>
      </w:r>
    </w:p>
    <w:p>
      <w:pPr>
        <w:jc w:val="right"/>
      </w:pPr>
      <w:r>
        <w:t>میتھڈ کوئی اس کے لیے ہو سکتا ہے۔ یہ میں نہیں مانتا۔ وہ پرسنل میں ہوتا ہے جو ملتا ہے۔</w:t>
      </w:r>
    </w:p>
    <w:p>
      <w:r>
        <w:rPr>
          <w:b/>
        </w:rPr>
        <w:t xml:space="preserve">[28:22] </w:t>
      </w:r>
      <w:r>
        <w:t>jo cheez maloom hoti hai, woh personal hoti hai na.</w:t>
      </w:r>
    </w:p>
    <w:p>
      <w:pPr>
        <w:jc w:val="right"/>
      </w:pPr>
      <w:r>
        <w:t>جو چیز معلوم ہوتی ہے، وہ پرسنل ہوتی ہے نا۔</w:t>
      </w:r>
    </w:p>
    <w:p>
      <w:r>
        <w:rPr>
          <w:b/>
        </w:rPr>
        <w:t xml:space="preserve">[28:30] </w:t>
      </w:r>
      <w:r>
        <w:t>Maulana sahib, Shaheen Ali ne aap se sawal poocha hai ke Maulana sahib, dua ka taqdeer mein kya dakhal hai?</w:t>
      </w:r>
    </w:p>
    <w:p>
      <w:pPr>
        <w:jc w:val="right"/>
      </w:pPr>
      <w:r>
        <w:t>مولانا صاحب، شاہین علی نے آپ سے سوال پوچھا ہے کہ مولانا صاحب، دعا کا تقدیر میں کیا دخل ہے؟</w:t>
      </w:r>
    </w:p>
    <w:p>
      <w:r>
        <w:rPr>
          <w:b/>
        </w:rPr>
        <w:t xml:space="preserve">[28:41] </w:t>
      </w:r>
      <w:r>
        <w:t>kehte hain dua jo hai, woh taqdeer ko badal deti hai. Shayad yahi woh janna chahti hain.</w:t>
      </w:r>
    </w:p>
    <w:p>
      <w:pPr>
        <w:jc w:val="right"/>
      </w:pPr>
      <w:r>
        <w:t>کہتے ہیں دعا جو ہے، وہ تقدیر کو بدل دیتی ہے۔ شاید یہی وہ جاننا چاہتی ہیں۔</w:t>
      </w:r>
    </w:p>
    <w:p>
      <w:r>
        <w:rPr>
          <w:b/>
        </w:rPr>
        <w:t xml:space="preserve">[28:48] </w:t>
      </w:r>
      <w:r>
        <w:t>dekhen, yeh yeh aqide ki baat rahi hai. Hum yeh nahi keh sakte ke dua taqdeer ban jati hai.</w:t>
      </w:r>
    </w:p>
    <w:p>
      <w:pPr>
        <w:jc w:val="right"/>
      </w:pPr>
      <w:r>
        <w:t>دیکھیں، یہ یہ عقیدے کی بات رہی ہے۔ ہم یہ نہیں کہہ سکتے کہ دعا تقدیر بن جاتی ہے۔</w:t>
      </w:r>
    </w:p>
    <w:p>
      <w:r>
        <w:rPr>
          <w:b/>
        </w:rPr>
        <w:t xml:space="preserve">[28:58] </w:t>
      </w:r>
      <w:r>
        <w:t>lekin chunke hadees mein maujood hai, yeh is liye main samajhta hoon ke</w:t>
      </w:r>
    </w:p>
    <w:p>
      <w:pPr>
        <w:jc w:val="right"/>
      </w:pPr>
      <w:r>
        <w:t>لیکن چونکہ حدیث میں موجود ہے، یہ اس لیے میں سمجھتا ہوں کہ</w:t>
      </w:r>
    </w:p>
    <w:p>
      <w:r>
        <w:rPr>
          <w:b/>
        </w:rPr>
        <w:t xml:space="preserve">[29:09] </w:t>
      </w:r>
      <w:r>
        <w:t>yeh baat sahi hai ke agar aadmi achhe dil se dua kare to taqdeer ke baray mein Allah ka faisla badal sakta hai.</w:t>
      </w:r>
    </w:p>
    <w:p>
      <w:pPr>
        <w:jc w:val="right"/>
      </w:pPr>
      <w:r>
        <w:t>یہ بات صحیح ہے کہ اگر آدمی اچھے دل سے دعا کرے تو تقدیر کے بارے میں اللہ کا فیصلہ بدل سکتا ہے۔</w:t>
      </w:r>
    </w:p>
    <w:p>
      <w:r>
        <w:rPr>
          <w:b/>
        </w:rPr>
        <w:t xml:space="preserve">[29:31] </w:t>
      </w:r>
      <w:r>
        <w:t>lekin mere paas is ka koi scientific proof nahi hai,</w:t>
      </w:r>
    </w:p>
    <w:p>
      <w:pPr>
        <w:jc w:val="right"/>
      </w:pPr>
      <w:r>
        <w:t>لیکن میرے پاس اس کا کوئی سائنسی پروف نہیں ہے،</w:t>
      </w:r>
    </w:p>
    <w:p>
      <w:r>
        <w:rPr>
          <w:b/>
        </w:rPr>
        <w:t xml:space="preserve">[29:37] </w:t>
      </w:r>
      <w:r>
        <w:t>agarche main is ko manta hoon.</w:t>
      </w:r>
    </w:p>
    <w:p>
      <w:pPr>
        <w:jc w:val="right"/>
      </w:pPr>
      <w:r>
        <w:t>اگرچہ میں اس کو مانتا ہوں۔</w:t>
      </w:r>
    </w:p>
    <w:p>
      <w:r>
        <w:rPr>
          <w:b/>
        </w:rPr>
        <w:t xml:space="preserve">[29:43] </w:t>
      </w:r>
      <w:r>
        <w:t>maulana sahib, farz nawab abray ne poocha hai tahajjud ki kya fazilat hai, kya importance hai?</w:t>
      </w:r>
    </w:p>
    <w:p>
      <w:pPr>
        <w:jc w:val="right"/>
      </w:pPr>
      <w:r>
        <w:t>مولانا صاحب، فارض نواب ابرائے نے پوچھا ہے تہجد کی کیا فضیلت ہے، کیا امپورٹنس ہے؟</w:t>
      </w:r>
    </w:p>
    <w:p>
      <w:r>
        <w:rPr>
          <w:b/>
        </w:rPr>
        <w:t xml:space="preserve">[29:58] </w:t>
      </w:r>
      <w:r>
        <w:t>tahajjud koi mistri cheez nahi hai. tahajjud yeh hai ke raat ke auqat mein jab ziyada</w:t>
      </w:r>
    </w:p>
    <w:p>
      <w:pPr>
        <w:jc w:val="right"/>
      </w:pPr>
      <w:r>
        <w:t>تہجد کوئی مستری چیز نہیں ہے۔ تہجد یہ ہے کہ رات کے اوقات میں جب زیادہ</w:t>
      </w:r>
    </w:p>
    <w:p>
      <w:r>
        <w:rPr>
          <w:b/>
        </w:rPr>
        <w:t xml:space="preserve">[30:17] </w:t>
      </w:r>
      <w:r>
        <w:t>insaan</w:t>
      </w:r>
    </w:p>
    <w:p>
      <w:pPr>
        <w:jc w:val="right"/>
      </w:pPr>
      <w:r>
        <w:t>انسان</w:t>
      </w:r>
    </w:p>
    <w:p>
      <w:r>
        <w:rPr>
          <w:b/>
        </w:rPr>
        <w:t xml:space="preserve">[30:21] </w:t>
      </w:r>
      <w:r>
        <w:t>khali hota hai to us waqt woh dua kare, namaz parhe. bas yeh hai.</w:t>
      </w:r>
    </w:p>
    <w:p>
      <w:pPr>
        <w:jc w:val="right"/>
      </w:pPr>
      <w:r>
        <w:t>خالی ہوتا ہے تو اس وقت وہ دعا کرے، نماز پڑھے۔ بس یہ ہے۔</w:t>
      </w:r>
    </w:p>
    <w:p>
      <w:r>
        <w:rPr>
          <w:b/>
        </w:rPr>
        <w:t xml:space="preserve">[30:31] </w:t>
      </w:r>
      <w:r>
        <w:t>baqi tahajjud koi mysterious baat nahi hai.</w:t>
      </w:r>
    </w:p>
    <w:p>
      <w:pPr>
        <w:jc w:val="right"/>
      </w:pPr>
      <w:r>
        <w:t>باقی تہجد کوئی مسٹیریس بات نہیں ہے۔</w:t>
      </w:r>
    </w:p>
    <w:p>
      <w:r>
        <w:rPr>
          <w:b/>
        </w:rPr>
        <w:t xml:space="preserve">[30:39] </w:t>
      </w:r>
      <w:r>
        <w:t>tahajjud ka koi waqt bhi nahi hai.</w:t>
      </w:r>
    </w:p>
    <w:p>
      <w:pPr>
        <w:jc w:val="right"/>
      </w:pPr>
      <w:r>
        <w:t>تہجد کا کوئی وقت بھی نہیں ہے۔</w:t>
      </w:r>
    </w:p>
    <w:p>
      <w:r>
        <w:rPr>
          <w:b/>
        </w:rPr>
        <w:t xml:space="preserve">[30:45] </w:t>
      </w:r>
      <w:r>
        <w:t>maulana sahib, mister khan ne aap se poocha hai maulana "What is the importance of realistic approach?</w:t>
      </w:r>
    </w:p>
    <w:p>
      <w:pPr>
        <w:jc w:val="right"/>
      </w:pPr>
      <w:r>
        <w:t>مولانا صاحب، مسٹر خان نے آپ سے پوچھا ہے مولانا "What is the importance of realistic approach?</w:t>
      </w:r>
    </w:p>
    <w:p>
      <w:r>
        <w:rPr>
          <w:b/>
        </w:rPr>
        <w:t xml:space="preserve">[30:53] </w:t>
      </w:r>
      <w:r>
        <w:t>How can we develop it</w:t>
      </w:r>
    </w:p>
    <w:p>
      <w:pPr>
        <w:jc w:val="right"/>
      </w:pPr>
      <w:r>
        <w:t>How can we develop it</w:t>
      </w:r>
    </w:p>
    <w:p>
      <w:r>
        <w:rPr>
          <w:b/>
        </w:rPr>
        <w:t xml:space="preserve">[30:55] </w:t>
      </w:r>
      <w:r>
        <w:t>?" dekhen, is ke sawalat jo hain, woh bohat important hain. lekin woh mathematical calculation ke andaz mein ka koi jawab nahi hai.</w:t>
      </w:r>
    </w:p>
    <w:p>
      <w:pPr>
        <w:jc w:val="right"/>
      </w:pPr>
      <w:r>
        <w:t>?" دیکھیں، اس کے سوالات جو ہیں، وہ بہت امپورٹنٹ ہیں۔ لیکن وہ میتھمیٹیکل کیلکولیشن کے انداز میں کا کوئی جواب نہیں ہے۔</w:t>
      </w:r>
    </w:p>
    <w:p>
      <w:r>
        <w:rPr>
          <w:b/>
        </w:rPr>
        <w:t xml:space="preserve">[31:07] </w:t>
      </w:r>
      <w:r>
        <w:t>main mathematical calculation ke andaz mein is ko nahi de sakta, agarche main is ko manta hoon. is ko kehte hain yeh intuition ke daira ki cheezein hain.</w:t>
      </w:r>
    </w:p>
    <w:p>
      <w:pPr>
        <w:jc w:val="right"/>
      </w:pPr>
      <w:r>
        <w:t>میں میتھمیٹیکل کیلکولیشن کے انداز میں اس کو نہیں دے سکتا، اگرچہ میں اس کو مانتا ہوں۔ اس کو کہتے ہیں یہ انٹیوشن کے دائرے کی چیزیں ہیں۔</w:t>
      </w:r>
    </w:p>
    <w:p>
      <w:r>
        <w:rPr>
          <w:b/>
        </w:rPr>
        <w:t xml:space="preserve">[31:21] </w:t>
      </w:r>
      <w:r>
        <w:t>main is ko manta hoon, agarche intuition ke maani mein nahi.</w:t>
      </w:r>
    </w:p>
    <w:p>
      <w:pPr>
        <w:jc w:val="right"/>
      </w:pPr>
      <w:r>
        <w:t>میں اس کو مانتا ہوں، اگرچہ انٹیوشن کے معنی میں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