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Scientific Temper April 08, 2020 Maulana Wahiduddin Khan</w:t>
      </w:r>
    </w:p>
    <w:p>
      <w:r>
        <w:t>https://www.youtube.com/watch?v=BqvmKPF6w0A</w:t>
      </w:r>
    </w:p>
    <w:p>
      <w:r>
        <w:rPr>
          <w:b/>
        </w:rPr>
        <w:t xml:space="preserve">[00:13] </w:t>
      </w:r>
      <w:r>
        <w:t>bismillah rahman rahim.</w:t>
      </w:r>
    </w:p>
    <w:p>
      <w:pPr>
        <w:jc w:val="right"/>
      </w:pPr>
      <w:r>
        <w:t>بسم اللہ الرحمن الرحیم۔</w:t>
      </w:r>
    </w:p>
    <w:p>
      <w:r>
        <w:rPr>
          <w:b/>
        </w:rPr>
        <w:t xml:space="preserve">[00:22] </w:t>
      </w:r>
      <w:r>
        <w:t>main cheezon ko bohat ziyada objective andaz mein dekhta hoon.</w:t>
      </w:r>
    </w:p>
    <w:p>
      <w:pPr>
        <w:jc w:val="right"/>
      </w:pPr>
      <w:r>
        <w:t>میں چیزوں کو بہت زیادہ آبجیکٹو انداز میں دیکھتا ہوں۔</w:t>
      </w:r>
    </w:p>
    <w:p>
      <w:r>
        <w:rPr>
          <w:b/>
        </w:rPr>
        <w:t xml:space="preserve">[00:33] </w:t>
      </w:r>
      <w:r>
        <w:t>apni ghalti ho ya kisi aur ki ghalti ho, apni right thinking ki wajah se main bohat jald</w:t>
      </w:r>
    </w:p>
    <w:p>
      <w:pPr>
        <w:jc w:val="right"/>
      </w:pPr>
      <w:r>
        <w:t>اپنی غلطی ہو یا کسی اور کی غلطی ہو، اپنی رائٹ تھنکنگ کی وجہ سے میں بہت جلد</w:t>
      </w:r>
    </w:p>
    <w:p>
      <w:r>
        <w:rPr>
          <w:b/>
        </w:rPr>
        <w:t xml:space="preserve">[00:40] </w:t>
      </w:r>
      <w:r>
        <w:t>maan leta hoon ke kis ne kahan ghalti ki. to is maamle mein main ne jab parha tha zia ul haq nilu ki kitab "discovery of India", us waqt se</w:t>
      </w:r>
    </w:p>
    <w:p>
      <w:pPr>
        <w:jc w:val="right"/>
      </w:pPr>
      <w:r>
        <w:t>مان لیتا ہوں کہ کس نے کہاں غلطی کی۔ تو اس معاملے میں میں نے جب پڑھا تھا ضیاءالحق نلو کی کتاب "ڈسکوری آف انڈیا"، اس وقت سے</w:t>
      </w:r>
    </w:p>
    <w:p>
      <w:r>
        <w:rPr>
          <w:b/>
        </w:rPr>
        <w:t xml:space="preserve">[01:01] </w:t>
      </w:r>
      <w:r>
        <w:t>yeh subject mere paas ban gaya ke indian sab ka, indian ka basic problem yeh hai ke yahan ke log</w:t>
      </w:r>
    </w:p>
    <w:p>
      <w:pPr>
        <w:jc w:val="right"/>
      </w:pPr>
      <w:r>
        <w:t>یہ سبجیکٹ میرے پاس بن گیا کہ انڈین سب کا، انڈین کا بیسک پرابلم یہ ہے کہ یہاں کے لوگ</w:t>
      </w:r>
    </w:p>
    <w:p>
      <w:r>
        <w:rPr>
          <w:b/>
        </w:rPr>
        <w:t xml:space="preserve">[01:16] </w:t>
      </w:r>
      <w:r>
        <w:t>leak karte hain scientific thinking ko. to main is ko bohat ziyada study karta raha.</w:t>
      </w:r>
    </w:p>
    <w:p>
      <w:pPr>
        <w:jc w:val="right"/>
      </w:pPr>
      <w:r>
        <w:t>لیک کرتے ہیں سائنٹیفک تھنکنگ کو۔ تو میں اس کو بہت زیادہ اسٹڈی کرتا رہا۔</w:t>
      </w:r>
    </w:p>
    <w:p>
      <w:r>
        <w:rPr>
          <w:b/>
        </w:rPr>
        <w:t xml:space="preserve">[01:28] </w:t>
      </w:r>
      <w:r>
        <w:t>main samajhta hoon ke</w:t>
      </w:r>
    </w:p>
    <w:p>
      <w:pPr>
        <w:jc w:val="right"/>
      </w:pPr>
      <w:r>
        <w:t>میں سمجھتا ہوں کہ</w:t>
      </w:r>
    </w:p>
    <w:p>
      <w:r>
        <w:rPr>
          <w:b/>
        </w:rPr>
        <w:t xml:space="preserve">[01:32] </w:t>
      </w:r>
      <w:r>
        <w:t>is maamle mein musalmanon aur doosri community ka koi khaas farq nahi hai. yeh kami sab mein pai jati hai.</w:t>
      </w:r>
    </w:p>
    <w:p>
      <w:pPr>
        <w:jc w:val="right"/>
      </w:pPr>
      <w:r>
        <w:t>اس معاملے میں مسلمانوں اور دوسری کمیونٹی کا کوئی خاص فرق نہیں ہے۔ یہ کمی سب میں پائی جاتی ہے۔</w:t>
      </w:r>
    </w:p>
    <w:p>
      <w:r>
        <w:rPr>
          <w:b/>
        </w:rPr>
        <w:t xml:space="preserve">[01:45] </w:t>
      </w:r>
      <w:r>
        <w:t>mere paas misalein bohat ziyada hain.</w:t>
      </w:r>
    </w:p>
    <w:p>
      <w:pPr>
        <w:jc w:val="right"/>
      </w:pPr>
      <w:r>
        <w:t>میرے پاس مثالیں بہت زیادہ ہیں۔</w:t>
      </w:r>
    </w:p>
    <w:p>
      <w:r>
        <w:rPr>
          <w:b/>
        </w:rPr>
        <w:t xml:space="preserve">[01:49] </w:t>
      </w:r>
      <w:r>
        <w:t>misal batane ke liye main bohat si misalein bata sakta hoon. is waqt main ne socha hai ke main misalein bayan na karoon, kyunke misalein bayan karne mein hota yeh hai ke bohat jald controversy shuru ho jati hai.</w:t>
      </w:r>
    </w:p>
    <w:p>
      <w:pPr>
        <w:jc w:val="right"/>
      </w:pPr>
      <w:r>
        <w:t>مثال بتانے کے لیے میں بہت سی مثالیں بتا سکتا ہوں۔ اس وقت میں نے سوچا ہے کہ میں مثالیں بیان نہ کروں، کیونکہ مثالیں بیان کرنے میں ہوتا یہ ہے کہ بہت جلد کنٹروورسی شروع ہو جاتی ہے۔</w:t>
      </w:r>
    </w:p>
    <w:p>
      <w:r>
        <w:rPr>
          <w:b/>
        </w:rPr>
        <w:t xml:space="preserve">[02:09] </w:t>
      </w:r>
      <w:r>
        <w:t>to right point se zehan hat jata hai. to main sirf yeh kahoon ga ke aap ghor kijiye, aap is par study kijiye, aur is ko janne ki koshish kijiye</w:t>
      </w:r>
    </w:p>
    <w:p>
      <w:pPr>
        <w:jc w:val="right"/>
      </w:pPr>
      <w:r>
        <w:t>تو رائٹ پوائنٹ سے ذہن ہٹ جاتا ہے۔ تو میں صرف یہ کہوں گا کہ آپ غور کیجیے، آپ اس پر اسٹڈی کیجیے، اور اس کو جاننے کی کوشش کیجیے</w:t>
      </w:r>
    </w:p>
    <w:p>
      <w:r>
        <w:rPr>
          <w:b/>
        </w:rPr>
        <w:t xml:space="preserve">[02:25] </w:t>
      </w:r>
      <w:r>
        <w:t>ke ek insaan ne kyun aisa kaha ke indian subcontinent ka sab se bara masla yeh hai ke yahan logon mein scientific team nahi hai.</w:t>
      </w:r>
    </w:p>
    <w:p>
      <w:pPr>
        <w:jc w:val="right"/>
      </w:pPr>
      <w:r>
        <w:t>کہ ایک انسان نے کیوں ایسا کہا کہ انڈین سب کانٹیننٹ کا سب سے بڑا مسئلہ یہ ہے کہ یہاں لوگوں میں سائنٹیفک ٹیمپر نہیں ہے۔</w:t>
      </w:r>
    </w:p>
    <w:p>
      <w:r>
        <w:rPr>
          <w:b/>
        </w:rPr>
        <w:t xml:space="preserve">[02:43] </w:t>
      </w:r>
      <w:r>
        <w:t>main samajhta hoon ke scientific temper ki ahmiyat is lihaaz se hai ke agar yeh maan lein aap to aap ko foran usi starting point mil jata hai.</w:t>
      </w:r>
    </w:p>
    <w:p>
      <w:pPr>
        <w:jc w:val="right"/>
      </w:pPr>
      <w:r>
        <w:t>میں سمجھتا ہوں کہ سائنٹیفک ٹیمپر کی اہمیت اس لحاظ سے ہے کہ اگر یہ مان لیں آپ تو آپ کو فوراً اسی سٹارٹنگ پوائنٹ مل جاتا ہے۔</w:t>
      </w:r>
    </w:p>
    <w:p>
      <w:r>
        <w:rPr>
          <w:b/>
        </w:rPr>
        <w:t xml:space="preserve">[02:59] </w:t>
      </w:r>
      <w:r>
        <w:t>starting point. yeh na manen to starting point nahi milta.</w:t>
      </w:r>
    </w:p>
    <w:p>
      <w:pPr>
        <w:jc w:val="right"/>
      </w:pPr>
      <w:r>
        <w:t>اسٹارٹنگ پوائنٹ۔ یہ نہ مانیں تو اسٹارٹنگ پوائنٹ نہیں ملتا۔</w:t>
      </w:r>
    </w:p>
    <w:p>
      <w:r>
        <w:rPr>
          <w:b/>
        </w:rPr>
        <w:t xml:space="preserve">[03:08] </w:t>
      </w:r>
      <w:r>
        <w:t>to mein aap sab logon ko yeh dawat deta hoon ke aap objective tor par, purely objective andaaz mein is ki study karen.</w:t>
      </w:r>
    </w:p>
    <w:p>
      <w:pPr>
        <w:jc w:val="right"/>
      </w:pPr>
      <w:r>
        <w:t>تو میں آپ سب لوگوں کو یہ دعوت دیتا ہوں کہ آپ آبجیکٹو طور پر، پیورلی آبجیکٹو انداز میں اس کی اسٹڈی کریں۔</w:t>
      </w:r>
    </w:p>
    <w:p>
      <w:r>
        <w:rPr>
          <w:b/>
        </w:rPr>
        <w:t xml:space="preserve">[03:23] </w:t>
      </w:r>
      <w:r>
        <w:t>mein samajhta hoon ke yeh masla India ka hai, yeh masla Pakistan ka hai. is mein kisi ka exception nahi hai. to</w:t>
      </w:r>
    </w:p>
    <w:p>
      <w:pPr>
        <w:jc w:val="right"/>
      </w:pPr>
      <w:r>
        <w:t>میں سمجھتا ہوں کہ یہ مسئلہ انڈیا کا ہے، یہ مسئلہ پاکستان کا ہے۔ اس میں کسی کا ایکسیپشن نہیں ہے۔ تو</w:t>
      </w:r>
    </w:p>
    <w:p>
      <w:r>
        <w:rPr>
          <w:b/>
        </w:rPr>
        <w:t xml:space="preserve">[03:35] </w:t>
      </w:r>
      <w:r>
        <w:t>doosron ki misaal de sakta hoon. maslan dekhiye, Japan ko dekhiye aur Germany ko dekhiye.</w:t>
      </w:r>
    </w:p>
    <w:p>
      <w:pPr>
        <w:jc w:val="right"/>
      </w:pPr>
      <w:r>
        <w:t>دوسروں کی مثال دے سکتا ہوں۔ مثلاً دیکھیے، جاپان کو دیکھیے اور جرمنی کو دیکھیے۔</w:t>
      </w:r>
    </w:p>
    <w:p>
      <w:r>
        <w:rPr>
          <w:b/>
        </w:rPr>
        <w:t xml:space="preserve">[03:44] </w:t>
      </w:r>
      <w:r>
        <w:t>donon second world war mein bohat jald, bohat ziyada</w:t>
      </w:r>
    </w:p>
    <w:p>
      <w:pPr>
        <w:jc w:val="right"/>
      </w:pPr>
      <w:r>
        <w:t>دونوں سیکنڈ ورلڈ وار میں بہت جلد، بہت زیادہ</w:t>
      </w:r>
    </w:p>
    <w:p>
      <w:r>
        <w:rPr>
          <w:b/>
        </w:rPr>
        <w:t xml:space="preserve">[03:55] </w:t>
      </w:r>
      <w:r>
        <w:t>last ka shikar hue. donon tabah ho gaye. lekin yeh bohat ajeeb baat hai ke Germany aur Japan donon bohat jald start kar gaye.</w:t>
      </w:r>
    </w:p>
    <w:p>
      <w:pPr>
        <w:jc w:val="right"/>
      </w:pPr>
      <w:r>
        <w:t>لاسٹ کا شکار ہوئے۔ دونوں تباہ ہو گئے۔ لیکن یہ بہت عجیب بات ہے کہ جرمنی اور جاپان دونوں بہت جلد اسٹارٹ کر گئے۔</w:t>
      </w:r>
    </w:p>
    <w:p>
      <w:r>
        <w:rPr>
          <w:b/>
        </w:rPr>
        <w:t xml:space="preserve">[04:09] </w:t>
      </w:r>
      <w:r>
        <w:t>bohat jald start kar gaye.</w:t>
      </w:r>
    </w:p>
    <w:p>
      <w:pPr>
        <w:jc w:val="right"/>
      </w:pPr>
      <w:r>
        <w:t>بہت جلد اسٹارٹ کر گئے۔</w:t>
      </w:r>
    </w:p>
    <w:p>
      <w:r>
        <w:rPr>
          <w:b/>
        </w:rPr>
        <w:t xml:space="preserve">[04:15] </w:t>
      </w:r>
      <w:r>
        <w:t>to mein samajhta hoon ke hum sab ko yeh karna chahiye ke doosron ke zulm ki shikayat karna choren, balkeh apni side mein jo baat hai</w:t>
      </w:r>
    </w:p>
    <w:p>
      <w:pPr>
        <w:jc w:val="right"/>
      </w:pPr>
      <w:r>
        <w:t>تو میں سمجھتا ہوں کہ ہم سب کو یہ کرنا چاہیے کہ دوسروں کے ظلم کی شکایت کرنا چھوڑیں، بلکہ اپنی سائیڈ میں جو بات ہے</w:t>
      </w:r>
    </w:p>
    <w:p>
      <w:r>
        <w:rPr>
          <w:b/>
        </w:rPr>
        <w:t xml:space="preserve">[04:33] </w:t>
      </w:r>
      <w:r>
        <w:t>is ko janne ki koshish karen.</w:t>
      </w:r>
    </w:p>
    <w:p>
      <w:pPr>
        <w:jc w:val="right"/>
      </w:pPr>
      <w:r>
        <w:t>اس کو جاننے کی کوشش کریں۔</w:t>
      </w:r>
    </w:p>
    <w:p>
      <w:r>
        <w:rPr>
          <w:b/>
        </w:rPr>
        <w:t xml:space="preserve">[04:38] </w:t>
      </w:r>
      <w:r>
        <w:t>dekhiye, starting hamesha apne aap se hoti hai, doosron se nahi hoti. to mein ne is hisse se mutala kiya hai, aur bohat adam yaqeen ke sath mein keh sakta hoon ke India mein</w:t>
      </w:r>
    </w:p>
    <w:p>
      <w:pPr>
        <w:jc w:val="right"/>
      </w:pPr>
      <w:r>
        <w:t>دیکھیے، اسٹارٹنگ ہمیشہ اپنے آپ سے ہوتی ہے، دوسروں سے نہیں ہوتی۔ تو میں نے اس حصے سے مطالعہ کیا ہے، اور بہت عدم یقین کے ساتھ میں کہہ سکتا ہوں کہ انڈیا میں</w:t>
      </w:r>
    </w:p>
    <w:p>
      <w:r>
        <w:rPr>
          <w:b/>
        </w:rPr>
        <w:t xml:space="preserve">[04:56] </w:t>
      </w:r>
      <w:r>
        <w:t>sab ke sath yahi problem hai.</w:t>
      </w:r>
    </w:p>
    <w:p>
      <w:pPr>
        <w:jc w:val="right"/>
      </w:pPr>
      <w:r>
        <w:t>سب کے ساتھ یہی پرابلم ہے۔</w:t>
      </w:r>
    </w:p>
    <w:p>
      <w:r>
        <w:rPr>
          <w:b/>
        </w:rPr>
        <w:t xml:space="preserve">[05:02] </w:t>
      </w:r>
      <w:r>
        <w:t>yeh waisay har ek ka haal yeh hai</w:t>
      </w:r>
    </w:p>
    <w:p>
      <w:pPr>
        <w:jc w:val="right"/>
      </w:pPr>
      <w:r>
        <w:t>یہ ویسے ہر ایک کا حال یہ ہے</w:t>
      </w:r>
    </w:p>
    <w:p>
      <w:r>
        <w:rPr>
          <w:b/>
        </w:rPr>
        <w:t xml:space="preserve">[05:07] </w:t>
      </w:r>
      <w:r>
        <w:t>keh doosron ko</w:t>
      </w:r>
    </w:p>
    <w:p>
      <w:pPr>
        <w:jc w:val="right"/>
      </w:pPr>
      <w:r>
        <w:t>کہ دوسروں کو</w:t>
      </w:r>
    </w:p>
    <w:p>
      <w:r>
        <w:rPr>
          <w:b/>
        </w:rPr>
        <w:t xml:space="preserve">[05:10] </w:t>
      </w:r>
      <w:r>
        <w:t>zulm, doosre ke zulm ka.</w:t>
      </w:r>
    </w:p>
    <w:p>
      <w:pPr>
        <w:jc w:val="right"/>
      </w:pPr>
      <w:r>
        <w:t>ظلم، دوسرے کے ظلم کا۔</w:t>
      </w:r>
    </w:p>
    <w:p>
      <w:r>
        <w:rPr>
          <w:b/>
        </w:rPr>
        <w:t xml:space="preserve">[10:42] </w:t>
      </w:r>
      <w:r>
        <w:t>dekhen, Vatican jo hai qadeem Pope dome ki jagah par hai, aur bohat barhe peymane par Vatican apna kaam kar rahe hain.</w:t>
      </w:r>
    </w:p>
    <w:p>
      <w:pPr>
        <w:jc w:val="right"/>
      </w:pPr>
      <w:r>
        <w:t>دیکھیں، ویٹیکن جو ہے قدیم پوپ ڈوم کی جگہ پر ہے، اور بہت بڑے پیمانے پر ویٹیکن اپنا کام کر رہے ہیں۔</w:t>
      </w:r>
    </w:p>
    <w:p>
      <w:r>
        <w:rPr>
          <w:b/>
        </w:rPr>
        <w:t xml:space="preserve">[10:57] </w:t>
      </w:r>
      <w:r>
        <w:t>maslan hum ne dekhiye,</w:t>
      </w:r>
    </w:p>
    <w:p>
      <w:pPr>
        <w:jc w:val="right"/>
      </w:pPr>
      <w:r>
        <w:t>مثلاً ہم نے دیکھیے،</w:t>
      </w:r>
    </w:p>
    <w:p>
      <w:r>
        <w:rPr>
          <w:b/>
        </w:rPr>
        <w:t xml:space="preserve">[11:02] </w:t>
      </w:r>
      <w:r>
        <w:t>Quran phailane ka kaam liya bator nishani ke, lekin aaj tak hamein musalmanon ka sahi maano mein</w:t>
      </w:r>
    </w:p>
    <w:p>
      <w:pPr>
        <w:jc w:val="right"/>
      </w:pPr>
      <w:r>
        <w:t>قرآن پھیلانے کا کام لیا بطور نشانی کے، لیکن آج تک ہمیں مسلمانوں کا صحیح معنوں میں</w:t>
      </w:r>
    </w:p>
    <w:p>
      <w:r>
        <w:rPr>
          <w:b/>
        </w:rPr>
        <w:t xml:space="preserve">[11:21] </w:t>
      </w:r>
      <w:r>
        <w:t>madad hasil nahi hui. lekin Christian community ko dekhiye ke bohat jald unhon ne</w:t>
      </w:r>
    </w:p>
    <w:p>
      <w:pPr>
        <w:jc w:val="right"/>
      </w:pPr>
      <w:r>
        <w:t>مدد حاصل نہیں ہوئی۔ لیکن کرسچین کمیونٹی کو دیکھیے کہ بہت جلد انہوں نے</w:t>
      </w:r>
    </w:p>
    <w:p>
      <w:r>
        <w:rPr>
          <w:b/>
        </w:rPr>
        <w:t xml:space="preserve">[11:32] </w:t>
      </w:r>
      <w:r>
        <w:t>is ko accept kar liya. bohat jald. Vatican ke naam par.</w:t>
      </w:r>
    </w:p>
    <w:p>
      <w:pPr>
        <w:jc w:val="right"/>
      </w:pPr>
      <w:r>
        <w:t>اس کو ایکسیپٹ کر لیا۔ بہت جلد۔ ویٹیکن کے نام پر۔</w:t>
      </w:r>
    </w:p>
    <w:p>
      <w:r>
        <w:rPr>
          <w:b/>
        </w:rPr>
        <w:t xml:space="preserve">[11:42] </w:t>
      </w:r>
      <w:r>
        <w:t>ab aap dekhiye ke Christian community ne Europe mein jo khoya tha</w:t>
      </w:r>
    </w:p>
    <w:p>
      <w:pPr>
        <w:jc w:val="right"/>
      </w:pPr>
      <w:r>
        <w:t>اب آپ دیکھیے کہ کرسچین کمیونٹی نے یورپ میں جو کھویا تھا</w:t>
      </w:r>
    </w:p>
    <w:p>
      <w:r>
        <w:rPr>
          <w:b/>
        </w:rPr>
        <w:t xml:space="preserve">[11:51] </w:t>
      </w:r>
      <w:r>
        <w:t>Pope dome ko, to unhon ne Vatican ke naam par dobara is ko regain kar liya.</w:t>
      </w:r>
    </w:p>
    <w:p>
      <w:pPr>
        <w:jc w:val="right"/>
      </w:pPr>
      <w:r>
        <w:t>پوپ ڈوم کو، تو انہوں نے ویٹیکن کے نام پر دوبارہ اس کو ریگن کر لیا۔</w:t>
      </w:r>
    </w:p>
    <w:p>
      <w:r>
        <w:rPr>
          <w:b/>
        </w:rPr>
        <w:t xml:space="preserve">[12:00] </w:t>
      </w:r>
      <w:r>
        <w:t>musalmanon ko mauqa tha ke woh aath Rehman empire ko dobara hasil kar len,</w:t>
      </w:r>
    </w:p>
    <w:p>
      <w:pPr>
        <w:jc w:val="right"/>
      </w:pPr>
      <w:r>
        <w:t>مسلمانوں کو موقع تھا کہ وہ آٹھ رحمان ایمپائر کو دوبارہ حاصل کر لیں،</w:t>
      </w:r>
    </w:p>
    <w:p>
      <w:r>
        <w:rPr>
          <w:b/>
        </w:rPr>
        <w:t xml:space="preserve">[12:12] </w:t>
      </w:r>
      <w:r>
        <w:t>lekin woh hasil nahi kar sake.</w:t>
      </w:r>
    </w:p>
    <w:p>
      <w:pPr>
        <w:jc w:val="right"/>
      </w:pPr>
      <w:r>
        <w:t>لیکن وہ حاصل نہیں کر سکے۔</w:t>
      </w:r>
    </w:p>
    <w:p>
      <w:r>
        <w:rPr>
          <w:b/>
        </w:rPr>
        <w:t xml:space="preserve">[12:18] </w:t>
      </w:r>
      <w:r>
        <w:t>sirf rai burai aur nafrat un ki hisse mein aayi.</w:t>
      </w:r>
    </w:p>
    <w:p>
      <w:pPr>
        <w:jc w:val="right"/>
      </w:pPr>
      <w:r>
        <w:t>صرف رائی برائی اور نفرت ان کی حصے میں آئی۔</w:t>
      </w:r>
    </w:p>
    <w:p>
      <w:r>
        <w:rPr>
          <w:b/>
        </w:rPr>
        <w:t xml:space="preserve">[12:27] </w:t>
      </w:r>
      <w:r>
        <w:t>to mein samajhta hoon ke</w:t>
      </w:r>
    </w:p>
    <w:p>
      <w:pPr>
        <w:jc w:val="right"/>
      </w:pPr>
      <w:r>
        <w:t>تو میں سمجھتا ہوں کہ</w:t>
      </w:r>
    </w:p>
    <w:p>
      <w:r>
        <w:rPr>
          <w:b/>
        </w:rPr>
        <w:t xml:space="preserve">[12:32] </w:t>
      </w:r>
      <w:r>
        <w:t>yeh bohat bari company hai jo is pure subcontinent mein maujood hai, aur musalmanon mein bhi maujood hai.</w:t>
      </w:r>
    </w:p>
    <w:p>
      <w:pPr>
        <w:jc w:val="right"/>
      </w:pPr>
      <w:r>
        <w:t>یہ بہت بڑی کمپنی ہے جو اس پورے سب کانٹیننٹ میں موجود ہے، اور مسلمانوں میں بھی موجود ہے۔</w:t>
      </w:r>
    </w:p>
    <w:p>
      <w:r>
        <w:rPr>
          <w:b/>
        </w:rPr>
        <w:t xml:space="preserve">[12:50] </w:t>
      </w:r>
      <w:r>
        <w:t>aap dekhiye</w:t>
      </w:r>
    </w:p>
    <w:p>
      <w:pPr>
        <w:jc w:val="right"/>
      </w:pPr>
      <w:r>
        <w:t>آپ دیکھیے</w:t>
      </w:r>
    </w:p>
    <w:p>
      <w:r>
        <w:rPr>
          <w:b/>
        </w:rPr>
        <w:t xml:space="preserve">[12:55] </w:t>
      </w:r>
      <w:r>
        <w:t>keh jab pop dome toota to unhon ne vaitikan ke naam par dobara us ko haasil kar liya.</w:t>
      </w:r>
    </w:p>
    <w:p>
      <w:pPr>
        <w:jc w:val="right"/>
      </w:pPr>
      <w:r>
        <w:t>کہ جب پوپ ڈوم ٹوٹا تو انہوں نے ویٹیکن کے نام پر دوبارہ اس کو حاصل کر لیا۔</w:t>
      </w:r>
    </w:p>
    <w:p>
      <w:r>
        <w:rPr>
          <w:b/>
        </w:rPr>
        <w:t xml:space="preserve">[13:09] </w:t>
      </w:r>
      <w:r>
        <w:t>is ke bar aks jo hua musalmanon mein keh jab usmani empire toota to woh aaj tak so shikayat kar ke kuch nahi jante.</w:t>
      </w:r>
    </w:p>
    <w:p>
      <w:pPr>
        <w:jc w:val="right"/>
      </w:pPr>
      <w:r>
        <w:t>اس کے برعکس جو ہوا مسلمانوں میں کہ جب عثمانی ایمپائر ٹوٹا تو وہ آج تک سو شکایت کر کے کچھ نہیں جانتے۔</w:t>
      </w:r>
    </w:p>
    <w:p>
      <w:r>
        <w:rPr>
          <w:b/>
        </w:rPr>
        <w:t xml:space="preserve">[13:19] </w:t>
      </w:r>
      <w:r>
        <w:t>halankeh woh chahte to wahan bhi yeh ho sakta tha, ek naya</w:t>
      </w:r>
    </w:p>
    <w:p>
      <w:pPr>
        <w:jc w:val="right"/>
      </w:pPr>
      <w:r>
        <w:t>حالانکہ وہ چاہتے تو وہاں بھی یہ ہو سکتا تھا، ایک نیا</w:t>
      </w:r>
    </w:p>
    <w:p>
      <w:r>
        <w:rPr>
          <w:b/>
        </w:rPr>
        <w:t xml:space="preserve">[13:27] </w:t>
      </w:r>
      <w:r>
        <w:t>vaitikan ka hum kar sakte the woh.</w:t>
      </w:r>
    </w:p>
    <w:p>
      <w:pPr>
        <w:jc w:val="right"/>
      </w:pPr>
      <w:r>
        <w:t>ویٹیکن کا ہم کر سکتے تھے وہ۔</w:t>
      </w:r>
    </w:p>
    <w:p>
      <w:r>
        <w:rPr>
          <w:b/>
        </w:rPr>
        <w:t xml:space="preserve">[13:34] </w:t>
      </w:r>
      <w:r>
        <w:t>to main samajhta hoon keh musalmanon ko, is waqt mein khaas tor par musalmanon ko</w:t>
      </w:r>
    </w:p>
    <w:p>
      <w:pPr>
        <w:jc w:val="right"/>
      </w:pPr>
      <w:r>
        <w:t>تو میں سمجھتا ہوں کہ مسلمانوں کو، اس وقت میں خاص طور پر مسلمانوں کو</w:t>
      </w:r>
    </w:p>
    <w:p>
      <w:r>
        <w:rPr>
          <w:b/>
        </w:rPr>
        <w:t xml:space="preserve">[13:45] </w:t>
      </w:r>
      <w:r>
        <w:t>khitab kar raha hoon keh musalmanon ko maazi ke naqshe mein chhod dena chahiye. haal ke naqshe mein unhein sochna chahiye.</w:t>
      </w:r>
    </w:p>
    <w:p>
      <w:pPr>
        <w:jc w:val="right"/>
      </w:pPr>
      <w:r>
        <w:t>خطاب کر رہا ہوں کہ مسلمانوں کو ماضی کے نقشے میں چھوڑ دینا چاہیے۔ حال کے نقشے میں انہیں سوچنا چاہیے۔</w:t>
      </w:r>
    </w:p>
    <w:p>
      <w:r>
        <w:rPr>
          <w:b/>
        </w:rPr>
        <w:t xml:space="preserve">[13:58] </w:t>
      </w:r>
      <w:r>
        <w:t>maazi ka naqsha toot phoot chuka hai.</w:t>
      </w:r>
    </w:p>
    <w:p>
      <w:pPr>
        <w:jc w:val="right"/>
      </w:pPr>
      <w:r>
        <w:t>ماضی کا نقشہ ٹوٹ پھوٹ چکا ہے۔</w:t>
      </w:r>
    </w:p>
    <w:p>
      <w:r>
        <w:rPr>
          <w:b/>
        </w:rPr>
        <w:t xml:space="preserve">[14:02] </w:t>
      </w:r>
      <w:r>
        <w:t>maazi ka naqsha toot phoot chuka hai. ab aap ko naye naqshe mein apni soch banani chahiye.</w:t>
      </w:r>
    </w:p>
    <w:p>
      <w:pPr>
        <w:jc w:val="right"/>
      </w:pPr>
      <w:r>
        <w:t>ماضی کا نقشہ ٹوٹ پھوٹ چکا ہے۔ اب آپ کو نئے نقشے میں اپنی سوچ بنانی چاہیے۔</w:t>
      </w:r>
    </w:p>
    <w:p>
      <w:r>
        <w:rPr>
          <w:b/>
        </w:rPr>
        <w:t xml:space="preserve">[14:13] </w:t>
      </w:r>
      <w:r>
        <w:t>jis tarah christian ne kiya keh pop dome ka naqsha jab toota to unhon ne vaitikan ke naqshe mein bhi soch banai, aur doosre andaaz mein apne daur ko wapas le liya.</w:t>
      </w:r>
    </w:p>
    <w:p>
      <w:pPr>
        <w:jc w:val="right"/>
      </w:pPr>
      <w:r>
        <w:t>جس طرح کرسچین نے کیا کہ پوپ ڈوم کا نقشہ جب ٹوٹا تو انہوں نے ویٹیکن کے نقشے میں بھی سوچ بنائی، اور دوسرے انداز میں اپنے دور کو واپس لے لیا۔</w:t>
      </w:r>
    </w:p>
    <w:p>
      <w:r>
        <w:rPr>
          <w:b/>
        </w:rPr>
        <w:t xml:space="preserve">[14:30] </w:t>
      </w:r>
      <w:r>
        <w:t>main</w:t>
      </w:r>
    </w:p>
    <w:p>
      <w:pPr>
        <w:jc w:val="right"/>
      </w:pPr>
      <w:r>
        <w:t>میں</w:t>
      </w:r>
    </w:p>
    <w:p>
      <w:r>
        <w:rPr>
          <w:b/>
        </w:rPr>
        <w:t xml:space="preserve">[14:31] </w:t>
      </w:r>
      <w:r>
        <w:t>samajhta hoon keh yeh mauqa har ek har qaum ke liye hota hai. har qaum ke liye</w:t>
      </w:r>
    </w:p>
    <w:p>
      <w:pPr>
        <w:jc w:val="right"/>
      </w:pPr>
      <w:r>
        <w:t>سمجھتا ہوں کہ یہ موقع ہر ایک ہر قوم کے لیے ہوتا ہے۔ ہر قوم کے لیے</w:t>
      </w:r>
    </w:p>
    <w:p>
      <w:r>
        <w:rPr>
          <w:b/>
        </w:rPr>
        <w:t xml:space="preserve">[14:39] </w:t>
      </w:r>
      <w:r>
        <w:t>hota hai.</w:t>
      </w:r>
    </w:p>
    <w:p>
      <w:pPr>
        <w:jc w:val="right"/>
      </w:pPr>
      <w:r>
        <w:t>ہوتا ہے۔</w:t>
      </w:r>
    </w:p>
    <w:p>
      <w:r>
        <w:rPr>
          <w:b/>
        </w:rPr>
        <w:t xml:space="preserve">[14:46] </w:t>
      </w:r>
      <w:r>
        <w:t>islam mein ek badi ajeeb ghareeb sunnat-e-rasool hai jo har haaji ko dikhai padti hai. wahan haaji log toot pade hain, toot padte hain umrah aur hajj ke liye.</w:t>
      </w:r>
    </w:p>
    <w:p>
      <w:pPr>
        <w:jc w:val="right"/>
      </w:pPr>
      <w:r>
        <w:t>اسلام میں ایک بڑی عجیب غریب سنت رسول ہے جو ہر حاجی کو دکھائی پڑتی ہے۔ وہاں حاجی لوگ ٹوٹ پڑے ہیں، ٹوٹ پڑتے ہیں عمرہ اور حج کے لیے۔</w:t>
      </w:r>
    </w:p>
    <w:p>
      <w:r>
        <w:rPr>
          <w:b/>
        </w:rPr>
        <w:t xml:space="preserve">[15:03] </w:t>
      </w:r>
      <w:r>
        <w:t>lekin wahan koi sochta nahi. main jab gaya tha hajj karne ke liye to mera zyada waqt guzarta tha kaaba ko dekhne ke liye.</w:t>
      </w:r>
    </w:p>
    <w:p>
      <w:pPr>
        <w:jc w:val="right"/>
      </w:pPr>
      <w:r>
        <w:t>لیکن وہاں کوئی سوچتا نہیں۔ میں جب گیا تھا حج کرنے کے لیے تو میرا زیادہ وقت گزرتا تھا کعبہ کو دیکھنے کے لیے۔</w:t>
      </w:r>
    </w:p>
    <w:p>
      <w:r>
        <w:rPr>
          <w:b/>
        </w:rPr>
        <w:t xml:space="preserve">[15:14] </w:t>
      </w:r>
      <w:r>
        <w:t>main sochta tha keh kaaba mein kaisi ajeeb ghareeb misaal hai. kaaba mein kaisi ajeeb ghareeb misaal hai.</w:t>
      </w:r>
    </w:p>
    <w:p>
      <w:pPr>
        <w:jc w:val="right"/>
      </w:pPr>
      <w:r>
        <w:t>میں سوچتا تھا کہ کعبہ میں کیسی عجیب غریب مثال ہے۔ کعبہ میں کیسی عجیب غریب مثال ہے۔</w:t>
      </w:r>
    </w:p>
    <w:p>
      <w:r>
        <w:rPr>
          <w:b/>
        </w:rPr>
        <w:t xml:space="preserve">[15:23] </w:t>
      </w:r>
      <w:r>
        <w:t>kaaba jo banaya gaya tha hazrat ibrahim ke zamane mein, woh doosre naqshe ka tha. woh naqsha logon ne tod phod diya.</w:t>
      </w:r>
    </w:p>
    <w:p>
      <w:pPr>
        <w:jc w:val="right"/>
      </w:pPr>
      <w:r>
        <w:t>کعبہ جو بنایا گیا تھا حضرت ابراہیم کے زمانے میں، وہ دوسرے نقشے کا تھا۔ وہ نقشہ لوگوں نے توڑ پھوڑ دیا۔</w:t>
      </w:r>
    </w:p>
    <w:p>
      <w:r>
        <w:rPr>
          <w:b/>
        </w:rPr>
        <w:t xml:space="preserve">[15:39] </w:t>
      </w:r>
      <w:r>
        <w:t>ajeeb baat hai keh rasool Allah ne is naqshe ko baqi rakha.</w:t>
      </w:r>
    </w:p>
    <w:p>
      <w:pPr>
        <w:jc w:val="right"/>
      </w:pPr>
      <w:r>
        <w:t>عجیب بات ہے کہ رسول اللہ نے اس نقشے کو باقی رکھا۔</w:t>
      </w:r>
    </w:p>
    <w:p>
      <w:r>
        <w:rPr>
          <w:b/>
        </w:rPr>
        <w:t xml:space="preserve">[15:46] </w:t>
      </w:r>
      <w:r>
        <w:t>is ko kehte hain hatim. hatim. is liye is ko main samajhta hoon keh yeh replanning</w:t>
      </w:r>
    </w:p>
    <w:p>
      <w:pPr>
        <w:jc w:val="right"/>
      </w:pPr>
      <w:r>
        <w:t>اس کو کہتے ہیں حتیم۔ حتیم۔ اس لیے اس کو میں سمجھتا ہوں کہ یہ ری پلاننگ</w:t>
      </w:r>
    </w:p>
    <w:p>
      <w:r>
        <w:rPr>
          <w:b/>
        </w:rPr>
        <w:t xml:space="preserve">[15:59] </w:t>
      </w:r>
      <w:r>
        <w:t>pehle jo planning thi hatim ko include karne ki thi, ab ab jo planning hai woh hatim ko chhod kar ke bani hai.</w:t>
      </w:r>
    </w:p>
    <w:p>
      <w:pPr>
        <w:jc w:val="right"/>
      </w:pPr>
      <w:r>
        <w:t>پہلے جو پلاننگ تھی حتیم کو انکلوڈ کرنے کی تھی، اب اب جو پلاننگ ہے وہ حتیم کو چھوڑ کر کے بنی ہے۔</w:t>
      </w:r>
    </w:p>
    <w:p>
      <w:r>
        <w:rPr>
          <w:b/>
        </w:rPr>
        <w:t xml:space="preserve">[16:12] </w:t>
      </w:r>
      <w:r>
        <w:t>lekin musalman is ko soch nahi paate. aaj tak musalmanon mein yeh soch nahi paida hui keh hatim ko kyun rasool Allah ne chhod diya.</w:t>
      </w:r>
    </w:p>
    <w:p>
      <w:pPr>
        <w:jc w:val="right"/>
      </w:pPr>
      <w:r>
        <w:t>لیکن مسلمان اس کو سوچ نہیں پاتے۔ آج تک مسلمانوں میں یہ سوچ نہیں پیدا ہوئی کہ حتیم کو کیوں رسول اللہ نے چھوڑ دیا۔</w:t>
      </w:r>
    </w:p>
    <w:p>
      <w:r>
        <w:rPr>
          <w:b/>
        </w:rPr>
        <w:t xml:space="preserve">[16:25] </w:t>
      </w:r>
      <w:r>
        <w:t>is liye keh aap ne ek misaal qaim ki keh dekho hamesha waqt aata hai keh hum reign, hamesha replanning karen.</w:t>
      </w:r>
    </w:p>
    <w:p>
      <w:pPr>
        <w:jc w:val="right"/>
      </w:pPr>
      <w:r>
        <w:t>اس لیے کہ آپ نے ایک مثال قائم کی کہ دیکھو ہمیشہ وقت آتا ہے کہ ہم ریگن، ہمیشہ ری پلاننگ کریں۔</w:t>
      </w:r>
    </w:p>
    <w:p>
      <w:r>
        <w:rPr>
          <w:b/>
        </w:rPr>
        <w:t xml:space="preserve">[16:40] </w:t>
      </w:r>
      <w:r>
        <w:t>ek waqt tha keh hum</w:t>
      </w:r>
    </w:p>
    <w:p>
      <w:pPr>
        <w:jc w:val="right"/>
      </w:pPr>
      <w:r>
        <w:t>ایک وقت تھا کہ ہم</w:t>
      </w:r>
    </w:p>
    <w:p>
      <w:r>
        <w:rPr>
          <w:b/>
        </w:rPr>
        <w:t xml:space="preserve">[16:44] </w:t>
      </w:r>
      <w:r>
        <w:t>hatim ko lekar planning ki thi hum ne. aaj hum hatim ko chhod kar planning karna chahiye.</w:t>
      </w:r>
    </w:p>
    <w:p>
      <w:pPr>
        <w:jc w:val="right"/>
      </w:pPr>
      <w:r>
        <w:t>حتیم کو لے کر پلاننگ کی تھی ہم نے۔ آج ہم حتیم کو چھوڑ کر پلاننگ کرنا چاہیے۔</w:t>
      </w:r>
    </w:p>
    <w:p>
      <w:r>
        <w:rPr>
          <w:b/>
        </w:rPr>
        <w:t xml:space="preserve">[16:55] </w:t>
      </w:r>
      <w:r>
        <w:t>to main samajhta hoon keh sab se bada masla yahi hai hamara keh hum</w:t>
      </w:r>
    </w:p>
    <w:p>
      <w:pPr>
        <w:jc w:val="right"/>
      </w:pPr>
      <w:r>
        <w:t>تو میں سمجھتا ہوں کہ سب سے بڑا مسئلہ یہی ہے ہمارا کہ ہم</w:t>
      </w:r>
    </w:p>
    <w:p>
      <w:r>
        <w:rPr>
          <w:b/>
        </w:rPr>
        <w:t xml:space="preserve">[17:07] </w:t>
      </w:r>
      <w:r>
        <w:t>maazi mein phanse rehte hain. haal ke taqazon ko nahi samajhte. haal ke taqazon ko nahi samajhte. aur dekhiye, zamana kisi ke liye kabhi lot ta nahi.</w:t>
      </w:r>
    </w:p>
    <w:p>
      <w:pPr>
        <w:jc w:val="right"/>
      </w:pPr>
      <w:r>
        <w:t>ماضی میں پھنسے رہتے ہیں۔ حال کے تقاضوں کو نہیں سمجھتے۔ حال کے تقاضوں کو نہیں سمجھتے۔ اور دیکھیے، زمانہ کسی کے لیے کبھی لوٹتا نہیں۔</w:t>
      </w:r>
    </w:p>
    <w:p>
      <w:r>
        <w:rPr>
          <w:b/>
        </w:rPr>
        <w:t xml:space="preserve">[17:24] </w:t>
      </w:r>
      <w:r>
        <w:t>khud is ko lotana parta hai.</w:t>
      </w:r>
    </w:p>
    <w:p>
      <w:pPr>
        <w:jc w:val="right"/>
      </w:pPr>
      <w:r>
        <w:t>خود اس کو لوٹانا پڑتا ہے۔</w:t>
      </w:r>
    </w:p>
    <w:p>
      <w:r>
        <w:rPr>
          <w:b/>
        </w:rPr>
        <w:t xml:space="preserve">[17:27] </w:t>
      </w:r>
      <w:r>
        <w:t>jarmani agar intazar karta raha, karta raha ke zamana lote, jarmani unite ho jaye to kabhi hota nahi tha.</w:t>
      </w:r>
    </w:p>
    <w:p>
      <w:pPr>
        <w:jc w:val="right"/>
      </w:pPr>
      <w:r>
        <w:t>جرمنی اگر انتظار کرتا رہا، کرتا رہتا کہ زمانہ لوٹے، جرمنی یونائٹ ہو جائے تو کبھی ہوتا نہیں تھا۔</w:t>
      </w:r>
    </w:p>
    <w:p>
      <w:r>
        <w:rPr>
          <w:b/>
        </w:rPr>
        <w:t xml:space="preserve">[17:38] </w:t>
      </w:r>
      <w:r>
        <w:t>lekin jarmani mein kya kiya? waqt ke taqaze ko accept kiya,</w:t>
      </w:r>
    </w:p>
    <w:p>
      <w:pPr>
        <w:jc w:val="right"/>
      </w:pPr>
      <w:r>
        <w:t>لیکن جرمنی میں کیا کیا؟ وقت کے تقاضے کو ایکسیپٹ کیا،</w:t>
      </w:r>
    </w:p>
    <w:p>
      <w:r>
        <w:rPr>
          <w:b/>
        </w:rPr>
        <w:t xml:space="preserve">[17:44] </w:t>
      </w:r>
      <w:r>
        <w:t>aur jarmani ki replanning ki, rebuilding ki. to aaj aap jante hain ke jarmani dobara ek united jarmani ban chuka hai.</w:t>
      </w:r>
    </w:p>
    <w:p>
      <w:pPr>
        <w:jc w:val="right"/>
      </w:pPr>
      <w:r>
        <w:t>اور جرمنی کی ری پلاننگ کی، ری بلڈنگ کی۔ تو آج آپ جانتے ہیں کہ جرمنی دوبارہ ایک یونائٹڈ جرمنی بن چکا ہے۔</w:t>
      </w:r>
    </w:p>
    <w:p>
      <w:r>
        <w:rPr>
          <w:b/>
        </w:rPr>
        <w:t xml:space="preserve">[18:03] </w:t>
      </w:r>
      <w:r>
        <w:t>main samajhta hoon ke sab se bara jo sabak hai tareekh ka ke jo log uljhe rehte hain maazi mein, wo kabhi taraqqi nahi karte.</w:t>
      </w:r>
    </w:p>
    <w:p>
      <w:pPr>
        <w:jc w:val="right"/>
      </w:pPr>
      <w:r>
        <w:t>میں سمجھتا ہوں کہ سب سے بڑا جو سبق ہے تاریخ کا کہ جو لوگ الجھے رہتے ہیں ماضی میں، وہ کبھی ترقی نہیں کرتے۔</w:t>
      </w:r>
    </w:p>
    <w:p>
      <w:r>
        <w:rPr>
          <w:b/>
        </w:rPr>
        <w:t xml:space="preserve">[18:16] </w:t>
      </w:r>
      <w:r>
        <w:t>jo log maazi ko chhod kar</w:t>
      </w:r>
    </w:p>
    <w:p>
      <w:pPr>
        <w:jc w:val="right"/>
      </w:pPr>
      <w:r>
        <w:t>جو لوگ ماضی کو چھوڑ کر</w:t>
      </w:r>
    </w:p>
    <w:p>
      <w:r>
        <w:rPr>
          <w:b/>
        </w:rPr>
        <w:t xml:space="preserve">[18:19] </w:t>
      </w:r>
      <w:r>
        <w:t>present mein, present mein, present mein, present ko le kar sochte hain, wo apne mustaqbil ki dobara taameer karte hain aur kaamyaab ho jate hain.</w:t>
      </w:r>
    </w:p>
    <w:p>
      <w:pPr>
        <w:jc w:val="right"/>
      </w:pPr>
      <w:r>
        <w:t>پریزنٹ میں، پریزنٹ میں، پریزنٹ میں، پریزنٹ کو لے کر سوچتے ہیں، وہ اپنے مستقبل کی دوبارہ تعمیر کرتے ہیں اور کامیاب ہو جاتے ہیں۔</w:t>
      </w:r>
    </w:p>
    <w:p>
      <w:r>
        <w:rPr>
          <w:b/>
        </w:rPr>
        <w:t xml:space="preserve">[18:35] </w:t>
      </w:r>
      <w:r>
        <w:t>main ne khud apne zaati daira mein yahi kiya hai.</w:t>
      </w:r>
    </w:p>
    <w:p>
      <w:pPr>
        <w:jc w:val="right"/>
      </w:pPr>
      <w:r>
        <w:t>میں نے خود اپنے ذاتی دائرے میں یہی کیا ہے۔</w:t>
      </w:r>
    </w:p>
    <w:p>
      <w:r>
        <w:rPr>
          <w:b/>
        </w:rPr>
        <w:t xml:space="preserve">[18:38] </w:t>
      </w:r>
      <w:r>
        <w:t>mujhe apni zaat ki kahani nahi batana hai, lekin jo log jante hain, aur meri sone umar chhuap rahi hai, inshallah, is mein aap dekhenge ke maine bar bar replanning ki apni.</w:t>
      </w:r>
    </w:p>
    <w:p>
      <w:pPr>
        <w:jc w:val="right"/>
      </w:pPr>
      <w:r>
        <w:t>مجھے اپنی ذات کی کہانی نہیں بتانا ہے، لیکن جو لوگ جانتے ہیں، اور میری سونے عمر چھپ رہی ہے، انشاءاللہ، اس میں آپ دیکھیں گے کہ میں نے بار بار ری پلاننگ کی اپنی۔</w:t>
      </w:r>
    </w:p>
    <w:p>
      <w:r>
        <w:rPr>
          <w:b/>
        </w:rPr>
        <w:t xml:space="preserve">[18:58] </w:t>
      </w:r>
      <w:r>
        <w:t>aaj bhi, aaj bhi main aisa keh sakta hoon</w:t>
      </w:r>
    </w:p>
    <w:p>
      <w:pPr>
        <w:jc w:val="right"/>
      </w:pPr>
      <w:r>
        <w:t>آج بھی، آج بھی میں ایسا کہہ سکتا ہوں</w:t>
      </w:r>
    </w:p>
    <w:p>
      <w:r>
        <w:rPr>
          <w:b/>
        </w:rPr>
        <w:t xml:space="preserve">[19:04] </w:t>
      </w:r>
      <w:r>
        <w:t>ke kal, kal mera yeh haal tha ke main bohat hi apne aap ko weak samajh raha tha. main samajhta tha ke mera daur khatam ho gaya, ab main kuch kar nahi sakta.</w:t>
      </w:r>
    </w:p>
    <w:p>
      <w:pPr>
        <w:jc w:val="right"/>
      </w:pPr>
      <w:r>
        <w:t>کہ کل، کل میرا یہ حال تھا کہ میں بہت ہی اپنے آپ کو ویک سمجھ رہا تھا۔ میں سمجھتا تھا کہ میرا دور ختم ہو گیا، اب میں کچھ کر نہیں سکتا۔</w:t>
      </w:r>
    </w:p>
    <w:p>
      <w:r>
        <w:rPr>
          <w:b/>
        </w:rPr>
        <w:t xml:space="preserve">[19:18] </w:t>
      </w:r>
      <w:r>
        <w:t>mere kuch karne ka kaam nahi raha.</w:t>
      </w:r>
    </w:p>
    <w:p>
      <w:pPr>
        <w:jc w:val="right"/>
      </w:pPr>
      <w:r>
        <w:t>میرے کچھ کرنے کا کام نہیں رہا۔</w:t>
      </w:r>
    </w:p>
    <w:p>
      <w:r>
        <w:rPr>
          <w:b/>
        </w:rPr>
        <w:t xml:space="preserve">[19:21] </w:t>
      </w:r>
      <w:r>
        <w:t>lekin raat ko maine socha to mera andar re-emergency hua. re-emergency. isi re-emergency ke dauran mujhe yeh samajh mein aaya ke musalmanon ka asal masla scientific chapad ki kami ka masla hai.</w:t>
      </w:r>
    </w:p>
    <w:p>
      <w:pPr>
        <w:jc w:val="right"/>
      </w:pPr>
      <w:r>
        <w:t>لیکن رات کو میں نے سوچا تو میرا اندر ری ایمرجنسی ہوا۔ ری ایمرجنسی۔ اسی ری ایمرجنسی کے دوران مجھے یہ سمجھ میں آیا کہ مسلمانوں کا اصل مسئلہ سائنٹیفک چپڑ کی کمی کا مسئلہ ہے۔</w:t>
      </w:r>
    </w:p>
    <w:p>
      <w:r>
        <w:rPr>
          <w:b/>
        </w:rPr>
        <w:t xml:space="preserve">[19:40] </w:t>
      </w:r>
      <w:r>
        <w:t>saari raat main sochta raha to mujhe bhi wahi karna aaya</w:t>
      </w:r>
    </w:p>
    <w:p>
      <w:pPr>
        <w:jc w:val="right"/>
      </w:pPr>
      <w:r>
        <w:t>ساری رات میں سوچتا رہا تو مجھے بھی وہی کرنا آیا</w:t>
      </w:r>
    </w:p>
    <w:p>
      <w:r>
        <w:rPr>
          <w:b/>
        </w:rPr>
        <w:t xml:space="preserve">[19:47] </w:t>
      </w:r>
      <w:r>
        <w:t>ke mere andar jo aa gaya hai, ek ek fuqdan,</w:t>
      </w:r>
    </w:p>
    <w:p>
      <w:pPr>
        <w:jc w:val="right"/>
      </w:pPr>
      <w:r>
        <w:t>کہ میرے اندر جو آ گیا ہے، ایک ایک فقدان،</w:t>
      </w:r>
    </w:p>
    <w:p>
      <w:r>
        <w:rPr>
          <w:b/>
        </w:rPr>
        <w:t xml:space="preserve">[19:59] </w:t>
      </w:r>
      <w:r>
        <w:t>lack of confidence, is ko mujhe dobara regain karna hai. to raat maine yahi kiya. maine apne aap ko raat ko regain kiya.</w:t>
      </w:r>
    </w:p>
    <w:p>
      <w:pPr>
        <w:jc w:val="right"/>
      </w:pPr>
      <w:r>
        <w:t>لیک آف کانفیڈنس، اس کو مجھے دوبارہ ریگن کرنا ہے۔ تو رات میں نے یہی کیا۔ میں نے اپنے آپ کو رات کو ریگن کیا۔</w:t>
      </w:r>
    </w:p>
    <w:p>
      <w:r>
        <w:rPr>
          <w:b/>
        </w:rPr>
        <w:t xml:space="preserve">[20:12] </w:t>
      </w:r>
      <w:r>
        <w:t>tab aaj main bol raha hoon aap ke samne.</w:t>
      </w:r>
    </w:p>
    <w:p>
      <w:pPr>
        <w:jc w:val="right"/>
      </w:pPr>
      <w:r>
        <w:t>تب آج میں بول رہا ہوں آپ کے سامنے۔</w:t>
      </w:r>
    </w:p>
    <w:p>
      <w:r>
        <w:rPr>
          <w:b/>
        </w:rPr>
        <w:t xml:space="preserve">[20:17] </w:t>
      </w:r>
      <w:r>
        <w:t>warna kal jo mera haal tha, to main is qabil nahi pata tha apne aap ko ke main aaj aap ko address kar sakoon ga.</w:t>
      </w:r>
    </w:p>
    <w:p>
      <w:pPr>
        <w:jc w:val="right"/>
      </w:pPr>
      <w:r>
        <w:t>ورنہ کل جو میرا حال تھا، تو میں اس قابل نہیں پاتا تھا اپنے آپ کو کہ میں آج آپ کو ایڈریس کر سکوں گا۔</w:t>
      </w:r>
    </w:p>
    <w:p>
      <w:r>
        <w:rPr>
          <w:b/>
        </w:rPr>
        <w:t xml:space="preserve">[20:29] </w:t>
      </w:r>
      <w:r>
        <w:t>to main aap ko dawat deta hoon ke aap apne aap ko rediscover kijiye. rediscover kijiye. apne personal level par bhi apne aap ko, aur community ke level par bhi apne aap ko.</w:t>
      </w:r>
    </w:p>
    <w:p>
      <w:pPr>
        <w:jc w:val="right"/>
      </w:pPr>
      <w:r>
        <w:t>تو میں آپ کو دعوت دیتا ہوں کہ آپ اپنے آپ کو ری ڈسکور کیجیے۔ ری ڈسکور کیجیے۔ اپنے پرسنل لیول پر بھی اپنے آپ کو، اور کمیونٹی کے لیول پر بھی اپنے آپ کو۔</w:t>
      </w:r>
    </w:p>
    <w:p>
      <w:r>
        <w:rPr>
          <w:b/>
        </w:rPr>
        <w:t xml:space="preserve">[20:51] </w:t>
      </w:r>
      <w:r>
        <w:t>jab rediscover karenge to</w:t>
      </w:r>
    </w:p>
    <w:p>
      <w:pPr>
        <w:jc w:val="right"/>
      </w:pPr>
      <w:r>
        <w:t>جب ری ڈسکور کریں گے تو</w:t>
      </w:r>
    </w:p>
    <w:p>
      <w:r>
        <w:rPr>
          <w:b/>
        </w:rPr>
        <w:t xml:space="preserve">[20:57] </w:t>
      </w:r>
      <w:r>
        <w:t>aap apni kamyabi ko dobara daryaft kar lenge. to kal poori raat main mulaqat kar raha tha isi bare mein.</w:t>
      </w:r>
    </w:p>
    <w:p>
      <w:pPr>
        <w:jc w:val="right"/>
      </w:pPr>
      <w:r>
        <w:t>آپ اپنی کامیابی کو دوبارہ دریافت کر لیں گے۔ تو کل پوری رات میں ملاقات کر رہا تھا اسی بارے میں۔</w:t>
      </w:r>
    </w:p>
    <w:p>
      <w:r>
        <w:rPr>
          <w:b/>
        </w:rPr>
        <w:t xml:space="preserve">[21:16] </w:t>
      </w:r>
      <w:r>
        <w:t>to aaj subah maine telephone kiya faraz sahab ke telephone ke bare mein. mere mind mein kuch naye point aaye hain jo mujhe aap apni replanning ke liye next sahab batate hain.</w:t>
      </w:r>
    </w:p>
    <w:p>
      <w:pPr>
        <w:jc w:val="right"/>
      </w:pPr>
      <w:r>
        <w:t>تو آج صبح میں نے ٹیلی فون کیا فراز صاحب کے ٹیلی فون کے بارے میں۔ میرے مائنڈ میں کچھ نئے پوائنٹ آئے ہیں جو مجھے آپ اپنی ری پلاننگ کے لیے نیکسٹ صاحب بتاتے ہیں۔</w:t>
      </w:r>
    </w:p>
    <w:p>
      <w:r>
        <w:rPr>
          <w:b/>
        </w:rPr>
        <w:t xml:space="preserve">[21:35] </w:t>
      </w:r>
      <w:r>
        <w:t>to aap jab aayenge to hum mere zehan mein teen cheezein hain, is ko likhna hai mujhe.</w:t>
      </w:r>
    </w:p>
    <w:p>
      <w:pPr>
        <w:jc w:val="right"/>
      </w:pPr>
      <w:r>
        <w:t>تو آپ جب آئیں گے تو ہم میرے ذہن میں تین چیزیں ہیں، اس کو لکھنا ہے مجھے۔</w:t>
      </w:r>
    </w:p>
    <w:p>
      <w:r>
        <w:rPr>
          <w:b/>
        </w:rPr>
        <w:t xml:space="preserve">[21:46] </w:t>
      </w:r>
      <w:r>
        <w:t>to aap jab aayenge to inshallah is ko likhenge. to maine</w:t>
      </w:r>
    </w:p>
    <w:p>
      <w:pPr>
        <w:jc w:val="right"/>
      </w:pPr>
      <w:r>
        <w:t>تو آپ جب آئیں گے تو انشاءاللہ اس کو لکھیں گے۔ تو میں نے</w:t>
      </w:r>
    </w:p>
    <w:p>
      <w:r>
        <w:rPr>
          <w:b/>
        </w:rPr>
        <w:t xml:space="preserve">[21:53] </w:t>
      </w:r>
      <w:r>
        <w:t>kal main bohat hi detail tha. ek yeh ke kal main samajhta tha ke ke main my time is over.</w:t>
      </w:r>
    </w:p>
    <w:p>
      <w:pPr>
        <w:jc w:val="right"/>
      </w:pPr>
      <w:r>
        <w:t>کل میں بہت ہی ڈیٹیل تھا۔ ایک یہ کہ کل میں سمجھتا تھا کہ کہ میں مائی ٹائم از اوور۔</w:t>
      </w:r>
    </w:p>
    <w:p>
      <w:r>
        <w:rPr>
          <w:b/>
        </w:rPr>
        <w:t xml:space="preserve">[22:05] </w:t>
      </w:r>
      <w:r>
        <w:t>ab mujhe kuch karna nahi hai dunya mein. lekin raat ko</w:t>
      </w:r>
    </w:p>
    <w:p>
      <w:pPr>
        <w:jc w:val="right"/>
      </w:pPr>
      <w:r>
        <w:t>اب مجھے کچھ کرنا نہیں ہے دنیا میں۔ لیکن رات کو</w:t>
      </w:r>
    </w:p>
    <w:p>
      <w:r>
        <w:rPr>
          <w:b/>
        </w:rPr>
        <w:t xml:space="preserve">[22:11] </w:t>
      </w:r>
      <w:r>
        <w:t>sochte sochte sochte sochte mere andar apne mustaqbil ka ek re-emergency hua. re-emergency. ab apne mustaqbil ko,</w:t>
      </w:r>
    </w:p>
    <w:p>
      <w:pPr>
        <w:jc w:val="right"/>
      </w:pPr>
      <w:r>
        <w:t>سوچتے سوچتے سوچتے سوچتے میرے اندر اپنے مستقبل کا ایک ری ایمرجنسی ہوا۔ ری ایمرجنسی۔ اب اپنے مستقبل کو،</w:t>
      </w:r>
    </w:p>
    <w:p>
      <w:r>
        <w:rPr>
          <w:b/>
        </w:rPr>
        <w:t xml:space="preserve">[22:24] </w:t>
      </w:r>
      <w:r>
        <w:t>apne present ko, apni zindagi ko maine re discover kiya.</w:t>
      </w:r>
    </w:p>
    <w:p>
      <w:pPr>
        <w:jc w:val="right"/>
      </w:pPr>
      <w:r>
        <w:t>اپنے پریزنٹ کو، اپنی زندگی کو میں نے ری ڈسکور کیا۔</w:t>
      </w:r>
    </w:p>
    <w:p>
      <w:r>
        <w:rPr>
          <w:b/>
        </w:rPr>
        <w:t xml:space="preserve">[22:32] </w:t>
      </w:r>
      <w:r>
        <w:t>yeh inshallah aap agle</w:t>
      </w:r>
    </w:p>
    <w:p>
      <w:pPr>
        <w:jc w:val="right"/>
      </w:pPr>
      <w:r>
        <w:t>یہ انشاءاللہ آپ اگلے</w:t>
      </w:r>
    </w:p>
    <w:p>
      <w:r>
        <w:rPr>
          <w:b/>
        </w:rPr>
        <w:t xml:space="preserve">[22:37] </w:t>
      </w:r>
      <w:r>
        <w:t>programon mein dekh sakenge aur soch sakenge.</w:t>
      </w:r>
    </w:p>
    <w:p>
      <w:pPr>
        <w:jc w:val="right"/>
      </w:pPr>
      <w:r>
        <w:t>پروگراموں میں دیکھ سکیں گے اور سوچ سکیں گے۔</w:t>
      </w:r>
    </w:p>
    <w:p>
      <w:r>
        <w:rPr>
          <w:b/>
        </w:rPr>
        <w:t xml:space="preserve">[22:48] </w:t>
      </w:r>
      <w:r>
        <w:t>to main yeh kahunga ke aap kabhi bhi present mein jeena chhod dijiye.</w:t>
      </w:r>
    </w:p>
    <w:p>
      <w:pPr>
        <w:jc w:val="right"/>
      </w:pPr>
      <w:r>
        <w:t>تو میں یہ کہوں گا کہ آپ کبھی بھی پریزنٹ میں جینا چھوڑ دیجیے۔</w:t>
      </w:r>
    </w:p>
    <w:p>
      <w:r>
        <w:rPr>
          <w:b/>
        </w:rPr>
        <w:t xml:space="preserve">[22:57] </w:t>
      </w:r>
      <w:r>
        <w:t>present mein jeena chhod dijiye. future mein jeena seekhiye. nayi planning karna seekhiye.</w:t>
      </w:r>
    </w:p>
    <w:p>
      <w:pPr>
        <w:jc w:val="right"/>
      </w:pPr>
      <w:r>
        <w:t>پریزنٹ میں جینا چھوڑ دیجیے۔ فیوچر میں جینا سیکھیے۔ نئی پلاننگ کرنا سیکھیے۔</w:t>
      </w:r>
    </w:p>
    <w:p>
      <w:r>
        <w:rPr>
          <w:b/>
        </w:rPr>
        <w:t xml:space="preserve">[23:07] </w:t>
      </w:r>
      <w:r>
        <w:t>rasool Allah salallaho alaihi wasallam ko jo makka mila tha, rasool Allah salallaho alaihi wasallam ko jo makka mila tha, woh</w:t>
      </w:r>
    </w:p>
    <w:p>
      <w:pPr>
        <w:jc w:val="right"/>
      </w:pPr>
      <w:r>
        <w:t>رسول اللہ صلی اللہ علیہ وسلم کو جو مکہ ملا تھا، رسول اللہ صلی اللہ علیہ وسلم کو جو مکہ ملا تھا، وہ</w:t>
      </w:r>
    </w:p>
    <w:p>
      <w:r>
        <w:rPr>
          <w:b/>
        </w:rPr>
        <w:t xml:space="preserve">[23:21] </w:t>
      </w:r>
      <w:r>
        <w:t>toot phoot wala makka tha.</w:t>
      </w:r>
    </w:p>
    <w:p>
      <w:pPr>
        <w:jc w:val="right"/>
      </w:pPr>
      <w:r>
        <w:t>ٹوٹ پھوٹ والا مکہ تھا۔</w:t>
      </w:r>
    </w:p>
    <w:p>
      <w:r>
        <w:rPr>
          <w:b/>
        </w:rPr>
        <w:t xml:space="preserve">[23:26] </w:t>
      </w:r>
      <w:r>
        <w:t>aap jante hain ke kuch log kisi mulk mein, is subcontinent mein aise hain jinhone jinko jo kuch mila, is ko unhone kaha ke yeh to</w:t>
      </w:r>
    </w:p>
    <w:p>
      <w:pPr>
        <w:jc w:val="right"/>
      </w:pPr>
      <w:r>
        <w:t>آپ جانتے ہیں کہ کچھ لوگ کسی ملک میں، اس سب کانٹیننٹ میں ایسے ہیں جنہوں نے جن کو جو کچھ ملا، اس کو انہوں نے کہا کہ یہ تو</w:t>
      </w:r>
    </w:p>
    <w:p>
      <w:r>
        <w:rPr>
          <w:b/>
        </w:rPr>
        <w:t xml:space="preserve">[23:40] </w:t>
      </w:r>
      <w:r>
        <w:t>toota phoota, tooti phooti dunya mein mili hai. truncated dunya. lekin rasool Allah salallaho alaihi wasallam ne ki soch yeh nahi thi.</w:t>
      </w:r>
    </w:p>
    <w:p>
      <w:pPr>
        <w:jc w:val="right"/>
      </w:pPr>
      <w:r>
        <w:t>ٹوٹا پھوٹا، ٹوٹی پھوٹی دنیا میں ملی ہے۔ ٹرینکیٹڈ دنیا۔ لیکن رسول اللہ صلی اللہ علیہ وسلم نے کی سوچ یہ نہیں تھی۔</w:t>
      </w:r>
    </w:p>
    <w:p>
      <w:r>
        <w:rPr>
          <w:b/>
        </w:rPr>
        <w:t xml:space="preserve">[23:53] </w:t>
      </w:r>
      <w:r>
        <w:t>aap ko jo mila tha, usi ko le kar aap ne re planning ki.</w:t>
      </w:r>
    </w:p>
    <w:p>
      <w:pPr>
        <w:jc w:val="right"/>
      </w:pPr>
      <w:r>
        <w:t>آپ کو جو ملا تھا، اسی کو لے کر آپ نے ری پلاننگ کی۔</w:t>
      </w:r>
    </w:p>
    <w:p>
      <w:r>
        <w:rPr>
          <w:b/>
        </w:rPr>
        <w:t xml:space="preserve">[23:59] </w:t>
      </w:r>
      <w:r>
        <w:t>aur aap jante hain ke jab dunya se rokhsat hue, aap to ek ek apni poori community ke liye ek azeem rasta ki nishandahi kar chuke the.</w:t>
      </w:r>
    </w:p>
    <w:p>
      <w:pPr>
        <w:jc w:val="right"/>
      </w:pPr>
      <w:r>
        <w:t>اور آپ جانتے ہیں کہ جب دنیا سے رخصت ہوئے، آپ تو ایک ایک اپنی پوری کمیونٹی کے لیے ایک عظیم راستہ کی نشاندہی کر چکے تھے۔</w:t>
      </w:r>
    </w:p>
    <w:p>
      <w:r>
        <w:rPr>
          <w:b/>
        </w:rPr>
        <w:t xml:space="preserve">[24:17] </w:t>
      </w:r>
      <w:r>
        <w:t>misalein mere paas bohat si hain, lekin ziyada misalein bayan karne se koi faida nahi. balkay aap ko woh misalon ko khud se discover karna parega.</w:t>
      </w:r>
    </w:p>
    <w:p>
      <w:pPr>
        <w:jc w:val="right"/>
      </w:pPr>
      <w:r>
        <w:t>مثالیں میرے پاس بہت سی ہیں، لیکن زیادہ مثالیں بیان کرنے سے کوئی فائدہ نہیں۔ بلکہ آپ کو وہ مثالوں کو خود سے ڈسکور کرنا پڑے گا۔</w:t>
      </w:r>
    </w:p>
    <w:p>
      <w:r>
        <w:rPr>
          <w:b/>
        </w:rPr>
        <w:t xml:space="preserve">[24:33] </w:t>
      </w:r>
      <w:r>
        <w:t>khud se discover karna parega.</w:t>
      </w:r>
    </w:p>
    <w:p>
      <w:pPr>
        <w:jc w:val="right"/>
      </w:pPr>
      <w:r>
        <w:t>خود سے ڈسکور کرنا پڑے گا۔</w:t>
      </w:r>
    </w:p>
    <w:p>
      <w:r>
        <w:rPr>
          <w:b/>
        </w:rPr>
        <w:t xml:space="preserve">[24:40] </w:t>
      </w:r>
      <w:r>
        <w:t>misalein batane se log nahi paate misalon ko. misalon ko discover kar ke paate hain.</w:t>
      </w:r>
    </w:p>
    <w:p>
      <w:pPr>
        <w:jc w:val="right"/>
      </w:pPr>
      <w:r>
        <w:t>مثالیں بتانے سے لوگ نہیں پاتے مثالوں کو۔ مثالوں کو ڈسکور کر کے پاتے ہیں۔</w:t>
      </w:r>
    </w:p>
    <w:p>
      <w:r>
        <w:rPr>
          <w:b/>
        </w:rPr>
        <w:t xml:space="preserve">[24:49] </w:t>
      </w:r>
      <w:r>
        <w:t>agar aap ko misalein bata doon main ke yeh matlab yeh hai ke aap misalon ko jaan lengay. nahi.</w:t>
      </w:r>
    </w:p>
    <w:p>
      <w:pPr>
        <w:jc w:val="right"/>
      </w:pPr>
      <w:r>
        <w:t>اگر آپ کو مثالیں بتا دوں میں کہ یہ مطلب یہ ہے کہ آپ مثالوں کو جان لیں گے۔ نہیں۔</w:t>
      </w:r>
    </w:p>
    <w:p>
      <w:r>
        <w:rPr>
          <w:b/>
        </w:rPr>
        <w:t xml:space="preserve">[24:57] </w:t>
      </w:r>
      <w:r>
        <w:t>aap jab ghor karenge, jab soch bichar karenge, aur khud se discover karenge, tab aap payenge misalon ko.</w:t>
      </w:r>
    </w:p>
    <w:p>
      <w:pPr>
        <w:jc w:val="right"/>
      </w:pPr>
      <w:r>
        <w:t>آپ جب غور کریں گے، جب سوچ بچار کریں گے، اور خود سے ڈسکور کریں گے، تب آپ پائیں گے مثالوں کو۔</w:t>
      </w:r>
    </w:p>
    <w:p>
      <w:r>
        <w:rPr>
          <w:b/>
        </w:rPr>
        <w:t xml:space="preserve">[25:09] </w:t>
      </w:r>
      <w:r>
        <w:t>tab aap misalon ko payenge. batane se nahi paate koi. koi bhi shakhs batane se nahi paya</w:t>
      </w:r>
    </w:p>
    <w:p>
      <w:pPr>
        <w:jc w:val="right"/>
      </w:pPr>
      <w:r>
        <w:t>تب آپ مثالوں کو پائیں گے۔ بتانے سے نہیں پاتے کوئی۔ کوئی بھی شخص بتانے سے نہیں پایا</w:t>
      </w:r>
    </w:p>
    <w:p>
      <w:r>
        <w:rPr>
          <w:b/>
        </w:rPr>
        <w:t xml:space="preserve">[25:18] </w:t>
      </w:r>
      <w:r>
        <w:t>is dunya mein. batane se nahi pata. discover karne se pata hai.</w:t>
      </w:r>
    </w:p>
    <w:p>
      <w:pPr>
        <w:jc w:val="right"/>
      </w:pPr>
      <w:r>
        <w:t>اس دنیا میں۔ بتانے سے نہیں پاتا۔ ڈسکور کرنے سے پاتا ہے۔</w:t>
      </w:r>
    </w:p>
    <w:p>
      <w:r>
        <w:rPr>
          <w:b/>
        </w:rPr>
        <w:t xml:space="preserve">[25:27] </w:t>
      </w:r>
      <w:r>
        <w:t>jo bhi tareekh mein misalein hain, un ko ghor kijiye. logon ne batane se nahi paya. apni zaati discovery se paya.</w:t>
      </w:r>
    </w:p>
    <w:p>
      <w:pPr>
        <w:jc w:val="right"/>
      </w:pPr>
      <w:r>
        <w:t>جو بھی تاریخ میں مثالیں ہیں، ان کو غور کیجیے۔ لوگوں نے بتانے سے نہیں پایا۔ اپنی ذاتی ڈسکوری سے پایا۔</w:t>
      </w:r>
    </w:p>
    <w:p>
      <w:r>
        <w:rPr>
          <w:b/>
        </w:rPr>
        <w:t xml:space="preserve">[25:47] </w:t>
      </w:r>
      <w:r>
        <w:t>rasool Allah ne bhi batane se nahi paya. discover karne se paya. aap ghor kijiye ke jab aap hijrat hui aur makka se madina aaye to us waqt jo planning aap ne ki, woh planning kahin likhi hui nahi thi.</w:t>
      </w:r>
    </w:p>
    <w:p>
      <w:pPr>
        <w:jc w:val="right"/>
      </w:pPr>
      <w:r>
        <w:t>رسول اللہ نے بھی بتانے سے نہیں پایا۔ ڈسکور کرنے سے پایا۔ آپ غور کیجیے کہ جب آپ ہجرت ہوئی اور مکہ سے مدینہ آئے تو اس وقت جو پلاننگ آپ نے کی، وہ پلاننگ کہیں لکھی ہوئی نہیں تھی۔</w:t>
      </w:r>
    </w:p>
    <w:p>
      <w:r>
        <w:rPr>
          <w:b/>
        </w:rPr>
        <w:t xml:space="preserve">[26:07] </w:t>
      </w:r>
      <w:r>
        <w:t>woh planning kahin likhi hui nahi thi. woh saari planning aap ne ghor o fikr se discover kiya.</w:t>
      </w:r>
    </w:p>
    <w:p>
      <w:pPr>
        <w:jc w:val="right"/>
      </w:pPr>
      <w:r>
        <w:t>وہ پلاننگ کہیں لکھی ہوئی نہیں تھی۔ وہ ساری پلاننگ آپ نے غور و فکر سے ڈسکور کیا۔</w:t>
      </w:r>
    </w:p>
    <w:p>
      <w:r>
        <w:rPr>
          <w:b/>
        </w:rPr>
        <w:t xml:space="preserve">[26:20] </w:t>
      </w:r>
      <w:r>
        <w:t>to aap ko main dawat deta hoon ke aap apni thinking ko develop kijiye. bajaye is ke ke kisi ko kahein ke batao.</w:t>
      </w:r>
    </w:p>
    <w:p>
      <w:pPr>
        <w:jc w:val="right"/>
      </w:pPr>
      <w:r>
        <w:t>تو آپ کو میں دعوت دیتا ہوں کہ آپ اپنی تھنکنگ کو ڈیولپ کیجیے۔ بجائے اس کے کہ کسی کو کہیں کہ بتاؤ۔</w:t>
      </w:r>
    </w:p>
    <w:p>
      <w:r>
        <w:rPr>
          <w:b/>
        </w:rPr>
        <w:t xml:space="preserve">[26:31] </w:t>
      </w:r>
      <w:r>
        <w:t>kahin se poochye mat ke to batao. balkay apni thinking ko develop kijiye. apni thinking ko develop kijiye.</w:t>
      </w:r>
    </w:p>
    <w:p>
      <w:pPr>
        <w:jc w:val="right"/>
      </w:pPr>
      <w:r>
        <w:t>کہیں سے پوچھئے مت کہ تو بتاؤ۔ بلکہ اپنی تھنکنگ کو ڈیولپ کیے۔ اپنی تھنکنگ کو ڈیولپ کیجیے۔</w:t>
      </w:r>
    </w:p>
    <w:p>
      <w:r>
        <w:rPr>
          <w:b/>
        </w:rPr>
        <w:t xml:space="preserve">[26:45] </w:t>
      </w:r>
      <w:r>
        <w:t>asal masla yeh nahi hai ke aap koi aap ko bata de. asal masla yeh hai ke aap ki thinking itni developed ho ke aap khud se discover kar lein.</w:t>
      </w:r>
    </w:p>
    <w:p>
      <w:pPr>
        <w:jc w:val="right"/>
      </w:pPr>
      <w:r>
        <w:t>اصل مسئلہ یہ نہیں ہے کہ آپ کوئی آپ کو بتا دے۔ اصل مسئلہ یہ ہے کہ آپ کی تھنکنگ اتنی ڈیولپڈ ہو کہ آپ خود سے ڈسکور کر لیں۔</w:t>
      </w:r>
    </w:p>
    <w:p>
      <w:r>
        <w:rPr>
          <w:b/>
        </w:rPr>
        <w:t xml:space="preserve">[27:00] </w:t>
      </w:r>
      <w:r>
        <w:t>agar aap khud se discover nahi karein ge to kisi ko batane se aap ko kuch milne wala bhi nahi. kisi ko batane se aap ko milne wala bhi nahi.</w:t>
      </w:r>
    </w:p>
    <w:p>
      <w:pPr>
        <w:jc w:val="right"/>
      </w:pPr>
      <w:r>
        <w:t>اگر آپ خود سے ڈسکور نہیں کریں گے تو کسی کو بتانے سے آپ کو کچھ ملنے والا بھی نہیں۔ کسی کو بتانے سے آپ کو ملنے والا بھی نہیں۔</w:t>
      </w:r>
    </w:p>
    <w:p>
      <w:r>
        <w:rPr>
          <w:b/>
        </w:rPr>
        <w:t xml:space="preserve">[27:17] </w:t>
      </w:r>
      <w:r>
        <w:t>yeh bohat zyada mein ne soch samajh kar ke mein ne yeh baat jani hai ke zaati discovery se aadmi pata kis cheez ko.</w:t>
      </w:r>
    </w:p>
    <w:p>
      <w:pPr>
        <w:jc w:val="right"/>
      </w:pPr>
      <w:r>
        <w:t>یہ بہت زیادہ میں نے سوچ سمجھ کر کے میں نے یہ بات جانی ہے کہ ذاتی ڈسکوری سے آدمی پاتا کس چیز کو۔</w:t>
      </w:r>
    </w:p>
    <w:p>
      <w:r>
        <w:rPr>
          <w:b/>
        </w:rPr>
        <w:t xml:space="preserve">[27:30] </w:t>
      </w:r>
      <w:r>
        <w:t>aap ghor kijiye. newton ko kis ne bataya tha?</w:t>
      </w:r>
    </w:p>
    <w:p>
      <w:pPr>
        <w:jc w:val="right"/>
      </w:pPr>
      <w:r>
        <w:t>آپ غور کیجیے۔ نیوٹن کو کس نے بتایا تھا؟</w:t>
      </w:r>
    </w:p>
    <w:p>
      <w:r>
        <w:rPr>
          <w:b/>
        </w:rPr>
        <w:t xml:space="preserve">[27:36] </w:t>
      </w:r>
      <w:r>
        <w:t>kis ne bataya tha? law of gravity. nahi. oper se saib gira, us ke sir par us ne mar diya.</w:t>
      </w:r>
    </w:p>
    <w:p>
      <w:pPr>
        <w:jc w:val="right"/>
      </w:pPr>
      <w:r>
        <w:t>کس نے بتایا تھا؟ لاء آف گریویٹی۔ نہیں۔ اوپر سے سیب گرا، اس کے سر پر اس نے مارا۔</w:t>
      </w:r>
    </w:p>
    <w:p>
      <w:r>
        <w:rPr>
          <w:b/>
        </w:rPr>
        <w:t xml:space="preserve">[27:50] </w:t>
      </w:r>
      <w:r>
        <w:t>to mein samajhta hoon ke khamosh paigham jis ne diya ke tum kis ka intezar kar rahe ho?</w:t>
      </w:r>
    </w:p>
    <w:p>
      <w:pPr>
        <w:jc w:val="right"/>
      </w:pPr>
      <w:r>
        <w:t>تو میں سمجھتا ہوں کہ خاموش پیغام جس نے دیا کہ تم کس کا انتظار کر رہے ہو؟</w:t>
      </w:r>
    </w:p>
    <w:p>
      <w:r>
        <w:rPr>
          <w:b/>
        </w:rPr>
        <w:t xml:space="preserve">[27:56] </w:t>
      </w:r>
      <w:r>
        <w:t>ae newton,</w:t>
      </w:r>
    </w:p>
    <w:p>
      <w:pPr>
        <w:jc w:val="right"/>
      </w:pPr>
      <w:r>
        <w:t>اے نیوٹن،</w:t>
      </w:r>
    </w:p>
    <w:p>
      <w:r>
        <w:rPr>
          <w:b/>
        </w:rPr>
        <w:t xml:space="preserve">[27:57] </w:t>
      </w:r>
      <w:r>
        <w:t>to kis ko, to ko kis ka intezar hai? khud socho, khud socho, khud socho. to newton ko kisi ne bataya nahi.</w:t>
      </w:r>
    </w:p>
    <w:p>
      <w:pPr>
        <w:jc w:val="right"/>
      </w:pPr>
      <w:r>
        <w:t>تو کس کو، تو کو کس کا انتظار ہے؟ خود سوچو، خود سوچو، خود سوچو۔ تو نیوٹن کو کسی نے بتایا نہیں۔</w:t>
      </w:r>
    </w:p>
    <w:p>
      <w:r>
        <w:rPr>
          <w:b/>
        </w:rPr>
        <w:t xml:space="preserve">[28:07] </w:t>
      </w:r>
      <w:r>
        <w:t>law of gravity. us ne khud se socha, khud se jana, aur poori tareekh mein ek nai discovery ka woh imam ban gaya.</w:t>
      </w:r>
    </w:p>
    <w:p>
      <w:pPr>
        <w:jc w:val="right"/>
      </w:pPr>
      <w:r>
        <w:t>لاء آف گریویٹی۔ اس نے خود سے سوچا، خود سے جانا، اور پوری تاریخ میں ایک نئی ڈسکوری کا وہ امام بن گیا۔</w:t>
      </w:r>
    </w:p>
    <w:p>
      <w:r>
        <w:rPr>
          <w:b/>
        </w:rPr>
        <w:t xml:space="preserve">[28:20] </w:t>
      </w:r>
      <w:r>
        <w:t>yaad rakhiye, jo log intezar karte hain ke mard e ghayeb bro aaye to call</w:t>
      </w:r>
    </w:p>
    <w:p>
      <w:pPr>
        <w:jc w:val="right"/>
      </w:pPr>
      <w:r>
        <w:t>یاد رکھیے، جو لوگ انتظار کرتے ہیں کہ مرد از غیب برو آئے تو کال</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