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Question and Answer April 07, 2020 Maulana Wahiduddin Khan</w:t>
      </w:r>
    </w:p>
    <w:p>
      <w:r>
        <w:t>https://www.youtube.com/watch?v=_GFv068coXA</w:t>
      </w:r>
    </w:p>
    <w:p>
      <w:r>
        <w:rPr>
          <w:b/>
        </w:rPr>
        <w:t xml:space="preserve">[00:11] </w:t>
      </w:r>
      <w:r>
        <w:t>bismillah rehman rehim.</w:t>
      </w:r>
    </w:p>
    <w:p>
      <w:pPr>
        <w:jc w:val="right"/>
      </w:pPr>
      <w:r>
        <w:t>بسم اللہ الرحمن الرحیم۔</w:t>
      </w:r>
    </w:p>
    <w:p>
      <w:r>
        <w:rPr>
          <w:b/>
        </w:rPr>
        <w:t xml:space="preserve">[00:16] </w:t>
      </w:r>
      <w:r>
        <w:t>7 april 2020. aaj mein ek sawal ke bare mein soch raha tha ke quran mein masle masail</w:t>
      </w:r>
    </w:p>
    <w:p>
      <w:pPr>
        <w:jc w:val="right"/>
      </w:pPr>
      <w:r>
        <w:t>7 اپریل 2020۔ آج میں ایک سوال کے بارے میں سوچ رہا تھا کہ قرآن میں مسئلے مسائل</w:t>
      </w:r>
    </w:p>
    <w:p>
      <w:r>
        <w:rPr>
          <w:b/>
        </w:rPr>
        <w:t xml:space="preserve">[00:34] </w:t>
      </w:r>
      <w:r>
        <w:t>bohat hi kam aaye hain, bohat hi kam.</w:t>
      </w:r>
    </w:p>
    <w:p>
      <w:pPr>
        <w:jc w:val="right"/>
      </w:pPr>
      <w:r>
        <w:t>بہت ہی کم آئے ہیں، بہت ہی کم۔</w:t>
      </w:r>
    </w:p>
    <w:p>
      <w:r>
        <w:rPr>
          <w:b/>
        </w:rPr>
        <w:t xml:space="preserve">[00:42] </w:t>
      </w:r>
      <w:r>
        <w:t>misalan umrah ka masla, hajj ke masail,</w:t>
      </w:r>
    </w:p>
    <w:p>
      <w:pPr>
        <w:jc w:val="right"/>
      </w:pPr>
      <w:r>
        <w:t>مثلاً عمرہ کا مسئلہ، حج کے مسائل،</w:t>
      </w:r>
    </w:p>
    <w:p>
      <w:r>
        <w:rPr>
          <w:b/>
        </w:rPr>
        <w:t xml:space="preserve">[00:51] </w:t>
      </w:r>
      <w:r>
        <w:t>namaz ke masail. aap fiqh mein</w:t>
      </w:r>
    </w:p>
    <w:p>
      <w:pPr>
        <w:jc w:val="right"/>
      </w:pPr>
      <w:r>
        <w:t>نماز کے مسائل۔ آپ فقہ میں</w:t>
      </w:r>
    </w:p>
    <w:p>
      <w:r>
        <w:rPr>
          <w:b/>
        </w:rPr>
        <w:t xml:space="preserve">[00:58] </w:t>
      </w:r>
      <w:r>
        <w:t>parh kar jante hain. quran mein in ke bare mein koi tafseel nahi hai. aisa kyun hai?</w:t>
      </w:r>
    </w:p>
    <w:p>
      <w:pPr>
        <w:jc w:val="right"/>
      </w:pPr>
      <w:r>
        <w:t>پڑھ کر جانتے ہیں۔ قرآن میں ان کے بارے میں کوئی تفصیل نہیں ہے۔ ایسا کیوں ہے؟</w:t>
      </w:r>
    </w:p>
    <w:p>
      <w:r>
        <w:rPr>
          <w:b/>
        </w:rPr>
        <w:t xml:space="preserve">[01:12] </w:t>
      </w:r>
      <w:r>
        <w:t>bhi farmaya ke yeh is liye hai ke quran yeh chahta hai ke ahle iman ke andar creativity jage.</w:t>
      </w:r>
    </w:p>
    <w:p>
      <w:pPr>
        <w:jc w:val="right"/>
      </w:pPr>
      <w:r>
        <w:t>بھی فرمایا کہ یہ اس لیے ہے کہ قرآن یہ چاہتا ہے کہ اہل ایمان کے اندر کریٹیوٹی جگے۔</w:t>
      </w:r>
    </w:p>
    <w:p>
      <w:r>
        <w:rPr>
          <w:b/>
        </w:rPr>
        <w:t xml:space="preserve">[01:25] </w:t>
      </w:r>
      <w:r>
        <w:t>quran ka matloob insan creative insan hai.</w:t>
      </w:r>
    </w:p>
    <w:p>
      <w:pPr>
        <w:jc w:val="right"/>
      </w:pPr>
      <w:r>
        <w:t>قرآن کا مطلوب انسان کریٹیو انسان ہے۔</w:t>
      </w:r>
    </w:p>
    <w:p>
      <w:r>
        <w:rPr>
          <w:b/>
        </w:rPr>
        <w:t xml:space="preserve">[01:32] </w:t>
      </w:r>
      <w:r>
        <w:t>quran ka matloob insan creative insan hai. creative mind.</w:t>
      </w:r>
    </w:p>
    <w:p>
      <w:pPr>
        <w:jc w:val="right"/>
      </w:pPr>
      <w:r>
        <w:t>قرآن کا مطلوب انسان کریٹیو انسان ہے۔ کریٹیو مائنڈ۔</w:t>
      </w:r>
    </w:p>
    <w:p>
      <w:r>
        <w:rPr>
          <w:b/>
        </w:rPr>
        <w:t xml:space="preserve">[01:41] </w:t>
      </w:r>
      <w:r>
        <w:t>to log bohat zyada sochte hain is quran ka. jitne masail hain, jitni batein hain jo quran mein mazkoor hi nahi,</w:t>
      </w:r>
    </w:p>
    <w:p>
      <w:pPr>
        <w:jc w:val="right"/>
      </w:pPr>
      <w:r>
        <w:t>تو لوگ بہت زیادہ سوچتے ہیں اس قرآن کا۔ جتنے مسائل ہیں، جتنی باتیں ہیں جو قرآن میں مذکور ہی نہیں،</w:t>
      </w:r>
    </w:p>
    <w:p>
      <w:r>
        <w:rPr>
          <w:b/>
        </w:rPr>
        <w:t xml:space="preserve">[01:54] </w:t>
      </w:r>
      <w:r>
        <w:t>woh aap alag se mehnat karte hain tab aap jaan paate hain.</w:t>
      </w:r>
    </w:p>
    <w:p>
      <w:pPr>
        <w:jc w:val="right"/>
      </w:pPr>
      <w:r>
        <w:t>وہ آپ الگ سے محنت کرتے ہیں تب آپ جان پاتے ہیں۔</w:t>
      </w:r>
    </w:p>
    <w:p>
      <w:r>
        <w:rPr>
          <w:b/>
        </w:rPr>
        <w:t xml:space="preserve">[02:04] </w:t>
      </w:r>
      <w:r>
        <w:t>to hum logon ko yeh janna chahiye ke hamare andar creative iman, creative faith paida karna hoga.</w:t>
      </w:r>
    </w:p>
    <w:p>
      <w:pPr>
        <w:jc w:val="right"/>
      </w:pPr>
      <w:r>
        <w:t>تو ہم لوگوں کو یہ جاننا چاہیے کہ ہمارے اندر کریٹیو ایمان، کریٹیو فیتھ پیدا کرنا ہوگا۔</w:t>
      </w:r>
    </w:p>
    <w:p>
      <w:r>
        <w:rPr>
          <w:b/>
        </w:rPr>
        <w:t xml:space="preserve">[02:18] </w:t>
      </w:r>
      <w:r>
        <w:t>tab hum Allah ke</w:t>
      </w:r>
    </w:p>
    <w:p>
      <w:pPr>
        <w:jc w:val="right"/>
      </w:pPr>
      <w:r>
        <w:t>تب ہم اللہ کے</w:t>
      </w:r>
    </w:p>
    <w:p>
      <w:r>
        <w:rPr>
          <w:b/>
        </w:rPr>
        <w:t xml:space="preserve">[02:20] </w:t>
      </w:r>
      <w:r>
        <w:t>matloob insan banein ge.</w:t>
      </w:r>
    </w:p>
    <w:p>
      <w:pPr>
        <w:jc w:val="right"/>
      </w:pPr>
      <w:r>
        <w:t>مطلوب انسان بنیں گے۔</w:t>
      </w:r>
    </w:p>
    <w:p>
      <w:r>
        <w:rPr>
          <w:b/>
        </w:rPr>
        <w:t xml:space="preserve">[02:27] </w:t>
      </w:r>
      <w:r>
        <w:t>misalan dekhiye aaj mein soch raha tha ke quran ki ek ayat hai: qul ya ibad allazina asrafu ala anfusihim la takhafaw min rahmatillah fainnalaha yaghfirudh dhunuba jami'a</w:t>
      </w:r>
    </w:p>
    <w:p>
      <w:pPr>
        <w:jc w:val="right"/>
      </w:pPr>
      <w:r>
        <w:t>مثلاً دیکھیں آج میں سوچ رہا تھا کہ قرآن کی ایک آیت ہے: قُلْ يَا أَبَاعْدِ الَّذِينَ أَصْرَفُوا عَلَى أَنْفَسِهِمْ لَا تَخَفُّوا مِنْ رَحْمَةِ اللَّهِ فَإِنَّ اللَّهَ يَخْفُرُ الْذُنُوبَ جَمِيعًا</w:t>
      </w:r>
    </w:p>
    <w:p>
      <w:r>
        <w:rPr>
          <w:b/>
        </w:rPr>
        <w:t xml:space="preserve">[02:43] </w:t>
      </w:r>
      <w:r>
        <w:t>kaho</w:t>
      </w:r>
    </w:p>
    <w:p>
      <w:pPr>
        <w:jc w:val="right"/>
      </w:pPr>
      <w:r>
        <w:t>کہو</w:t>
      </w:r>
    </w:p>
    <w:p>
      <w:r>
        <w:rPr>
          <w:b/>
        </w:rPr>
        <w:t xml:space="preserve">[02:45] </w:t>
      </w:r>
      <w:r>
        <w:t>kaho ay bando jinho ne apni janon par zulm kiya hai</w:t>
      </w:r>
    </w:p>
    <w:p>
      <w:pPr>
        <w:jc w:val="right"/>
      </w:pPr>
      <w:r>
        <w:t>کہ اے بندو جنہوں نے اپنی جانوں پر ظلم کیا ہے</w:t>
      </w:r>
    </w:p>
    <w:p>
      <w:r>
        <w:rPr>
          <w:b/>
        </w:rPr>
        <w:t xml:space="preserve">[02:53] </w:t>
      </w:r>
      <w:r>
        <w:t>la taqnato min rahmatillah Allah ki rehmat se mayoos na ho.</w:t>
      </w:r>
    </w:p>
    <w:p>
      <w:pPr>
        <w:jc w:val="right"/>
      </w:pPr>
      <w:r>
        <w:t>لَا تَقْنُطُوا مِنْ رَحْمَةِ اللَّهِ اللہ کی رحمت سے مایوس نہ ہو۔</w:t>
      </w:r>
    </w:p>
    <w:p>
      <w:r>
        <w:rPr>
          <w:b/>
        </w:rPr>
        <w:t xml:space="preserve">[03:02] </w:t>
      </w:r>
      <w:r>
        <w:t>kyunke Allah sare gunahon ko bakhsne wala hai.</w:t>
      </w:r>
    </w:p>
    <w:p>
      <w:pPr>
        <w:jc w:val="right"/>
      </w:pPr>
      <w:r>
        <w:t>کیونکہ اللہ سارے گناہوں کو بخشنے والا ہے۔</w:t>
      </w:r>
    </w:p>
    <w:p>
      <w:r>
        <w:rPr>
          <w:b/>
        </w:rPr>
        <w:t xml:space="preserve">[03:11] </w:t>
      </w:r>
      <w:r>
        <w:t>ab dekhen bohat ajib baat yeh hai ke sare gunah bakhsh diye jayen ge to kaise? ke aap apne aap idhar log gunah karen ge aur idhar auto button den ge to sab maaf kar diya jayega.</w:t>
      </w:r>
    </w:p>
    <w:p>
      <w:pPr>
        <w:jc w:val="right"/>
      </w:pPr>
      <w:r>
        <w:t>اب دیکھیں بہت عجیب بات یہ ہے کہ سارے گناہ بخش دیے جائیں گے تو کیسے؟ کہ آپ اپنے آپ ادھر لوگ گناہ کریں گے اور ادھر آٹو بٹن دیں گے تو سب معاف کر دیا جائے گا۔</w:t>
      </w:r>
    </w:p>
    <w:p>
      <w:r>
        <w:rPr>
          <w:b/>
        </w:rPr>
        <w:t xml:space="preserve">[03:29] </w:t>
      </w:r>
      <w:r>
        <w:t>to is saal jo hai wo is mein nahi hai.</w:t>
      </w:r>
    </w:p>
    <w:p>
      <w:pPr>
        <w:jc w:val="right"/>
      </w:pPr>
      <w:r>
        <w:t>تو اس سال جو ہے وہ اس میں نہیں ہے۔</w:t>
      </w:r>
    </w:p>
    <w:p>
      <w:r>
        <w:rPr>
          <w:b/>
        </w:rPr>
        <w:t xml:space="preserve">[03:34] </w:t>
      </w:r>
      <w:r>
        <w:t>fa innallaha yakhfurul dhunuba jami'an kyunke Allah maghfirat karne wala hai tamam hi gunahon ki. to tamam gunah jab bakhsh diye jayen ge to kaise?</w:t>
      </w:r>
    </w:p>
    <w:p>
      <w:pPr>
        <w:jc w:val="right"/>
      </w:pPr>
      <w:r>
        <w:t>فَإِنَّ اللَّهَ يَخْفُرُ الْذُنُوبَ جَمِيعًا کیونکہ اللہ مغفرت کرنے والا ہے تمام ہی گناہوں کی۔ تو تمام گناہ جب بخش دیے جائیں گے تو کیسے؟</w:t>
      </w:r>
    </w:p>
    <w:p>
      <w:r>
        <w:rPr>
          <w:b/>
        </w:rPr>
        <w:t xml:space="preserve">[03:50] </w:t>
      </w:r>
      <w:r>
        <w:t>yeh mazkur nahi hai. aur bhi kitni chezen hain jo mazkur nahi hain.</w:t>
      </w:r>
    </w:p>
    <w:p>
      <w:pPr>
        <w:jc w:val="right"/>
      </w:pPr>
      <w:r>
        <w:t>یہ مذکور نہیں ہے۔ اور بھی کتنی چیزیں ہیں جو مذکور نہیں ہیں۔</w:t>
      </w:r>
    </w:p>
    <w:p>
      <w:r>
        <w:rPr>
          <w:b/>
        </w:rPr>
        <w:t xml:space="preserve">[03:59] </w:t>
      </w:r>
      <w:r>
        <w:t>to mein samajhta hoon ke yeh is liye hai ke Allah rab ul alameen ka matloob hai ke aap ke andar creativity paida ho. creativity.</w:t>
      </w:r>
    </w:p>
    <w:p>
      <w:pPr>
        <w:jc w:val="right"/>
      </w:pPr>
      <w:r>
        <w:t>تو میں سمجھتا ہوں کہ یہ اس لیے ہے کہ اللہ رب العالمین کا مطلوب ہے کہ آپ کے اندر کریٹیوٹی پیدا ہو۔ کریٹیوٹی۔</w:t>
      </w:r>
    </w:p>
    <w:p>
      <w:r>
        <w:rPr>
          <w:b/>
        </w:rPr>
        <w:t xml:space="preserve">[04:09] </w:t>
      </w:r>
      <w:r>
        <w:t>dekhen science ne jitni taraqqi ki hai. science kya hai? Khuda ki jo takhleeq hai, Khuda ki jo</w:t>
      </w:r>
    </w:p>
    <w:p>
      <w:pPr>
        <w:jc w:val="right"/>
      </w:pPr>
      <w:r>
        <w:t>دیکھیں سائنس نے جتنی ترقی کی ہے۔ سائنس کیا ہے؟ خدا کی جو تخلیق ہے، خدا کی جو</w:t>
      </w:r>
    </w:p>
    <w:p>
      <w:r>
        <w:rPr>
          <w:b/>
        </w:rPr>
        <w:t xml:space="preserve">[04:19] </w:t>
      </w:r>
      <w:r>
        <w:t>madi dunya hai, us ke bare mein aap jab</w:t>
      </w:r>
    </w:p>
    <w:p>
      <w:pPr>
        <w:jc w:val="right"/>
      </w:pPr>
      <w:r>
        <w:t>مادی دنیا ہے، اس کے بارے میں آپ جب</w:t>
      </w:r>
    </w:p>
    <w:p>
      <w:r>
        <w:rPr>
          <w:b/>
        </w:rPr>
        <w:t xml:space="preserve">[04:27] </w:t>
      </w:r>
      <w:r>
        <w:t>tahqeeq karte hain aur daryaften karte hain</w:t>
      </w:r>
    </w:p>
    <w:p>
      <w:pPr>
        <w:jc w:val="right"/>
      </w:pPr>
      <w:r>
        <w:t>تحقیق کرتے ہیں اور دریافتیں کرتے ہیں</w:t>
      </w:r>
    </w:p>
    <w:p>
      <w:r>
        <w:rPr>
          <w:b/>
        </w:rPr>
        <w:t xml:space="preserve">[04:35] </w:t>
      </w:r>
      <w:r>
        <w:t>to woh sab arifon ki shakh se hoti hain.</w:t>
      </w:r>
    </w:p>
    <w:p>
      <w:pPr>
        <w:jc w:val="right"/>
      </w:pPr>
      <w:r>
        <w:t>تو وہ سب عارفوں کی شاخ سے ہوتی ہے۔</w:t>
      </w:r>
    </w:p>
    <w:p>
      <w:r>
        <w:rPr>
          <w:b/>
        </w:rPr>
        <w:t xml:space="preserve">[04:45] </w:t>
      </w:r>
      <w:r>
        <w:t>kahin likha hua nahi hai sari baton ko. kahin likh nahi diya hai aap kisi pahar par aap ja ke parh len.</w:t>
      </w:r>
    </w:p>
    <w:p>
      <w:pPr>
        <w:jc w:val="right"/>
      </w:pPr>
      <w:r>
        <w:t>کہیں لکھا ہوا نہیں ہے ساری باتوں کو۔ کہیں لکھ نہیں دیا ہے آپ کسی پہاڑ پر آپ جا کے پڑھ لیں۔</w:t>
      </w:r>
    </w:p>
    <w:p>
      <w:r>
        <w:rPr>
          <w:b/>
        </w:rPr>
        <w:t xml:space="preserve">[04:55] </w:t>
      </w:r>
      <w:r>
        <w:t>bohat hi lambi muddat tak ghor o fikr se woh baaten maloom hoti hain.</w:t>
      </w:r>
    </w:p>
    <w:p>
      <w:pPr>
        <w:jc w:val="right"/>
      </w:pPr>
      <w:r>
        <w:t>بہت ہی لمبی مدت تک غور و فکر سے وہ باتیں معلوم ہوتی ہیں۔</w:t>
      </w:r>
    </w:p>
    <w:p>
      <w:r>
        <w:rPr>
          <w:b/>
        </w:rPr>
        <w:t xml:space="preserve">[05:03] </w:t>
      </w:r>
      <w:r>
        <w:t>misalan zameen mein gravitation ki taqat hai. dekhen aap jante hain ke hazaron saal tak insan ne jana hi nahi hai.</w:t>
      </w:r>
    </w:p>
    <w:p>
      <w:pPr>
        <w:jc w:val="right"/>
      </w:pPr>
      <w:r>
        <w:t>مثلاً زمین میں گریویٹیشن کی طاقت ہے۔ دیکھیں آپ جانتے ہیں کہ ہزاروں سال تک انسان نے جانا ہی نہیں ہے۔</w:t>
      </w:r>
    </w:p>
    <w:p>
      <w:r>
        <w:rPr>
          <w:b/>
        </w:rPr>
        <w:t xml:space="preserve">[05:14] </w:t>
      </w:r>
      <w:r>
        <w:t>yahan tak ke near dund ke sar par sip gira.</w:t>
      </w:r>
    </w:p>
    <w:p>
      <w:pPr>
        <w:jc w:val="right"/>
      </w:pPr>
      <w:r>
        <w:t>یہاں تک کہ نیئر ڈنڈ کے سر پر سیپ گرا۔</w:t>
      </w:r>
    </w:p>
    <w:p>
      <w:r>
        <w:rPr>
          <w:b/>
        </w:rPr>
        <w:t xml:space="preserve">[05:19] </w:t>
      </w:r>
      <w:r>
        <w:t>yani aprashak hua. tab insan ne socha aur phir jana.</w:t>
      </w:r>
    </w:p>
    <w:p>
      <w:pPr>
        <w:jc w:val="right"/>
      </w:pPr>
      <w:r>
        <w:t>یعنی ایپرشاک ہوا۔ تب انسان نے سوچا اور پھر جانا۔</w:t>
      </w:r>
    </w:p>
    <w:p>
      <w:r>
        <w:rPr>
          <w:b/>
        </w:rPr>
        <w:t xml:space="preserve">[05:28] </w:t>
      </w:r>
      <w:r>
        <w:t>to aap ko yeh janna chahiye ke creative mind Allah ko pasand hai.</w:t>
      </w:r>
    </w:p>
    <w:p>
      <w:pPr>
        <w:jc w:val="right"/>
      </w:pPr>
      <w:r>
        <w:t>تو آپ کو یہ جاننا چاہیے کہ کریٹیو مائنڈ اللہ کو پسند ہے۔</w:t>
      </w:r>
    </w:p>
    <w:p>
      <w:r>
        <w:rPr>
          <w:b/>
        </w:rPr>
        <w:t xml:space="preserve">[05:38] </w:t>
      </w:r>
      <w:r>
        <w:t>to aaj maine yeh socha ke aaj hum sawal o jawab rakhen. sawal o jawab se andaza hota hai ke aap ne kitna socha hai. kitna aap ke andar creativity jaagi hai.</w:t>
      </w:r>
    </w:p>
    <w:p>
      <w:pPr>
        <w:jc w:val="right"/>
      </w:pPr>
      <w:r>
        <w:t>تو آج میں نے یہ سوچا کہ آج ہم سوال و جواب رکھیں۔ سوال و جواب سے اندازہ ہوتا ہے کہ آپ نے کتنا سوچا ہے۔ کتنا آپ کے اندر کریٹیوٹی جاگی ہے۔</w:t>
      </w:r>
    </w:p>
    <w:p>
      <w:r>
        <w:rPr>
          <w:b/>
        </w:rPr>
        <w:t xml:space="preserve">[05:53] </w:t>
      </w:r>
      <w:r>
        <w:t>to aaj mein chahta hoon ke aap log sawal karen. apne soche hue sawalat ko.</w:t>
      </w:r>
    </w:p>
    <w:p>
      <w:pPr>
        <w:jc w:val="right"/>
      </w:pPr>
      <w:r>
        <w:t>تو آج میں چاہتا ہوں کہ آپ لوگ سوال کریں۔ اپنے سوچے ہوئے سوالات کو۔</w:t>
      </w:r>
    </w:p>
    <w:p>
      <w:r>
        <w:rPr>
          <w:b/>
        </w:rPr>
        <w:t xml:space="preserve">[06:03] </w:t>
      </w:r>
      <w:r>
        <w:t>aap ne jo socha ho deen ke bare mein, Allah ke bare mein, rab ul alameen ke bare mein,</w:t>
      </w:r>
    </w:p>
    <w:p>
      <w:pPr>
        <w:jc w:val="right"/>
      </w:pPr>
      <w:r>
        <w:t>آپ نے جو سوچا ہو دین کے بارے میں، اللہ کے بارے میں، رب العالمین کے بارے میں،</w:t>
      </w:r>
    </w:p>
    <w:p>
      <w:r>
        <w:rPr>
          <w:b/>
        </w:rPr>
        <w:t xml:space="preserve">[06:10] </w:t>
      </w:r>
      <w:r>
        <w:t>is sochne ke zariye aap ne aap jahan pahunche hon kisi sawal par us ko bataen.</w:t>
      </w:r>
    </w:p>
    <w:p>
      <w:pPr>
        <w:jc w:val="right"/>
      </w:pPr>
      <w:r>
        <w:t>اس سوچنے کے ذریعے آپ نے آپ جہاں پہنچے ہوں کسی سوال پر اس کو بتائیں۔</w:t>
      </w:r>
    </w:p>
    <w:p>
      <w:r>
        <w:rPr>
          <w:b/>
        </w:rPr>
        <w:t xml:space="preserve">[06:19] </w:t>
      </w:r>
      <w:r>
        <w:t>mein samajhta hoon ke yeh aap ke andar creativity paida karne ka aik zariya hoga.</w:t>
      </w:r>
    </w:p>
    <w:p>
      <w:pPr>
        <w:jc w:val="right"/>
      </w:pPr>
      <w:r>
        <w:t>میں سمجھتا ہوں کہ یہ آپ کے اندر کریٹیوٹی پیدا کرنے کا ایک ذریعہ ہوگا۔</w:t>
      </w:r>
    </w:p>
    <w:p>
      <w:r>
        <w:rPr>
          <w:b/>
        </w:rPr>
        <w:t xml:space="preserve">[06:31] </w:t>
      </w:r>
      <w:r>
        <w:t>to mein yahi kahunga ke aap log aaj sawal o jawab karen. ab mein apni istataat ke baghair koshish karunga ke mein is ka jawab doon.</w:t>
      </w:r>
    </w:p>
    <w:p>
      <w:pPr>
        <w:jc w:val="right"/>
      </w:pPr>
      <w:r>
        <w:t>تو میں یہی کہوں گا کہ آپ لوگ آج سوال و جواب کریں۔ اب میں اپنی استطاعت کے بغیر کوشش کروں گا کہ میں اس کا جواب دوں۔</w:t>
      </w:r>
    </w:p>
    <w:p>
      <w:r>
        <w:rPr>
          <w:b/>
        </w:rPr>
        <w:t xml:space="preserve">[06:58] </w:t>
      </w:r>
      <w:r>
        <w:t>maulana sahib, ek sawal hai ke corona lockdown ki wajah se compulsory humein apni helplessness aur khuda ki all powerfulness ka realization ho raha hai.</w:t>
      </w:r>
    </w:p>
    <w:p>
      <w:pPr>
        <w:jc w:val="right"/>
      </w:pPr>
      <w:r>
        <w:t>مولانا صاحب، ایک سوال ہے کہ کرونا لاک ڈاؤن کی وجہ سے کمپلسولی ہمیں اپنی ہیلپ لیسنس اور خدا کی آل پاور فلنس کا ریلائزیشن ہو رہا ہے۔</w:t>
      </w:r>
    </w:p>
    <w:p>
      <w:r>
        <w:rPr>
          <w:b/>
        </w:rPr>
        <w:t xml:space="preserve">[07:16] </w:t>
      </w:r>
      <w:r>
        <w:t>to is ko hum baad mein, lockdown ke baad mein jab halaat normal ho jayenge, is state ko hum kaise barqarar rakhein?</w:t>
      </w:r>
    </w:p>
    <w:p>
      <w:pPr>
        <w:jc w:val="right"/>
      </w:pPr>
      <w:r>
        <w:t>تو اس کو ہم بعد میں، لاک ڈاؤن کے بعد میں جب حالات نارمل ہو جائیں گے، اس اسٹیٹ کو ہم کیسے برقرار رکھیں؟</w:t>
      </w:r>
    </w:p>
    <w:p>
      <w:r>
        <w:rPr>
          <w:b/>
        </w:rPr>
        <w:t xml:space="preserve">[07:27] </w:t>
      </w:r>
      <w:r>
        <w:t>is ke liye ke aap sochne ko jaari rakhein. sochna khatam na karein. sochna khatam na karein.</w:t>
      </w:r>
    </w:p>
    <w:p>
      <w:pPr>
        <w:jc w:val="right"/>
      </w:pPr>
      <w:r>
        <w:t>اس کے لیے کہ آپ سوچنے کو جاری رکھیں۔ سوچنا ختم نہ کریں۔ سوچنا ختم نہ کریں۔</w:t>
      </w:r>
    </w:p>
    <w:p>
      <w:r>
        <w:rPr>
          <w:b/>
        </w:rPr>
        <w:t xml:space="preserve">[07:40] </w:t>
      </w:r>
      <w:r>
        <w:t>misalan ek bohat hi mamooli sawal par mein sochta raha bohat dinon tak</w:t>
      </w:r>
    </w:p>
    <w:p>
      <w:pPr>
        <w:jc w:val="right"/>
      </w:pPr>
      <w:r>
        <w:t>مثلاً ایک بہت ہی معمولی سوال پر میں سوچتا رہا بہت دنوں تک</w:t>
      </w:r>
    </w:p>
    <w:p>
      <w:r>
        <w:rPr>
          <w:b/>
        </w:rPr>
        <w:t xml:space="preserve">[07:47] </w:t>
      </w:r>
      <w:r>
        <w:t>ke insaan, tamam insaan jo hain, istemal karte hain bathroom ko aur is mein aap jante hain ke bohat zyada</w:t>
      </w:r>
    </w:p>
    <w:p>
      <w:pPr>
        <w:jc w:val="right"/>
      </w:pPr>
      <w:r>
        <w:t>کہ انسان، تمام انسان جو ہیں، استعمال کرتے ہیں باتھ روم کو اور اس میں آپ جانتے ہیں کہ بہت زیادہ</w:t>
      </w:r>
    </w:p>
    <w:p>
      <w:r>
        <w:rPr>
          <w:b/>
        </w:rPr>
        <w:t xml:space="preserve">[08:03] </w:t>
      </w:r>
      <w:r>
        <w:t>dirt</w:t>
      </w:r>
    </w:p>
    <w:p>
      <w:pPr>
        <w:jc w:val="right"/>
      </w:pPr>
      <w:r>
        <w:t>ڈرٹ</w:t>
      </w:r>
    </w:p>
    <w:p>
      <w:r>
        <w:rPr>
          <w:b/>
        </w:rPr>
        <w:t xml:space="preserve">[08:05] </w:t>
      </w:r>
      <w:r>
        <w:t>nikalte hain. lekin hum jis duniya mein rehte hain wahan koi dirt hi nahin. woh is duniya mein koi dirt nahin hai.</w:t>
      </w:r>
    </w:p>
    <w:p>
      <w:pPr>
        <w:jc w:val="right"/>
      </w:pPr>
      <w:r>
        <w:t>نکالتے ہیں۔ لیکن ہم جس دنیا میں رہتے ہیں وہاں کوئی ڈرٹ ہی نہیں۔ وہ اس دنیا میں کوئی ڈرٹ نہیں ہے۔</w:t>
      </w:r>
    </w:p>
    <w:p>
      <w:r>
        <w:rPr>
          <w:b/>
        </w:rPr>
        <w:t xml:space="preserve">[08:15] </w:t>
      </w:r>
      <w:r>
        <w:t>yeh kaise ho jata hai? to mein bohat dinon tak sochta raha. phir mein ne daryaft kiya ke bohat hi complex system hai</w:t>
      </w:r>
    </w:p>
    <w:p>
      <w:pPr>
        <w:jc w:val="right"/>
      </w:pPr>
      <w:r>
        <w:t>یہ کیسے ہو جاتا ہے؟ تو میں بہت دنوں تک سوچتا رہا۔ پھر میں نے دریافت کیا کہ بہت ہی کمپلیکس سسٹم ہے</w:t>
      </w:r>
    </w:p>
    <w:p>
      <w:r>
        <w:rPr>
          <w:b/>
        </w:rPr>
        <w:t xml:space="preserve">[08:25] </w:t>
      </w:r>
      <w:r>
        <w:t>jo evil ko achhai mein tabdeel karta hai aur duniya barabar yani bachi rehti hai humare evil se.</w:t>
      </w:r>
    </w:p>
    <w:p>
      <w:pPr>
        <w:jc w:val="right"/>
      </w:pPr>
      <w:r>
        <w:t>جو ایول کو اچھائی میں تبدیل کرتا ہے اور دنیا برابر یعنی بچی رہتی ہے ہمارے ایول سے۔</w:t>
      </w:r>
    </w:p>
    <w:p>
      <w:r>
        <w:rPr>
          <w:b/>
        </w:rPr>
        <w:t xml:space="preserve">[08:43] </w:t>
      </w:r>
      <w:r>
        <w:t>to is tareeqe se aap sochiye ke is zamane mein hum ne jo</w:t>
      </w:r>
    </w:p>
    <w:p>
      <w:pPr>
        <w:jc w:val="right"/>
      </w:pPr>
      <w:r>
        <w:t>تو اس طریقے سے آپ سوچیے کہ اس زمانے میں ہم نے جو</w:t>
      </w:r>
    </w:p>
    <w:p>
      <w:r>
        <w:rPr>
          <w:b/>
        </w:rPr>
        <w:t xml:space="preserve">[08:56] </w:t>
      </w:r>
      <w:r>
        <w:t>seekha hai, is seekhe ko aap kaise istemal karein.</w:t>
      </w:r>
    </w:p>
    <w:p>
      <w:pPr>
        <w:jc w:val="right"/>
      </w:pPr>
      <w:r>
        <w:t>سیکھا ہے، اس سیکھے کو آپ کیسے استعمال کریں۔</w:t>
      </w:r>
    </w:p>
    <w:p>
      <w:r>
        <w:rPr>
          <w:b/>
        </w:rPr>
        <w:t xml:space="preserve">[09:05] </w:t>
      </w:r>
      <w:r>
        <w:t>jata hoon bathroom to mein sochta hoon is ko ke kaisa ajeeb hai woh rab, woh rab ki itni bari baat us ne free mein wahan paida ki.</w:t>
      </w:r>
    </w:p>
    <w:p>
      <w:pPr>
        <w:jc w:val="right"/>
      </w:pPr>
      <w:r>
        <w:t>جاتا ہوں باتھ روم تو میں سوچتا ہوں اس کو کہ کیسا عجیب ہے وہ رب، وہ رب کی اتنی بڑی بات اس نے فری میں وہاں پیدا کی۔</w:t>
      </w:r>
    </w:p>
    <w:p>
      <w:r>
        <w:rPr>
          <w:b/>
        </w:rPr>
        <w:t xml:space="preserve">[09:22] </w:t>
      </w:r>
      <w:r>
        <w:t>free mein.</w:t>
      </w:r>
    </w:p>
    <w:p>
      <w:pPr>
        <w:jc w:val="right"/>
      </w:pPr>
      <w:r>
        <w:t>فری میں۔</w:t>
      </w:r>
    </w:p>
    <w:p>
      <w:r>
        <w:rPr>
          <w:b/>
        </w:rPr>
        <w:t xml:space="preserve">[09:26] </w:t>
      </w:r>
      <w:r>
        <w:t>to aap se ek sochiye.</w:t>
      </w:r>
    </w:p>
    <w:p>
      <w:pPr>
        <w:jc w:val="right"/>
      </w:pPr>
      <w:r>
        <w:t>تو آپ سے ایک سوچیے۔</w:t>
      </w:r>
    </w:p>
    <w:p>
      <w:r>
        <w:rPr>
          <w:b/>
        </w:rPr>
        <w:t xml:space="preserve">[09:37] </w:t>
      </w:r>
      <w:r>
        <w:t>maulana sahib, ek sawal aaya hai Nadia Saife ka. to woh kehti hain: "Quran mein kaha gaya hai ke kainat ki har cheez Khuda ki tasbeeh karti hai.</w:t>
      </w:r>
    </w:p>
    <w:p>
      <w:pPr>
        <w:jc w:val="right"/>
      </w:pPr>
      <w:r>
        <w:t>مولانا صاحب، ایک سوال آیا ہے نادیہ سیف کا۔ تو وہ کہتی ہیں: "قرآن میں کہا گیا ہے کہ کائنات کی ہر چیز خدا کی تسبیح کرتی ہے۔</w:t>
      </w:r>
    </w:p>
    <w:p>
      <w:r>
        <w:rPr>
          <w:b/>
        </w:rPr>
        <w:t xml:space="preserve">[09:51] </w:t>
      </w:r>
      <w:r>
        <w:t>to humare liye Allah ki tasbeeh ka behtareen tareeqa kya hai?"</w:t>
      </w:r>
    </w:p>
    <w:p>
      <w:pPr>
        <w:jc w:val="right"/>
      </w:pPr>
      <w:r>
        <w:t>تو ہمارے لیے اللہ کی تسبیح کا بہترین طریقہ کیا ہے؟"</w:t>
      </w:r>
    </w:p>
    <w:p>
      <w:r>
        <w:rPr>
          <w:b/>
        </w:rPr>
        <w:t xml:space="preserve">[09:59] </w:t>
      </w:r>
      <w:r>
        <w:t>dekhein, tasbeeh ka jo lafz hai Quran mein woh ginti ke maane mein nahin hai ke Allah Allah Allah Allah Allah.</w:t>
      </w:r>
    </w:p>
    <w:p>
      <w:pPr>
        <w:jc w:val="right"/>
      </w:pPr>
      <w:r>
        <w:t>دیکھیں، تسبیح کا جو لفظ ہے قرآن میں وہ گنتی کے معنی میں نہیں ہے کہ اللہ اللہ اللہ اللہ اللہ۔</w:t>
      </w:r>
    </w:p>
    <w:p>
      <w:r>
        <w:rPr>
          <w:b/>
        </w:rPr>
        <w:t xml:space="preserve">[10:09] </w:t>
      </w:r>
      <w:r>
        <w:t>jaise mein gaya</w:t>
      </w:r>
    </w:p>
    <w:p>
      <w:pPr>
        <w:jc w:val="right"/>
      </w:pPr>
      <w:r>
        <w:t>جیسے میں گیا</w:t>
      </w:r>
    </w:p>
    <w:p>
      <w:r>
        <w:rPr>
          <w:b/>
        </w:rPr>
        <w:t xml:space="preserve">[10:15] </w:t>
      </w:r>
      <w:r>
        <w:t>America</w:t>
      </w:r>
    </w:p>
    <w:p>
      <w:pPr>
        <w:jc w:val="right"/>
      </w:pPr>
      <w:r>
        <w:t>امریکہ</w:t>
      </w:r>
    </w:p>
    <w:p>
      <w:r>
        <w:rPr>
          <w:b/>
        </w:rPr>
        <w:t xml:space="preserve">[10:18] </w:t>
      </w:r>
      <w:r>
        <w:t>to wahan mein ne dekha tha ke log masavi karte the to un ke haath mein tasbeeh hoti thi. tasbeeh to us ke daane, tasbeeh ke daane par woh ginti karte the, us ko tasbeeh samajhte the.</w:t>
      </w:r>
    </w:p>
    <w:p>
      <w:pPr>
        <w:jc w:val="right"/>
      </w:pPr>
      <w:r>
        <w:t>تو وہاں میں نے دیکھا تھا کہ لوگ مساوی کرتے تھے تو ان کے ہاتھ میں تسبیح ہوتی تھی۔ تسبیح تو اس کے دانے، تسبیح کے دانے پر وہ گنتی کرتے تھے، اس کو تسبیح سمجھتے تھے۔</w:t>
      </w:r>
    </w:p>
    <w:p>
      <w:r>
        <w:rPr>
          <w:b/>
        </w:rPr>
        <w:t xml:space="preserve">[10:36] </w:t>
      </w:r>
      <w:r>
        <w:t>to yeh tasbeeh nahin hai. tasbeeh hai tadabbur, tafakkur.</w:t>
      </w:r>
    </w:p>
    <w:p>
      <w:pPr>
        <w:jc w:val="right"/>
      </w:pPr>
      <w:r>
        <w:t>تو یہ تسبیح نہیں ہے۔ تسبیح ہے تدبر، تفکر۔</w:t>
      </w:r>
    </w:p>
    <w:p>
      <w:r>
        <w:rPr>
          <w:b/>
        </w:rPr>
        <w:t xml:space="preserve">[10:44] </w:t>
      </w:r>
      <w:r>
        <w:t>Allah ki nematon ko daryaft karna. Allah ki nematon ko daryaft karna. is ke zariye apni creativity ko barhana.</w:t>
      </w:r>
    </w:p>
    <w:p>
      <w:pPr>
        <w:jc w:val="right"/>
      </w:pPr>
      <w:r>
        <w:t>اللہ کی نعمتوں کو دریافت کرنا۔ اللہ کی نعمتوں کو دریافت کرنا۔ اس کے ذریعے اپنی کریٹیوٹی کو بڑھانا۔</w:t>
      </w:r>
    </w:p>
    <w:p>
      <w:r>
        <w:rPr>
          <w:b/>
        </w:rPr>
        <w:t xml:space="preserve">[10:56] </w:t>
      </w:r>
      <w:r>
        <w:t>mein samajhta hoon ke yeh sab se bari tasbeeh hai.</w:t>
      </w:r>
    </w:p>
    <w:p>
      <w:pPr>
        <w:jc w:val="right"/>
      </w:pPr>
      <w:r>
        <w:t>میں سمجھتا ہوں کہ یہ سب سے بڑی تسبیح ہے۔</w:t>
      </w:r>
    </w:p>
    <w:p>
      <w:r>
        <w:rPr>
          <w:b/>
        </w:rPr>
        <w:t xml:space="preserve">[11:04] </w:t>
      </w:r>
      <w:r>
        <w:t>Ashfaq Ahmed sahib ne aap se poocha hai: "Yajooj Majooj ke bare mein woh aap se janna chahte hain."</w:t>
      </w:r>
    </w:p>
    <w:p>
      <w:pPr>
        <w:jc w:val="right"/>
      </w:pPr>
      <w:r>
        <w:t>اشفاق احمد صاحب نے آپ سے پوچھا ہے: "یاجوج ماجوج کے بارے میں وہ آپ سے جاننا چاہتے ہیں۔"</w:t>
      </w:r>
    </w:p>
    <w:p>
      <w:r>
        <w:rPr>
          <w:b/>
        </w:rPr>
        <w:t xml:space="preserve">[11:14] </w:t>
      </w:r>
      <w:r>
        <w:t>dekhein, Yajooj Majooj ka muamla jo hai woh mein ne tafseeron mein bohat zyada parha lekin koi kisi ne bohat hi clear cut jawab nahin diya hai.</w:t>
      </w:r>
    </w:p>
    <w:p>
      <w:pPr>
        <w:jc w:val="right"/>
      </w:pPr>
      <w:r>
        <w:t>دیکھیں، یاجوج ماجوج کا معاملہ جو ہے وہ میں نے تفسیروں میں بہت زیادہ پڑھا لیکن کوئی کسی نے بہت ہی کلیئر کٹ جواب نہیں دیا ہے۔</w:t>
      </w:r>
    </w:p>
    <w:p>
      <w:r>
        <w:rPr>
          <w:b/>
        </w:rPr>
        <w:t xml:space="preserve">[11:27] </w:t>
      </w:r>
      <w:r>
        <w:t>abhi tak woh is mamle mein</w:t>
      </w:r>
    </w:p>
    <w:p>
      <w:pPr>
        <w:jc w:val="right"/>
      </w:pPr>
      <w:r>
        <w:t>ابھی تک وہ اس معاملے میں</w:t>
      </w:r>
    </w:p>
    <w:p>
      <w:r>
        <w:rPr>
          <w:b/>
        </w:rPr>
        <w:t xml:space="preserve">[11:31] </w:t>
      </w:r>
      <w:r>
        <w:t>ghair wazeh hai. is liye main koi bohat hi</w:t>
      </w:r>
    </w:p>
    <w:p>
      <w:pPr>
        <w:jc w:val="right"/>
      </w:pPr>
      <w:r>
        <w:t>غیر واضح ہے۔ اس لیے میں کوئی بہت ہی</w:t>
      </w:r>
    </w:p>
    <w:p>
      <w:r>
        <w:rPr>
          <w:b/>
        </w:rPr>
        <w:t xml:space="preserve">[11:39] </w:t>
      </w:r>
      <w:r>
        <w:t>wazeh jawab aap ko nahi de sakta. aap ko jis tafsir se dilchaspi ho us ko parhiye. aur bible mein bhi yeh lafz aaya hai: "yajuj majuj".</w:t>
      </w:r>
    </w:p>
    <w:p>
      <w:pPr>
        <w:jc w:val="right"/>
      </w:pPr>
      <w:r>
        <w:t>واضح جواب آپ کو نہیں دے سکتا۔ آپ کو جس تفسیر سے دلچسپی ہو اس کو پڑھیے۔ اور بائبل میں بھی یہ لفظ آیا ہے: "یاجوج ماجوج"۔</w:t>
      </w:r>
    </w:p>
    <w:p>
      <w:r>
        <w:rPr>
          <w:b/>
        </w:rPr>
        <w:t xml:space="preserve">[11:57] </w:t>
      </w:r>
      <w:r>
        <w:t>to aap bible ki jo sharhein hain us mein bhi aap</w:t>
      </w:r>
    </w:p>
    <w:p>
      <w:pPr>
        <w:jc w:val="right"/>
      </w:pPr>
      <w:r>
        <w:t>تو آپ بائبل کی جو شرحیں ہیں اس میں بھی آپ</w:t>
      </w:r>
    </w:p>
    <w:p>
      <w:r>
        <w:rPr>
          <w:b/>
        </w:rPr>
        <w:t xml:space="preserve">[12:01] </w:t>
      </w:r>
      <w:r>
        <w:t>is ka jawab talash kar sakte hain. main abhi tak koi mukhtalif jawab mujhe nahi maloom.</w:t>
      </w:r>
    </w:p>
    <w:p>
      <w:pPr>
        <w:jc w:val="right"/>
      </w:pPr>
      <w:r>
        <w:t>اس کا جواب تلاش کر سکتے ہیں۔ میں ابھی تک کوئی مختلف جواب مجھے نہیں معلوم۔</w:t>
      </w:r>
    </w:p>
    <w:p>
      <w:r>
        <w:rPr>
          <w:b/>
        </w:rPr>
        <w:t xml:space="preserve">[12:13] </w:t>
      </w:r>
      <w:r>
        <w:t>mera qayas yeh hai ke yeh europe ki qaum hai.</w:t>
      </w:r>
    </w:p>
    <w:p>
      <w:pPr>
        <w:jc w:val="right"/>
      </w:pPr>
      <w:r>
        <w:t>میرا قیاس یہ ہے کہ یہ یورپ کی قوم ہے۔</w:t>
      </w:r>
    </w:p>
    <w:p>
      <w:r>
        <w:rPr>
          <w:b/>
        </w:rPr>
        <w:t xml:space="preserve">[12:19] </w:t>
      </w:r>
      <w:r>
        <w:t>europe ki, yaani maghrib ki qaum hai. qayas mein aise karta hoon.</w:t>
      </w:r>
    </w:p>
    <w:p>
      <w:pPr>
        <w:jc w:val="right"/>
      </w:pPr>
      <w:r>
        <w:t>یورپ کی، یعنی مغرب کی قوم ہے۔ قیاس میں ایسے کرتا ہوں۔</w:t>
      </w:r>
    </w:p>
    <w:p>
      <w:r>
        <w:rPr>
          <w:b/>
        </w:rPr>
        <w:t xml:space="preserve">[12:33] </w:t>
      </w:r>
      <w:r>
        <w:t>doctor safina tosim ne ek sawal poocha hai ke: "main janna chahti hoon ke Allah overspending yaani israf ko pasand nahi karta.</w:t>
      </w:r>
    </w:p>
    <w:p>
      <w:pPr>
        <w:jc w:val="right"/>
      </w:pPr>
      <w:r>
        <w:t>ڈاکٹر صفینہ توسم نے ایک سوال پوچھا ہے کہ: "میں جاننا چاہتی ہوں کہ اللہ اوور اسپینڈنگ یعنی اسراف کو پسند نہیں کرتا۔</w:t>
      </w:r>
    </w:p>
    <w:p>
      <w:r>
        <w:rPr>
          <w:b/>
        </w:rPr>
        <w:t xml:space="preserve">[12:46] </w:t>
      </w:r>
      <w:r>
        <w:t>kyun israf karne wale ko shaitan ka bhai bataya gaya hai?"</w:t>
      </w:r>
    </w:p>
    <w:p>
      <w:pPr>
        <w:jc w:val="right"/>
      </w:pPr>
      <w:r>
        <w:t>کیوں اسراف کرنے والے کو شیطان کا بھائی بتایا گیا ہے؟"</w:t>
      </w:r>
    </w:p>
    <w:p>
      <w:r>
        <w:rPr>
          <w:b/>
        </w:rPr>
        <w:t xml:space="preserve">[12:53] </w:t>
      </w:r>
      <w:r>
        <w:t>dekhein, israf jo hai yaani</w:t>
      </w:r>
    </w:p>
    <w:p>
      <w:pPr>
        <w:jc w:val="right"/>
      </w:pPr>
      <w:r>
        <w:t>دیکھیں، اسراف جو ہے یعنی</w:t>
      </w:r>
    </w:p>
    <w:p>
      <w:r>
        <w:rPr>
          <w:b/>
        </w:rPr>
        <w:t xml:space="preserve">[13:00] </w:t>
      </w:r>
      <w:r>
        <w:t>musrifana ikhrajaat, woh Allah ki nemat ko</w:t>
      </w:r>
    </w:p>
    <w:p>
      <w:pPr>
        <w:jc w:val="right"/>
      </w:pPr>
      <w:r>
        <w:t>مصرفانہ اخراجات، وہ اللہ کی نعمت کو</w:t>
      </w:r>
    </w:p>
    <w:p>
      <w:r>
        <w:rPr>
          <w:b/>
        </w:rPr>
        <w:t xml:space="preserve">[13:11] </w:t>
      </w:r>
      <w:r>
        <w:t>bikhairna hai.</w:t>
      </w:r>
    </w:p>
    <w:p>
      <w:pPr>
        <w:jc w:val="right"/>
      </w:pPr>
      <w:r>
        <w:t>بکھیرنا ہے۔</w:t>
      </w:r>
    </w:p>
    <w:p>
      <w:r>
        <w:rPr>
          <w:b/>
        </w:rPr>
        <w:t xml:space="preserve">[13:16] </w:t>
      </w:r>
      <w:r>
        <w:t>aap ko Allah ne wasail diye hain, daulat di hai. to aap koi kaam ki jiye.</w:t>
      </w:r>
    </w:p>
    <w:p>
      <w:pPr>
        <w:jc w:val="right"/>
      </w:pPr>
      <w:r>
        <w:t>آپ کو اللہ نے وسائل دیے ہیں، دولت دی ہے۔ تو آپ کوئی کام کیجیے۔</w:t>
      </w:r>
    </w:p>
    <w:p>
      <w:r>
        <w:rPr>
          <w:b/>
        </w:rPr>
        <w:t xml:space="preserve">[13:28] </w:t>
      </w:r>
      <w:r>
        <w:t>misalan aap musalman sari dunya mein</w:t>
      </w:r>
    </w:p>
    <w:p>
      <w:pPr>
        <w:jc w:val="right"/>
      </w:pPr>
      <w:r>
        <w:t>مثلاً آپ مسلمان ساری دنیا میں</w:t>
      </w:r>
    </w:p>
    <w:p>
      <w:r>
        <w:rPr>
          <w:b/>
        </w:rPr>
        <w:t xml:space="preserve">[13:33] </w:t>
      </w:r>
      <w:r>
        <w:t>khaas taur par</w:t>
      </w:r>
    </w:p>
    <w:p>
      <w:pPr>
        <w:jc w:val="right"/>
      </w:pPr>
      <w:r>
        <w:t>خاص طور پر</w:t>
      </w:r>
    </w:p>
    <w:p>
      <w:r>
        <w:rPr>
          <w:b/>
        </w:rPr>
        <w:t xml:space="preserve">[13:38] </w:t>
      </w:r>
      <w:r>
        <w:t>hamare ilaqe mein bohat pichhle ahad mein taleem mein aap paisa kharch karte hain shadiyon mein.</w:t>
      </w:r>
    </w:p>
    <w:p>
      <w:pPr>
        <w:jc w:val="right"/>
      </w:pPr>
      <w:r>
        <w:t>ہمارے علاقے میں بہت پچھلے عہد میں تعلیم میں آپ پیسہ خرچ کرتے ہیں شادیوں میں۔</w:t>
      </w:r>
    </w:p>
    <w:p>
      <w:r>
        <w:rPr>
          <w:b/>
        </w:rPr>
        <w:t xml:space="preserve">[13:47] </w:t>
      </w:r>
      <w:r>
        <w:t>main ne koi aadmi abhi to nahi dekha ke apna paisa woh taleem mein kharch kare.</w:t>
      </w:r>
    </w:p>
    <w:p>
      <w:pPr>
        <w:jc w:val="right"/>
      </w:pPr>
      <w:r>
        <w:t>میں نے کوئی آدمی ابھی تو نہیں دیکھا کہ اپنا پیسہ وہ تعلیم میں خرچ کرے۔</w:t>
      </w:r>
    </w:p>
    <w:p>
      <w:r>
        <w:rPr>
          <w:b/>
        </w:rPr>
        <w:t xml:space="preserve">[13:54] </w:t>
      </w:r>
      <w:r>
        <w:t>taleem se murad modern education. agar koi bohat zyada karta hai to woh madrasa khol leta hai.</w:t>
      </w:r>
    </w:p>
    <w:p>
      <w:pPr>
        <w:jc w:val="right"/>
      </w:pPr>
      <w:r>
        <w:t>تعلیم سے مراد ماڈرن ایجوکیشن۔ اگر کوئی بہت زیادہ کرتا ہے تو وہ مدرسہ کھول لیتا ہے۔</w:t>
      </w:r>
    </w:p>
    <w:p>
      <w:r>
        <w:rPr>
          <w:b/>
        </w:rPr>
        <w:t xml:space="preserve">[14:03] </w:t>
      </w:r>
      <w:r>
        <w:t>lekin woh taleem jis ka taluq modern, maujooda zamane ke ilm se hai</w:t>
      </w:r>
    </w:p>
    <w:p>
      <w:pPr>
        <w:jc w:val="right"/>
      </w:pPr>
      <w:r>
        <w:t>لیکن وہ تعلیم جس کا تعلق ماڈرن، موجودہ زمانے کے علم سے ہے</w:t>
      </w:r>
    </w:p>
    <w:p>
      <w:r>
        <w:rPr>
          <w:b/>
        </w:rPr>
        <w:t xml:space="preserve">[14:11] </w:t>
      </w:r>
      <w:r>
        <w:t>us mein koi paisa kharch nahi karta.</w:t>
      </w:r>
    </w:p>
    <w:p>
      <w:pPr>
        <w:jc w:val="right"/>
      </w:pPr>
      <w:r>
        <w:t>اس میں کوئی پیسہ خرچ نہیں کرتا۔</w:t>
      </w:r>
    </w:p>
    <w:p>
      <w:r>
        <w:rPr>
          <w:b/>
        </w:rPr>
        <w:t xml:space="preserve">[14:17] </w:t>
      </w:r>
      <w:r>
        <w:t>sarsrit ne</w:t>
      </w:r>
    </w:p>
    <w:p>
      <w:pPr>
        <w:jc w:val="right"/>
      </w:pPr>
      <w:r>
        <w:t>سرسریت نے</w:t>
      </w:r>
    </w:p>
    <w:p>
      <w:r>
        <w:rPr>
          <w:b/>
        </w:rPr>
        <w:t xml:space="preserve">[14:21] </w:t>
      </w:r>
      <w:r>
        <w:t>university banai to woh bhi apne fakhr ke liye, muslim fakhr ke liye.</w:t>
      </w:r>
    </w:p>
    <w:p>
      <w:pPr>
        <w:jc w:val="right"/>
      </w:pPr>
      <w:r>
        <w:t>یونیورسٹی بنائی تو وہ بھی اپنے فخر کے لیے، مسلم فخر کے لیے۔</w:t>
      </w:r>
    </w:p>
    <w:p>
      <w:r>
        <w:rPr>
          <w:b/>
        </w:rPr>
        <w:t xml:space="preserve">[14:30] </w:t>
      </w:r>
      <w:r>
        <w:t>yaani jo modern age mein jis ko kaha jata hai ilm, science us ke liye nahi.</w:t>
      </w:r>
    </w:p>
    <w:p>
      <w:pPr>
        <w:jc w:val="right"/>
      </w:pPr>
      <w:r>
        <w:t>یعنی جو ماڈرن ایج میں جس کو کہا جاتا ہے علم، سائنس اس کے لیے نہیں۔</w:t>
      </w:r>
    </w:p>
    <w:p>
      <w:r>
        <w:rPr>
          <w:b/>
        </w:rPr>
        <w:t xml:space="preserve">[14:42] </w:t>
      </w:r>
      <w:r>
        <w:t>to aap ko Allah ne diya hai paisa to paise ko kharch ki jiye.</w:t>
      </w:r>
    </w:p>
    <w:p>
      <w:pPr>
        <w:jc w:val="right"/>
      </w:pPr>
      <w:r>
        <w:t>تو آپ کو اللہ نے دیا ہے پیسہ تو پیسے کو خرچ کیجیے۔</w:t>
      </w:r>
    </w:p>
    <w:p>
      <w:r>
        <w:rPr>
          <w:b/>
        </w:rPr>
        <w:t xml:space="preserve">[14:53] </w:t>
      </w:r>
      <w:r>
        <w:t>ilm mein. yaani apni community ko</w:t>
      </w:r>
    </w:p>
    <w:p>
      <w:pPr>
        <w:jc w:val="right"/>
      </w:pPr>
      <w:r>
        <w:t>علم میں۔ یعنی اپنی کمیونٹی کو</w:t>
      </w:r>
    </w:p>
    <w:p>
      <w:r>
        <w:rPr>
          <w:b/>
        </w:rPr>
        <w:t xml:space="preserve">[15:08] </w:t>
      </w:r>
      <w:r>
        <w:t>acchi education mein.</w:t>
      </w:r>
    </w:p>
    <w:p>
      <w:pPr>
        <w:jc w:val="right"/>
      </w:pPr>
      <w:r>
        <w:t>اچھی ایجوکیشن میں۔</w:t>
      </w:r>
    </w:p>
    <w:p>
      <w:r>
        <w:rPr>
          <w:b/>
        </w:rPr>
        <w:t xml:space="preserve">[15:12] </w:t>
      </w:r>
      <w:r>
        <w:t>acchi education bohat hi zaroori hai. hamare haan jitne bhi idaray hain taleem ke in mein kahin bhi quality education nahi hai.</w:t>
      </w:r>
    </w:p>
    <w:p>
      <w:pPr>
        <w:jc w:val="right"/>
      </w:pPr>
      <w:r>
        <w:t>اچھی ایجوکیشن بہت ہی ضروری ہے۔ ہمارے ہاں جتنے بھی ادارے ہیں تعلیم کے ان میں کہیں بھی کوالٹی ایجوکیشن نہیں ہے۔</w:t>
      </w:r>
    </w:p>
    <w:p>
      <w:r>
        <w:rPr>
          <w:b/>
        </w:rPr>
        <w:t xml:space="preserve">[15:26] </w:t>
      </w:r>
      <w:r>
        <w:t>quality education nahi hai. kyunke jo</w:t>
      </w:r>
    </w:p>
    <w:p>
      <w:pPr>
        <w:jc w:val="right"/>
      </w:pPr>
      <w:r>
        <w:t>کوالٹی ایجوکیشن نہیں ہے۔ کیونکہ جو</w:t>
      </w:r>
    </w:p>
    <w:p>
      <w:r>
        <w:rPr>
          <w:b/>
        </w:rPr>
        <w:t xml:space="preserve">[15:32] </w:t>
      </w:r>
      <w:r>
        <w:t>paisay logon ko milta hai woh kharch karte hain shadi byah mein.</w:t>
      </w:r>
    </w:p>
    <w:p>
      <w:pPr>
        <w:jc w:val="right"/>
      </w:pPr>
      <w:r>
        <w:t>پیسہ لوگوں کو ملتا ہے وہ خرچ کرتے ہیں شادی بیاہ میں۔</w:t>
      </w:r>
    </w:p>
    <w:p>
      <w:r>
        <w:rPr>
          <w:b/>
        </w:rPr>
        <w:t xml:space="preserve">[15:42] </w:t>
      </w:r>
      <w:r>
        <w:t>harvard university jo hai america ki woh bohat bara budget hota hai is ka. lekin woh sochte hain ke quality education bohat aham cheez hai.</w:t>
      </w:r>
    </w:p>
    <w:p>
      <w:pPr>
        <w:jc w:val="right"/>
      </w:pPr>
      <w:r>
        <w:t>ہارورڈ یونیورسٹی جو ہے امریکہ کی وہ بہت بڑا بجٹ ہوتا ہے اس کا۔ لیکن وہ سوچتے ہیں کہ کوالٹی ایجوکیشن بہت اہم چیز ہے۔</w:t>
      </w:r>
    </w:p>
    <w:p>
      <w:r>
        <w:rPr>
          <w:b/>
        </w:rPr>
        <w:t xml:space="preserve">[15:56] </w:t>
      </w:r>
      <w:r>
        <w:t>hamare haan yeh hai ke abhi jante hi nahi log</w:t>
      </w:r>
    </w:p>
    <w:p>
      <w:pPr>
        <w:jc w:val="right"/>
      </w:pPr>
      <w:r>
        <w:t>ہمارے ہاں یہ ہے کہ ابھی جانتے ہی نہیں لوگ</w:t>
      </w:r>
    </w:p>
    <w:p>
      <w:r>
        <w:rPr>
          <w:b/>
        </w:rPr>
        <w:t xml:space="preserve">[15:59] </w:t>
      </w:r>
      <w:r>
        <w:t>ke quality education kitni aham hai.</w:t>
      </w:r>
    </w:p>
    <w:p>
      <w:pPr>
        <w:jc w:val="right"/>
      </w:pPr>
      <w:r>
        <w:t>کہ کوالٹی ایجوکیشن کتنی اہم ہے۔</w:t>
      </w:r>
    </w:p>
    <w:p>
      <w:r>
        <w:rPr>
          <w:b/>
        </w:rPr>
        <w:t xml:space="preserve">[16:12] </w:t>
      </w:r>
      <w:r>
        <w:t>syed hasan abbas ne poocha hai: "quran mein tamam peghambaron ke naam ka zikr kyun nahi kiya gaya hai?"</w:t>
      </w:r>
    </w:p>
    <w:p>
      <w:pPr>
        <w:jc w:val="right"/>
      </w:pPr>
      <w:r>
        <w:t>سید حسن عباس نے پوچھا ہے: "قرآن میں تمام پیغمبروں کے نام کا ذکر کیوں نہیں کیا گیا ہے؟"</w:t>
      </w:r>
    </w:p>
    <w:p>
      <w:r>
        <w:rPr>
          <w:b/>
        </w:rPr>
        <w:t xml:space="preserve">[16:23] </w:t>
      </w:r>
      <w:r>
        <w:t>quran mein dekhen,</w:t>
      </w:r>
    </w:p>
    <w:p>
      <w:pPr>
        <w:jc w:val="right"/>
      </w:pPr>
      <w:r>
        <w:t>قرآن میں دیکھیں،</w:t>
      </w:r>
    </w:p>
    <w:p>
      <w:r>
        <w:rPr>
          <w:b/>
        </w:rPr>
        <w:t xml:space="preserve">[16:29] </w:t>
      </w:r>
      <w:r>
        <w:t>tareekh ke bohat se waqeat ghair mazkoor hain. aap un peghambaron ko daryaft kijiye.</w:t>
      </w:r>
    </w:p>
    <w:p>
      <w:pPr>
        <w:jc w:val="right"/>
      </w:pPr>
      <w:r>
        <w:t>تاریخ کے بہت سے واقعات غیر مذکور ہیں۔ آپ ان پیغمبروں کو دریافت کیجیے۔</w:t>
      </w:r>
    </w:p>
    <w:p>
      <w:r>
        <w:rPr>
          <w:b/>
        </w:rPr>
        <w:t xml:space="preserve">[16:38] </w:t>
      </w:r>
      <w:r>
        <w:t>yahood ne, christian ne yeh kaam baray paon par kiya hai. lekin woh samajh nahi karte. yeh baat</w:t>
      </w:r>
    </w:p>
    <w:p>
      <w:pPr>
        <w:jc w:val="right"/>
      </w:pPr>
      <w:r>
        <w:t>یہود نے، کرسچن نے یہ کام بڑے پائوں پر کیا ہے۔ لیکن وہ سمجھ نہیں کرتے۔ یہ بات</w:t>
      </w:r>
    </w:p>
    <w:p>
      <w:r>
        <w:rPr>
          <w:b/>
        </w:rPr>
        <w:t xml:space="preserve">[16:46] </w:t>
      </w:r>
      <w:r>
        <w:t>yeh shauq hi nahi ke jo peghambar</w:t>
      </w:r>
    </w:p>
    <w:p>
      <w:pPr>
        <w:jc w:val="right"/>
      </w:pPr>
      <w:r>
        <w:t>یہ شوق ہی نہیں کہ جو پیغمبر</w:t>
      </w:r>
    </w:p>
    <w:p>
      <w:r>
        <w:rPr>
          <w:b/>
        </w:rPr>
        <w:t xml:space="preserve">[16:58] </w:t>
      </w:r>
      <w:r>
        <w:t>tareekh mein</w:t>
      </w:r>
    </w:p>
    <w:p>
      <w:pPr>
        <w:jc w:val="right"/>
      </w:pPr>
      <w:r>
        <w:t>تاریخ میں</w:t>
      </w:r>
    </w:p>
    <w:p>
      <w:r>
        <w:rPr>
          <w:b/>
        </w:rPr>
        <w:t xml:space="preserve">[17:06] </w:t>
      </w:r>
      <w:r>
        <w:t>parhe hue hain un ko daryaft karen. mislan dekhen,</w:t>
      </w:r>
    </w:p>
    <w:p>
      <w:pPr>
        <w:jc w:val="right"/>
      </w:pPr>
      <w:r>
        <w:t>پڑھے ہوئے ہیں ان کو دریافت کریں۔ مثلاً دیکھیں،</w:t>
      </w:r>
    </w:p>
    <w:p>
      <w:r>
        <w:rPr>
          <w:b/>
        </w:rPr>
        <w:t xml:space="preserve">[17:14] </w:t>
      </w:r>
      <w:r>
        <w:t>hazrat</w:t>
      </w:r>
    </w:p>
    <w:p>
      <w:pPr>
        <w:jc w:val="right"/>
      </w:pPr>
      <w:r>
        <w:t>حضرت</w:t>
      </w:r>
    </w:p>
    <w:p>
      <w:r>
        <w:rPr>
          <w:b/>
        </w:rPr>
        <w:t xml:space="preserve">[17:18] </w:t>
      </w:r>
      <w:r>
        <w:t>ibrahim aik peghambar hain. lekin un ki tareekh</w:t>
      </w:r>
    </w:p>
    <w:p>
      <w:pPr>
        <w:jc w:val="right"/>
      </w:pPr>
      <w:r>
        <w:t>ابراہیم ایک پیغمبر ہیں۔ لیکن ان کی تاریخ</w:t>
      </w:r>
    </w:p>
    <w:p>
      <w:r>
        <w:rPr>
          <w:b/>
        </w:rPr>
        <w:t xml:space="preserve">[17:32] </w:t>
      </w:r>
      <w:r>
        <w:t>parhi hui thi hufriyat mein.</w:t>
      </w:r>
    </w:p>
    <w:p>
      <w:pPr>
        <w:jc w:val="right"/>
      </w:pPr>
      <w:r>
        <w:t>پڑی ہوئی تھی حفریات میں۔</w:t>
      </w:r>
    </w:p>
    <w:p>
      <w:r>
        <w:rPr>
          <w:b/>
        </w:rPr>
        <w:t xml:space="preserve">[17:38] </w:t>
      </w:r>
      <w:r>
        <w:t>maujooda zamanay mein christian ne aur yahood ne is par tehqeeq ki ke woh aik tareekh daryaft ki.</w:t>
      </w:r>
    </w:p>
    <w:p>
      <w:pPr>
        <w:jc w:val="right"/>
      </w:pPr>
      <w:r>
        <w:t>موجودہ زمانے میں کرسچن نے اور یہود نے اس پر تحقیق کی کہ وہ ایک تاریخ دریافت کی۔</w:t>
      </w:r>
    </w:p>
    <w:p>
      <w:r>
        <w:rPr>
          <w:b/>
        </w:rPr>
        <w:t xml:space="preserve">[17:51] </w:t>
      </w:r>
      <w:r>
        <w:t>aur maloom kiya ke shehr arsh jo hai</w:t>
      </w:r>
    </w:p>
    <w:p>
      <w:pPr>
        <w:jc w:val="right"/>
      </w:pPr>
      <w:r>
        <w:t>اور معلوم کیا کہ شہر عرش جو ہے</w:t>
      </w:r>
    </w:p>
    <w:p>
      <w:r>
        <w:rPr>
          <w:b/>
        </w:rPr>
        <w:t xml:space="preserve">[17:55] </w:t>
      </w:r>
      <w:r>
        <w:t>wo shehr tha poora. wahan par</w:t>
      </w:r>
    </w:p>
    <w:p>
      <w:pPr>
        <w:jc w:val="right"/>
      </w:pPr>
      <w:r>
        <w:t>وہ شہر تھا پورا۔ وہاں پر</w:t>
      </w:r>
    </w:p>
    <w:p>
      <w:r>
        <w:rPr>
          <w:b/>
        </w:rPr>
        <w:t xml:space="preserve">[18:01] </w:t>
      </w:r>
      <w:r>
        <w:t>wo qaum abad thi.</w:t>
      </w:r>
    </w:p>
    <w:p>
      <w:pPr>
        <w:jc w:val="right"/>
      </w:pPr>
      <w:r>
        <w:t>وہ قوم آباد تھی۔</w:t>
      </w:r>
    </w:p>
    <w:p>
      <w:r>
        <w:rPr>
          <w:b/>
        </w:rPr>
        <w:t xml:space="preserve">[18:05] </w:t>
      </w:r>
      <w:r>
        <w:t>is qism ka yani isi liye hai ke log daryaft kar ke pata karen. bana bana meter de diya jaye woh nahi hai allah ki scheme.</w:t>
      </w:r>
    </w:p>
    <w:p>
      <w:pPr>
        <w:jc w:val="right"/>
      </w:pPr>
      <w:r>
        <w:t>اس قسم کا یعنی اسی لیے ہے کہ لوگ دریافت کر کے پتہ کریں۔ بنا بنا میٹر دے دیا جائے وہ نہیں ہے اللہ کی سکیم۔</w:t>
      </w:r>
    </w:p>
    <w:p>
      <w:r>
        <w:rPr>
          <w:b/>
        </w:rPr>
        <w:t xml:space="preserve">[18:20] </w:t>
      </w:r>
      <w:r>
        <w:t>balkay daryaft karen,</w:t>
      </w:r>
    </w:p>
    <w:p>
      <w:pPr>
        <w:jc w:val="right"/>
      </w:pPr>
      <w:r>
        <w:t>بلکہ دریافت کریں،</w:t>
      </w:r>
    </w:p>
    <w:p>
      <w:r>
        <w:rPr>
          <w:b/>
        </w:rPr>
        <w:t xml:space="preserve">[18:22] </w:t>
      </w:r>
      <w:r>
        <w:t>tehqeeq karen. aur phir tareekhi haqiqaton ko janen discovery ke roop mein.</w:t>
      </w:r>
    </w:p>
    <w:p>
      <w:pPr>
        <w:jc w:val="right"/>
      </w:pPr>
      <w:r>
        <w:t>تحقیق کریں۔ اور پھر تاریخی حقیقتوں کو جانیں ڈسکوری کے روپ میں۔</w:t>
      </w:r>
    </w:p>
    <w:p>
      <w:r>
        <w:rPr>
          <w:b/>
        </w:rPr>
        <w:t xml:space="preserve">[18:41] </w:t>
      </w:r>
      <w:r>
        <w:t>tanzeem mahir ne aik sawal aap se kiya hai ke: "main inner peace kaise hasil karoon?" bohat hi asaan hai.</w:t>
      </w:r>
    </w:p>
    <w:p>
      <w:pPr>
        <w:jc w:val="right"/>
      </w:pPr>
      <w:r>
        <w:t>تنظیم ماہر نے ایک سوال آپ سے کیا ہے کہ: "میں انر پیس کیسے حاصل کروں؟" بہت ہی آسان ہے۔</w:t>
      </w:r>
    </w:p>
    <w:p>
      <w:r>
        <w:rPr>
          <w:b/>
        </w:rPr>
        <w:t xml:space="preserve">[18:57] </w:t>
      </w:r>
      <w:r>
        <w:t>inner peace ko mislan mujhe dekhen aap inner peace mere andar mukammal tor par maujood hai. is ki baat yeh hai ke jo baton ka charcha hota hai akhbaron mein aur TV mein</w:t>
      </w:r>
    </w:p>
    <w:p>
      <w:pPr>
        <w:jc w:val="right"/>
      </w:pPr>
      <w:r>
        <w:t>انر پیس کو مثلاً مجھے دیکھیں آپ انر پیس میرے اندر مکمل طور پر موجود ہے۔ اس کی بات یہ ہے کہ جو باتوں کا چرچا ہوتا ہے اخباروں میں اور ٹی وی میں</w:t>
      </w:r>
    </w:p>
    <w:p>
      <w:r>
        <w:rPr>
          <w:b/>
        </w:rPr>
        <w:t xml:space="preserve">[19:17] </w:t>
      </w:r>
      <w:r>
        <w:t>in ke paas sochta hi nahi hoon mein.</w:t>
      </w:r>
    </w:p>
    <w:p>
      <w:pPr>
        <w:jc w:val="right"/>
      </w:pPr>
      <w:r>
        <w:t>ان کے پاس سوچتا ہی نہیں ہوں میں۔</w:t>
      </w:r>
    </w:p>
    <w:p>
      <w:r>
        <w:rPr>
          <w:b/>
        </w:rPr>
        <w:t xml:space="preserve">[19:27] </w:t>
      </w:r>
      <w:r>
        <w:t>media mein jo baatein aati hain mein un par charcha karta hi nahi apni majlis mein. media ki baaton ko mein apne zehan ka mozu nahi banata.</w:t>
      </w:r>
    </w:p>
    <w:p>
      <w:pPr>
        <w:jc w:val="right"/>
      </w:pPr>
      <w:r>
        <w:t>میڈیا میں جو باتیں آتی ہیں میں ان پر چرچا کرتا ہی نہیں اپنی مجلس میں۔ میڈیا کی باتوں کو میں اپنے ذہن کا موضوع نہیں بناتا۔</w:t>
      </w:r>
    </w:p>
    <w:p>
      <w:r>
        <w:rPr>
          <w:b/>
        </w:rPr>
        <w:t xml:space="preserve">[19:40] </w:t>
      </w:r>
      <w:r>
        <w:t>aap yeh kijiye.</w:t>
      </w:r>
    </w:p>
    <w:p>
      <w:pPr>
        <w:jc w:val="right"/>
      </w:pPr>
      <w:r>
        <w:t>آپ یہ کیجیے۔</w:t>
      </w:r>
    </w:p>
    <w:p>
      <w:r>
        <w:rPr>
          <w:b/>
        </w:rPr>
        <w:t xml:space="preserve">[19:47] </w:t>
      </w:r>
      <w:r>
        <w:t>jahan tak khabron ka taaluq hai to khabrein mukhtasar tor par aap le lijiye.</w:t>
      </w:r>
    </w:p>
    <w:p>
      <w:pPr>
        <w:jc w:val="right"/>
      </w:pPr>
      <w:r>
        <w:t>جہاں تک خبروں کا تعلق ہے تو خبریں مختصر طور پر آپ لے لیجیے۔</w:t>
      </w:r>
    </w:p>
    <w:p>
      <w:r>
        <w:rPr>
          <w:b/>
        </w:rPr>
        <w:t xml:space="preserve">[19:57] </w:t>
      </w:r>
      <w:r>
        <w:t>apna dimagh ziyada lagaiye ziyada ahem baaton mein.</w:t>
      </w:r>
    </w:p>
    <w:p>
      <w:pPr>
        <w:jc w:val="right"/>
      </w:pPr>
      <w:r>
        <w:t>اپنا دماغ زیادہ لگائیے زیادہ اہم باتوں میں۔</w:t>
      </w:r>
    </w:p>
    <w:p>
      <w:r>
        <w:rPr>
          <w:b/>
        </w:rPr>
        <w:t xml:space="preserve">[20:11] </w:t>
      </w:r>
      <w:r>
        <w:t>maulana sahib, syed hasan abbas ne poocha hai aap se ke: "quran mein tamam peghambaron ke naam ka zikr kyun nahi kiya gaya?"</w:t>
      </w:r>
    </w:p>
    <w:p>
      <w:pPr>
        <w:jc w:val="right"/>
      </w:pPr>
      <w:r>
        <w:t>مولانا صاحب، سید حسن عباس نے پوچھا ہے آپ سے کہ: "قرآن میں تمام پیغمبروں کے نام کا ذکر کیوں نہیں کیا گیا؟"</w:t>
      </w:r>
    </w:p>
    <w:p>
      <w:r>
        <w:rPr>
          <w:b/>
        </w:rPr>
        <w:t xml:space="preserve">[20:23] </w:t>
      </w:r>
      <w:r>
        <w:t>is liye ke asal ahmiyat naam ki nahi hai.</w:t>
      </w:r>
    </w:p>
    <w:p>
      <w:pPr>
        <w:jc w:val="right"/>
      </w:pPr>
      <w:r>
        <w:t>اس لیے کہ اصل اہمیت نام کی نہیں ہے۔</w:t>
      </w:r>
    </w:p>
    <w:p>
      <w:r>
        <w:rPr>
          <w:b/>
        </w:rPr>
        <w:t xml:space="preserve">[20:29] </w:t>
      </w:r>
      <w:r>
        <w:t>asal ahmiyat hai spirit ki.</w:t>
      </w:r>
    </w:p>
    <w:p>
      <w:pPr>
        <w:jc w:val="right"/>
      </w:pPr>
      <w:r>
        <w:t>اصل اہمیت ہے اسپرٹ کی۔</w:t>
      </w:r>
    </w:p>
    <w:p>
      <w:r>
        <w:rPr>
          <w:b/>
        </w:rPr>
        <w:t xml:space="preserve">[20:34] </w:t>
      </w:r>
      <w:r>
        <w:t>aap ko jo karna hai woh yeh hai ke prophetic spirit ko janiye. peghambar janiye.</w:t>
      </w:r>
    </w:p>
    <w:p>
      <w:pPr>
        <w:jc w:val="right"/>
      </w:pPr>
      <w:r>
        <w:t>آپ کو جو کرنا ہے وہ یہ ہے کہ پروفیٹک اسپرٹ کو جانیں۔ پیغمبر جانیں۔</w:t>
      </w:r>
    </w:p>
    <w:p>
      <w:r>
        <w:rPr>
          <w:b/>
        </w:rPr>
        <w:t xml:space="preserve">[20:48] </w:t>
      </w:r>
      <w:r>
        <w:t>peghambar ki spirit kya hoti hai is ko janiye.</w:t>
      </w:r>
    </w:p>
    <w:p>
      <w:pPr>
        <w:jc w:val="right"/>
      </w:pPr>
      <w:r>
        <w:t>پیغمبر کی اسپرٹ کیا ہوتی ہے اس کو جانیں۔</w:t>
      </w:r>
    </w:p>
    <w:p>
      <w:r>
        <w:rPr>
          <w:b/>
        </w:rPr>
        <w:t xml:space="preserve">[20:59] </w:t>
      </w:r>
      <w:r>
        <w:t>naam to ek technical cheez hai.</w:t>
      </w:r>
    </w:p>
    <w:p>
      <w:pPr>
        <w:jc w:val="right"/>
      </w:pPr>
      <w:r>
        <w:t>نام تو ایک ٹیکنیکل چیز ہے۔</w:t>
      </w:r>
    </w:p>
    <w:p>
      <w:r>
        <w:rPr>
          <w:b/>
        </w:rPr>
        <w:t xml:space="preserve">[21:05] </w:t>
      </w:r>
      <w:r>
        <w:t>to mein samajhta hoon ke peghambar ka jo mission hota hai is ko spirit ke aitbar se janna yeh asal hai. technical cheezon ko janna yeh koi asal baat nahi hai.</w:t>
      </w:r>
    </w:p>
    <w:p>
      <w:pPr>
        <w:jc w:val="right"/>
      </w:pPr>
      <w:r>
        <w:t>تو میں سمجھتا ہوں کہ پیغمبر کا جو مشن ہوتا ہے اس کو اسپرٹ کے اعتبار سے جاننا یہ اصل ہے۔ ٹیکنیکل چیزوں کو جاننا یہ کوئی اصل بات نہیں ہے۔</w:t>
      </w:r>
    </w:p>
    <w:p>
      <w:r>
        <w:rPr>
          <w:b/>
        </w:rPr>
        <w:t xml:space="preserve">[21:28] </w:t>
      </w:r>
      <w:r>
        <w:t>sajid anwar sahib bombay se poochte hain aap se ke: "marifat ka safar kis tarah tay karein ke koi break na ho aakhri saans tak?"</w:t>
      </w:r>
    </w:p>
    <w:p>
      <w:pPr>
        <w:jc w:val="right"/>
      </w:pPr>
      <w:r>
        <w:t>ساجد انور صاحب بمبئی سے پوچھتے ہیں آپ سے کہ: "معرفت کا سفر کس طرح طے کریں کہ کوئی بریک نہ ہو آخری سانس تک؟"</w:t>
      </w:r>
    </w:p>
    <w:p>
      <w:r>
        <w:rPr>
          <w:b/>
        </w:rPr>
        <w:t xml:space="preserve">[21:46] </w:t>
      </w:r>
      <w:r>
        <w:t>mein samajhta hoon ke</w:t>
      </w:r>
    </w:p>
    <w:p>
      <w:pPr>
        <w:jc w:val="right"/>
      </w:pPr>
      <w:r>
        <w:t>میں سمجھتا ہوں کہ</w:t>
      </w:r>
    </w:p>
    <w:p>
      <w:r>
        <w:rPr>
          <w:b/>
        </w:rPr>
        <w:t xml:space="preserve">[21:52] </w:t>
      </w:r>
      <w:r>
        <w:t>hamd-e-khudawandi ko janna, hamd-e-khudawandi ek bohat hi bara subject hai jo sari zindagi aap ke liye to khatam nahi hota.</w:t>
      </w:r>
    </w:p>
    <w:p>
      <w:pPr>
        <w:jc w:val="right"/>
      </w:pPr>
      <w:r>
        <w:t>حمد خداوندی کو جاننا، حمد خداوندی ایک بہت ہی بڑا سبجیکٹ ہے جو ساری زندگی آپ کے لیے تو ختم نہیں ہوتا۔</w:t>
      </w:r>
    </w:p>
    <w:p>
      <w:r>
        <w:rPr>
          <w:b/>
        </w:rPr>
        <w:t xml:space="preserve">[22:09] </w:t>
      </w:r>
      <w:r>
        <w:t>to hamd-e-khudawandi jo hai is ko jo aap apna subject banayenge to aap</w:t>
      </w:r>
    </w:p>
    <w:p>
      <w:pPr>
        <w:jc w:val="right"/>
      </w:pPr>
      <w:r>
        <w:t>تو حمد خداوندی جو ہے اس کو جو آپ اپنا سبجیکٹ بنائیں گے تو آپ</w:t>
      </w:r>
    </w:p>
    <w:p>
      <w:r>
        <w:rPr>
          <w:b/>
        </w:rPr>
        <w:t xml:space="preserve">[22:22] </w:t>
      </w:r>
      <w:r>
        <w:t>Allah ko ikhraj kar payenge. Alhamdulillah rabbil alameen sachi spirit ke sath jaan payenge. to woh to kabhi khatam nahi hota.</w:t>
      </w:r>
    </w:p>
    <w:p>
      <w:pPr>
        <w:jc w:val="right"/>
      </w:pPr>
      <w:r>
        <w:t>اللہ کو اخراج کر پائیں گے۔ الحمدللہ رب العالمین سچی اسپرٹ کے ساتھ جان پائیں گے۔ تو وہ تو کبھی ختم نہیں ہوتا۔</w:t>
      </w:r>
    </w:p>
    <w:p>
      <w:r>
        <w:rPr>
          <w:b/>
        </w:rPr>
        <w:t xml:space="preserve">[22:33] </w:t>
      </w:r>
      <w:r>
        <w:t>kabhi khatam nahi hota.</w:t>
      </w:r>
    </w:p>
    <w:p>
      <w:pPr>
        <w:jc w:val="right"/>
      </w:pPr>
      <w:r>
        <w:t>کبھی ختم نہیں ہوتا۔</w:t>
      </w:r>
    </w:p>
    <w:p>
      <w:r>
        <w:rPr>
          <w:b/>
        </w:rPr>
        <w:t xml:space="preserve">[22:35] </w:t>
      </w:r>
      <w:r>
        <w:t>muhammad shahnawaz sahib ne aap se poocha hai: "Allah kahan hai? kya woh arsh par mustawi hai ya har jagah hai?"</w:t>
      </w:r>
    </w:p>
    <w:p>
      <w:pPr>
        <w:jc w:val="right"/>
      </w:pPr>
      <w:r>
        <w:t>محمد شاہنواز صاحب نے آپ سے پوچھا ہے: "اللہ کہاں ہے؟ کیا وہ عرش پر مستوی ہے یا ہر جگہ ہے؟"</w:t>
      </w:r>
    </w:p>
    <w:p>
      <w:r>
        <w:rPr>
          <w:b/>
        </w:rPr>
        <w:t xml:space="preserve">[22:47] </w:t>
      </w:r>
      <w:r>
        <w:t>bhai yeh to bohat mushkil sawal hai.</w:t>
      </w:r>
    </w:p>
    <w:p>
      <w:pPr>
        <w:jc w:val="right"/>
      </w:pPr>
      <w:r>
        <w:t>بھئی یہ تو بہت مشکل سوال ہے۔</w:t>
      </w:r>
    </w:p>
    <w:p>
      <w:r>
        <w:rPr>
          <w:b/>
        </w:rPr>
        <w:t xml:space="preserve">[22:56] </w:t>
      </w:r>
      <w:r>
        <w:t>mein apne bare mein keh sakta hoon ke meri discovery ke mutabiq Allah har jagah maujood hai.</w:t>
      </w:r>
    </w:p>
    <w:p>
      <w:pPr>
        <w:jc w:val="right"/>
      </w:pPr>
      <w:r>
        <w:t>میں اپنے بارے میں کہہ سکتا ہوں کہ میری ڈسکوری کے مطابق اللہ ہر جگہ موجود ہے۔</w:t>
      </w:r>
    </w:p>
    <w:p>
      <w:r>
        <w:rPr>
          <w:b/>
        </w:rPr>
        <w:t xml:space="preserve">[23:14] </w:t>
      </w:r>
      <w:r>
        <w:t>aur jab tak aap discovery ke darje mein na payein Allah ko aap unhe paane wale nahi bante. Allah ko sirf discovery ke darje mein paana mumkin hai.</w:t>
      </w:r>
    </w:p>
    <w:p>
      <w:pPr>
        <w:jc w:val="right"/>
      </w:pPr>
      <w:r>
        <w:t>اور جب تک آپ ڈسکوری کے درجے میں نہ پائیں اللہ کو آپ انہیں پانے والے نہیں بنتے۔ اللہ کو صرف ڈسکوری کے درجے میں پانا ممکن ہے۔</w:t>
      </w:r>
    </w:p>
    <w:p>
      <w:r>
        <w:rPr>
          <w:b/>
        </w:rPr>
        <w:t xml:space="preserve">[23:28] </w:t>
      </w:r>
      <w:r>
        <w:t>discovery agar nahi ho kar paye koi aadmi to Allah ko woh paane wala bhi nahi banega.</w:t>
      </w:r>
    </w:p>
    <w:p>
      <w:pPr>
        <w:jc w:val="right"/>
      </w:pPr>
      <w:r>
        <w:t>ڈسکوری اگر نہیں ہو کر پائے کوئی آدمی تو اللہ کو وہ پانے والا بھی نہیں بنے گا۔</w:t>
      </w:r>
    </w:p>
    <w:p>
      <w:r>
        <w:rPr>
          <w:b/>
        </w:rPr>
        <w:t xml:space="preserve">[23:42] </w:t>
      </w:r>
      <w:r>
        <w:t>miss nadia saif ne ek sawal poocha hai ke: "Allah ke 99 naam hain. is ki kya ahmiyat hai?" hain?</w:t>
      </w:r>
    </w:p>
    <w:p>
      <w:pPr>
        <w:jc w:val="right"/>
      </w:pPr>
      <w:r>
        <w:t>مس نادیہ سیف نے ایک سوال پوچھا ہے کہ: "اللہ کے 99 نام ہیں۔ اس کی کیا اہمیت ہے؟" ہیں؟</w:t>
      </w:r>
    </w:p>
    <w:p>
      <w:r>
        <w:rPr>
          <w:b/>
        </w:rPr>
        <w:t xml:space="preserve">[23:51] </w:t>
      </w:r>
      <w:r>
        <w:t>allah ke 99 naam hain to us ki kya ahmiyat hai?</w:t>
      </w:r>
    </w:p>
    <w:p>
      <w:pPr>
        <w:jc w:val="right"/>
      </w:pPr>
      <w:r>
        <w:t>اللہ کے 99 نام ہیں تو اس کی کیا اہمیت ہے؟</w:t>
      </w:r>
    </w:p>
    <w:p>
      <w:r>
        <w:rPr>
          <w:b/>
        </w:rPr>
        <w:t xml:space="preserve">[23:56] </w:t>
      </w:r>
      <w:r>
        <w:t>99 nahin hain beshumar naam hain. naam se murad is ki sifaat. naam se murad naam nahin hai jaise behal hum waleeddin hain aise hi koi naam hai khuda ka.</w:t>
      </w:r>
    </w:p>
    <w:p>
      <w:pPr>
        <w:jc w:val="right"/>
      </w:pPr>
      <w:r>
        <w:t>99 نہیں ہیں بے شمار نام ہیں۔ نام سے مراد اس کی صفات۔ نام سے مراد نام نہیں ہے جیسے بہرحال ہم ولی الدین ہیں ایسے ہی کوئی نام ہے خدا کا۔</w:t>
      </w:r>
    </w:p>
    <w:p>
      <w:r>
        <w:rPr>
          <w:b/>
        </w:rPr>
        <w:t xml:space="preserve">[24:12] </w:t>
      </w:r>
      <w:r>
        <w:t>nahin is ki sifaat jo hain woh mazkoor hain. aap sifat ko daryaft karein to is se aap allah ko pehchanenge.</w:t>
      </w:r>
    </w:p>
    <w:p>
      <w:pPr>
        <w:jc w:val="right"/>
      </w:pPr>
      <w:r>
        <w:t>نہیں اس کی صفات جو ہیں وہ مذکور ہیں۔ آپ صفات کو دریافت کریں تو اس سے آپ اللہ کو پہچانیں گے۔</w:t>
      </w:r>
    </w:p>
    <w:p>
      <w:r>
        <w:rPr>
          <w:b/>
        </w:rPr>
        <w:t xml:space="preserve">[24:24] </w:t>
      </w:r>
      <w:r>
        <w:t>aur woh sifat itni zyada hain ke aap sari zindagi daryaft karte rahenge aur woh khatm nahin hongi.</w:t>
      </w:r>
    </w:p>
    <w:p>
      <w:pPr>
        <w:jc w:val="right"/>
      </w:pPr>
      <w:r>
        <w:t>اور وہ صفات اتنی زیادہ ہیں کہ آپ ساری زندگی دریافت کرتے رہیں گے اور وہ ختم نہیں ہوں گے۔</w:t>
      </w:r>
    </w:p>
    <w:p>
      <w:r>
        <w:rPr>
          <w:b/>
        </w:rPr>
        <w:t xml:space="preserve">[24:38] </w:t>
      </w:r>
      <w:r>
        <w:t>maulana sahib, yeh muhammad naeem sahib aap se pooch rahe hain ke: "naat attending fools is not arrogance.</w:t>
      </w:r>
    </w:p>
    <w:p>
      <w:pPr>
        <w:jc w:val="right"/>
      </w:pPr>
      <w:r>
        <w:t>مولانا صاحب، یہ محمد نعیم صاحب آپ سے پوچھ رہے ہیں کہ: "ناٹ اٹینڈنگ فولز از ناٹ ایروگنس۔</w:t>
      </w:r>
    </w:p>
    <w:p>
      <w:r>
        <w:rPr>
          <w:b/>
        </w:rPr>
        <w:t xml:space="preserve">[24:47] </w:t>
      </w:r>
      <w:r>
        <w:t>kindly explain." not attending fools. not attending? its not very clear lekin samajh mein yeh aa raha hai.</w:t>
      </w:r>
    </w:p>
    <w:p>
      <w:pPr>
        <w:jc w:val="right"/>
      </w:pPr>
      <w:r>
        <w:t>کائنڈلی ایکسپلین۔" ناٹ؟ اٹینڈنگ فولز۔ ناٹ اٹینڈنگ؟ اٹس ناٹ ویری کلیئر لیکن سمجھ میں یہ آ رہا ہے۔</w:t>
      </w:r>
    </w:p>
    <w:p>
      <w:r>
        <w:rPr>
          <w:b/>
        </w:rPr>
        <w:t xml:space="preserve">[24:57] </w:t>
      </w:r>
      <w:r>
        <w:t>wazeh nahin hai. fools jo bewakoof logon ke program ko attend na karna kya yeh arrogance hai?</w:t>
      </w:r>
    </w:p>
    <w:p>
      <w:pPr>
        <w:jc w:val="right"/>
      </w:pPr>
      <w:r>
        <w:t>واضح نہیں ہے۔ فولز جو بیوقوف لوگوں کے پروگرام کو اٹینڈ نہ کرنا کیا یہ ایروگنس ہے؟</w:t>
      </w:r>
    </w:p>
    <w:p>
      <w:r>
        <w:rPr>
          <w:b/>
        </w:rPr>
        <w:t xml:space="preserve">[25:07] </w:t>
      </w:r>
      <w:r>
        <w:t>arrogance to mein nahin kahunga lekin yeh mehroomi hai. har har tajrube mein discovery ka item hota hai.</w:t>
      </w:r>
    </w:p>
    <w:p>
      <w:pPr>
        <w:jc w:val="right"/>
      </w:pPr>
      <w:r>
        <w:t>ایروگنس تو میں نہیں کہوں گا لیکن یہ محرومی ہے۔ ہر ہر تجربے میں ڈسکوری کا آئٹم ہوتا ہے۔</w:t>
      </w:r>
    </w:p>
    <w:p>
      <w:r>
        <w:rPr>
          <w:b/>
        </w:rPr>
        <w:t xml:space="preserve">[25:16] </w:t>
      </w:r>
      <w:r>
        <w:t>har tajrube mein cheunti jab rengti hai us mein bhi ek item hai discovery ka. to apni discovery ke shauq ko badhaiye to har cheez aap attend karenge.</w:t>
      </w:r>
    </w:p>
    <w:p>
      <w:pPr>
        <w:jc w:val="right"/>
      </w:pPr>
      <w:r>
        <w:t>ہر تجربے میں چیونٹی جب رینگتی ہے اس میں بھی ایک آئٹم ہے ڈسکوری کا۔ تو اپنی ڈسکوری کے شوق کو بڑھائیے تو ہر چیز آپ اٹینڈ کریں گے۔</w:t>
      </w:r>
    </w:p>
    <w:p>
      <w:r>
        <w:rPr>
          <w:b/>
        </w:rPr>
        <w:t xml:space="preserve">[25:32] </w:t>
      </w:r>
      <w:r>
        <w:t>maulana sahib, yeh iqbal umri sahib aap se poochte hain: "marifat aur kaifiyat mein kya farq hai?"</w:t>
      </w:r>
    </w:p>
    <w:p>
      <w:pPr>
        <w:jc w:val="right"/>
      </w:pPr>
      <w:r>
        <w:t>مولانا صاحب، یہ اقبال عمری صاحب آپ سے پوچھتے ہیں: "معرفت اور کیفیات میں کیا فرق ہے؟"</w:t>
      </w:r>
    </w:p>
    <w:p>
      <w:r>
        <w:rPr>
          <w:b/>
        </w:rPr>
        <w:t xml:space="preserve">[25:44] </w:t>
      </w:r>
      <w:r>
        <w:t>bahut mushkil hai farq batana.</w:t>
      </w:r>
    </w:p>
    <w:p>
      <w:pPr>
        <w:jc w:val="right"/>
      </w:pPr>
      <w:r>
        <w:t>بہت مشکل ہے فرق بتانا۔</w:t>
      </w:r>
    </w:p>
    <w:p>
      <w:r>
        <w:rPr>
          <w:b/>
        </w:rPr>
        <w:t xml:space="preserve">[25:52] </w:t>
      </w:r>
      <w:r>
        <w:t>kyunki dono ka talluq tadabbur se hai, ghor o fikr se hai. woh bhi tadabbur ka</w:t>
      </w:r>
    </w:p>
    <w:p>
      <w:pPr>
        <w:jc w:val="right"/>
      </w:pPr>
      <w:r>
        <w:t>کیونکہ دونوں کا تعلق تدبر سے ہے، غور و فکر سے ہے۔ وہ بھی تدبر کا</w:t>
      </w:r>
    </w:p>
    <w:p>
      <w:r>
        <w:rPr>
          <w:b/>
        </w:rPr>
        <w:t xml:space="preserve">[26:04] </w:t>
      </w:r>
      <w:r>
        <w:t>ke zariye maloom hota hai woh bhi tadabbur ke zariye maloom hota hai.</w:t>
      </w:r>
    </w:p>
    <w:p>
      <w:pPr>
        <w:jc w:val="right"/>
      </w:pPr>
      <w:r>
        <w:t>کے ذریعے معلوم ہوتا ہے وہ بھی تدبر کے ذریعے معلوم ہوتا ہے۔</w:t>
      </w:r>
    </w:p>
    <w:p>
      <w:r>
        <w:rPr>
          <w:b/>
        </w:rPr>
        <w:t xml:space="preserve">[26:12] </w:t>
      </w:r>
      <w:r>
        <w:t>yeh discovery ka item hai.</w:t>
      </w:r>
    </w:p>
    <w:p>
      <w:pPr>
        <w:jc w:val="right"/>
      </w:pPr>
      <w:r>
        <w:t>یہ ڈسکوری کا آئٹم ہے۔</w:t>
      </w:r>
    </w:p>
    <w:p>
      <w:r>
        <w:rPr>
          <w:b/>
        </w:rPr>
        <w:t xml:space="preserve">[26:16] </w:t>
      </w:r>
      <w:r>
        <w:t>is mein mein yeh add karna chahungi ke jo tasawwuf ke mutabiq marifat ek journey hai aur kaifiyat jo hain us journey ke stages hain.</w:t>
      </w:r>
    </w:p>
    <w:p>
      <w:pPr>
        <w:jc w:val="right"/>
      </w:pPr>
      <w:r>
        <w:t>اس میں میں یہ ایڈ کرنا چاہوں گی کہ جو تصوف کے مطابق معرفت ایک جرنی ہے اور کیفیات جو ہیں اس جرنی کے اسٹیجز ہیں۔</w:t>
      </w:r>
    </w:p>
    <w:p>
      <w:r>
        <w:rPr>
          <w:b/>
        </w:rPr>
        <w:t xml:space="preserve">[26:30] </w:t>
      </w:r>
      <w:r>
        <w:t>mukhtalif humein experiences milte rehte hain is se hamara spiritual development hota hai, realization hota hai. to isi ko kaifiyat kehte hain.</w:t>
      </w:r>
    </w:p>
    <w:p>
      <w:pPr>
        <w:jc w:val="right"/>
      </w:pPr>
      <w:r>
        <w:t>مختلف ہمیں ایکسپیرینسز ملتے رہتے ہیں اس سے ہمارا سپریچول ڈیویلپمنٹ ہوتا ہے، ریلائزیشن ہوتا ہے۔ تو اسی کو کیفیات کہتے ہیں۔</w:t>
      </w:r>
    </w:p>
    <w:p>
      <w:r>
        <w:rPr>
          <w:b/>
        </w:rPr>
        <w:t xml:space="preserve">[26:40] </w:t>
      </w:r>
      <w:r>
        <w:t>kaifiyat hamesha ek jaisi nahin rehti hain. kaifiyat mein jisko qabz o bast se taabeer kiya jata hai kabhi bahut zyada spiritual development rehta hai aur kabhi kam rehta hai.</w:t>
      </w:r>
    </w:p>
    <w:p>
      <w:pPr>
        <w:jc w:val="right"/>
      </w:pPr>
      <w:r>
        <w:t>کیفیات ہمیشہ ایک جیسی نہیں رہتی ہیں۔ کیفیات میں جس کو قبض و بست سے تعبیر کیا جاتا ہے کبھی بہت زیادہ سپریچول ڈیویلپمنٹ رہتا ہے اور کبھی کم رہتا ہے۔</w:t>
      </w:r>
    </w:p>
    <w:p>
      <w:r>
        <w:rPr>
          <w:b/>
        </w:rPr>
        <w:t xml:space="preserve">[26:53] </w:t>
      </w:r>
      <w:r>
        <w:t>to yeh sab differences jo hain woh woh marked hote hain. marifat ki jo journey is marked by all these changes in personal experiences.</w:t>
      </w:r>
    </w:p>
    <w:p>
      <w:pPr>
        <w:jc w:val="right"/>
      </w:pPr>
      <w:r>
        <w:t>تو یہ سب ڈیفرنسز جو ہیں وہ وہ مارکڈ ہوتے ہیں۔ معرفت کی جو جرنی از مارکڈ بائے آل دیز چینجز ان پرسنل ایکسپیرینسز۔</w:t>
      </w:r>
    </w:p>
    <w:p>
      <w:r>
        <w:rPr>
          <w:b/>
        </w:rPr>
        <w:t xml:space="preserve">[27:07] </w:t>
      </w:r>
      <w:r>
        <w:t>dekhein tasawwuf ka mamla yeh hai ke mein apne ko sufi sochta hoon.</w:t>
      </w:r>
    </w:p>
    <w:p>
      <w:pPr>
        <w:jc w:val="right"/>
      </w:pPr>
      <w:r>
        <w:t>دیکھیں تصوف کا معاملہ یہ ہے کہ میں اپنے کو صوفی سوچتا ہوں۔</w:t>
      </w:r>
    </w:p>
    <w:p>
      <w:r>
        <w:rPr>
          <w:b/>
        </w:rPr>
        <w:t xml:space="preserve">[27:17] </w:t>
      </w:r>
      <w:r>
        <w:t>mein tasawwuf ko manne wala samajhta hoon. lekin behadd tasawwuf sufiya se alag hai.</w:t>
      </w:r>
    </w:p>
    <w:p>
      <w:pPr>
        <w:jc w:val="right"/>
      </w:pPr>
      <w:r>
        <w:t>میں تصوف کو ماننے والا سمجھتا ہوں۔ لیکن بے حد تصوف صوفیوں سے الگ ہے۔</w:t>
      </w:r>
    </w:p>
    <w:p>
      <w:r>
        <w:rPr>
          <w:b/>
        </w:rPr>
        <w:t xml:space="preserve">[27:24] </w:t>
      </w:r>
      <w:r>
        <w:t>tamam sufiya jo hue hain history mein woh tasawwuf ko is maani mein mante hain ke woh babri par qalb ek ilm hai.</w:t>
      </w:r>
    </w:p>
    <w:p>
      <w:pPr>
        <w:jc w:val="right"/>
      </w:pPr>
      <w:r>
        <w:t>تمام صوفیاء جو ہوئے ہیں ہسٹری میں وہ تصوف کو اس معنی میں مانتے ہیں کہ وہ ببری پر قلب ایک علم ہے۔</w:t>
      </w:r>
    </w:p>
    <w:p>
      <w:r>
        <w:rPr>
          <w:b/>
        </w:rPr>
        <w:t xml:space="preserve">[27:38] </w:t>
      </w:r>
      <w:r>
        <w:t>babri par qalb.</w:t>
      </w:r>
    </w:p>
    <w:p>
      <w:pPr>
        <w:jc w:val="right"/>
      </w:pPr>
      <w:r>
        <w:t>ببری پر قلب۔</w:t>
      </w:r>
    </w:p>
    <w:p>
      <w:r>
        <w:rPr>
          <w:b/>
        </w:rPr>
        <w:t xml:space="preserve">[27:41] </w:t>
      </w:r>
      <w:r>
        <w:t>lekin mein samajhta hoon ke tasawwuf babri par mind ek ilm hai. tasawwuf sara ka sara mind se talluq rakhta hai.</w:t>
      </w:r>
    </w:p>
    <w:p>
      <w:pPr>
        <w:jc w:val="right"/>
      </w:pPr>
      <w:r>
        <w:t>لیکن میں سمجھتا ہوں کہ تصوف ببری پر مائنڈ ایک علم ہے۔ تصوف سارا کا سارا مائنڈ سے تعلق رکھتا ہے۔</w:t>
      </w:r>
    </w:p>
    <w:p>
      <w:r>
        <w:rPr>
          <w:b/>
        </w:rPr>
        <w:t xml:space="preserve">[27:54] </w:t>
      </w:r>
      <w:r>
        <w:t>yeh behadd concept hai tasawwuf ka. is pe mein ne likha hai aap yahan se parh sakte hain.</w:t>
      </w:r>
    </w:p>
    <w:p>
      <w:pPr>
        <w:jc w:val="right"/>
      </w:pPr>
      <w:r>
        <w:t>یہ بے حد کانسیپٹ ہے تصوف کا۔ اس پہ میں نے لکھا ہے آپ یہاں سے پڑھ سکتے ہیں۔</w:t>
      </w:r>
    </w:p>
    <w:p>
      <w:r>
        <w:rPr>
          <w:b/>
        </w:rPr>
        <w:t xml:space="preserve">[28:12] </w:t>
      </w:r>
      <w:r>
        <w:t>zakir hussain sahib ne aap se poocha hai ke: "jab allah taala ko maloom tha ke allah taala ke bohat se bande nek amal nahin karenge aur finally woh they will end up in hell fire to phir allah taala ne kyun aise logon ko create kiya?"</w:t>
      </w:r>
    </w:p>
    <w:p>
      <w:pPr>
        <w:jc w:val="right"/>
      </w:pPr>
      <w:r>
        <w:t>ذاکر حسین صاحب نے آپ سے پوچھا ہے کہ: "جب اللہ تعالیٰ کو معلوم تھا کہ اللہ تعالیٰ کے بہت سے بندے نیک عمل نہیں کریں گے اور فائنلی وہ دے ویل اینڈ اپ ان ہیل فائر تو پھر اللہ تعالیٰ نے کیوں ایسے لوگوں کو کریٹ کیا؟</w:t>
      </w:r>
    </w:p>
    <w:p>
      <w:r>
        <w:rPr>
          <w:b/>
        </w:rPr>
        <w:t xml:space="preserve">[28:35] </w:t>
      </w:r>
      <w:r>
        <w:t>kya is ko avoid nahi kiya ja sakta tha</w:t>
      </w:r>
    </w:p>
    <w:p>
      <w:pPr>
        <w:jc w:val="right"/>
      </w:pPr>
      <w:r>
        <w:t>کیا اس کو اوائڈ نہیں کیا جا سکتا تھا</w:t>
      </w:r>
    </w:p>
    <w:p>
      <w:r>
        <w:rPr>
          <w:b/>
        </w:rPr>
        <w:t xml:space="preserve">[28:38] </w:t>
      </w:r>
      <w:r>
        <w:t>?"dekhen, hum amal nahi karenge wahi to saatvan amal hai. Allah ne jab kaha ke jo amal nahi karega wo pakda jayega.</w:t>
      </w:r>
    </w:p>
    <w:p>
      <w:pPr>
        <w:jc w:val="right"/>
      </w:pPr>
      <w:r>
        <w:t>؟" دیکھیں، ہم عمل نہیں کریں گے وہی تو ساتواں عمل ہے۔ اللہ نے جب کہا کہ جو عمل نہیں کرے گا وہ پکڑا جائے گا۔</w:t>
      </w:r>
    </w:p>
    <w:p>
      <w:r>
        <w:rPr>
          <w:b/>
        </w:rPr>
        <w:t xml:space="preserve">[28:53] </w:t>
      </w:r>
      <w:r>
        <w:t>to main samajhta hoon ke</w:t>
      </w:r>
    </w:p>
    <w:p>
      <w:pPr>
        <w:jc w:val="right"/>
      </w:pPr>
      <w:r>
        <w:t>تو میں سمجھتا ہوں کہ</w:t>
      </w:r>
    </w:p>
    <w:p>
      <w:r>
        <w:rPr>
          <w:b/>
        </w:rPr>
        <w:t xml:space="preserve">[28:55] </w:t>
      </w:r>
      <w:r>
        <w:t>main amal na kar saka ye aap ko incentive deta hai, incentive spirit deta hai. maine amal kar dala ke maslan aap ne kisi ko paise de diye aap ne farmaya ke maine itne paise de diye to wo to bohat chota amal hai.</w:t>
      </w:r>
    </w:p>
    <w:p>
      <w:pPr>
        <w:jc w:val="right"/>
      </w:pPr>
      <w:r>
        <w:t>میں عمل نہ کر سکا یہ آپ کو انسنٹیو دیتا ہے، انسنٹیو اسپرٹ دیتا ہے۔ میں نے عمل کر ڈالا کہ مثلاً آپ نے کسی کو پیسے دے دیے آپ نے فرمایا کہ میں نے اتنے پیسے دے دیے تو وہ تو بہت چھوٹا عمل ہے۔</w:t>
      </w:r>
    </w:p>
    <w:p>
      <w:r>
        <w:rPr>
          <w:b/>
        </w:rPr>
        <w:t xml:space="preserve">[29:15] </w:t>
      </w:r>
      <w:r>
        <w:t>jab aap ko ehsas hota hai ke aap ne nahi kiya koi kaam to us waqt jo aap ke andar spirit jaagti hai na wo bohat bari hoti hai. jaise newton ne jab ye jana ke main seb ki garmi seb kyun gira main nahi janta tab aaghaz hua science ka.</w:t>
      </w:r>
    </w:p>
    <w:p>
      <w:pPr>
        <w:jc w:val="right"/>
      </w:pPr>
      <w:r>
        <w:t>جب آپ کو احساس ہوتا ہے کہ آپ نے نہیں کیا کوئی کام تو اس وقت جو آپ کے اندر اسپرٹ جاگتی ہے نا وہ بہت بڑی ہوتی ہے۔ جیسے نیوٹن نے جب یہ جانا کہ میں سیب کی گرمی سیب کیوں گرا میں نہیں جانتا تب آغاز ہوا سائنس کا۔</w:t>
      </w:r>
    </w:p>
    <w:p>
      <w:r>
        <w:rPr>
          <w:b/>
        </w:rPr>
        <w:t xml:space="preserve">[29:38] </w:t>
      </w:r>
      <w:r>
        <w:t>to na janna bohat bara</w:t>
      </w:r>
    </w:p>
    <w:p>
      <w:pPr>
        <w:jc w:val="right"/>
      </w:pPr>
      <w:r>
        <w:t>تو نہ جاننا بہت بڑا</w:t>
      </w:r>
    </w:p>
    <w:p>
      <w:r>
        <w:rPr>
          <w:b/>
        </w:rPr>
        <w:t xml:space="preserve">[29:46] </w:t>
      </w:r>
      <w:r>
        <w:t>spirit ke mani mein bohat bari cheez hai.</w:t>
      </w:r>
    </w:p>
    <w:p>
      <w:pPr>
        <w:jc w:val="right"/>
      </w:pPr>
      <w:r>
        <w:t>اسپرٹ کے معنی میں بہت بڑی چیز ہے۔</w:t>
      </w:r>
    </w:p>
    <w:p>
      <w:r>
        <w:rPr>
          <w:b/>
        </w:rPr>
        <w:t xml:space="preserve">[29:51] </w:t>
      </w:r>
      <w:r>
        <w:t>agar aap ko koi koi be-amli koi be-amli aap ko ye ehsas dilaye ke aap to chok gaye aap ne to galti ho gayi to aap ne bohat bari cheez daryaft ki.</w:t>
      </w:r>
    </w:p>
    <w:p>
      <w:pPr>
        <w:jc w:val="right"/>
      </w:pPr>
      <w:r>
        <w:t>اگر آپ کو کوئی کوئی بے عملی کوئی بے عملی آپ کو یہ احساس دلائے کہ آپ تو چوک گئے آپ نے تو غلطی ہو گئی تو آپ نے بہت بڑی چیز دریافت کی۔</w:t>
      </w:r>
    </w:p>
    <w:p>
      <w:r>
        <w:rPr>
          <w:b/>
        </w:rPr>
        <w:t xml:space="preserve">[30:08] </w:t>
      </w:r>
      <w:r>
        <w:t>yani</w:t>
      </w:r>
    </w:p>
    <w:p>
      <w:pPr>
        <w:jc w:val="right"/>
      </w:pPr>
      <w:r>
        <w:t>یعنی</w:t>
      </w:r>
    </w:p>
    <w:p>
      <w:r>
        <w:rPr>
          <w:b/>
        </w:rPr>
        <w:t xml:space="preserve">[30:10] </w:t>
      </w:r>
      <w:r>
        <w:t>aap ne ye daryaft kiya inquisitive ki spirit. arabi mein kaha jata hai ke: "la adri nisf al-ilm." aap ye keh saken ke main ne nahi janta to ye adha ilm hai.</w:t>
      </w:r>
    </w:p>
    <w:p>
      <w:pPr>
        <w:jc w:val="right"/>
      </w:pPr>
      <w:r>
        <w:t>آپ نے یہ دریافت کیا انکوزیٹیو کی اسپرٹ۔ عربی میں کہا جاتا ہے کہ: "لا ادری نصف العلم۔" آپ یہ کہہ سکیں کہ میں نے نہیں جانتا تو یہ ادھا علم ہے۔</w:t>
      </w:r>
    </w:p>
    <w:p>
      <w:r>
        <w:rPr>
          <w:b/>
        </w:rPr>
        <w:t xml:space="preserve">[30:32] </w:t>
      </w:r>
      <w:r>
        <w:t>kyun ke kisi cheez ko aap ne agar daryaft kar liya ke main is ko nahi janta to aap ke andar wo ayega talash ka madah.</w:t>
      </w:r>
    </w:p>
    <w:p>
      <w:pPr>
        <w:jc w:val="right"/>
      </w:pPr>
      <w:r>
        <w:t>کیونکہ کسی چیز کو آپ نے اگر دریافت کر لیا کہ میں اس کو نہیں جانتا تو آپ کے اندر وہ آئے گا تلاش کا مادہ۔</w:t>
      </w:r>
    </w:p>
    <w:p>
      <w:r>
        <w:rPr>
          <w:b/>
        </w:rPr>
        <w:t xml:space="preserve">[30:45] </w:t>
      </w:r>
      <w:r>
        <w:t>aap talash</w:t>
      </w:r>
    </w:p>
    <w:p>
      <w:pPr>
        <w:jc w:val="right"/>
      </w:pPr>
      <w:r>
        <w:t>آپ تلاش</w:t>
      </w:r>
    </w:p>
    <w:p>
      <w:r>
        <w:rPr>
          <w:b/>
        </w:rPr>
        <w:t xml:space="preserve">[30:49] </w:t>
      </w:r>
      <w:r>
        <w:t>mutallashi ban jayenge aap. wo to bohat bari cheez hai. mutallashi banna mere nazdeek bohat bari baat hai.</w:t>
      </w:r>
    </w:p>
    <w:p>
      <w:pPr>
        <w:jc w:val="right"/>
      </w:pPr>
      <w:r>
        <w:t>متلاشی بن جائیں گے آپ۔ وہ تو بہت بڑی چیز ہے۔ متلاشی بننا میرے نزدیک بہت بڑی بات ہے۔</w:t>
      </w:r>
    </w:p>
    <w:p>
      <w:r>
        <w:rPr>
          <w:b/>
        </w:rPr>
        <w:t xml:space="preserve">[31:10] </w:t>
      </w:r>
      <w:r>
        <w:t>farhan raza sahib puchte hain: "maulana sahib, musalmanon mein jooz aur isaiyon ke bare mein nafrat kyun pai jati hai?" ye kaha jata hai ke quran mein yahood o nasara ko kaha gaya hai ke dost mat banao.</w:t>
      </w:r>
    </w:p>
    <w:p>
      <w:pPr>
        <w:jc w:val="right"/>
      </w:pPr>
      <w:r>
        <w:t>فرحان رضا صاحب پوچھتے ہیں: "مولانا صاحب، مسلمانوں میں جوز اور عیسائیوں کے بارے میں نفرت کیوں پائی جاتی ہے؟" یہ کہا جاتا ہے کہ قرآن میں یہود و نصاریٰ کو کہا گیا ہے کہ دوست مت بناؤ۔</w:t>
      </w:r>
    </w:p>
    <w:p>
      <w:r>
        <w:rPr>
          <w:b/>
        </w:rPr>
        <w:t xml:space="preserve">[31:28] </w:t>
      </w:r>
      <w:r>
        <w:t>ab hamari zimmedari hai Khuda ka paigham sab tak pohnchana to aisa kaise ho sakta hai jab nafrat hai to un ko dawat ka paigham kaise pohanchaya ja sakta hai?</w:t>
      </w:r>
    </w:p>
    <w:p>
      <w:pPr>
        <w:jc w:val="right"/>
      </w:pPr>
      <w:r>
        <w:t>اب ہماری ذمہ داری ہے خدا کا پیغام سب تک پہنچانا تو ایسا کیسے ہو سکتا ہے جب نفرت ہے تو ان کو دعوت کا پیغام کیسے پہنچایا جا سکتا ہے؟</w:t>
      </w:r>
    </w:p>
    <w:p>
      <w:r>
        <w:rPr>
          <w:b/>
        </w:rPr>
        <w:t xml:space="preserve">[31:41] </w:t>
      </w:r>
      <w:r>
        <w:t>ye to kahin nahi hai quran mein ke nafrat karo.</w:t>
      </w:r>
    </w:p>
    <w:p>
      <w:pPr>
        <w:jc w:val="right"/>
      </w:pPr>
      <w:r>
        <w:t>یہ تو کہیں نہیں ہے قرآن میں کہ نفرت کرو۔</w:t>
      </w:r>
    </w:p>
    <w:p>
      <w:r>
        <w:rPr>
          <w:b/>
        </w:rPr>
        <w:t xml:space="preserve">[31:48] </w:t>
      </w:r>
      <w:r>
        <w:t>ye to kahin nahi hai. aaj kal jo logon mein nafrat ka jazba aa gaya hai to wo political thinking ki wajah se musalmanon ki sari thinking jo hai process ho gayi hai.</w:t>
      </w:r>
    </w:p>
    <w:p>
      <w:pPr>
        <w:jc w:val="right"/>
      </w:pPr>
      <w:r>
        <w:t>یہ تو کہیں نہیں ہے۔ آج کل جو لوگوں میں نفرت کا جذبہ آ گیا ہے تو وہ پولیٹیکل تھنکنگ کی وجہ سے مسلمانوں کی ساری تھنکنگ جو ہے پروسیس ہو گئی ہے۔</w:t>
      </w:r>
    </w:p>
    <w:p>
      <w:r>
        <w:rPr>
          <w:b/>
        </w:rPr>
        <w:t xml:space="preserve">[32:06] </w:t>
      </w:r>
      <w:r>
        <w:t>main samajhta hoon ke ye politics hai jo nafrat paida karti hai. mazhab nahi.</w:t>
      </w:r>
    </w:p>
    <w:p>
      <w:pPr>
        <w:jc w:val="right"/>
      </w:pPr>
      <w:r>
        <w:t>میں سمجھتا ہوں کہ یہ پولیٹکس ہے جو نفرت پیدا کرتی ہے۔ مذہب نہیں۔</w:t>
      </w:r>
    </w:p>
    <w:p>
      <w:r>
        <w:rPr>
          <w:b/>
        </w:rPr>
        <w:t xml:space="preserve">[32:18] </w:t>
      </w:r>
      <w:r>
        <w:t>mazhab nafrat nahi paida karta. politics nafrat paida karti hai. musalmanon mein bohat ziyada political thinking aa gayi hai.</w:t>
      </w:r>
    </w:p>
    <w:p>
      <w:pPr>
        <w:jc w:val="right"/>
      </w:pPr>
      <w:r>
        <w:t>مذہب نفرت نہیں پیدا کرتا۔ پولیٹکس نفرت پیدا کرتی ہے۔ مسلمانوں میں بہت زیادہ پولیٹیکل تھنکنگ آ گئی ہے۔</w:t>
      </w:r>
    </w:p>
    <w:p>
      <w:r>
        <w:rPr>
          <w:b/>
        </w:rPr>
        <w:t xml:space="preserve">[32:28] </w:t>
      </w:r>
      <w:r>
        <w:t>ye politics ki sab se bara masla hai.</w:t>
      </w:r>
    </w:p>
    <w:p>
      <w:pPr>
        <w:jc w:val="right"/>
      </w:pPr>
      <w:r>
        <w:t>یہ پولیٹکس کی سب سے بڑا مسئلہ ہے۔</w:t>
      </w:r>
    </w:p>
    <w:p>
      <w:r>
        <w:rPr>
          <w:b/>
        </w:rPr>
        <w:t xml:space="preserve">[32:37] </w:t>
      </w:r>
      <w:r>
        <w:t>aur wo main is mein thora add kar doon ke sirf state of war jab qaim hoti hai tab kaha jata hai ke logon se mat milo.</w:t>
      </w:r>
    </w:p>
    <w:p>
      <w:pPr>
        <w:jc w:val="right"/>
      </w:pPr>
      <w:r>
        <w:t>اور وہ میں اس میں تھوڑا ایڈ کر دوں کہ صرف اسٹیٹ آف وار جب قائم ہوتی ہے تب کہا جاتا ہے کہ لوگوں سے مت ملو۔</w:t>
      </w:r>
    </w:p>
    <w:p>
      <w:r>
        <w:rPr>
          <w:b/>
        </w:rPr>
        <w:t xml:space="preserve">[32:46] </w:t>
      </w:r>
      <w:r>
        <w:t>is mein har qaum mein aisa hota hai. state of war mein bohat sari restrictions hoti hain. lekin aam halat mein khud rasool Allah salallahu alaihi wasallam sab se milte the, sab ko paigham pohanchate the.</w:t>
      </w:r>
    </w:p>
    <w:p>
      <w:pPr>
        <w:jc w:val="right"/>
      </w:pPr>
      <w:r>
        <w:t>اس میں ہر قوم میں ایسا ہوتا ہے۔ اسٹیٹ آف وار میں بہت ساری ریسٹرکشنز ہوتی ہیں۔ لیکن عام حالت میں خود رسول اللہ صلی اللہ علیہ وسلم سب سے ملتے تھے، سب کو پیغام پہنچاتے تھے۔</w:t>
      </w:r>
    </w:p>
    <w:p>
      <w:r>
        <w:rPr>
          <w:b/>
        </w:rPr>
        <w:t xml:space="preserve">[32:58] </w:t>
      </w:r>
      <w:r>
        <w:t>to ye baat jo hai bilkul galat hai ke is nafrat jo hai honi chahiye aur is ki wajah se hum ko dawat mein rukawat ho rahi hai.</w:t>
      </w:r>
    </w:p>
    <w:p>
      <w:pPr>
        <w:jc w:val="right"/>
      </w:pPr>
      <w:r>
        <w:t>تو یہ بات جو ہے بالکل غلط ہے کہ اس نفرت جو ہے ہونی چاہیے اور اس کی وجہ سے ہم کو دعوت میں رکاوٹ ہو رہی ہے۔</w:t>
      </w:r>
    </w:p>
    <w:p>
      <w:r>
        <w:rPr>
          <w:b/>
        </w:rPr>
        <w:t xml:space="preserve">[33:07] </w:t>
      </w:r>
      <w:r>
        <w:t>kyun ke nafrat ka koi matlab hi nahi hai. ab normal situation mein nafrat ka koi matlab hi nahi aur poori islami tareekh mein</w:t>
      </w:r>
    </w:p>
    <w:p>
      <w:pPr>
        <w:jc w:val="right"/>
      </w:pPr>
      <w:r>
        <w:t>کیونکہ نفرت کا کوئی مطلب ہی نہیں ہے۔ اب نارمل سچویشن میں نفرت کا کوئی مطلب ہی نہیں اور پوری اسلامی تاریخ میں</w:t>
      </w:r>
    </w:p>
    <w:p>
      <w:r>
        <w:rPr>
          <w:b/>
        </w:rPr>
        <w:t xml:space="preserve">[33:15] </w:t>
      </w:r>
      <w:r>
        <w:t>yahood o nasara ne mil kar kaam kiya hai. spain ki tareekh dekh lijiye, abbasi tareekh dekh lijiye to musalman yahood o nasara ke sath tamam jo unhon ne progress kiya wo sab is mein wo shamil the.</w:t>
      </w:r>
    </w:p>
    <w:p>
      <w:pPr>
        <w:jc w:val="right"/>
      </w:pPr>
      <w:r>
        <w:t>یہود و نصاریٰ نے مل کر کام کیا ہے۔ اسپین کی تاریخ دیکھ لیجئے، عباسی تاریخ دیکھ لیجئے تو مسلمان یہود و نصاریٰ کے ساتھ تمام جو انہوں نے پروگریس کیا وہ سب اس میں وہ شامل تھے۔</w:t>
      </w:r>
    </w:p>
    <w:p>
      <w:r>
        <w:rPr>
          <w:b/>
        </w:rPr>
        <w:t xml:space="preserve">[33:29] </w:t>
      </w:r>
      <w:r>
        <w:t>kabhi bhi nafrat nahi ki musalmanon ne. ke ab jo molana sahib ne kaha hai ke yeh bilkul siyasi</w:t>
      </w:r>
    </w:p>
    <w:p>
      <w:pPr>
        <w:jc w:val="right"/>
      </w:pPr>
      <w:r>
        <w:t>کبھی بھی نفرت نہیں کی مسلمانوں نے۔ کہ اب جو مولانا صاحب نے کہا ہے کہ یہ بالکل سیاسی</w:t>
      </w:r>
    </w:p>
    <w:p>
      <w:r>
        <w:rPr>
          <w:b/>
        </w:rPr>
        <w:t xml:space="preserve">[33:35] </w:t>
      </w:r>
      <w:r>
        <w:t>reason ki waja se hai.</w:t>
      </w:r>
    </w:p>
    <w:p>
      <w:pPr>
        <w:jc w:val="right"/>
      </w:pPr>
      <w:r>
        <w:t>ریزن کی وجہ سے ہے۔</w:t>
      </w:r>
    </w:p>
    <w:p>
      <w:r>
        <w:rPr>
          <w:b/>
        </w:rPr>
        <w:t xml:space="preserve">[33:38] </w:t>
      </w:r>
      <w:r>
        <w:t>ji haan, bohat sahih hai.</w:t>
      </w:r>
    </w:p>
    <w:p>
      <w:pPr>
        <w:jc w:val="right"/>
      </w:pPr>
      <w:r>
        <w:t>جی ہاں، بہت صحیح ہے۔</w:t>
      </w:r>
    </w:p>
    <w:p>
      <w:r>
        <w:rPr>
          <w:b/>
        </w:rPr>
        <w:t xml:space="preserve">[33:48] </w:t>
      </w:r>
      <w:r>
        <w:t>molana sahib, muhammad ammar dehli se yeh poochte hain: "molana, i pray for your good health in this period of lockdown.</w:t>
      </w:r>
    </w:p>
    <w:p>
      <w:pPr>
        <w:jc w:val="right"/>
      </w:pPr>
      <w:r>
        <w:t>مولانا صاحب، محمد عمار دہلی سے یہ پوچھتے ہیں: "مولانا، آئی پری فار یور گڈ ہیلتھ ان دس پیریڈ آف لاک ڈاؤن۔</w:t>
      </w:r>
    </w:p>
    <w:p>
      <w:r>
        <w:rPr>
          <w:b/>
        </w:rPr>
        <w:t xml:space="preserve">[34:01] </w:t>
      </w:r>
      <w:r>
        <w:t>my question is: can corona virus disease be called an evil?"</w:t>
      </w:r>
    </w:p>
    <w:p>
      <w:pPr>
        <w:jc w:val="right"/>
      </w:pPr>
      <w:r>
        <w:t>مائی کوئسچن از: کین کرونا وائرس ڈیسیز بی کالڈ این ایول؟"</w:t>
      </w:r>
    </w:p>
    <w:p>
      <w:r>
        <w:rPr>
          <w:b/>
        </w:rPr>
        <w:t xml:space="preserve">[34:16] </w:t>
      </w:r>
      <w:r>
        <w:t>nahi, main samajhta hoon ke woh toh marifat ka zariya hai ke kai koi maqam aisa aata hai jahan aap ki liberation aa jati hai.</w:t>
      </w:r>
    </w:p>
    <w:p>
      <w:pPr>
        <w:jc w:val="right"/>
      </w:pPr>
      <w:r>
        <w:t>نہیں، میں سمجھتا ہوں کہ وہ تو معرفت کا ذریعہ ہے کہ کئی کوئی مقام ایسا آتا ہے جہاں آپ کی لبرٹیشن آ جاتی ہے۔</w:t>
      </w:r>
    </w:p>
    <w:p>
      <w:r>
        <w:rPr>
          <w:b/>
        </w:rPr>
        <w:t xml:space="preserve">[34:25] </w:t>
      </w:r>
      <w:r>
        <w:t>aa jayen. corona virus aap ki liberation liberations ko yaad dilata hai. yeh ek marifat hai ke aap apni liberations ko jaan len.</w:t>
      </w:r>
    </w:p>
    <w:p>
      <w:pPr>
        <w:jc w:val="right"/>
      </w:pPr>
      <w:r>
        <w:t>آ جائیں۔ کرونا وائرس آپ کی لبرٹیشن لبرٹیشنز کو یاد دلاتا ہے۔ یہ ایک معرفت ہے کہ آپ اپنی لبرٹیشنز کو جان لیں۔</w:t>
      </w:r>
    </w:p>
    <w:p>
      <w:r>
        <w:rPr>
          <w:b/>
        </w:rPr>
        <w:t xml:space="preserve">[34:39] </w:t>
      </w:r>
      <w:r>
        <w:t>khoon zada mazhab raoof aap se poochte hain: "how can we convince non muslims?" haan?</w:t>
      </w:r>
    </w:p>
    <w:p>
      <w:pPr>
        <w:jc w:val="right"/>
      </w:pPr>
      <w:r>
        <w:t>خون زادہ مذہب رؤوف آپ سے پوچھتے ہیں: "ہاؤ کین وی کنونس نان مسلمز؟" ہاں؟</w:t>
      </w:r>
    </w:p>
    <w:p>
      <w:r>
        <w:rPr>
          <w:b/>
        </w:rPr>
        <w:t xml:space="preserve">[34:50] </w:t>
      </w:r>
      <w:r>
        <w:t>"how can we convince those non muslims who do not believe in god's existence? kindly explain."</w:t>
      </w:r>
    </w:p>
    <w:p>
      <w:pPr>
        <w:jc w:val="right"/>
      </w:pPr>
      <w:r>
        <w:t>"ہاؤ کین وی کنونس دوز نان مسلمز ہو ڈو ناٹ بیلیو ان گاڈز ایگزسٹنس؟ کائنڈلی ایکسپلین۔"</w:t>
      </w:r>
    </w:p>
    <w:p>
      <w:r>
        <w:rPr>
          <w:b/>
        </w:rPr>
        <w:t xml:space="preserve">[35:03] </w:t>
      </w:r>
      <w:r>
        <w:t>achha.</w:t>
      </w:r>
    </w:p>
    <w:p>
      <w:pPr>
        <w:jc w:val="right"/>
      </w:pPr>
      <w:r>
        <w:t>اچھا۔</w:t>
      </w:r>
    </w:p>
    <w:p>
      <w:r>
        <w:rPr>
          <w:b/>
        </w:rPr>
        <w:t xml:space="preserve">[35:09] </w:t>
      </w:r>
      <w:r>
        <w:t>main toh samajhta hoon ke quran insaan se mohabbat sikhata hai. chahe koi bhi ho, apna ho ya apna na ho.</w:t>
      </w:r>
    </w:p>
    <w:p>
      <w:pPr>
        <w:jc w:val="right"/>
      </w:pPr>
      <w:r>
        <w:t>میں تو سمجھتا ہوں کہ قرآن انسان سے محبت سکھاتا ہے۔ چاہے کوئی بھی ہو، اپنا ہو یا اپنا نہ ہو۔</w:t>
      </w:r>
    </w:p>
    <w:p>
      <w:r>
        <w:rPr>
          <w:b/>
        </w:rPr>
        <w:t xml:space="preserve">[35:21] </w:t>
      </w:r>
      <w:r>
        <w:t>woh yeh keh rahe hain ke ek non muslim jo khuda par yaqeen nahi rakhta, khuda ke wajood par yaqeen nahi rakhta, us ko hum kaise convince karen?</w:t>
      </w:r>
    </w:p>
    <w:p>
      <w:pPr>
        <w:jc w:val="right"/>
      </w:pPr>
      <w:r>
        <w:t>وہ یہ کہہ رہے ہیں کہ ایک نان مسلم جو خدا پر یقین نہیں رکھتا، خدا کے وجود پر یقین نہیں رکھتا، اس کو ہم کیسے کنونس کریں؟</w:t>
      </w:r>
    </w:p>
    <w:p>
      <w:r>
        <w:rPr>
          <w:b/>
        </w:rPr>
        <w:t xml:space="preserve">[35:33] </w:t>
      </w:r>
      <w:r>
        <w:t>khuda ke wajood ka.</w:t>
      </w:r>
    </w:p>
    <w:p>
      <w:pPr>
        <w:jc w:val="right"/>
      </w:pPr>
      <w:r>
        <w:t>خدا کے وجود کا۔</w:t>
      </w:r>
    </w:p>
    <w:p>
      <w:r>
        <w:rPr>
          <w:b/>
        </w:rPr>
        <w:t xml:space="preserve">[35:38] </w:t>
      </w:r>
      <w:r>
        <w:t>be amal hai toh yaqeen se paida hua hai, woh science se paida hua hai. science. aap parhiye science ko toh science ko main yaqeen ka ilm samajhta hoon.</w:t>
      </w:r>
    </w:p>
    <w:p>
      <w:pPr>
        <w:jc w:val="right"/>
      </w:pPr>
      <w:r>
        <w:t>بے عمل ہے تو یقین سے پیدا ہوا ہے، وہ سائنس سے پیدا ہوا ہے۔ سائنس۔ آپ پڑھیے سائنس کو تو سائنس کو میں یقین کا علم سمجھتا ہوں۔</w:t>
      </w:r>
    </w:p>
    <w:p>
      <w:r>
        <w:rPr>
          <w:b/>
        </w:rPr>
        <w:t xml:space="preserve">[35:55] </w:t>
      </w:r>
      <w:r>
        <w:t>ilm yaqeen.</w:t>
      </w:r>
    </w:p>
    <w:p>
      <w:pPr>
        <w:jc w:val="right"/>
      </w:pPr>
      <w:r>
        <w:t>علم یقین۔</w:t>
      </w:r>
    </w:p>
    <w:p>
      <w:r>
        <w:rPr>
          <w:b/>
        </w:rPr>
        <w:t xml:space="preserve">[36:09] </w:t>
      </w:r>
      <w:r>
        <w:t>is subject par molana sahib ki kai kitaben hain, us ko aap parh sakte hain: "religion and science", "god arises" aur "discovery of god".</w:t>
      </w:r>
    </w:p>
    <w:p>
      <w:pPr>
        <w:jc w:val="right"/>
      </w:pPr>
      <w:r>
        <w:t>اس سبجیکٹ پر مولانا صاحب کی کئی کتابیں ہیں، اس کو آپ پڑھ سکتے ہیں: "ریلیجن اینڈ سائنس"، "گاڈ ارائزز" اور "ڈسکوری آف گاڈ"۔</w:t>
      </w:r>
    </w:p>
    <w:p>
      <w:r>
        <w:rPr>
          <w:b/>
        </w:rPr>
        <w:t xml:space="preserve">[36:20] </w:t>
      </w:r>
      <w:r>
        <w:t>wahan aap ko woh sab daleelen, arguments mil jayen ge jis ko le kar ke aap kisi se baat kar sakte hain. sahih hai.</w:t>
      </w:r>
    </w:p>
    <w:p>
      <w:pPr>
        <w:jc w:val="right"/>
      </w:pPr>
      <w:r>
        <w:t>وہاں آپ کو وہ سب دلیلیں، آرگومنٹس مل جائیں گے جس کو لے کر کے آپ کسی سے بات کر سکتے ہیں۔ صحیح ہے۔</w:t>
      </w:r>
    </w:p>
    <w:p>
      <w:r>
        <w:rPr>
          <w:b/>
        </w:rPr>
        <w:t xml:space="preserve">[36:32] </w:t>
      </w:r>
      <w:r>
        <w:t>molana sahib, ek sawal hai: irfan ansari woh kehte hain: "imam mehdi ka zahoor dajjal se pehle hoga ya us ke baad?" bhai, yeh bohat tez masla hai, us par main kuch nahi kar sakta.</w:t>
      </w:r>
    </w:p>
    <w:p>
      <w:pPr>
        <w:jc w:val="right"/>
      </w:pPr>
      <w:r>
        <w:t>مولانا صاحب، ایک سوال ہے: عرفان انصاری وہ کہتے ہیں: "امام مہدی کا ظہور دجال سے پہلے ہوگا یا اس کے بعد؟" بھئی، یہ بہت تیز مسئلہ ہے، اس پر میں کچھ نہیں کر سکتا۔</w:t>
      </w:r>
    </w:p>
    <w:p>
      <w:r>
        <w:rPr>
          <w:b/>
        </w:rPr>
        <w:t xml:space="preserve">[37:01] </w:t>
      </w:r>
      <w:r>
        <w:t>is silsile mein jo hadisen hain, woh kitab al-fitan mein, sahih muslim mein aap dekh sakte hain. aur chunke woh symbolic language mein hoti hain toh us ko is tareeqe se clearly is ka explanation ya interpretation aasan nahi hota hai.</w:t>
      </w:r>
    </w:p>
    <w:p>
      <w:pPr>
        <w:jc w:val="right"/>
      </w:pPr>
      <w:r>
        <w:t>اس سلسلے میں جو حدیثیں ہیں، وہ کتاب الفتن میں، صحیح مسلم میں آپ دیکھ سکتے ہیں۔ اور چونکہ وہ سمبالک لینگویج میں ہوتی ہیں تو اس کو اس طریقے سے کلیئرلی اس کا ایکسپلینیشن یا انٹرپریٹیشن آسان نہیں ہوتا ہے۔</w:t>
      </w:r>
    </w:p>
    <w:p>
      <w:r>
        <w:rPr>
          <w:b/>
        </w:rPr>
        <w:t xml:space="preserve">[37:18] </w:t>
      </w:r>
      <w:r>
        <w:t>sahih hai. sahih baat hai.</w:t>
      </w:r>
    </w:p>
    <w:p>
      <w:pPr>
        <w:jc w:val="right"/>
      </w:pPr>
      <w:r>
        <w:t>صحیح ہے۔ صحیح بات ہے۔</w:t>
      </w:r>
    </w:p>
    <w:p>
      <w:r>
        <w:rPr>
          <w:b/>
        </w:rPr>
        <w:t xml:space="preserve">[37:21] </w:t>
      </w:r>
      <w:r>
        <w:t>bangladesh se ek sahib hain, ubaid aslam. woh kehte hain: "hazrat molana, bara sakht waqt aa gaya hai, aap hum sab ke liye dua karen."</w:t>
      </w:r>
    </w:p>
    <w:p>
      <w:pPr>
        <w:jc w:val="right"/>
      </w:pPr>
      <w:r>
        <w:t>بنگلہ دیش سے ایک صاحب ہیں، عبید اسلم۔ وہ کہتے ہیں: "حضرت مولانا، بڑا سخت وقت آ گیا ہے، آپ ہم سب کے لیے دعا کریں۔"</w:t>
      </w:r>
    </w:p>
    <w:p>
      <w:r>
        <w:rPr>
          <w:b/>
        </w:rPr>
        <w:t xml:space="preserve">[37:33] </w:t>
      </w:r>
      <w:r>
        <w:t>zarur hum dua karte hain lekin yeh na kahiye ke sakht waqt aa gaya. yani khuda ke takht chhod kar chalane gaye hain.</w:t>
      </w:r>
    </w:p>
    <w:p>
      <w:pPr>
        <w:jc w:val="right"/>
      </w:pPr>
      <w:r>
        <w:t>ضرور ہم دعا کرتے ہیں لیکن یہ نہ کہیے کہ سخت وقت آ گیا۔ یعنی خدا کے تخت چھوڑ کر چلانے گئے ہیں۔</w:t>
      </w:r>
    </w:p>
    <w:p>
      <w:r>
        <w:rPr>
          <w:b/>
        </w:rPr>
        <w:t xml:space="preserve">[37:44] </w:t>
      </w:r>
      <w:r>
        <w:t>jab tak aap khuda pe yaqeen kar rahe hain, karen toh har jagah khuda maujood hai aur har jagah aap ko dua karne ke asbab maujood hain.</w:t>
      </w:r>
    </w:p>
    <w:p>
      <w:pPr>
        <w:jc w:val="right"/>
      </w:pPr>
      <w:r>
        <w:t>جب تک آپ خدا پہ یقین کر رہے ہیں، کریں تو ہر جگہ خدا موجود ہے اور ہر جگہ آپ کو دعا کرنے کے اسباب موجود ہیں۔</w:t>
      </w:r>
    </w:p>
    <w:p>
      <w:r>
        <w:rPr>
          <w:b/>
        </w:rPr>
        <w:t xml:space="preserve">[38:00] </w:t>
      </w:r>
      <w:r>
        <w:t>shafiq hashmi sahib sawal karte hain: "What is the purpose of our life?" haan?</w:t>
      </w:r>
    </w:p>
    <w:p>
      <w:pPr>
        <w:jc w:val="right"/>
      </w:pPr>
      <w:r>
        <w:t>شفیق ہاشمی صاحب سوال کرتے ہیں: "واٹ از دا پرپس آف اور لائف؟" ہاں؟</w:t>
      </w:r>
    </w:p>
    <w:p>
      <w:r>
        <w:rPr>
          <w:b/>
        </w:rPr>
        <w:t xml:space="preserve">[38:09] </w:t>
      </w:r>
      <w:r>
        <w:t>hamari zindagi ka maqsad kya hai?</w:t>
      </w:r>
    </w:p>
    <w:p>
      <w:pPr>
        <w:jc w:val="right"/>
      </w:pPr>
      <w:r>
        <w:t>ہماری زندگی کا مقصد کیا ہے؟</w:t>
      </w:r>
    </w:p>
    <w:p>
      <w:r>
        <w:rPr>
          <w:b/>
        </w:rPr>
        <w:t xml:space="preserve">[38:16] </w:t>
      </w:r>
      <w:r>
        <w:t>mein to yeh sochta hoon ke aisa amal karna jo aap ko jannat jannat mein pohanchaye.</w:t>
      </w:r>
    </w:p>
    <w:p>
      <w:pPr>
        <w:jc w:val="right"/>
      </w:pPr>
      <w:r>
        <w:t>میں تو یہ سوچتا ہوں کہ ایسا عمل کرنا جو آپ کو جنت جنت میں پہنچائے۔</w:t>
      </w:r>
    </w:p>
    <w:p>
      <w:r>
        <w:rPr>
          <w:b/>
        </w:rPr>
        <w:t xml:space="preserve">[38:26] </w:t>
      </w:r>
      <w:r>
        <w:t>asal maqsad hai</w:t>
      </w:r>
    </w:p>
    <w:p>
      <w:pPr>
        <w:jc w:val="right"/>
      </w:pPr>
      <w:r>
        <w:t>اصل مقصد ہے</w:t>
      </w:r>
    </w:p>
    <w:p>
      <w:r>
        <w:rPr>
          <w:b/>
        </w:rPr>
        <w:t xml:space="preserve">[38:30] </w:t>
      </w:r>
      <w:r>
        <w:t>yahi ke aisa amal karna jo aap ko jannat mein pohanchaye. is ki discovery aap ko is mutarif hoti hai, study karna hoti hai.</w:t>
      </w:r>
    </w:p>
    <w:p>
      <w:pPr>
        <w:jc w:val="right"/>
      </w:pPr>
      <w:r>
        <w:t>یہی کہ ایسا عمل کرنا جو آپ کو جنت میں پہنچائے۔ اس کی ڈسکوری آپ کو اس متعارف ہوتی ہے، اسٹڈی کرنا ہوتی ہے۔</w:t>
      </w:r>
    </w:p>
    <w:p>
      <w:r>
        <w:rPr>
          <w:b/>
        </w:rPr>
        <w:t xml:space="preserve">[38:46] </w:t>
      </w:r>
      <w:r>
        <w:t>muhib mushtaq ne aap se poocha hai ke: "rasool ALLAH sal ALLAH alaihi wasallam ki zindagi kaise samjhein?" jo kitabein.</w:t>
      </w:r>
    </w:p>
    <w:p>
      <w:pPr>
        <w:jc w:val="right"/>
      </w:pPr>
      <w:r>
        <w:t>محب مشتاق نے آپ سے پوچھا ہے کہ: "رسول اللہ صلی اللہ علیہ وسلم کی زندگی کیسے سمجھیں؟" جو کتابیں۔</w:t>
      </w:r>
    </w:p>
    <w:p>
      <w:r>
        <w:rPr>
          <w:b/>
        </w:rPr>
        <w:t xml:space="preserve">[38:56] </w:t>
      </w:r>
      <w:r>
        <w:t>kya aap sawal hain? rasool ALLAH sal ALLAH alaihi wasallam ki zindagi ko hum kaise samjhein? kyunke jo kitabein hain, woh aasan language mein nahi hoti hain.</w:t>
      </w:r>
    </w:p>
    <w:p>
      <w:pPr>
        <w:jc w:val="right"/>
      </w:pPr>
      <w:r>
        <w:t>کیا آپ سوال ہیں؟ رسول اللہ صلی اللہ علیہ وسلم کی زندگی کو ہم کیسے سمجھیں؟ کیونکہ جو کتابیں ہیں، وہ آسان لینگویج میں نہیں ہوتی ہیں۔</w:t>
      </w:r>
    </w:p>
    <w:p>
      <w:r>
        <w:rPr>
          <w:b/>
        </w:rPr>
        <w:t xml:space="preserve">[39:10] </w:t>
      </w:r>
      <w:r>
        <w:t>bhai, maine to rasool ALLAH ki zindagi par har pehlu se kitab likhi hai. aap is ko parhiye. aap ka zyada time hai to aap direct parhiye arabi kitabon ko, maslan sehat ibn kathir ko, sehat ibn ishaq ko, sehat ibn hisham ko.</w:t>
      </w:r>
    </w:p>
    <w:p>
      <w:pPr>
        <w:jc w:val="right"/>
      </w:pPr>
      <w:r>
        <w:t>بھئی، میں نے تو رسول اللہ کی زندگی پر ہر پہلو سے کتاب لکھی ہے۔ آپ اس کو پڑھیے۔ آپ کا زیادہ ٹائم ہے تو آپ ڈائریکٹ پڑھیے عربی کتابوں کو، مثلاً صحت ابن کثیر کو، صحت ابن اسحاق کو، صحت ابن ہشام کو۔</w:t>
      </w:r>
    </w:p>
    <w:p>
      <w:r>
        <w:rPr>
          <w:b/>
        </w:rPr>
        <w:t xml:space="preserve">[39:33] </w:t>
      </w:r>
      <w:r>
        <w:t>Naveed Kapoor ne Gurgaon se poocha hai: "If God is all merciful, then why will he send us to hell?"</w:t>
      </w:r>
    </w:p>
    <w:p>
      <w:pPr>
        <w:jc w:val="right"/>
      </w:pPr>
      <w:r>
        <w:t>نوید کپور نے گڑگاؤں سے پوچھا ہے: "اف گاڈ از ال مرسی فل، دین وائی ول ہی سینڈ اس ٹو ہیل؟"</w:t>
      </w:r>
    </w:p>
    <w:p>
      <w:r>
        <w:rPr>
          <w:b/>
        </w:rPr>
        <w:t xml:space="preserve">[39:51] </w:t>
      </w:r>
      <w:r>
        <w:t>dekhiye, quran mein ek ayat hai jo sab se zyada khoobsurat mani aati hai: "ALLAH yeh quran ki ayat hai."</w:t>
      </w:r>
    </w:p>
    <w:p>
      <w:pPr>
        <w:jc w:val="right"/>
      </w:pPr>
      <w:r>
        <w:t>دیکھیے، قرآن میں ایک آیت ہے جو سب سے زیادہ خوبصورت معنی آتی ہے: "اللہ یہ قرآن کی آیت ہے۔"</w:t>
      </w:r>
    </w:p>
    <w:p>
      <w:r>
        <w:rPr>
          <w:b/>
        </w:rPr>
        <w:t xml:space="preserve">[40:12] </w:t>
      </w:r>
      <w:r>
        <w:t>keh do ke: "ae woh logon jinho ne apni janon par zulm kiya hai, ALLAH ki rehmat se khwahish na ho kyunke ALLAH sare gunahon ko maaf kar deta hai." to aap is ayat ko parhiye, is pe ghor kijiye</w:t>
      </w:r>
    </w:p>
    <w:p>
      <w:pPr>
        <w:jc w:val="right"/>
      </w:pPr>
      <w:r>
        <w:t>کہہ دو کہ: "اے وہ لوگوں جنہوں نے اپنی جانوں پر ظلم کیا ہے، اللہ کی رحمت سے خواہش نہ ہو کیونکہ اللہ سارے گناہوں کو معاف کر دیتا ہے۔" تو آپ اس آیت کو پڑھیے، اس پہ غور کیجئے</w:t>
      </w:r>
    </w:p>
    <w:p>
      <w:r>
        <w:rPr>
          <w:b/>
        </w:rPr>
        <w:t xml:space="preserve">[40:32] </w:t>
      </w:r>
      <w:r>
        <w:t>aur yeh maloom kijiye ke maghfirat kis tarah hoti hai. ALLAH ka tareeqa maghfirat ka kya hai?</w:t>
      </w:r>
    </w:p>
    <w:p>
      <w:pPr>
        <w:jc w:val="right"/>
      </w:pPr>
      <w:r>
        <w:t>اور یہ معلوم کیجئے کہ مغفرت کس طرح ہوتی ہے۔ اللہ کا طریقہ معرفت کا کیا ہے؟</w:t>
      </w:r>
    </w:p>
    <w:p>
      <w:r>
        <w:rPr>
          <w:b/>
        </w:rPr>
        <w:t xml:space="preserve">[40:43] </w:t>
      </w:r>
      <w:r>
        <w:t>yeh itni bari ayat hai to is pe ghor kijiye.</w:t>
      </w:r>
    </w:p>
    <w:p>
      <w:pPr>
        <w:jc w:val="right"/>
      </w:pPr>
      <w:r>
        <w:t>یہ اتنی بڑی آیت ہے تو اس پہ غور کیجئے۔</w:t>
      </w:r>
    </w:p>
    <w:p>
      <w:r>
        <w:rPr>
          <w:b/>
        </w:rPr>
        <w:t xml:space="preserve">[40:52] </w:t>
      </w:r>
      <w:r>
        <w:t>Astuti Malhotra Delhi se poochti hain: "Maulana, Ramadan is approaching, what should be the focus of a believer?"</w:t>
      </w:r>
    </w:p>
    <w:p>
      <w:pPr>
        <w:jc w:val="right"/>
      </w:pPr>
      <w:r>
        <w:t>استوتی ملحوترہ دہلی سے پوچھتی ہیں: "مولانا رمضان از اپروچنگ، واٹ شوڈ بی دا فوکس آف ا بیلیور؟"</w:t>
      </w:r>
    </w:p>
    <w:p>
      <w:r>
        <w:rPr>
          <w:b/>
        </w:rPr>
        <w:t xml:space="preserve">[41:09] </w:t>
      </w:r>
      <w:r>
        <w:t>mein samajhta hoon ke ghor o fikr, ghor o fikr asal cheez hai.</w:t>
      </w:r>
    </w:p>
    <w:p>
      <w:pPr>
        <w:jc w:val="right"/>
      </w:pPr>
      <w:r>
        <w:t>میں سمجھتا ہوں کہ غور و فکر، غور و فکر اصل چیز ہے۔</w:t>
      </w:r>
    </w:p>
    <w:p>
      <w:r>
        <w:rPr>
          <w:b/>
        </w:rPr>
        <w:t xml:space="preserve">[41:19] </w:t>
      </w:r>
      <w:r>
        <w:t>ramzan mein jo itikaf kiya jata hai, woh isi liye hota hai ke aap focus apna ALLAH par zyada barhaen.</w:t>
      </w:r>
    </w:p>
    <w:p>
      <w:pPr>
        <w:jc w:val="right"/>
      </w:pPr>
      <w:r>
        <w:t>رمضان میں جو اعتکاف کیا جاتا ہے، وہ اسی لیے ہوتا ہے کہ آپ فوکس اپنا اللہ پر زیادہ بڑھائیں۔</w:t>
      </w:r>
    </w:p>
    <w:p>
      <w:r>
        <w:rPr>
          <w:b/>
        </w:rPr>
        <w:t xml:space="preserve">[41:33] </w:t>
      </w:r>
      <w:r>
        <w:t>abdul raoof khateeb aap se poochte hain chaplon se: "molana, aaj kal musalmanon mein taleem to bohat pai jati hai lekin scientific temper nahi paya jata.</w:t>
      </w:r>
    </w:p>
    <w:p>
      <w:pPr>
        <w:jc w:val="right"/>
      </w:pPr>
      <w:r>
        <w:t>عبدالرؤوف خطیب آپ سے پوچھتے ہیں چپلون سے: "مولانا، آج کل مسلمانوں میں تعلیم تو بہت پائی جاتی ہے لیکن سائنٹیفک ٹیمپر نہیں پایا جاتا۔</w:t>
      </w:r>
    </w:p>
    <w:p>
      <w:r>
        <w:rPr>
          <w:b/>
        </w:rPr>
        <w:t xml:space="preserve">[41:46] </w:t>
      </w:r>
      <w:r>
        <w:t>lekin maghribi qaum ka koi fard agar kam taleem yafta bhi ho, tab bhi us ke andar scientific temper paya jata hai.</w:t>
      </w:r>
    </w:p>
    <w:p>
      <w:pPr>
        <w:jc w:val="right"/>
      </w:pPr>
      <w:r>
        <w:t>لیکن مغربی قوم کا کوئی فرد اگر کم تعلیم یافتہ بھی ہو، تب بھی اس کے اندر سائنٹیفک ٹیمپر پایا جاتا ہے۔</w:t>
      </w:r>
    </w:p>
    <w:p>
      <w:r>
        <w:rPr>
          <w:b/>
        </w:rPr>
        <w:t xml:space="preserve">[41:56] </w:t>
      </w:r>
      <w:r>
        <w:t>is ki kya wajah hai? please explain."</w:t>
      </w:r>
    </w:p>
    <w:p>
      <w:pPr>
        <w:jc w:val="right"/>
      </w:pPr>
      <w:r>
        <w:t>اس کی کیا وجہ ہے؟ پلیز ایکسپلین۔"</w:t>
      </w:r>
    </w:p>
    <w:p>
      <w:r>
        <w:rPr>
          <w:b/>
        </w:rPr>
        <w:t xml:space="preserve">[41:59] </w:t>
      </w:r>
      <w:r>
        <w:t>is ki wajah mere khayal se yeh hai ke musalmanon mein kuch logon ne, yani ghalat taur pe yeh nazariya baitha diya ke har musalman zaroor jayega jannat jannat mein.</w:t>
      </w:r>
    </w:p>
    <w:p>
      <w:pPr>
        <w:jc w:val="right"/>
      </w:pPr>
      <w:r>
        <w:t>اس کی وجہ میرے خیال سے یہ ہے کہ مسلمانوں میں کچھ لوگوں نے، یعنی غلط طور پہ یہ نظریہ بٹھا دیا کہ ہر مسلمان ضرور جائے گا جنت جنت میں۔</w:t>
      </w:r>
    </w:p>
    <w:p>
      <w:r>
        <w:rPr>
          <w:b/>
        </w:rPr>
        <w:t xml:space="preserve">[42:19] </w:t>
      </w:r>
      <w:r>
        <w:t>yeh jo nazariya ban gaya musalmanon ka, mein samajhta hoon ke yeh jayega. scientific temper na hone ki.</w:t>
      </w:r>
    </w:p>
    <w:p>
      <w:pPr>
        <w:jc w:val="right"/>
      </w:pPr>
      <w:r>
        <w:t>یہ جو نظریہ بن گیا مسلمانوں کا، میں سمجھتا ہوں کہ یہ جائے ہے۔ سائنٹیفک ٹیمپر نہ ہونے کی۔</w:t>
      </w:r>
    </w:p>
    <w:p>
      <w:r>
        <w:rPr>
          <w:b/>
        </w:rPr>
        <w:t xml:space="preserve">[42:36] </w:t>
      </w:r>
      <w:r>
        <w:t>Aamir Mori sahib aap se poochte hain: "Maulana, I see many Muslims lacking in the spirit of nationality.</w:t>
      </w:r>
    </w:p>
    <w:p>
      <w:pPr>
        <w:jc w:val="right"/>
      </w:pPr>
      <w:r>
        <w:t>عامر موری صاحب آپ سے پوچھتے ہیں: "مولانا، آئی سی مینی مسلمز لیکنگ ان دا سپرٹ آف نیشنلٹی۔</w:t>
      </w:r>
    </w:p>
    <w:p>
      <w:r>
        <w:rPr>
          <w:b/>
        </w:rPr>
        <w:t xml:space="preserve">[42:46] </w:t>
      </w:r>
      <w:r>
        <w:t>they do not have honour love for the nation. due to this conditioning, the future generations are also getting impacted and do not inculcate the love for nation.</w:t>
      </w:r>
    </w:p>
    <w:p>
      <w:pPr>
        <w:jc w:val="right"/>
      </w:pPr>
      <w:r>
        <w:t>دے ڈو ناٹ ہیو انر لو فار دی نیشن۔ ڈیو ٹو دس کنڈیشننگ، دا فیوچر جنریشنز آر السو گیٹنگ امپیکٹڈ اینڈ ڈو ناٹ انکلکیٹ دا لو فار نیشن۔</w:t>
      </w:r>
    </w:p>
    <w:p>
      <w:r>
        <w:rPr>
          <w:b/>
        </w:rPr>
        <w:t xml:space="preserve">[43:02] </w:t>
      </w:r>
      <w:r>
        <w:t>please guide all of us, how can we develop the love for nation in our young generation when their surrounding environment is of the opposite nature?"</w:t>
      </w:r>
    </w:p>
    <w:p>
      <w:pPr>
        <w:jc w:val="right"/>
      </w:pPr>
      <w:r>
        <w:t>پلیز گائیڈ ال اف اس، ہاؤ کین وی ڈیویلپ دی لو فار نیشن ان اورینگ جنریشن وین دیر سراؤنڈنگ انوائرمنٹ از آف دی اپوزٹ نیچر؟"</w:t>
      </w:r>
    </w:p>
    <w:p>
      <w:r>
        <w:rPr>
          <w:b/>
        </w:rPr>
        <w:t xml:space="preserve">[43:17] </w:t>
      </w:r>
      <w:r>
        <w:t>dekhiye, ek hadith hai: "hubb ul watan imaan." watan se mohabbat imaan ka hissa hai. to is ko kuch logon ne keh diya ke to mauzu hadith hai.</w:t>
      </w:r>
    </w:p>
    <w:p>
      <w:pPr>
        <w:jc w:val="right"/>
      </w:pPr>
      <w:r>
        <w:t>دیکھیے، ایک حدیث ہے: "حب الوطن ایمان۔" وطن سے محبت ایمان کا حصہ ہے۔ تو اس کو کچھ لوگوں نے کہہ دیا کہ تو موضوع حدیث ہے۔</w:t>
      </w:r>
    </w:p>
    <w:p>
      <w:r>
        <w:rPr>
          <w:b/>
        </w:rPr>
        <w:t xml:space="preserve">[43:31] </w:t>
      </w:r>
      <w:r>
        <w:t>mein kehta hoon ke agar ba farz</w:t>
      </w:r>
    </w:p>
    <w:p>
      <w:pPr>
        <w:jc w:val="right"/>
      </w:pPr>
      <w:r>
        <w:t>میں کہتا ہوں کہ اگر بالفرض</w:t>
      </w:r>
    </w:p>
    <w:p>
      <w:r>
        <w:rPr>
          <w:b/>
        </w:rPr>
        <w:t xml:space="preserve">[43:34] </w:t>
      </w:r>
      <w:r>
        <w:t>rawayati tareeqe jo sanad se charchas ne kaha hai, ba farz woh is par na poori utre, tab bhi woh fitrat ke mayar par poori utarti hai.</w:t>
      </w:r>
    </w:p>
    <w:p>
      <w:pPr>
        <w:jc w:val="right"/>
      </w:pPr>
      <w:r>
        <w:t>روایتی طریقے جو سند سے چارچاس نے کہا ہے، بالفرض وہ اس پر نہ پوری اترے، تب بھی وہ فطرت کے معیار پر پوری اترتی ہے۔</w:t>
      </w:r>
    </w:p>
    <w:p>
      <w:r>
        <w:rPr>
          <w:b/>
        </w:rPr>
        <w:t xml:space="preserve">[43:48] </w:t>
      </w:r>
      <w:r>
        <w:t>yeh insaan ki fitrat mein inter moven hai</w:t>
      </w:r>
    </w:p>
    <w:p>
      <w:pPr>
        <w:jc w:val="right"/>
      </w:pPr>
      <w:r>
        <w:t>یہ انسان کی فطرت میں انٹر موون ہے</w:t>
      </w:r>
    </w:p>
    <w:p>
      <w:r>
        <w:rPr>
          <w:b/>
        </w:rPr>
        <w:t xml:space="preserve">[43:52] </w:t>
      </w:r>
      <w:r>
        <w:t>ke apni apni watan se mohabbat karey.</w:t>
      </w:r>
    </w:p>
    <w:p>
      <w:pPr>
        <w:jc w:val="right"/>
      </w:pPr>
      <w:r>
        <w:t>کہ اپنی اپنی وطن سے محبت کرے۔</w:t>
      </w:r>
    </w:p>
    <w:p>
      <w:r>
        <w:rPr>
          <w:b/>
        </w:rPr>
        <w:t xml:space="preserve">[43:58] </w:t>
      </w:r>
      <w:r>
        <w:t>mein samajhta hoon ke agar koi insaan apni mohabbat, apni mohabbat, koi insaan agar apne watan se mohabbat na karey to insaan hi nahi hai, woh insaan hi nahi hai.</w:t>
      </w:r>
    </w:p>
    <w:p>
      <w:pPr>
        <w:jc w:val="right"/>
      </w:pPr>
      <w:r>
        <w:t>میں سمجھتا ہوں کہ اگر کوئی انسان اپنی محبت، اپنی محبت، کوئی انسان اگر اپنے وطن سے محبت نہ کرے تو انسان ہی نہیں ہے، وہ انسان ہی نہیں ہے۔</w:t>
      </w:r>
    </w:p>
    <w:p>
      <w:r>
        <w:rPr>
          <w:b/>
        </w:rPr>
        <w:t xml:space="preserve">[44:11] </w:t>
      </w:r>
      <w:r>
        <w:t>insaan, har insaan ke liye chahiye ke woh apne watan se mohabbat karey.</w:t>
      </w:r>
    </w:p>
    <w:p>
      <w:pPr>
        <w:jc w:val="right"/>
      </w:pPr>
      <w:r>
        <w:t>انسان، ہر انسان کے لیے چاہیے کہ وہ اپنے وطن سے محبت کرے۔</w:t>
      </w:r>
    </w:p>
    <w:p>
      <w:r>
        <w:rPr>
          <w:b/>
        </w:rPr>
        <w:t xml:space="preserve">[44:20] </w:t>
      </w:r>
      <w:r>
        <w:t>aur bilashuba yeh hadith hai, agarchay log technical maani mein le kar is par shakk karte hain.</w:t>
      </w:r>
    </w:p>
    <w:p>
      <w:pPr>
        <w:jc w:val="right"/>
      </w:pPr>
      <w:r>
        <w:t>اور بلاشبہ یہ حدیث ہے، اگرچہ لوگ ٹیکنیکل معنی میں لے کر اس پر شک کرتے ہیں۔</w:t>
      </w:r>
    </w:p>
    <w:p>
      <w:r>
        <w:rPr>
          <w:b/>
        </w:rPr>
        <w:t xml:space="preserve">[44:33] </w:t>
      </w:r>
      <w:r>
        <w:t>Zulqarnain Saeed aap se poochte hain: "Satan knew very well, he could not win from Allah.</w:t>
      </w:r>
    </w:p>
    <w:p>
      <w:pPr>
        <w:jc w:val="right"/>
      </w:pPr>
      <w:r>
        <w:t>ذوالقرنین سعید آپ سے پوچھتے ہیں: "سیٹن نیو ویری ویل، ہی کڈ ناٹ ون فرام اللہ۔</w:t>
      </w:r>
    </w:p>
    <w:p>
      <w:r>
        <w:rPr>
          <w:b/>
        </w:rPr>
        <w:t xml:space="preserve">[44:43] </w:t>
      </w:r>
      <w:r>
        <w:t>Still he asked for despite till the day of judgement. Why doesn't Satan simply repent?</w:t>
      </w:r>
    </w:p>
    <w:p>
      <w:pPr>
        <w:jc w:val="right"/>
      </w:pPr>
      <w:r>
        <w:t>سٹل ہی اسکڈ فار ڈسپائٹ ٹل دا ڈے آف ججمنٹ۔ وائی ڈزنٹ سیٹن سمپلی ریپنٹ؟</w:t>
      </w:r>
    </w:p>
    <w:p>
      <w:r>
        <w:rPr>
          <w:b/>
        </w:rPr>
        <w:t xml:space="preserve">[44:52] </w:t>
      </w:r>
      <w:r>
        <w:t>He will be in the losing side in the day of judgement. You might say, it is Satan's kibr that prevents him from repenting.</w:t>
      </w:r>
    </w:p>
    <w:p>
      <w:pPr>
        <w:jc w:val="right"/>
      </w:pPr>
      <w:r>
        <w:t>ہی ول بی ان دا لوزنگ سائیڈ ان دا ڈے آف ججمنٹ۔ یو مائٹ سے، اٹ از سیٹنز کبر دیٹ پریوینٹس ہم فرام ریپنٹنگ۔</w:t>
      </w:r>
    </w:p>
    <w:p>
      <w:r>
        <w:rPr>
          <w:b/>
        </w:rPr>
        <w:t xml:space="preserve">[45:03] </w:t>
      </w:r>
      <w:r>
        <w:t>But no matter how proud or powerful he might be, he is still merely a creation and Allah is the creator.</w:t>
      </w:r>
    </w:p>
    <w:p>
      <w:pPr>
        <w:jc w:val="right"/>
      </w:pPr>
      <w:r>
        <w:t>بٹ نو میٹر ہاؤ پراؤڈ اور پاور فل ہی مائٹ بی، ہی از سٹل میرلی ا کریشن اینڈ اللہ از دا کریٹر۔</w:t>
      </w:r>
    </w:p>
    <w:p>
      <w:r>
        <w:rPr>
          <w:b/>
        </w:rPr>
        <w:t xml:space="preserve">[45:13] </w:t>
      </w:r>
      <w:r>
        <w:t>So what is the point? Why fight a losing battle</w:t>
      </w:r>
    </w:p>
    <w:p>
      <w:pPr>
        <w:jc w:val="right"/>
      </w:pPr>
      <w:r>
        <w:t>سو واٹ از دا پوائنٹ؟ وائی فائٹ ا لوزنگ بیٹل</w:t>
      </w:r>
    </w:p>
    <w:p>
      <w:r>
        <w:rPr>
          <w:b/>
        </w:rPr>
        <w:t xml:space="preserve">[45:17] </w:t>
      </w:r>
      <w:r>
        <w:t>?" Kibr to hai hi hai. Shaitan ki jo jo case hai, woh yeh hai ke woh mutakabbir ban gaya, woh us ke kibr ne us ko us ko bhukaya.</w:t>
      </w:r>
    </w:p>
    <w:p>
      <w:pPr>
        <w:jc w:val="right"/>
      </w:pPr>
      <w:r>
        <w:t>؟" کبر تو ہے ہی ہے۔ شیطان کی جو جو کیس ہے، وہ یہ ہے کہ وہ متکبر بن گیا، وہ اس کے کبر نے اس کو اس کو بھکایا۔</w:t>
      </w:r>
    </w:p>
    <w:p>
      <w:r>
        <w:rPr>
          <w:b/>
        </w:rPr>
        <w:t xml:space="preserve">[45:40] </w:t>
      </w:r>
      <w:r>
        <w:t>is liye koshish karein ke Shaitan dar kibr ka phenomena hai.</w:t>
      </w:r>
    </w:p>
    <w:p>
      <w:pPr>
        <w:jc w:val="right"/>
      </w:pPr>
      <w:r>
        <w:t>اس لیے کوشش کریں کہ شیطان در کبر کا فیناومینا ہے۔</w:t>
      </w:r>
    </w:p>
    <w:p>
      <w:r>
        <w:rPr>
          <w:b/>
        </w:rPr>
        <w:t xml:space="preserve">[45:46] </w:t>
      </w:r>
      <w:r>
        <w:t>yeh sawal to mera bhi hai. Mein sochti hoon, 25 hazar saal ho gaya, ab kis qadar kibr Shaitan mein hai ke us ko us ko samajh mein hi nahi aata ke us ke liye sahi rasta kya hai.</w:t>
      </w:r>
    </w:p>
    <w:p>
      <w:pPr>
        <w:jc w:val="right"/>
      </w:pPr>
      <w:r>
        <w:t>یہ سوال تو میرا بھی ہے۔ میں سوچتی ہوں، 25 ہزار سال ہو گیا، اب کس قدر کبر شیطان میں ہے کہ اس کو اس کو سمجھ میں ہی نہیں آتا کہ اس کے لیے صحیح راستہ کیا ہے۔</w:t>
      </w:r>
    </w:p>
    <w:p>
      <w:r>
        <w:rPr>
          <w:b/>
        </w:rPr>
        <w:t xml:space="preserve">[46:00] </w:t>
      </w:r>
      <w:r>
        <w:t>Allah taala ne ek nemat di thi insaan ko ke us ko aqal di. Aqal, aqal bohat bari cheez hai.</w:t>
      </w:r>
    </w:p>
    <w:p>
      <w:pPr>
        <w:jc w:val="right"/>
      </w:pPr>
      <w:r>
        <w:t>اللہ تعالی نے ایک نعمت دی تھی انسان کو کہ اس کو عقل دی۔ عقل، عقل بہت بڑی چیز ہے۔</w:t>
      </w:r>
    </w:p>
    <w:p>
      <w:r>
        <w:rPr>
          <w:b/>
        </w:rPr>
        <w:t xml:space="preserve">[46:11] </w:t>
      </w:r>
      <w:r>
        <w:t>to aqal ko pa kar Shaitan mutakabbir ban gaya. Is tarah insaan, jo insaan ziyada aqalmand hote hain, wohi mutakabbir ban jaate hain.</w:t>
      </w:r>
    </w:p>
    <w:p>
      <w:pPr>
        <w:jc w:val="right"/>
      </w:pPr>
      <w:r>
        <w:t>تو عقل کو پا کر شیطان متکبر بن گیا۔ اس طرح انسان، جو انسان زیادہ عقلمند ہوتے ہیں، وہی متکبر بن جاتے ہیں۔</w:t>
      </w:r>
    </w:p>
    <w:p>
      <w:r>
        <w:rPr>
          <w:b/>
        </w:rPr>
        <w:t xml:space="preserve">[46:27] </w:t>
      </w:r>
      <w:r>
        <w:t>to is kibr ki koi had nahi, us ko kabhi realization nahi hoga ke woh galat kar raha hai. Haan, mein to sochta hoon ke bohat bara fitna hai jo daryaft kar rahe hain, jo jo aqalmand bhi ho, yani us ke andar high thinking bhi ho aur us ke sath woh modesty bhi ho, aise insaan bohat kam hote hain.</w:t>
      </w:r>
    </w:p>
    <w:p>
      <w:pPr>
        <w:jc w:val="right"/>
      </w:pPr>
      <w:r>
        <w:t>تو اس کبر کی کوئی حد نہیں، اس کو کبھی ریلائزیشن نہیں ہوگا کہ وہ غلط کر رہا ہے۔ ہاں، میں تو سوچتا ہوں کہ بہت بڑا فتنہ ہے جو دریافت کر رہے ہیں، جو جو عقلمند بھی ہو، یعنی اس کے اندر ہائی تھنکنگ بھی ہو اور اس کے ساتھ وہ مونسٹی بھی ہو، ایسے انسان بہت کم ہوتے ہیں۔</w:t>
      </w:r>
    </w:p>
    <w:p>
      <w:r>
        <w:rPr>
          <w:b/>
        </w:rPr>
        <w:t xml:space="preserve">[46:57] </w:t>
      </w:r>
      <w:r>
        <w:t>yeh yeh asal jar hai.</w:t>
      </w:r>
    </w:p>
    <w:p>
      <w:pPr>
        <w:jc w:val="right"/>
      </w:pPr>
      <w:r>
        <w:t>یہ یہ اصل جڑ ہے۔</w:t>
      </w:r>
    </w:p>
    <w:p>
      <w:r>
        <w:rPr>
          <w:b/>
        </w:rPr>
        <w:t xml:space="preserve">[46:59] </w:t>
      </w:r>
      <w:r>
        <w:t>to insaanon ke paas to kabhi na kabhi woh woh point aa jata hai ke insaan jo hai, woh realize kar leta hai. Jaise Muhammad Ali Clay boxer, us ne bhi realize kar liya jo kehta tha ke "I am the king of the world".</w:t>
      </w:r>
    </w:p>
    <w:p>
      <w:pPr>
        <w:jc w:val="right"/>
      </w:pPr>
      <w:r>
        <w:t>تو انسانوں کے پاس تو کبھی نہ کبھی وہ وہ پوائنٹ آ جاتا ہے کہ انسان جو ہے، وہ ریلائز کر لیتا ہے۔ جیسے محمد علی کلی باکسر، اس نے بھی ریلائز کر لیا جو کہتا تھا کہ "آئی ایم دا کنگ آف دا ورلڈ"۔</w:t>
      </w:r>
    </w:p>
    <w:p>
      <w:r>
        <w:rPr>
          <w:b/>
        </w:rPr>
        <w:t xml:space="preserve">[47:15] </w:t>
      </w:r>
      <w:r>
        <w:t>to yeh kaise aisa hota hai ke us ko aaj tak realize nahi hua?</w:t>
      </w:r>
    </w:p>
    <w:p>
      <w:pPr>
        <w:jc w:val="right"/>
      </w:pPr>
      <w:r>
        <w:t>تو یہ کیسے ایسا ہوتا ہے کہ اس کو آج تک ریلائز نہیں ہوا؟</w:t>
      </w:r>
    </w:p>
    <w:p>
      <w:r>
        <w:rPr>
          <w:b/>
        </w:rPr>
        <w:t xml:space="preserve">[47:21] </w:t>
      </w:r>
      <w:r>
        <w:t>asal yeh dekhiye, modesty banne ke maani hain apne ko chhota. To aadmi apne ko chhota nahi bana pata.</w:t>
      </w:r>
    </w:p>
    <w:p>
      <w:pPr>
        <w:jc w:val="right"/>
      </w:pPr>
      <w:r>
        <w:t>اصل یہ دیکھیے، ماڈرس بننے کے معنی ہیں اپنے کو چھوٹا۔ تو آدمی اپنے کو چھوٹا نہیں بنا پاتا۔</w:t>
      </w:r>
    </w:p>
    <w:p>
      <w:r>
        <w:rPr>
          <w:b/>
        </w:rPr>
        <w:t xml:space="preserve">[47:35] </w:t>
      </w:r>
      <w:r>
        <w:t>to agar aadmi kehta hai modesty ho, tab woh sab kuch pa lega. Lekin insaan ke andar modesty nahi hoti, yahi woh yahi woh dhoka dhoka dhoka mein pad jata hai.</w:t>
      </w:r>
    </w:p>
    <w:p>
      <w:pPr>
        <w:jc w:val="right"/>
      </w:pPr>
      <w:r>
        <w:t>تو اگر آدمی کہتا ہے ماڈرسٹی ہو، تب وہ سب کچھ پا لے گا۔ لیکن انسان کے اندر ماڈرسٹی نہیں ہوتی، یہی وہ یہی وہ دھوکہ دھوکہ دھوکہ میں پڑ جاتا ہے۔</w:t>
      </w:r>
    </w:p>
    <w:p>
      <w:r>
        <w:rPr>
          <w:b/>
        </w:rPr>
        <w:t xml:space="preserve">[47:56] </w:t>
      </w:r>
      <w:r>
        <w:t>modesty jar hai,</w:t>
      </w:r>
    </w:p>
    <w:p>
      <w:pPr>
        <w:jc w:val="right"/>
      </w:pPr>
      <w:r>
        <w:t>ماڈرسٹی جڑ ہے،</w:t>
      </w:r>
    </w:p>
    <w:p>
      <w:r>
        <w:rPr>
          <w:b/>
        </w:rPr>
        <w:t xml:space="preserve">[48:00] </w:t>
      </w:r>
      <w:r>
        <w:t>ma'rifat ke liye modesty bohat zaroori hai.</w:t>
      </w:r>
    </w:p>
    <w:p>
      <w:pPr>
        <w:jc w:val="right"/>
      </w:pPr>
      <w:r>
        <w:t>معرفت کے لیے ماڈرسٹی بہت ضروری ہے۔</w:t>
      </w:r>
    </w:p>
    <w:p>
      <w:r>
        <w:rPr>
          <w:b/>
        </w:rPr>
        <w:t xml:space="preserve">[48:06] </w:t>
      </w:r>
      <w:r>
        <w:t>Maulana sahib, ek sawal hai Alaskar Khan ka. Woh keh rahe hain ke aam taur par English translation mein Khalifa Khalifa ka lafz vicegerent se tarjuma kiya jata hai,</w:t>
      </w:r>
    </w:p>
    <w:p>
      <w:pPr>
        <w:jc w:val="right"/>
      </w:pPr>
      <w:r>
        <w:t>مولانا صاحب، ایک سوال ہے العسکر خان کا۔ وہ کہہ رہے ہیں کہ عام طور پر انگلش ٹرانسلیشن میں خلیفہ خلیفہ کا لفظ وائس جیرنٹ سے ترجمہ کیا جاتا ہے،</w:t>
      </w:r>
    </w:p>
    <w:p>
      <w:r>
        <w:rPr>
          <w:b/>
        </w:rPr>
        <w:t xml:space="preserve">[48:20] </w:t>
      </w:r>
      <w:r>
        <w:t>lekin aap ke translation mein successor se is ka is ka tarjuma successor se kiya gaya hai, yani in the sense of previous generation or community.</w:t>
      </w:r>
    </w:p>
    <w:p>
      <w:pPr>
        <w:jc w:val="right"/>
      </w:pPr>
      <w:r>
        <w:t>لیکن آپ کے ٹرانسلیشن میں سکسیسر سے اس کا اس کا ترجمہ سکسیسر سے کیا گیا ہے، یعنی ان دا سینس آف پریویس جنریشن اور کمیونٹی۔</w:t>
      </w:r>
    </w:p>
    <w:p>
      <w:r>
        <w:rPr>
          <w:b/>
        </w:rPr>
        <w:t xml:space="preserve">[48:34] </w:t>
      </w:r>
      <w:r>
        <w:t>to is par woh thora clarification chahte hain.</w:t>
      </w:r>
    </w:p>
    <w:p>
      <w:pPr>
        <w:jc w:val="right"/>
      </w:pPr>
      <w:r>
        <w:t>تو اس پر وہ تھوڑا کلیریفیکیشن چاہتے ہیں۔</w:t>
      </w:r>
    </w:p>
    <w:p>
      <w:r>
        <w:rPr>
          <w:b/>
        </w:rPr>
        <w:t xml:space="preserve">[48:39] </w:t>
      </w:r>
      <w:r>
        <w:t>is mein maine likha hai, ab urdu tarjume mein aap padh lijiye is ka jawab.</w:t>
      </w:r>
    </w:p>
    <w:p>
      <w:pPr>
        <w:jc w:val="right"/>
      </w:pPr>
      <w:r>
        <w:t>اس میں میں نے لکھا ہے، اب اردو ترجمے میں آپ پڑھ لیجئے اس کا جواب۔</w:t>
      </w:r>
    </w:p>
    <w:p>
      <w:r>
        <w:rPr>
          <w:b/>
        </w:rPr>
        <w:t xml:space="preserve">[48:53] </w:t>
      </w:r>
      <w:r>
        <w:t>is is tarjume ko main galat galat samajhta hoon jo aam taur par unhon ne ikhtiyar kar liya hai.</w:t>
      </w:r>
    </w:p>
    <w:p>
      <w:pPr>
        <w:jc w:val="right"/>
      </w:pPr>
      <w:r>
        <w:t>اس اس ترجمے کو میں غلط غلط سمجھتا ہوں جو عام طور پر انہوں نے اختیار کر لیا ہے۔</w:t>
      </w:r>
    </w:p>
    <w:p>
      <w:r>
        <w:rPr>
          <w:b/>
        </w:rPr>
        <w:t xml:space="preserve">[49:02] </w:t>
      </w:r>
      <w:r>
        <w:t>sajid ahmad khan sahab aap se puchte hain: "ek momin ka iman ghta aur badhta rehta hai. yeh ahadith mein suna aur padha hai.</w:t>
      </w:r>
    </w:p>
    <w:p>
      <w:pPr>
        <w:jc w:val="right"/>
      </w:pPr>
      <w:r>
        <w:t>ساجد احمد خان صاحب آپ سے پوچھتے ہیں: "ایک مومن کا ایمان گھٹتا اور بڑھتا رہتا ہے۔ یہ احادیث میں سنا اور پڑھا ہے۔</w:t>
      </w:r>
    </w:p>
    <w:p>
      <w:r>
        <w:rPr>
          <w:b/>
        </w:rPr>
        <w:t xml:space="preserve">[49:15] </w:t>
      </w:r>
      <w:r>
        <w:t>hum kis tarah is ko apne iman par apply kar ke jaan sakte hain? yani hamara iman ght raha hai ya badh raha hai?"</w:t>
      </w:r>
    </w:p>
    <w:p>
      <w:pPr>
        <w:jc w:val="right"/>
      </w:pPr>
      <w:r>
        <w:t>ہم کس طرح اس کو اپنے ایمان پر اپلائی کر کے جان سکتے ہیں؟ یعنی ہمارا ایمان گھٹ رہا ہے یا بڑھ رہا ہے؟"</w:t>
      </w:r>
    </w:p>
    <w:p>
      <w:r>
        <w:rPr>
          <w:b/>
        </w:rPr>
        <w:t xml:space="preserve">[49:26] </w:t>
      </w:r>
      <w:r>
        <w:t>woh toh yaqeen se na piye, yaqeen se na piye. yaqeen agar aap badh raha hai, badh raha hai, badh raha hai toh us ko nahi ke aap sahi</w:t>
      </w:r>
    </w:p>
    <w:p>
      <w:pPr>
        <w:jc w:val="right"/>
      </w:pPr>
      <w:r>
        <w:t>وہ تو یقین سے نہ پیے، یقین سے نہ پیے۔ یقین اگر آپ بڑھ رہا ہے، بڑھ رہا ہے، بڑھ رہا ہے تو اس کو نہیں کہ آپ صحیح</w:t>
      </w:r>
    </w:p>
    <w:p>
      <w:r>
        <w:rPr>
          <w:b/>
        </w:rPr>
        <w:t xml:space="preserve">[49:41] </w:t>
      </w:r>
      <w:r>
        <w:t>is par hain. apne aap maaz Allah, la ilaha illallah kehne se nahi badh sakta. tadabbur se badhta hai, tadabbur se.</w:t>
      </w:r>
    </w:p>
    <w:p>
      <w:pPr>
        <w:jc w:val="right"/>
      </w:pPr>
      <w:r>
        <w:t>اس پر ہیں۔ اپنے آپ معاذ اللہ، لا الہ الا اللہ کہنے سے نہیں بڑھ سکتا۔ تدبر سے بڑھتا ہے، تدبر سے۔</w:t>
      </w:r>
    </w:p>
    <w:p>
      <w:r>
        <w:rPr>
          <w:b/>
        </w:rPr>
        <w:t xml:space="preserve">[49:53] </w:t>
      </w:r>
      <w:r>
        <w:t>iman lane ke baad aadmi agar masjid taraf tadabbur kare toh badhta rahega, badhta rahega, badhta rahega.</w:t>
      </w:r>
    </w:p>
    <w:p>
      <w:pPr>
        <w:jc w:val="right"/>
      </w:pPr>
      <w:r>
        <w:t>ایمان لانے کے بعد آدمی اگر مسجد طرف تدبر کرے تو بڑھتا رہے گا، بڑھتا رہے گا، بڑھتا رہے گا۔</w:t>
      </w:r>
    </w:p>
    <w:p>
      <w:r>
        <w:rPr>
          <w:b/>
        </w:rPr>
        <w:t xml:space="preserve">[50:02] </w:t>
      </w:r>
      <w:r>
        <w:t>tadabbur na kare toh nahi badh sakta.</w:t>
      </w:r>
    </w:p>
    <w:p>
      <w:pPr>
        <w:jc w:val="right"/>
      </w:pPr>
      <w:r>
        <w:t>تدبر نہ کرے تو نہیں بڑھ سکتا۔</w:t>
      </w:r>
    </w:p>
    <w:p>
      <w:r>
        <w:rPr>
          <w:b/>
        </w:rPr>
        <w:t xml:space="preserve">[50:06] </w:t>
      </w:r>
      <w:r>
        <w:t>sajid anwar sahab ne aap se poocha hai: "maulana, how to continue our marifa journey in hundred?"</w:t>
      </w:r>
    </w:p>
    <w:p>
      <w:pPr>
        <w:jc w:val="right"/>
      </w:pPr>
      <w:r>
        <w:t>ساجد انور صاحب نے آپ سے پوچھا ہے: "مولانا، ہاؤ ٹو کنٹینیو اور معرفہ جرنی ان ہنڈرڈ؟"</w:t>
      </w:r>
    </w:p>
    <w:p>
      <w:r>
        <w:rPr>
          <w:b/>
        </w:rPr>
        <w:t xml:space="preserve">[50:20] </w:t>
      </w:r>
      <w:r>
        <w:t>destruction se bachaiye, destruction se bachaiye aur musalsal tadabbur kijiye.</w:t>
      </w:r>
    </w:p>
    <w:p>
      <w:pPr>
        <w:jc w:val="right"/>
      </w:pPr>
      <w:r>
        <w:t>ڈسٹرکشن سے بچائیے، ڈسٹرکشن سے بچائیے اور مسلسل تدبر کیجئے۔</w:t>
      </w:r>
    </w:p>
    <w:p>
      <w:r>
        <w:rPr>
          <w:b/>
        </w:rPr>
        <w:t xml:space="preserve">[50:30] </w:t>
      </w:r>
      <w:r>
        <w:t>ek sawal hai qamar abbas ka ke: "Maulana sahab, what is the difference between the concept of world spirit and according to one of your post?</w:t>
      </w:r>
    </w:p>
    <w:p>
      <w:pPr>
        <w:jc w:val="right"/>
      </w:pPr>
      <w:r>
        <w:t>ایک سوال ہے قمر عباس کا کہ: "مولانا صاحب، واٹ از دا ڈیفرنس بٹوین دی کانسیپٹ آف ورلڈ سپرٹ اینڈ اکارڈنگ ٹو ون آف یور پوسٹ؟</w:t>
      </w:r>
    </w:p>
    <w:p>
      <w:r>
        <w:rPr>
          <w:b/>
        </w:rPr>
        <w:t xml:space="preserve">[50:43] </w:t>
      </w:r>
      <w:r>
        <w:t>that Allah apni makhluqat ke roop mein numayan hai."</w:t>
      </w:r>
    </w:p>
    <w:p>
      <w:pPr>
        <w:jc w:val="right"/>
      </w:pPr>
      <w:r>
        <w:t>دیٹ اللہ اپنی مخلوقات کے روپ میں نمایاں ہے۔"</w:t>
      </w:r>
    </w:p>
    <w:p>
      <w:r>
        <w:rPr>
          <w:b/>
        </w:rPr>
        <w:t xml:space="preserve">[50:50] </w:t>
      </w:r>
      <w:r>
        <w:t>yeh unhon ne khuda aur insan se ek poora quotation diya hai ke: "kainat khuda ka aaina hai. yahan khuda apni makhluqat ke roop mein numayan hai.</w:t>
      </w:r>
    </w:p>
    <w:p>
      <w:pPr>
        <w:jc w:val="right"/>
      </w:pPr>
      <w:r>
        <w:t>یہ انہوں نے خدا اور انسان سے ایک پورا کوٹیشن دیا ہے کہ: "کائنات خدا کا آئینہ ہے۔ یہاں خدا اپنی مخلوقات کے روپ میں نمایاں ہے۔</w:t>
      </w:r>
    </w:p>
    <w:p>
      <w:r>
        <w:rPr>
          <w:b/>
        </w:rPr>
        <w:t xml:space="preserve">[51:03] </w:t>
      </w:r>
      <w:r>
        <w:t>aadmi ki hassasiyat agar zinda ho</w:t>
      </w:r>
    </w:p>
    <w:p>
      <w:pPr>
        <w:jc w:val="right"/>
      </w:pPr>
      <w:r>
        <w:t>آدمی کی حساسیت اگر زندہ ہو</w:t>
      </w:r>
    </w:p>
    <w:p>
      <w:r>
        <w:rPr>
          <w:b/>
        </w:rPr>
        <w:t xml:space="preserve">[51:08] </w:t>
      </w:r>
      <w:r>
        <w:t>toh apne gird o pish woh khuda ko payega, apne charon taraf woh khuda ka mushahida karega. khuda ki kainat is ke liye khuda ka zinda saboot ban jayegi." woh keh rahe hain: "world spirit jo concept hai khuda ka, aur yeh jo aap ka jo bata rahe hain ke khuda har jagah apni kainat mein numayan hai, toh is mein dono mein kya farq hai?"</w:t>
      </w:r>
    </w:p>
    <w:p>
      <w:pPr>
        <w:jc w:val="right"/>
      </w:pPr>
      <w:r>
        <w:t>تو اپنے گرد و پیش وہ خدا کو پائے گا، اپنے چاروں طرف وہ خدا کا مشاہدہ کرے گا۔ خدا کی کائنات اس کے لیے خدا کا زندہ ثبوت بن جائے گی۔" وہ کہہ رہے ہیں: "ورلڈ سپرٹ جو کانسیپٹ ہے خدا کا، اور یہ جو آپ کا جو بتا رہے ہیں کہ خدا ہر جگہ اپنی کائنات میں نمایاں ہے، تو اس میں دونوں میں کیا فرق ہے؟"</w:t>
      </w:r>
    </w:p>
    <w:p>
      <w:r>
        <w:rPr>
          <w:b/>
        </w:rPr>
        <w:t xml:space="preserve">[51:36] </w:t>
      </w:r>
      <w:r>
        <w:t>dekhein, numayan hone wali cheez hai, maujood hone wali cheez hai. yani khuda khud khuda ki hasti maujood hai.</w:t>
      </w:r>
    </w:p>
    <w:p>
      <w:pPr>
        <w:jc w:val="right"/>
      </w:pPr>
      <w:r>
        <w:t>دیکھیں، نمایاں ہونے والی چیز ہے، موجود ہونے والی چیز ہے۔ یعنی خدا خود خدا کی ہستی موجود ہے۔</w:t>
      </w:r>
    </w:p>
    <w:p>
      <w:r>
        <w:rPr>
          <w:b/>
        </w:rPr>
        <w:t xml:space="preserve">[51:46] </w:t>
      </w:r>
      <w:r>
        <w:t>yeh kaha sab sahi nahi hai, lekin numayan hai har jagah. woh</w:t>
      </w:r>
    </w:p>
    <w:p>
      <w:pPr>
        <w:jc w:val="right"/>
      </w:pPr>
      <w:r>
        <w:t>یہ کہا سب صحیح نہیں ہے، لیکن نمایاں ہے ہر جگہ۔ وہ</w:t>
      </w:r>
    </w:p>
    <w:p>
      <w:r>
        <w:rPr>
          <w:b/>
        </w:rPr>
        <w:t xml:space="preserve">[51:54] </w:t>
      </w:r>
      <w:r>
        <w:t>yeh is mein maine bahut likha hai, aap is ko padh lijiye. bilkul aise hi jaise koi artist hota hai, toh us ke art mein hum artist ki jhalak paate hain.</w:t>
      </w:r>
    </w:p>
    <w:p>
      <w:pPr>
        <w:jc w:val="right"/>
      </w:pPr>
      <w:r>
        <w:t>یہ اس میں میں نے بہت لکھا ہے، آپ اس کو پڑھ لیجئے۔ بالکل ایسے ہی جیسے کوئی آرٹسٹ ہوتا ہے، تو اس کے آرٹ میں ہم آرٹسٹ کی جھلک پاتے ہیں۔</w:t>
      </w:r>
    </w:p>
    <w:p>
      <w:r>
        <w:rPr>
          <w:b/>
        </w:rPr>
        <w:t xml:space="preserve">[52:06] </w:t>
      </w:r>
      <w:r>
        <w:t>toh woh art jo hai, woh artist nahi hota hai, balkeh hum us ko hum dekh lete hain. artist kaisa hoga, uska art kaisa hoga, yeh is yeh matlab hai.</w:t>
      </w:r>
    </w:p>
    <w:p>
      <w:pPr>
        <w:jc w:val="right"/>
      </w:pPr>
      <w:r>
        <w:t>تو وہ آرٹ جو ہے، وہ آرٹسٹ نہیں ہوتا ہے، بلکہ ہم اس کو ہم دیکھ لیتے ہیں۔ آرٹسٹ کیسا ہوگا، اس کا آرٹ کیسا ہوگا، یہ اس یہ مطلب ہے۔</w:t>
      </w:r>
    </w:p>
    <w:p>
      <w:r>
        <w:rPr>
          <w:b/>
        </w:rPr>
        <w:t xml:space="preserve">[52:15] </w:t>
      </w:r>
      <w:r>
        <w:t>sahi baat, bilkul sahi hai.</w:t>
      </w:r>
    </w:p>
    <w:p>
      <w:pPr>
        <w:jc w:val="right"/>
      </w:pPr>
      <w:r>
        <w:t>صحیح بات، بالکل صحیح ہے۔</w:t>
      </w:r>
    </w:p>
    <w:p>
      <w:r>
        <w:rPr>
          <w:b/>
        </w:rPr>
        <w:t xml:space="preserve">[52:20] </w:t>
      </w:r>
      <w:r>
        <w:t>ab yeh ek aakhri sawal hai maulana iqbal umri sahab ka. woh poochte hain: "maulana, duniya ka mustaqbil ke bare mein hum ko kitna hopeful rehna hai,</w:t>
      </w:r>
    </w:p>
    <w:p>
      <w:pPr>
        <w:jc w:val="right"/>
      </w:pPr>
      <w:r>
        <w:t>اب یہ ایک آخری سوال ہے مولانا اقبال عمری صاحب کا۔ وہ پوچھتے ہیں: "مولانا، دنیا کا مستقبل کے بارے میں ہم کو کتنا ہوپ فل رہنا ہے،</w:t>
      </w:r>
    </w:p>
    <w:p>
      <w:r>
        <w:rPr>
          <w:b/>
        </w:rPr>
        <w:t xml:space="preserve">[52:34] </w:t>
      </w:r>
      <w:r>
        <w:t>aur is ka tareeqa kya hai?"</w:t>
      </w:r>
    </w:p>
    <w:p>
      <w:pPr>
        <w:jc w:val="right"/>
      </w:pPr>
      <w:r>
        <w:t>اور اس کا طریقہ کیا ہے؟"</w:t>
      </w:r>
    </w:p>
    <w:p>
      <w:r>
        <w:rPr>
          <w:b/>
        </w:rPr>
        <w:t xml:space="preserve">[52:38] </w:t>
      </w:r>
      <w:r>
        <w:t>dekhiye, tadabbur ke zariye umeed jagti hai. hopeful toh bura nahi rehna hai, lekin hopeful rehne ke liye tadabbur karna padta hai.</w:t>
      </w:r>
    </w:p>
    <w:p>
      <w:pPr>
        <w:jc w:val="right"/>
      </w:pPr>
      <w:r>
        <w:t>دیکھیے، تدبر کے ذریعے امید جاگتی ہے۔ ہوپ فل تو برا نہیں رہنا ہے، لیکن ہوپ فل رہنے کے لیے تدبر کرنا پڑتا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