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Prayer for the Country April 05, 2020 Maulana Wahiduddin Khan</w:t>
      </w:r>
    </w:p>
    <w:p>
      <w:r>
        <w:t>https://www.youtube.com/watch?v=9Fh70tItjlQ</w:t>
      </w:r>
    </w:p>
    <w:p>
      <w:r>
        <w:rPr>
          <w:b/>
        </w:rPr>
        <w:t xml:space="preserve">[00:14] </w:t>
      </w:r>
      <w:r>
        <w:t>bismillah rahman rahim.</w:t>
      </w:r>
    </w:p>
    <w:p>
      <w:pPr>
        <w:jc w:val="right"/>
      </w:pPr>
      <w:r>
        <w:t>بسم اللہ الرحمن الرحیم۔</w:t>
      </w:r>
    </w:p>
    <w:p>
      <w:r>
        <w:rPr>
          <w:b/>
        </w:rPr>
        <w:t xml:space="preserve">[00:19] </w:t>
      </w:r>
      <w:r>
        <w:t>5 aprel 2020.</w:t>
      </w:r>
    </w:p>
    <w:p>
      <w:pPr>
        <w:jc w:val="right"/>
      </w:pPr>
      <w:r>
        <w:t>5 اپریل 2020۔</w:t>
      </w:r>
    </w:p>
    <w:p>
      <w:r>
        <w:rPr>
          <w:b/>
        </w:rPr>
        <w:t xml:space="preserve">[00:28] </w:t>
      </w:r>
      <w:r>
        <w:t>aap jante hain ke aaj kal hamare haan lockdown ka muamla hai.</w:t>
      </w:r>
    </w:p>
    <w:p>
      <w:pPr>
        <w:jc w:val="right"/>
      </w:pPr>
      <w:r>
        <w:t>آپ جانتے ہیں کہ آج کل ہمارے ہاں لاک ڈاؤن کا معاملہ ہے۔</w:t>
      </w:r>
    </w:p>
    <w:p>
      <w:r>
        <w:rPr>
          <w:b/>
        </w:rPr>
        <w:t xml:space="preserve">[00:38] </w:t>
      </w:r>
      <w:r>
        <w:t>main samajhta hoon ke yeh hamare liye aik nemat ka moqa hai. hum sab logon ke liye moqa hai ke woh introspection karen.</w:t>
      </w:r>
    </w:p>
    <w:p>
      <w:pPr>
        <w:jc w:val="right"/>
      </w:pPr>
      <w:r>
        <w:t>میں سمجھتا ہوں کہ یہ ہمارے لیے ایک نعمت کا موقع ہے۔ ہم سب لوگوں کے لیے موقع ہے کہ وہ انٹرنسپکشن کریں۔</w:t>
      </w:r>
    </w:p>
    <w:p>
      <w:r>
        <w:rPr>
          <w:b/>
        </w:rPr>
        <w:t xml:space="preserve">[00:53] </w:t>
      </w:r>
      <w:r>
        <w:t>hamare liye moqa hai ke hum mulk ke logon ki taraqqi ke liye duaen karen.</w:t>
      </w:r>
    </w:p>
    <w:p>
      <w:pPr>
        <w:jc w:val="right"/>
      </w:pPr>
      <w:r>
        <w:t>ہمارے لیے موقع ہے کہ ہم ملک کے لوگوں کی ترقی کے لیے دعائیں کریں۔</w:t>
      </w:r>
    </w:p>
    <w:p>
      <w:r>
        <w:rPr>
          <w:b/>
        </w:rPr>
        <w:t xml:space="preserve">[01:04] </w:t>
      </w:r>
      <w:r>
        <w:t>taake hum acha, meherban, mile jule, aap ka mahol bane, is ke liye duaen karen.</w:t>
      </w:r>
    </w:p>
    <w:p>
      <w:pPr>
        <w:jc w:val="right"/>
      </w:pPr>
      <w:r>
        <w:t>تاکہ ہم اچھا، مہربان، ملے جلے، آپ کا ماحول بنے، اس کے لیے دعائیں کریں۔</w:t>
      </w:r>
    </w:p>
    <w:p>
      <w:r>
        <w:rPr>
          <w:b/>
        </w:rPr>
        <w:t xml:space="preserve">[01:17] </w:t>
      </w:r>
      <w:r>
        <w:t>main samajhta hoon ke aam halaat mein log itne busy rehte hain ke</w:t>
      </w:r>
    </w:p>
    <w:p>
      <w:pPr>
        <w:jc w:val="right"/>
      </w:pPr>
      <w:r>
        <w:t>میں سمجھتا ہوں کہ عام حالات میں لوگ اتنے بزی رہتے ہیں کہ</w:t>
      </w:r>
    </w:p>
    <w:p>
      <w:r>
        <w:rPr>
          <w:b/>
        </w:rPr>
        <w:t xml:space="preserve">[01:28] </w:t>
      </w:r>
      <w:r>
        <w:t>mulk ke liye kam soch paate hain. aaj kal hamare liye bohat acha moqa hai ke hum mulk ki</w:t>
      </w:r>
    </w:p>
    <w:p>
      <w:pPr>
        <w:jc w:val="right"/>
      </w:pPr>
      <w:r>
        <w:t>ملک کے لیے کم سوچ پاتے ہیں۔ آج کل ہمارے لیے بہت اچھا موقع ہے کہ ہم ملک کی</w:t>
      </w:r>
    </w:p>
    <w:p>
      <w:r>
        <w:rPr>
          <w:b/>
        </w:rPr>
        <w:t xml:space="preserve">[01:45] </w:t>
      </w:r>
      <w:r>
        <w:t>taraqqi ke liye sochen. Allah se mulk ke liye duaen karen. Allah se logon ke liye duaen karen.</w:t>
      </w:r>
    </w:p>
    <w:p>
      <w:pPr>
        <w:jc w:val="right"/>
      </w:pPr>
      <w:r>
        <w:t>ترقی کے لیے سوچیں۔ اللہ سے ملک کے لیے دعائیں کریں۔ اللہ سے لوگوں کے لیے دعائیں کریں۔</w:t>
      </w:r>
    </w:p>
    <w:p>
      <w:r>
        <w:rPr>
          <w:b/>
        </w:rPr>
        <w:t xml:space="preserve">[02:03] </w:t>
      </w:r>
      <w:r>
        <w:t>Allah hamein tofeeq de ke hum</w:t>
      </w:r>
    </w:p>
    <w:p>
      <w:pPr>
        <w:jc w:val="right"/>
      </w:pPr>
      <w:r>
        <w:t>اللہ ہمیں توفیق دے کہ ہم</w:t>
      </w:r>
    </w:p>
    <w:p>
      <w:r>
        <w:rPr>
          <w:b/>
        </w:rPr>
        <w:t xml:space="preserve">[02:11] </w:t>
      </w:r>
      <w:r>
        <w:t>mulk ke liye achhe shehri banen.</w:t>
      </w:r>
    </w:p>
    <w:p>
      <w:pPr>
        <w:jc w:val="right"/>
      </w:pPr>
      <w:r>
        <w:t>ملک کے لیے اچھے شہری بنیں۔</w:t>
      </w:r>
    </w:p>
    <w:p>
      <w:r>
        <w:rPr>
          <w:b/>
        </w:rPr>
        <w:t xml:space="preserve">[02:22] </w:t>
      </w:r>
      <w:r>
        <w:t>yeh</w:t>
      </w:r>
    </w:p>
    <w:p>
      <w:pPr>
        <w:jc w:val="right"/>
      </w:pPr>
      <w:r>
        <w:t>یہ</w:t>
      </w:r>
    </w:p>
    <w:p>
      <w:r>
        <w:rPr>
          <w:b/>
        </w:rPr>
        <w:t xml:space="preserve">[02:26] </w:t>
      </w:r>
      <w:r>
        <w:t>hamare liye hamesha aik duty ki baat hai. yeh aaj kal hamein moqa mil gaya hai ke hum apni duty ko ziyada se ziyada pehchanen.</w:t>
      </w:r>
    </w:p>
    <w:p>
      <w:pPr>
        <w:jc w:val="right"/>
      </w:pPr>
      <w:r>
        <w:t>ہمارے لیے ہمیشہ ایک ڈیوٹی کی بات ہے۔ یہ آج کل ہمیں موقع مل گیا ہے کہ ہم اپنی ڈیوٹی کو زیادہ سے زیادہ پہچانیں۔</w:t>
      </w:r>
    </w:p>
    <w:p>
      <w:r>
        <w:rPr>
          <w:b/>
        </w:rPr>
        <w:t xml:space="preserve">[02:42] </w:t>
      </w:r>
      <w:r>
        <w:t>main dua karta hoon ke Allah hum sab ko duty conscious banaye. duty conscious. hum</w:t>
      </w:r>
    </w:p>
    <w:p>
      <w:pPr>
        <w:jc w:val="right"/>
      </w:pPr>
      <w:r>
        <w:t>میں دعا کرتا ہوں کہ اللہ ہم سب کو ڈیوٹی کانشیس بنائے۔ ڈیوٹی کانشیس۔ ہم</w:t>
      </w:r>
    </w:p>
    <w:p>
      <w:r>
        <w:rPr>
          <w:b/>
        </w:rPr>
        <w:t xml:space="preserve">[02:57] </w:t>
      </w:r>
      <w:r>
        <w:t>hukumat ke order ka paalan karen.</w:t>
      </w:r>
    </w:p>
    <w:p>
      <w:pPr>
        <w:jc w:val="right"/>
      </w:pPr>
      <w:r>
        <w:t>حکومت کے آرڈر کا پالن کریں۔</w:t>
      </w:r>
    </w:p>
    <w:p>
      <w:r>
        <w:rPr>
          <w:b/>
        </w:rPr>
        <w:t xml:space="preserve">[03:04] </w:t>
      </w:r>
      <w:r>
        <w:t>hukumat ki jo hidayat hain, un ko hum janen aur is ke mutabiq chalen. isi mein mulk ki taraqqi hai.</w:t>
      </w:r>
    </w:p>
    <w:p>
      <w:pPr>
        <w:jc w:val="right"/>
      </w:pPr>
      <w:r>
        <w:t>حکومت کی جو ہدایات ہیں، ان کو ہم جانیں اور اس کے مطابق چلیں۔ اسی میں ملک کی ترقی ہے۔</w:t>
      </w:r>
    </w:p>
    <w:p>
      <w:r>
        <w:rPr>
          <w:b/>
        </w:rPr>
        <w:t xml:space="preserve">[03:24] </w:t>
      </w:r>
      <w:r>
        <w:t>main to yeh kaha yeh ke main hamesha dua karta rehta hoon. to aaj kal mujhe aur ziyada moqa hai ke hum dua karen apne liye, apne logon ke liye,</w:t>
      </w:r>
    </w:p>
    <w:p>
      <w:pPr>
        <w:jc w:val="right"/>
      </w:pPr>
      <w:r>
        <w:t>میں تو یہ کہا یہ کہ میں ہمیشہ دعا کرتا رہتا ہوں۔ تو آج کل مجھے اور زیادہ موقع ہے کہ ہم دعا کریں اپنے لیے، اپنے لوگوں کے لیے،</w:t>
      </w:r>
    </w:p>
    <w:p>
      <w:r>
        <w:rPr>
          <w:b/>
        </w:rPr>
        <w:t xml:space="preserve">[03:42] </w:t>
      </w:r>
      <w:r>
        <w:t>poore mulk ke liye.</w:t>
      </w:r>
    </w:p>
    <w:p>
      <w:pPr>
        <w:jc w:val="right"/>
      </w:pPr>
      <w:r>
        <w:t>پورے ملک کے لیے۔</w:t>
      </w:r>
    </w:p>
    <w:p>
      <w:r>
        <w:rPr>
          <w:b/>
        </w:rPr>
        <w:t xml:space="preserve">[03:49] </w:t>
      </w:r>
      <w:r>
        <w:t>yehi hum sab ko karna hai. khaas tor par in halaat mein hukumat ki taraf se jo hidayat jari ki jayen,</w:t>
      </w:r>
    </w:p>
    <w:p>
      <w:pPr>
        <w:jc w:val="right"/>
      </w:pPr>
      <w:r>
        <w:t>یہی ہم سب کو کرنا ہے۔ خاص طور پر ان حالات میں حکومت کی طرف سے جو ہدایات جاری کی جائیں،</w:t>
      </w:r>
    </w:p>
    <w:p>
      <w:r>
        <w:rPr>
          <w:b/>
        </w:rPr>
        <w:t xml:space="preserve">[04:06] </w:t>
      </w:r>
      <w:r>
        <w:t>is ko hum achhi tarah se janen aur is ko poori tarah se paalan karen. Allah hamein tofeeq de ke hum is mulk ke</w:t>
      </w:r>
    </w:p>
    <w:p>
      <w:pPr>
        <w:jc w:val="right"/>
      </w:pPr>
      <w:r>
        <w:t>اس کو ہم اچھی طریقے سے جانیں اور اس کو پوری طرح سے پالن کریں۔ اللہ ہمیں توفیق دے کہ ہم اس ملک کے</w:t>
      </w:r>
    </w:p>
    <w:p>
      <w:r>
        <w:rPr>
          <w:b/>
        </w:rPr>
        <w:t xml:space="preserve">[04:24] </w:t>
      </w:r>
      <w:r>
        <w:t>achhe shehri banen. is mulk ki taraqqi mein hum se izafa ho.</w:t>
      </w:r>
    </w:p>
    <w:p>
      <w:pPr>
        <w:jc w:val="right"/>
      </w:pPr>
      <w:r>
        <w:t>اچھے شہری بنیں۔ اس ملک کی ترقی میں ہم سے اضافہ ہو۔</w:t>
      </w:r>
    </w:p>
    <w:p>
      <w:r>
        <w:rPr>
          <w:b/>
        </w:rPr>
        <w:t xml:space="preserve">[04:37] </w:t>
      </w:r>
      <w:r>
        <w:t>hamare zariye se</w:t>
      </w:r>
    </w:p>
    <w:p>
      <w:pPr>
        <w:jc w:val="right"/>
      </w:pPr>
      <w:r>
        <w:t>ہمارے ذریعے سے</w:t>
      </w:r>
    </w:p>
    <w:p>
      <w:r>
        <w:rPr>
          <w:b/>
        </w:rPr>
        <w:t xml:space="preserve">[04:43] </w:t>
      </w:r>
      <w:r>
        <w:t>achhai phailay. dekhiye, Quran jo hai woh aik book of peace hai.</w:t>
      </w:r>
    </w:p>
    <w:p>
      <w:pPr>
        <w:jc w:val="right"/>
      </w:pPr>
      <w:r>
        <w:t>اچھائی پھیلے۔ دیکھیے، قرآن جو ہے وہ ایک بک آف پیس ہے۔</w:t>
      </w:r>
    </w:p>
    <w:p>
      <w:r>
        <w:rPr>
          <w:b/>
        </w:rPr>
        <w:t xml:space="preserve">[04:56] </w:t>
      </w:r>
      <w:r>
        <w:t>Quran ki aik ayat hai: "Wallahiyad'u ila dar as-salam". Allah pukarta hai salamati ke ghar ki taraf.</w:t>
      </w:r>
    </w:p>
    <w:p>
      <w:pPr>
        <w:jc w:val="right"/>
      </w:pPr>
      <w:r>
        <w:t>قرآن کی ایک آیت ہے: "واللہیدعو الی دار السلام"۔ اللہ پکارتا ہے سلامتی کے گھر کی طرف۔</w:t>
      </w:r>
    </w:p>
    <w:p>
      <w:r>
        <w:rPr>
          <w:b/>
        </w:rPr>
        <w:t xml:space="preserve">[05:11] </w:t>
      </w:r>
      <w:r>
        <w:t>is ka matlab yeh hai</w:t>
      </w:r>
    </w:p>
    <w:p>
      <w:pPr>
        <w:jc w:val="right"/>
      </w:pPr>
      <w:r>
        <w:t>اس کا مطلب یہ ہے</w:t>
      </w:r>
    </w:p>
    <w:p>
      <w:r>
        <w:rPr>
          <w:b/>
        </w:rPr>
        <w:t xml:space="preserve">[05:14] </w:t>
      </w:r>
      <w:r>
        <w:t>ke Quran ka maqsad hai ke</w:t>
      </w:r>
    </w:p>
    <w:p>
      <w:pPr>
        <w:jc w:val="right"/>
      </w:pPr>
      <w:r>
        <w:t>کہ قرآن کا مقصد ہے کہ</w:t>
      </w:r>
    </w:p>
    <w:p>
      <w:r>
        <w:rPr>
          <w:b/>
        </w:rPr>
        <w:t xml:space="preserve">[05:22] </w:t>
      </w:r>
      <w:r>
        <w:t>dunya ko</w:t>
      </w:r>
    </w:p>
    <w:p>
      <w:pPr>
        <w:jc w:val="right"/>
      </w:pPr>
      <w:r>
        <w:t>دنیا کو</w:t>
      </w:r>
    </w:p>
    <w:p>
      <w:r>
        <w:rPr>
          <w:b/>
        </w:rPr>
        <w:t xml:space="preserve">[05:26] </w:t>
      </w:r>
      <w:r>
        <w:t>salamti ki dunya banaya jaye. apas mein zyada se zyada bahmi ishara ho.</w:t>
      </w:r>
    </w:p>
    <w:p>
      <w:pPr>
        <w:jc w:val="right"/>
      </w:pPr>
      <w:r>
        <w:t>سلامتی کی دنیا بنایا جائے۔ آپس میں زیادہ سے زیادہ باہمی اشارہ ہو۔</w:t>
      </w:r>
    </w:p>
    <w:p>
      <w:r>
        <w:rPr>
          <w:b/>
        </w:rPr>
        <w:t xml:space="preserve">[05:36] </w:t>
      </w:r>
      <w:r>
        <w:t>log</w:t>
      </w:r>
    </w:p>
    <w:p>
      <w:pPr>
        <w:jc w:val="right"/>
      </w:pPr>
      <w:r>
        <w:t>لوگ</w:t>
      </w:r>
    </w:p>
    <w:p>
      <w:r>
        <w:rPr>
          <w:b/>
        </w:rPr>
        <w:t xml:space="preserve">[05:44] </w:t>
      </w:r>
      <w:r>
        <w:t>allah ko poori tarah follow karen. hukumat ki hidayat ko poori tarah follow karen.</w:t>
      </w:r>
    </w:p>
    <w:p>
      <w:pPr>
        <w:jc w:val="right"/>
      </w:pPr>
      <w:r>
        <w:t>اللہ کو پوری طرح فالو کریں۔ حکومت کی ہدایات کو پوری طرح فالو کریں۔</w:t>
      </w:r>
    </w:p>
    <w:p>
      <w:r>
        <w:rPr>
          <w:b/>
        </w:rPr>
        <w:t xml:space="preserve">[05:57] </w:t>
      </w:r>
      <w:r>
        <w:t>meri yahi dua hai aur allah se yahi</w:t>
      </w:r>
    </w:p>
    <w:p>
      <w:pPr>
        <w:jc w:val="right"/>
      </w:pPr>
      <w:r>
        <w:t>میری یہی دعا ہے اور اللہ سے یہی</w:t>
      </w:r>
    </w:p>
    <w:p>
      <w:r>
        <w:rPr>
          <w:b/>
        </w:rPr>
        <w:t xml:space="preserve">[06:02] </w:t>
      </w:r>
      <w:r>
        <w:t>darkhwast hai ke allah hum sab ko</w:t>
      </w:r>
    </w:p>
    <w:p>
      <w:pPr>
        <w:jc w:val="right"/>
      </w:pPr>
      <w:r>
        <w:t>درخواست ہے کہ اللہ ہم سب کو</w:t>
      </w:r>
    </w:p>
    <w:p>
      <w:r>
        <w:rPr>
          <w:b/>
        </w:rPr>
        <w:t xml:space="preserve">[06:07] </w:t>
      </w:r>
      <w:r>
        <w:t>mulk ka acha shehri banaye. assalam o alaikum wa rehmatullah.</w:t>
      </w:r>
    </w:p>
    <w:p>
      <w:pPr>
        <w:jc w:val="right"/>
      </w:pPr>
      <w:r>
        <w:t>ملک کا اچھا شہری بنائے۔ السلام علیکم ورحمۃ اللہ۔</w:t>
      </w:r>
    </w:p>
    <w:p>
      <w:r>
        <w:rPr>
          <w:b/>
        </w:rPr>
        <w:t xml:space="preserve">[06:30] </w:t>
      </w:r>
      <w:r>
        <w:t>dekhiye, hamara mulk ek shadi ka aur security ka mulk hai.</w:t>
      </w:r>
    </w:p>
    <w:p>
      <w:pPr>
        <w:jc w:val="right"/>
      </w:pPr>
      <w:r>
        <w:t>دیکھیے، ہمارا ملک ایک شادی کا اور سیکیورٹی کا ملک ہے۔</w:t>
      </w:r>
    </w:p>
    <w:p>
      <w:r>
        <w:rPr>
          <w:b/>
        </w:rPr>
        <w:t xml:space="preserve">[06:42] </w:t>
      </w:r>
      <w:r>
        <w:t>swami vivekanand ne</w:t>
      </w:r>
    </w:p>
    <w:p>
      <w:pPr>
        <w:jc w:val="right"/>
      </w:pPr>
      <w:r>
        <w:t>سوامی ویکرن نے</w:t>
      </w:r>
    </w:p>
    <w:p>
      <w:r>
        <w:rPr>
          <w:b/>
        </w:rPr>
        <w:t xml:space="preserve">[06:47] </w:t>
      </w:r>
      <w:r>
        <w:t>kaha tha ke</w:t>
      </w:r>
    </w:p>
    <w:p>
      <w:pPr>
        <w:jc w:val="right"/>
      </w:pPr>
      <w:r>
        <w:t>کہا تھا کہ</w:t>
      </w:r>
    </w:p>
    <w:p>
      <w:r>
        <w:rPr>
          <w:b/>
        </w:rPr>
        <w:t xml:space="preserve">[06:52] </w:t>
      </w:r>
      <w:r>
        <w:t>hamara mission yeh hai ke bharat ko ek rohani super power banana hai.</w:t>
      </w:r>
    </w:p>
    <w:p>
      <w:pPr>
        <w:jc w:val="right"/>
      </w:pPr>
      <w:r>
        <w:t>ہمارا مشن یہ ہے کہ بھارت کو ایک روحانی سپر پاور بنانا ہے۔</w:t>
      </w:r>
    </w:p>
    <w:p>
      <w:r>
        <w:rPr>
          <w:b/>
        </w:rPr>
        <w:t xml:space="preserve">[07:04] </w:t>
      </w:r>
      <w:r>
        <w:t>rohani super power. main samajhta hoon ke yeh</w:t>
      </w:r>
    </w:p>
    <w:p>
      <w:pPr>
        <w:jc w:val="right"/>
      </w:pPr>
      <w:r>
        <w:t>روحانی سپر پاور۔ میں سمجھتا ہوں کہ یہ</w:t>
      </w:r>
    </w:p>
    <w:p>
      <w:r>
        <w:rPr>
          <w:b/>
        </w:rPr>
        <w:t xml:space="preserve">[07:10] </w:t>
      </w:r>
      <w:r>
        <w:t>bohat hi durust maqsad hai bharat ke liye. bohat durust maqsad hai.</w:t>
      </w:r>
    </w:p>
    <w:p>
      <w:pPr>
        <w:jc w:val="right"/>
      </w:pPr>
      <w:r>
        <w:t>بہت ہی درست مقصد ہے بھارت کے لیے۔ بہت درست مقصد ہے۔</w:t>
      </w:r>
    </w:p>
    <w:p>
      <w:r>
        <w:rPr>
          <w:b/>
        </w:rPr>
        <w:t xml:space="preserve">[07:20] </w:t>
      </w:r>
      <w:r>
        <w:t>aaj ki dunya mein shayad sab se zyada zaroorat yeh hai ke koi mulk ubhare yeh</w:t>
      </w:r>
    </w:p>
    <w:p>
      <w:pPr>
        <w:jc w:val="right"/>
      </w:pPr>
      <w:r>
        <w:t>آج کی دنیا میں شاید سب سے زیادہ ضرورت یہ ہے کہ کوئی ملک ابھرے یہ</w:t>
      </w:r>
    </w:p>
    <w:p>
      <w:r>
        <w:rPr>
          <w:b/>
        </w:rPr>
        <w:t xml:space="preserve">[07:30] </w:t>
      </w:r>
      <w:r>
        <w:t>maqsad le kar ke is ko dunya mein rohaniyat phailana hai.</w:t>
      </w:r>
    </w:p>
    <w:p>
      <w:pPr>
        <w:jc w:val="right"/>
      </w:pPr>
      <w:r>
        <w:t>مقصد لے کر کہ اس کو دنیا میں روحانیت پھیلانا ہے۔</w:t>
      </w:r>
    </w:p>
    <w:p>
      <w:r>
        <w:rPr>
          <w:b/>
        </w:rPr>
        <w:t xml:space="preserve">[07:42] </w:t>
      </w:r>
      <w:r>
        <w:t>to maulana sahib, abhi lockdown ke jo halaat hain to is ki wajah se kya hai ke sare log, family ke sab ghar mein hain.</w:t>
      </w:r>
    </w:p>
    <w:p>
      <w:pPr>
        <w:jc w:val="right"/>
      </w:pPr>
      <w:r>
        <w:t>تو مولانا صاحب، ابھی لاک ڈاؤن کے جو حالات ہیں تو اس کی وجہ سے کیا ہے کہ سارے لوگ، فیملی کے سب گھر میں ہیں۔</w:t>
      </w:r>
    </w:p>
    <w:p>
      <w:r>
        <w:rPr>
          <w:b/>
        </w:rPr>
        <w:t xml:space="preserve">[07:52] </w:t>
      </w:r>
      <w:r>
        <w:t>bachche ghar mein hain aur baqi doosre members ghar mein hain. aisi mauqa jo hai woh pehle nahi mili thi. to kis tarah se in family members ki kaise training ki jaye taake in ka sahi zehan bane, sahi values banein?</w:t>
      </w:r>
    </w:p>
    <w:p>
      <w:pPr>
        <w:jc w:val="right"/>
      </w:pPr>
      <w:r>
        <w:t>بچے گھر میں ہیں اور باقی دوسرے ممبرز گھر میں ہیں۔ ایسی موقع جو ہے وہ پہلے نہیں ملی تھی۔ تو کس طریقے سے ان فیملی ممبرز کی کیسے ٹریننگ کی جائے تاکہ ان کا صحیح ذہن بنے، صحیح ویلیوز بنیں؟</w:t>
      </w:r>
    </w:p>
    <w:p>
      <w:r>
        <w:rPr>
          <w:b/>
        </w:rPr>
        <w:t xml:space="preserve">[08:08] </w:t>
      </w:r>
      <w:r>
        <w:t>quran ke paigham ko woh samjhein. is par thoda sa roshni daliye.</w:t>
      </w:r>
    </w:p>
    <w:p>
      <w:pPr>
        <w:jc w:val="right"/>
      </w:pPr>
      <w:r>
        <w:t>قرآن کے پیغام کو وہ سمجھیں۔ اس پر تھوڑا سا روشنی ڈالیے۔</w:t>
      </w:r>
    </w:p>
    <w:p>
      <w:r>
        <w:rPr>
          <w:b/>
        </w:rPr>
        <w:t xml:space="preserve">[08:14] </w:t>
      </w:r>
      <w:r>
        <w:t>haan, main samajhta hoon ke yeh bohat hi acha sawal hai. bohat acha sawal hai.</w:t>
      </w:r>
    </w:p>
    <w:p>
      <w:pPr>
        <w:jc w:val="right"/>
      </w:pPr>
      <w:r>
        <w:t>ہاں، میں سمجھتا ہوں کہ یہ بہت ہی اچھا سوال ہے۔ بہت اچھا سوال ہے۔</w:t>
      </w:r>
    </w:p>
    <w:p>
      <w:r>
        <w:rPr>
          <w:b/>
        </w:rPr>
        <w:t xml:space="preserve">[08:25] </w:t>
      </w:r>
      <w:r>
        <w:t>aur quran ki ek ayat hai ke "wallahiyad'u ila daris-salam".</w:t>
      </w:r>
    </w:p>
    <w:p>
      <w:pPr>
        <w:jc w:val="right"/>
      </w:pPr>
      <w:r>
        <w:t>اور قرآن کی ایک آیت ہے کہ "واللہیدعو الی دار السلام"۔</w:t>
      </w:r>
    </w:p>
    <w:p>
      <w:r>
        <w:rPr>
          <w:b/>
        </w:rPr>
        <w:t xml:space="preserve">[08:32] </w:t>
      </w:r>
      <w:r>
        <w:t>allah bulata hai aman ke ghar ki taraf, shanti ke ghar ki taraf. yeh hamara mission hai.</w:t>
      </w:r>
    </w:p>
    <w:p>
      <w:pPr>
        <w:jc w:val="right"/>
      </w:pPr>
      <w:r>
        <w:t>اللہ بلاتا ہے امن کے گھر کی طرف، شانتی کے گھر کی طرف۔ یہ ہمارا مشن ہے۔</w:t>
      </w:r>
    </w:p>
    <w:p>
      <w:r>
        <w:rPr>
          <w:b/>
        </w:rPr>
        <w:t xml:space="preserve">[08:42] </w:t>
      </w:r>
      <w:r>
        <w:t>humein chahiye ke hum is mauqe ko isi ke liye istemal karein</w:t>
      </w:r>
    </w:p>
    <w:p>
      <w:pPr>
        <w:jc w:val="right"/>
      </w:pPr>
      <w:r>
        <w:t>ہمیں چاہیے کہ ہم اس موقع کو اسی کے لیے استعمال کریں</w:t>
      </w:r>
    </w:p>
    <w:p>
      <w:r>
        <w:rPr>
          <w:b/>
        </w:rPr>
        <w:t xml:space="preserve">[08:49] </w:t>
      </w:r>
      <w:r>
        <w:t>ke mulk ki tarraqi, mulk ki shanti, mulk ko rohani mulk banana, isi ko apna maqsad samjhein aur isi ke mutabiq kaam karein.</w:t>
      </w:r>
    </w:p>
    <w:p>
      <w:pPr>
        <w:jc w:val="right"/>
      </w:pPr>
      <w:r>
        <w:t>کہ ملک کی ترقی، ملک کی شانتی، ملک کو روحانی ملک بنانا، اسی کو اپنا مقصد سمجھیں اور اسی کے مطابق کام کریں۔</w:t>
      </w:r>
    </w:p>
    <w:p>
      <w:r>
        <w:rPr>
          <w:b/>
        </w:rPr>
        <w:t xml:space="preserve">[09:07] </w:t>
      </w:r>
      <w:r>
        <w:t>main woh tamam log jo quran ko mante hain, un ko main kahunga ke aap quran ke is paigham ko le kar uthiye ke "wallahiyad'u ila daris-salam".</w:t>
      </w:r>
    </w:p>
    <w:p>
      <w:pPr>
        <w:jc w:val="right"/>
      </w:pPr>
      <w:r>
        <w:t>میں وہ تمام لوگ جو قرآن کو مانتے ہیں، ان کو میں کہوں گا کہ آپ قرآن کے اس پیغام کو لے کر اٹھیے کہ "واللہیدعو الی دار السلام"۔</w:t>
      </w:r>
    </w:p>
    <w:p>
      <w:r>
        <w:rPr>
          <w:b/>
        </w:rPr>
        <w:t xml:space="preserve">[09:24] </w:t>
      </w:r>
      <w:r>
        <w:t>allah pukarta hai aman ke ghar ki taraf.</w:t>
      </w:r>
    </w:p>
    <w:p>
      <w:pPr>
        <w:jc w:val="right"/>
      </w:pPr>
      <w:r>
        <w:t>اللہ پکارتا ہے امن کے گھر کی طرف۔</w:t>
      </w:r>
    </w:p>
    <w:p>
      <w:r>
        <w:rPr>
          <w:b/>
        </w:rPr>
        <w:t xml:space="preserve">[09:29] </w:t>
      </w:r>
      <w:r>
        <w:t>is se acha koi mission nahi ho sakta.</w:t>
      </w:r>
    </w:p>
    <w:p>
      <w:pPr>
        <w:jc w:val="right"/>
      </w:pPr>
      <w:r>
        <w:t>اس سے اچھا کوئی مشن نہیں ہو سکتا۔</w:t>
      </w:r>
    </w:p>
    <w:p>
      <w:r>
        <w:rPr>
          <w:b/>
        </w:rPr>
        <w:t xml:space="preserve">[09:36] </w:t>
      </w:r>
      <w:r>
        <w:t>to mein samajhta hoon ke yeh aaj kal jo lockdown hai, is ko hum isi maqsad ke liye istemal karein.</w:t>
      </w:r>
    </w:p>
    <w:p>
      <w:pPr>
        <w:jc w:val="right"/>
      </w:pPr>
      <w:r>
        <w:t>تو میں سمجھتا ہوں کہ یہ آج کل جو لاک ڈاؤن ہے، اس کو ہم اسی مقصد کے لیے استعمال کریں۔</w:t>
      </w:r>
    </w:p>
    <w:p>
      <w:r>
        <w:rPr>
          <w:b/>
        </w:rPr>
        <w:t xml:space="preserve">[09:48] </w:t>
      </w:r>
      <w:r>
        <w:t>aaj kal har firm mein kafi waqt hai logon ke paas. to is waqt ko istemal karein</w:t>
      </w:r>
    </w:p>
    <w:p>
      <w:pPr>
        <w:jc w:val="right"/>
      </w:pPr>
      <w:r>
        <w:t>آج کل ہر فرم میں کافی وقت ہے لوگوں کے پاس۔ تو اس وقت کو استعمال کریں</w:t>
      </w:r>
    </w:p>
    <w:p>
      <w:r>
        <w:rPr>
          <w:b/>
        </w:rPr>
        <w:t xml:space="preserve">[09:55] </w:t>
      </w:r>
      <w:r>
        <w:t>isi ke liye. ghar mein isi ka charcha ho, ghar mein isi ki baat ho.</w:t>
      </w:r>
    </w:p>
    <w:p>
      <w:pPr>
        <w:jc w:val="right"/>
      </w:pPr>
      <w:r>
        <w:t>اسی کے لیے۔ گھر میں اسی کا چرچا ہو، گھر میں اسی کی بات ہو۔</w:t>
      </w:r>
    </w:p>
    <w:p>
      <w:r>
        <w:rPr>
          <w:b/>
        </w:rPr>
        <w:t xml:space="preserve">[10:05] </w:t>
      </w:r>
      <w:r>
        <w:t>yehi soch logon ke andar paida karna sab se aham kaam hai.</w:t>
      </w:r>
    </w:p>
    <w:p>
      <w:pPr>
        <w:jc w:val="right"/>
      </w:pPr>
      <w:r>
        <w:t>یہی سوچ لوگوں کے اندر پیدا کرنا سب سے اہم کام ہے۔</w:t>
      </w:r>
    </w:p>
    <w:p>
      <w:r>
        <w:rPr>
          <w:b/>
        </w:rPr>
        <w:t xml:space="preserve">[10:16] </w:t>
      </w:r>
      <w:r>
        <w:t>maulana sahib, aaj kal log jo hain quran parhte hain, sirf tilawat karte hain. tarjuma nahi parhte, tafsir nahi parhte.</w:t>
      </w:r>
    </w:p>
    <w:p>
      <w:pPr>
        <w:jc w:val="right"/>
      </w:pPr>
      <w:r>
        <w:t>مولانا صاحب، آج کل لوگ جو ہیں قرآن پڑھتے ہیں، صرف تلاوت کرتے ہیں۔ ترجمہ نہیں پڑھتے، تفسیر نہیں پڑھتے۔</w:t>
      </w:r>
    </w:p>
    <w:p>
      <w:r>
        <w:rPr>
          <w:b/>
        </w:rPr>
        <w:t xml:space="preserve">[10:26] </w:t>
      </w:r>
      <w:r>
        <w:t>to is liye in ko quran ka paigham sahi ma'ne mein maloom hi nahi. to kya aisa ho sakta hai ke ab chounke ghar mein tamam log maujood hain, to ghar ka jo bara hai woh kuch hissa parhe quran ka logon ke samne aur is ko discuss kare?</w:t>
      </w:r>
    </w:p>
    <w:p>
      <w:pPr>
        <w:jc w:val="right"/>
      </w:pPr>
      <w:r>
        <w:t>تو اس لیے ان کو قرآن کا پیغام صحیح معنی میں معلوم ہی نہیں۔ تو کیا ایسا ہو سکتا ہے کہ اب چونکہ گھر میں تمام لوگ موجود ہیں، تو گھر کا جو بڑا ہے وہ کچھ حصہ پڑھے قرآن کا لوگوں کے سامنے اور اس کو ڈسکس کرے؟</w:t>
      </w:r>
    </w:p>
    <w:p>
      <w:r>
        <w:rPr>
          <w:b/>
        </w:rPr>
        <w:t xml:space="preserve">[10:44] </w:t>
      </w:r>
      <w:r>
        <w:t>to is ko kis tareeqe se kiya jaye?</w:t>
      </w:r>
    </w:p>
    <w:p>
      <w:pPr>
        <w:jc w:val="right"/>
      </w:pPr>
      <w:r>
        <w:t>تو اس کو کس طریقے سے کیا جائے؟</w:t>
      </w:r>
    </w:p>
    <w:p>
      <w:r>
        <w:rPr>
          <w:b/>
        </w:rPr>
        <w:t xml:space="preserve">[10:48] </w:t>
      </w:r>
      <w:r>
        <w:t>yeh to bohat achi baat hai ke ghar ke log ikhatta hon aur ghar ka jo head hai woh quran ko le kar baithe.</w:t>
      </w:r>
    </w:p>
    <w:p>
      <w:pPr>
        <w:jc w:val="right"/>
      </w:pPr>
      <w:r>
        <w:t>یہ تو بہت اچھی بات ہے کہ گھر کے لوگ اکٹھا ہوں اور گھر کا جو ہیڈ ہے وہ قرآن کو لے کر بیٹھے۔</w:t>
      </w:r>
    </w:p>
    <w:p>
      <w:r>
        <w:rPr>
          <w:b/>
        </w:rPr>
        <w:t xml:space="preserve">[10:58] </w:t>
      </w:r>
      <w:r>
        <w:t>mein ne khud is maqsad ke liye quran ki tafsir likhi hai jis mein sari baatein aman ki, peace ki,</w:t>
      </w:r>
    </w:p>
    <w:p>
      <w:pPr>
        <w:jc w:val="right"/>
      </w:pPr>
      <w:r>
        <w:t>میں نے خود اس مقصد کے لیے قرآن کی تفسیر لکھی ہے جس میں ساری باتیں امن کی، پیس کی،</w:t>
      </w:r>
    </w:p>
    <w:p>
      <w:r>
        <w:rPr>
          <w:b/>
        </w:rPr>
        <w:t xml:space="preserve">[11:07] </w:t>
      </w:r>
      <w:r>
        <w:t>rohaniyat ki hain. to aur bohat si tafsirien hain. to ghar ka jo head hai woh is qism ka ek quran le kar baithe, is ko kuch hissa parhe aur phir is ki</w:t>
      </w:r>
    </w:p>
    <w:p>
      <w:pPr>
        <w:jc w:val="right"/>
      </w:pPr>
      <w:r>
        <w:t>روحانیت کی ہیں۔ تو اور بہت سی تفسیریں ہیں۔ تو گھر کا جو ہیڈ ہے وہ اس قسم کا ایک قرآن لے کر بیٹھے، اس کو کچھ حصہ پڑھے اور پھر اس کی</w:t>
      </w:r>
    </w:p>
    <w:p>
      <w:r>
        <w:rPr>
          <w:b/>
        </w:rPr>
        <w:t xml:space="preserve">[11:24] </w:t>
      </w:r>
      <w:r>
        <w:t>logon ko bataye ke dekhiye quran mein kis tarah aman ki, rohaniyat ki taleem di gayi hai.</w:t>
      </w:r>
    </w:p>
    <w:p>
      <w:pPr>
        <w:jc w:val="right"/>
      </w:pPr>
      <w:r>
        <w:t>لوگوں کو بتائے کہ دیکھیے قرآن میں کس طرح امن کی، روحانیت کی تعلیم دی گئی ہے۔</w:t>
      </w:r>
    </w:p>
    <w:p>
      <w:r>
        <w:rPr>
          <w:b/>
        </w:rPr>
        <w:t xml:space="preserve">[11:33] </w:t>
      </w:r>
      <w:r>
        <w:t>yeh to bohat acha hoga. is waqt ko jo hamein mila hai, is ko hum ek moqa samjhein, ek moqa samjhein aur is ko</w:t>
      </w:r>
    </w:p>
    <w:p>
      <w:pPr>
        <w:jc w:val="right"/>
      </w:pPr>
      <w:r>
        <w:t>یہ تو بہت اچھا ہوگا۔ اس وقت کو جو ہمیں ملا ہے، اس کو ہم ایک موقع سمجھیں، ایک موقع سمجھیں اور اس کو</w:t>
      </w:r>
    </w:p>
    <w:p>
      <w:r>
        <w:rPr>
          <w:b/>
        </w:rPr>
        <w:t xml:space="preserve">[11:45] </w:t>
      </w:r>
      <w:r>
        <w:t>apni family ko isi qism ka banane ke liye istemal karein.</w:t>
      </w:r>
    </w:p>
    <w:p>
      <w:pPr>
        <w:jc w:val="right"/>
      </w:pPr>
      <w:r>
        <w:t>اپنی فیملی کو اسی قسم کا بنانے کے لیے استعمال کریں۔</w:t>
      </w:r>
    </w:p>
    <w:p>
      <w:r>
        <w:rPr>
          <w:b/>
        </w:rPr>
        <w:t xml:space="preserve">[11:55] </w:t>
      </w:r>
      <w:r>
        <w:t>maulana sahib, ek sawal aya hai hamza khan ki taraf se jo hamara program dekh rahe hain. to woh poochte hain ke "how to get qurb of Allah".</w:t>
      </w:r>
    </w:p>
    <w:p>
      <w:pPr>
        <w:jc w:val="right"/>
      </w:pPr>
      <w:r>
        <w:t>مولانا صاحب، ایک سوال آیا ہے حمزہ خان کی طرف سے جو ہمارا پروگرام دیکھ رہے ہیں۔ تو وہ پوچھتے ہیں کہ "ہاؤ ٹو گیٹ قرب آف اللہ"۔</w:t>
      </w:r>
    </w:p>
    <w:p>
      <w:r>
        <w:rPr>
          <w:b/>
        </w:rPr>
        <w:t xml:space="preserve">[12:06] </w:t>
      </w:r>
      <w:r>
        <w:t>Allah se qurb hasil karne ka kya zariya hai?</w:t>
      </w:r>
    </w:p>
    <w:p>
      <w:pPr>
        <w:jc w:val="right"/>
      </w:pPr>
      <w:r>
        <w:t>اللہ سے قرب حاصل کرنے کا کیا ذریعہ ہے؟</w:t>
      </w:r>
    </w:p>
    <w:p>
      <w:r>
        <w:rPr>
          <w:b/>
        </w:rPr>
        <w:t xml:space="preserve">[12:17] </w:t>
      </w:r>
      <w:r>
        <w:t>mein samajhta hoon ke sab se acha zariya Allah ko yaad karna hai.</w:t>
      </w:r>
    </w:p>
    <w:p>
      <w:pPr>
        <w:jc w:val="right"/>
      </w:pPr>
      <w:r>
        <w:t>میں سمجھتا ہوں کہ سب سے اچھا ذریعہ اللہ کو یاد کرنا ہے۔</w:t>
      </w:r>
    </w:p>
    <w:p>
      <w:r>
        <w:rPr>
          <w:b/>
        </w:rPr>
        <w:t xml:space="preserve">[12:25] </w:t>
      </w:r>
      <w:r>
        <w:t>yaad karne ki baat yeh hai ke hum</w:t>
      </w:r>
    </w:p>
    <w:p>
      <w:pPr>
        <w:jc w:val="right"/>
      </w:pPr>
      <w:r>
        <w:t>یاد کرنے کی بات یہ ہے کہ ہم</w:t>
      </w:r>
    </w:p>
    <w:p>
      <w:r>
        <w:rPr>
          <w:b/>
        </w:rPr>
        <w:t xml:space="preserve">[12:36] </w:t>
      </w:r>
      <w:r>
        <w:t>Allah ki baaton ko yaad karein. Allah ko ziyada se ziyada, Allah ka jo jalal o kamal hai,</w:t>
      </w:r>
    </w:p>
    <w:p>
      <w:pPr>
        <w:jc w:val="right"/>
      </w:pPr>
      <w:r>
        <w:t>اللہ کی باتوں کو یاد کریں۔ اللہ کو زیادہ سے زیادہ، اللہ کا جو جلال و کمال ہے،</w:t>
      </w:r>
    </w:p>
    <w:p>
      <w:r>
        <w:rPr>
          <w:b/>
        </w:rPr>
        <w:t xml:space="preserve">[12:49] </w:t>
      </w:r>
      <w:r>
        <w:t>is ko ziyada se ziyada sochein.</w:t>
      </w:r>
    </w:p>
    <w:p>
      <w:pPr>
        <w:jc w:val="right"/>
      </w:pPr>
      <w:r>
        <w:t>اس کو زیادہ سے زیادہ سوچیں۔</w:t>
      </w:r>
    </w:p>
    <w:p>
      <w:r>
        <w:rPr>
          <w:b/>
        </w:rPr>
        <w:t xml:space="preserve">[12:54] </w:t>
      </w:r>
      <w:r>
        <w:t>Allah ki jo nematein hain, un ko ziyada se ziyada. Allah ki jo sifat hain,</w:t>
      </w:r>
    </w:p>
    <w:p>
      <w:pPr>
        <w:jc w:val="right"/>
      </w:pPr>
      <w:r>
        <w:t>اللہ کی جو نعمتیں ہیں، ان کو زیادہ سے زیادہ۔ اللہ کی جو صفات ہیں،</w:t>
      </w:r>
    </w:p>
    <w:p>
      <w:r>
        <w:rPr>
          <w:b/>
        </w:rPr>
        <w:t xml:space="preserve">[13:07] </w:t>
      </w:r>
      <w:r>
        <w:t>is ko ziyada se ziyada logon ko batayein. mein ne apni tafsir mein yahi kiya hai. meri tafsir isi ki tafsir hai.</w:t>
      </w:r>
    </w:p>
    <w:p>
      <w:pPr>
        <w:jc w:val="right"/>
      </w:pPr>
      <w:r>
        <w:t>اس کو زیادہ سے زیادہ لوگوں کو بتائیں۔ میں نے اپنی تفسیر میں یہی کیا ہے۔ میری تفسیر اسی کی تفسیر ہے۔</w:t>
      </w:r>
    </w:p>
    <w:p>
      <w:r>
        <w:rPr>
          <w:b/>
        </w:rPr>
        <w:t xml:space="preserve">[13:22] </w:t>
      </w:r>
      <w:r>
        <w:t>is ka naam hai "Tazkir ul Quran".</w:t>
      </w:r>
    </w:p>
    <w:p>
      <w:pPr>
        <w:jc w:val="right"/>
      </w:pPr>
      <w:r>
        <w:t>اس کا نام ہے "تذکر القرآن"۔</w:t>
      </w:r>
    </w:p>
    <w:p>
      <w:r>
        <w:rPr>
          <w:b/>
        </w:rPr>
        <w:t xml:space="preserve">[13:26] </w:t>
      </w:r>
      <w:r>
        <w:t>to aap ko agar moqa ho to meri tafsir "Tazkir ul Quran" parhein. is mein aap ko aise bohat ayat milein gi jin ko aap logon ko jama kar ke un ke samne un ka charcha karein.</w:t>
      </w:r>
    </w:p>
    <w:p>
      <w:pPr>
        <w:jc w:val="right"/>
      </w:pPr>
      <w:r>
        <w:t>تو آپ کو اگر موقع ہو تو میری تفسیر "تذکر القرآن" پڑھیں۔ اس میں آپ کو ایسے بہت آیتیں ملیں گی جن کو آپ لوگوں کو جمع کر کے ان کے سامنے ان کا چرچا کریں۔</w:t>
      </w:r>
    </w:p>
    <w:p>
      <w:r>
        <w:rPr>
          <w:b/>
        </w:rPr>
        <w:t xml:space="preserve">[13:44] </w:t>
      </w:r>
      <w:r>
        <w:t>maulana sahib, aaj kal hum logon mein, khas tor par hindustani musalmanon mein yeh riwaj pa gaya hai ke woh sirf tasbeeh parhte hain.</w:t>
      </w:r>
    </w:p>
    <w:p>
      <w:pPr>
        <w:jc w:val="right"/>
      </w:pPr>
      <w:r>
        <w:t>مولانا صاحب، آج کل ہم لوگوں میں، خاص طور پر ہندوستانی مسلمانوں میں یہ رواج پا گیا ہے کہ وہ صرف تسبیح پڑھتے ہیں۔</w:t>
      </w:r>
    </w:p>
    <w:p>
      <w:r>
        <w:rPr>
          <w:b/>
        </w:rPr>
        <w:t xml:space="preserve">[13:54] </w:t>
      </w:r>
      <w:r>
        <w:t>aur sirf tasbeeh ke daane par kuch quran ke kuch alfaaz hote hain, woh ginte rehte hain. aur isi ko woh samajhte hain Khuda ki yaad.</w:t>
      </w:r>
    </w:p>
    <w:p>
      <w:pPr>
        <w:jc w:val="right"/>
      </w:pPr>
      <w:r>
        <w:t>اور صرف تسبیح کے دانے پر کچھ قرآن کے کچھ الفاظ ہوتے ہیں، وہ گنتے رہتے ہیں۔ اور اسی کو وہ سمجھتے ہیں خدا کی یاد۔</w:t>
      </w:r>
    </w:p>
    <w:p>
      <w:r>
        <w:rPr>
          <w:b/>
        </w:rPr>
        <w:t xml:space="preserve">[14:04] </w:t>
      </w:r>
      <w:r>
        <w:t>to is par kuch bol dijiye.</w:t>
      </w:r>
    </w:p>
    <w:p>
      <w:pPr>
        <w:jc w:val="right"/>
      </w:pPr>
      <w:r>
        <w:t>تو اس پر کچھ بول دیجیے۔</w:t>
      </w:r>
    </w:p>
    <w:p>
      <w:r>
        <w:rPr>
          <w:b/>
        </w:rPr>
        <w:t xml:space="preserve">[14:07] </w:t>
      </w:r>
      <w:r>
        <w:t>dekhiye, ek hadith hai ke ek shakhs ne Hazrat Aaisha se kaha ke kuch log aisa karte hain ke tasbeeh ke daanon par Allah ka zikr karna.</w:t>
      </w:r>
    </w:p>
    <w:p>
      <w:pPr>
        <w:jc w:val="right"/>
      </w:pPr>
      <w:r>
        <w:t>دیکھیے، ایک حدیث ہے کہ ایک شخص نے حضرت عائشہ سے کہا کہ کچھ لوگ ایسا کرتے ہیں کہ تسبیح کے دانوں پر اللہ کا ذکر کرنا۔</w:t>
      </w:r>
    </w:p>
    <w:p>
      <w:r>
        <w:rPr>
          <w:b/>
        </w:rPr>
        <w:t xml:space="preserve">[14:24] </w:t>
      </w:r>
      <w:r>
        <w:t>to Hazrat Aaisha ne kaha ke "qurb Allah". unhon ne quran ko padha magar quran ko nahi padha. quran ko padhne ka matlab yeh hai ke is ko samajh kar padhna.</w:t>
      </w:r>
    </w:p>
    <w:p>
      <w:pPr>
        <w:jc w:val="right"/>
      </w:pPr>
      <w:r>
        <w:t>تو حضرت عائشہ نے کہا کہ "قرب اللہ"۔ انہوں نے قرآن کو پڑھا مگر قرآن کو نہیں پڑھا۔ قرآن کو پڑھنے کا مطلب یہ ہے کہ اس کو سمجھ کر پڑھنا۔</w:t>
      </w:r>
    </w:p>
    <w:p>
      <w:r>
        <w:rPr>
          <w:b/>
        </w:rPr>
        <w:t xml:space="preserve">[14:40] </w:t>
      </w:r>
      <w:r>
        <w:t>is ki</w:t>
      </w:r>
    </w:p>
    <w:p>
      <w:pPr>
        <w:jc w:val="right"/>
      </w:pPr>
      <w:r>
        <w:t>اس کی</w:t>
      </w:r>
    </w:p>
    <w:p>
      <w:r>
        <w:rPr>
          <w:b/>
        </w:rPr>
        <w:t xml:space="preserve">[14:43] </w:t>
      </w:r>
      <w:r>
        <w:t>baaton ko</w:t>
      </w:r>
    </w:p>
    <w:p>
      <w:pPr>
        <w:jc w:val="right"/>
      </w:pPr>
      <w:r>
        <w:t>باتوں کو</w:t>
      </w:r>
    </w:p>
    <w:p>
      <w:r>
        <w:rPr>
          <w:b/>
        </w:rPr>
        <w:t xml:space="preserve">[14:47] </w:t>
      </w:r>
      <w:r>
        <w:t>jaankar is ka apne dhiyaan mein laana.</w:t>
      </w:r>
    </w:p>
    <w:p>
      <w:pPr>
        <w:jc w:val="right"/>
      </w:pPr>
      <w:r>
        <w:t>جان کر اس کا اپنے دھیان میں لانا۔</w:t>
      </w:r>
    </w:p>
    <w:p>
      <w:r>
        <w:rPr>
          <w:b/>
        </w:rPr>
        <w:t xml:space="preserve">[14:55] </w:t>
      </w:r>
      <w:r>
        <w:t>quran ko quran ke zariye apne aap ko rohani insaan banane ki</w:t>
      </w:r>
    </w:p>
    <w:p>
      <w:pPr>
        <w:jc w:val="right"/>
      </w:pPr>
      <w:r>
        <w:t>قرآن کو قرآن کے ذریعے اپنے آپ کو روحانی انسان بنانے کی</w:t>
      </w:r>
    </w:p>
    <w:p>
      <w:r>
        <w:rPr>
          <w:b/>
        </w:rPr>
        <w:t xml:space="preserve">[15:08] </w:t>
      </w:r>
      <w:r>
        <w:t>baatein karna.</w:t>
      </w:r>
    </w:p>
    <w:p>
      <w:pPr>
        <w:jc w:val="right"/>
      </w:pPr>
      <w:r>
        <w:t>باتیں کرنا۔</w:t>
      </w:r>
    </w:p>
    <w:p>
      <w:r>
        <w:rPr>
          <w:b/>
        </w:rPr>
        <w:t xml:space="preserve">[15:14] </w:t>
      </w:r>
      <w:r>
        <w:t>Maulana sahib, yeh hadith mein aaya hai ke Rasool Allah Sal Allahu Alaihi Wasallam satar baar istighfar farmate the. to paighambar to ma'soom hota hai.</w:t>
      </w:r>
    </w:p>
    <w:p>
      <w:pPr>
        <w:jc w:val="right"/>
      </w:pPr>
      <w:r>
        <w:t>مولانا صاحب، یہ حدیث میں آیا ہے کہ رسول اللہ صلی اللہ علیہ وسلم ستر بار استغفار فرماتے تھے۔ تو پیغمبر تو معصوم ہوتا ہے۔</w:t>
      </w:r>
    </w:p>
    <w:p>
      <w:r>
        <w:rPr>
          <w:b/>
        </w:rPr>
        <w:t xml:space="preserve">[15:24] </w:t>
      </w:r>
      <w:r>
        <w:t>is ka kya matlab hai istighfar? aur aam musalman kaise karein istighfar?</w:t>
      </w:r>
    </w:p>
    <w:p>
      <w:pPr>
        <w:jc w:val="right"/>
      </w:pPr>
      <w:r>
        <w:t>اس کا کیا مطلب ہے استغفار؟ اور عام مسلمان کیسے کریں استغفار؟</w:t>
      </w:r>
    </w:p>
    <w:p>
      <w:r>
        <w:rPr>
          <w:b/>
        </w:rPr>
        <w:t xml:space="preserve">[15:33] </w:t>
      </w:r>
      <w:r>
        <w:t>dekhiye, istighfar ka matlab yeh nahi hai ke kisi lafz ko dohrana. nahi. isi haqeeqat ko samajh kar ke is ka charcha karna.</w:t>
      </w:r>
    </w:p>
    <w:p>
      <w:pPr>
        <w:jc w:val="right"/>
      </w:pPr>
      <w:r>
        <w:t>دیکھیے، استغفار کا مطلب یہ نہیں ہے کہ کسی لفظ کو دہرانا۔ نہیں۔ اسی حقیقت کو سمجھ کر کے اس کا چرچا کرنا۔</w:t>
      </w:r>
    </w:p>
    <w:p>
      <w:r>
        <w:rPr>
          <w:b/>
        </w:rPr>
        <w:t xml:space="preserve">[15:47] </w:t>
      </w:r>
      <w:r>
        <w:t>misalan raat din Allah ki nematon mein jeete hain. raat din. to is ka hum zikr karein.</w:t>
      </w:r>
    </w:p>
    <w:p>
      <w:pPr>
        <w:jc w:val="right"/>
      </w:pPr>
      <w:r>
        <w:t>مثلاً رات دن اللہ کی نعمتوں میں جیتے ہیں۔ رات دن۔ تو اس کا ہم ذکر کریں۔</w:t>
      </w:r>
    </w:p>
    <w:p>
      <w:r>
        <w:rPr>
          <w:b/>
        </w:rPr>
        <w:t xml:space="preserve">[16:02] </w:t>
      </w:r>
      <w:r>
        <w:t>Allah ki rehmaten jo subah se shaam tak hamein milti hain, is ka hum charcha karein.</w:t>
      </w:r>
    </w:p>
    <w:p>
      <w:pPr>
        <w:jc w:val="right"/>
      </w:pPr>
      <w:r>
        <w:t>اللہ کی رحمتیں جو صبح سے شام تک ہمیں ملتی ہیں، اس کا ہم چرچا کریں۔</w:t>
      </w:r>
    </w:p>
    <w:p>
      <w:r>
        <w:rPr>
          <w:b/>
        </w:rPr>
        <w:t xml:space="preserve">[16:12] </w:t>
      </w:r>
      <w:r>
        <w:t>is ko apni yaadon mein laayein. yeh hai matlab is ka.</w:t>
      </w:r>
    </w:p>
    <w:p>
      <w:pPr>
        <w:jc w:val="right"/>
      </w:pPr>
      <w:r>
        <w:t>اس کو اپنی یادوں میں لائیں۔ یہ ہے مطلب اس کا۔</w:t>
      </w:r>
    </w:p>
    <w:p>
      <w:r>
        <w:rPr>
          <w:b/>
        </w:rPr>
        <w:t xml:space="preserve">[16:22] </w:t>
      </w:r>
      <w:r>
        <w:t>Maulana sahib, yeh muhasiba ke bare mein kuch bataiye kyunke Rasool Allah Sal Allahu Alaihi Wasallam taqreeban rozana hi apna muhasiba farmate the.</w:t>
      </w:r>
    </w:p>
    <w:p>
      <w:pPr>
        <w:jc w:val="right"/>
      </w:pPr>
      <w:r>
        <w:t>مولانا صاحب، یہ محاسبہ کے بارے میں کچھ بتائیے کیونکہ رسول اللہ صلی اللہ علیہ وسلم تقریباً روزانہ ہی اپنا محاسبہ فرماتے تھے۔</w:t>
      </w:r>
    </w:p>
    <w:p>
      <w:r>
        <w:rPr>
          <w:b/>
        </w:rPr>
        <w:t xml:space="preserve">[16:31] </w:t>
      </w:r>
      <w:r>
        <w:t>to hum logon mein yeh muhasibe ka yeh tareeqa raaij nahi hai. to kis tareeqe se apna muhasiba karein?</w:t>
      </w:r>
    </w:p>
    <w:p>
      <w:pPr>
        <w:jc w:val="right"/>
      </w:pPr>
      <w:r>
        <w:t>تو ہم لوگوں میں یہ محاسبے کا یہ طریقہ رائج نہیں ہے۔ تو کس طریقے سے اپنا محاسبہ کریں؟</w:t>
      </w:r>
    </w:p>
    <w:p>
      <w:r>
        <w:rPr>
          <w:b/>
        </w:rPr>
        <w:t xml:space="preserve">[16:39] </w:t>
      </w:r>
      <w:r>
        <w:t>dekhiye, muhasiba ka matlab hai introspection. hum subah se shaam tak jeete hain kin halaat mein, kin yaadon ke saath.</w:t>
      </w:r>
    </w:p>
    <w:p>
      <w:pPr>
        <w:jc w:val="right"/>
      </w:pPr>
      <w:r>
        <w:t>دیکھیے، محاسبہ کا مطلب ہے انٹراسپیکشن۔ ہم صبح سے شام تک جیتے ہیں کن حالات میں، کن یادوں کے ساتھ۔</w:t>
      </w:r>
    </w:p>
    <w:p>
      <w:r>
        <w:rPr>
          <w:b/>
        </w:rPr>
        <w:t xml:space="preserve">[16:52] </w:t>
      </w:r>
      <w:r>
        <w:t>woh sab sochein. aur apne aap ko is qabil banayein ke hum Allah Rab ul Alameen ki yaadon mein jeena seekhein.</w:t>
      </w:r>
    </w:p>
    <w:p>
      <w:pPr>
        <w:jc w:val="right"/>
      </w:pPr>
      <w:r>
        <w:t>وہ سب سوچیں۔ اور اپنے آپ کو اس قابل بنائیں کہ ہم اللہ رب العالمین کی یادوں میں جینا سیکھیں۔</w:t>
      </w:r>
    </w:p>
    <w:p>
      <w:r>
        <w:rPr>
          <w:b/>
        </w:rPr>
        <w:t xml:space="preserve">[17:04] </w:t>
      </w:r>
      <w:r>
        <w:t>yaadon mein jeene ka matlab hai Allah ki jo meharbani hamare upar hai, us ko yaad karna.</w:t>
      </w:r>
    </w:p>
    <w:p>
      <w:pPr>
        <w:jc w:val="right"/>
      </w:pPr>
      <w:r>
        <w:t>یادوں میں جینے کا مطلب ہے اللہ کی جو مہربانی ہمارے اوپر ہے، اس کو یاد کرنا۔</w:t>
      </w:r>
    </w:p>
    <w:p>
      <w:r>
        <w:rPr>
          <w:b/>
        </w:rPr>
        <w:t xml:space="preserve">[17:15] </w:t>
      </w:r>
      <w:r>
        <w:t>ke pani hai, hawa hai, ghalla hai, khurak hai, hazaron cheezein free mein mil rahi hain hamein.</w:t>
      </w:r>
    </w:p>
    <w:p>
      <w:pPr>
        <w:jc w:val="right"/>
      </w:pPr>
      <w:r>
        <w:t>کہ پانی ہے، ہوا ہے، غلہ ہے، خوراک ہے، ہزاروں چیزیں فری میں مل رہی ہیں ہمیں۔</w:t>
      </w:r>
    </w:p>
    <w:p>
      <w:r>
        <w:rPr>
          <w:b/>
        </w:rPr>
        <w:t xml:space="preserve">[17:24] </w:t>
      </w:r>
      <w:r>
        <w:t>to is ko yaad karna aur apne aap ko Allah wala banane ki koshish karein. yeh matlab hai.</w:t>
      </w:r>
    </w:p>
    <w:p>
      <w:pPr>
        <w:jc w:val="right"/>
      </w:pPr>
      <w:r>
        <w:t>تو اس کو یاد کرنا اور اپنے آپ کو اللہ والا بنانے کی کوشش کریں۔ یہ مطلب ہے۔</w:t>
      </w:r>
    </w:p>
    <w:p>
      <w:r>
        <w:rPr>
          <w:b/>
        </w:rPr>
        <w:t xml:space="preserve">[17:38] </w:t>
      </w:r>
      <w:r>
        <w:t>Maulana sahib, yeh lockdown ki haalat mein chunke tamam log gharon mein hain, un ko jo aazadiyan mili hui thi, woh bilkul band hain.</w:t>
      </w:r>
    </w:p>
    <w:p>
      <w:pPr>
        <w:jc w:val="right"/>
      </w:pPr>
      <w:r>
        <w:t>مولانا صاحب، یہ لاک ڈاؤن کی حالت میں چونکہ تمام لوگ گھروں میں ہیں، ان کو جو آزادیاں ملی ہوئی تھیں، وہ بالکل بند ہیں۔</w:t>
      </w:r>
    </w:p>
    <w:p>
      <w:r>
        <w:rPr>
          <w:b/>
        </w:rPr>
        <w:t xml:space="preserve">[17:48] </w:t>
      </w:r>
      <w:r>
        <w:t>to kabhi kabhi irritation ho jata hai. to kis tareeqe se hum apne aap ko barabar positivity apni khoye na?</w:t>
      </w:r>
    </w:p>
    <w:p>
      <w:pPr>
        <w:jc w:val="right"/>
      </w:pPr>
      <w:r>
        <w:t>تو کبھی کبھی ایریٹیشن ہو جاتا ہے۔ تو کس طریقے سے ہم اپنے آپ کو برابر پازیٹیوٹی اپنی کھوئیں نہ؟</w:t>
      </w:r>
    </w:p>
    <w:p>
      <w:r>
        <w:rPr>
          <w:b/>
        </w:rPr>
        <w:t xml:space="preserve">[17:57] </w:t>
      </w:r>
      <w:r>
        <w:t>is ka kya tareeqa hai?</w:t>
      </w:r>
    </w:p>
    <w:p>
      <w:pPr>
        <w:jc w:val="right"/>
      </w:pPr>
      <w:r>
        <w:t>اس کا کیا طریقہ ہے؟</w:t>
      </w:r>
    </w:p>
    <w:p>
      <w:r>
        <w:rPr>
          <w:b/>
        </w:rPr>
        <w:t xml:space="preserve">[18:01] </w:t>
      </w:r>
      <w:r>
        <w:t>yeh to ek mauqa hai ke aakhri itne dinon tak hamein</w:t>
      </w:r>
    </w:p>
    <w:p>
      <w:pPr>
        <w:jc w:val="right"/>
      </w:pPr>
      <w:r>
        <w:t>یہ تو ایک موقع ہے کہ آخری اتنے دنوں تک ہمیں</w:t>
      </w:r>
    </w:p>
    <w:p>
      <w:r>
        <w:rPr>
          <w:b/>
        </w:rPr>
        <w:t xml:space="preserve">[18:10] </w:t>
      </w:r>
      <w:r>
        <w:t>system jo hamara hai, system ne hamein yeh mauqa diya tha ke hum Allah ki nematon ko yaad karein.</w:t>
      </w:r>
    </w:p>
    <w:p>
      <w:pPr>
        <w:jc w:val="right"/>
      </w:pPr>
      <w:r>
        <w:t>سسٹم جو ہمارا ہے، سسٹم نے ہمیں یہ موقع دیا تھا کہ ہم اللہ کی نعمتوں کو یاد کریں۔</w:t>
      </w:r>
    </w:p>
    <w:p>
      <w:r>
        <w:rPr>
          <w:b/>
        </w:rPr>
        <w:t xml:space="preserve">[18:20] </w:t>
      </w:r>
      <w:r>
        <w:t>ab thori si restriction hai. to jo mila hua tha, us ko yaad karein.</w:t>
      </w:r>
    </w:p>
    <w:p>
      <w:pPr>
        <w:jc w:val="right"/>
      </w:pPr>
      <w:r>
        <w:t>اب تھوڑی سی ریسٹرکشن ہے۔ تو جو ملا ہوا تھا، اس کو یاد کریں۔</w:t>
      </w:r>
    </w:p>
    <w:p>
      <w:r>
        <w:rPr>
          <w:b/>
        </w:rPr>
        <w:t xml:space="preserve">[18:31] </w:t>
      </w:r>
      <w:r>
        <w:t>yeh ek bohat bari zaroorat hai ke log mile hue ko yaad karein. mile hue ko. log ab darbadar bhi kya karte hain ke khoye hue ko yaad kar ke irritation karte hain.</w:t>
      </w:r>
    </w:p>
    <w:p>
      <w:pPr>
        <w:jc w:val="right"/>
      </w:pPr>
      <w:r>
        <w:t>یہ ایک بہت بڑی ضرورت ہے کہ لوگ ملے ہوئے کو یاد کریں۔ ملے ہوئے کو۔ لوگ اب دربدر بھی کیا کرتے ہیں کہ کھوئے ہوئے کو یاد کر کے ایریٹیشن کرتے ہیں۔</w:t>
      </w:r>
    </w:p>
    <w:p>
      <w:r>
        <w:rPr>
          <w:b/>
        </w:rPr>
        <w:t xml:space="preserve">[18:49] </w:t>
      </w:r>
      <w:r>
        <w:t>mile hue ko yaad kijiye taake aap ko shukr mein izafa ho.</w:t>
      </w:r>
    </w:p>
    <w:p>
      <w:pPr>
        <w:jc w:val="right"/>
      </w:pPr>
      <w:r>
        <w:t>ملے ہوئے کو یاد کیجیے تاکہ آپ کو شکر میں اضافہ ہو۔</w:t>
      </w:r>
    </w:p>
    <w:p>
      <w:r>
        <w:rPr>
          <w:b/>
        </w:rPr>
        <w:t xml:space="preserve">[19:00] </w:t>
      </w:r>
      <w:r>
        <w:t>Maulana sahib, Riyaz Bhatt sahib ne poocha hai ke aaj jo halaat hain to is mein hum ko kabhi kabhi apna tolerance level lagta hai ke down ho raha hai.</w:t>
      </w:r>
    </w:p>
    <w:p>
      <w:pPr>
        <w:jc w:val="right"/>
      </w:pPr>
      <w:r>
        <w:t>مولانا صاحب، ریاض بھٹ صاحب نے پوچھا ہے کہ آج جو حالات ہیں تو اس میں ہم کو کبھی کبھی اپنا ٹالرنس لیول لگتا ہے کہ ڈاؤن ہو رہا ہے۔</w:t>
      </w:r>
    </w:p>
    <w:p>
      <w:r>
        <w:rPr>
          <w:b/>
        </w:rPr>
        <w:t xml:space="preserve">[19:10] </w:t>
      </w:r>
      <w:r>
        <w:t>to kis tareeqe se hum apna tolerance level ko maintain rakhein aur apni positivity ko maintain rakhein? Dekh</w:t>
      </w:r>
    </w:p>
    <w:p>
      <w:pPr>
        <w:jc w:val="right"/>
      </w:pPr>
      <w:r>
        <w:t>تو کس طریقے سے ہم اپنا ٹالرنس لیول کو مینٹین رکھیں اور اپنی پازیٹیوٹی کو مینٹین رکھیں؟ دیک</w:t>
      </w:r>
    </w:p>
    <w:p>
      <w:r>
        <w:rPr>
          <w:b/>
        </w:rPr>
        <w:t xml:space="preserve">[19:19] </w:t>
      </w:r>
      <w:r>
        <w:t>iye, hota yeh hai ke jo nahi mila hai waqti taur par, us ko zyada yaad karte hain.</w:t>
      </w:r>
    </w:p>
    <w:p>
      <w:pPr>
        <w:jc w:val="right"/>
      </w:pPr>
      <w:r>
        <w:t>ھیے، ہوتا یہ ہے کہ جو نہیں ملا ہے وقتی طور پر، اس کو زیادہ یاد کرتے ہیں۔</w:t>
      </w:r>
    </w:p>
    <w:p>
      <w:r>
        <w:rPr>
          <w:b/>
        </w:rPr>
        <w:t xml:space="preserve">[19:30] </w:t>
      </w:r>
      <w:r>
        <w:t>aur jo mila hua hai ya mila hua tha, us ko bhool jate hain. Is aadat ko khatam karna chahiye.</w:t>
      </w:r>
    </w:p>
    <w:p>
      <w:pPr>
        <w:jc w:val="right"/>
      </w:pPr>
      <w:r>
        <w:t>اور جو ملا ہوا ہے یا ملا ہوا تھا، اس کو بھول جاتے ہیں۔ اس عادت کو ختم کرنا چاہیے۔</w:t>
      </w:r>
    </w:p>
    <w:p>
      <w:r>
        <w:rPr>
          <w:b/>
        </w:rPr>
        <w:t xml:space="preserve">[19:41] </w:t>
      </w:r>
      <w:r>
        <w:t>mile hue ko yaad karna yeh</w:t>
      </w:r>
    </w:p>
    <w:p>
      <w:pPr>
        <w:jc w:val="right"/>
      </w:pPr>
      <w:r>
        <w:t>ملے ہوئے کو یاد کرنا یہ</w:t>
      </w:r>
    </w:p>
    <w:p>
      <w:r>
        <w:rPr>
          <w:b/>
        </w:rPr>
        <w:t xml:space="preserve">[19:45] </w:t>
      </w:r>
      <w:r>
        <w:t>aadat banaiye to apne aap ke andar sahi mizaj paida ho jayega.</w:t>
      </w:r>
    </w:p>
    <w:p>
      <w:pPr>
        <w:jc w:val="right"/>
      </w:pPr>
      <w:r>
        <w:t>عادت بنائیے تو اپنے آپ کے اندر صحیح مزاج پیدا ہو جائے گا۔</w:t>
      </w:r>
    </w:p>
    <w:p>
      <w:r>
        <w:rPr>
          <w:b/>
        </w:rPr>
        <w:t xml:space="preserve">[19:54] </w:t>
      </w:r>
      <w:r>
        <w:t>Maulana sahib, ek Quran ki ek aayat hai: "La in shakartum la azeedannakum". Is ka kya matlab hai ke tum shukr ada karoge Allah ka to hum tum ko aur denge, mazeed denge?</w:t>
      </w:r>
    </w:p>
    <w:p>
      <w:pPr>
        <w:jc w:val="right"/>
      </w:pPr>
      <w:r>
        <w:t>مولانا صاحب، ایک قرآن کی ایک آیت ہے: "لَا إِنْ شَكَرْتُمْ لَا أَزِيدَنَّكُمْ"۔ اس کا کیا مطلب ہے کہ تم شکر ادا کرو گے اللہ کا تو ہم تم کو اور دیں گے، مزید دیں گے؟</w:t>
      </w:r>
    </w:p>
    <w:p>
      <w:r>
        <w:rPr>
          <w:b/>
        </w:rPr>
        <w:t xml:space="preserve">[20:08] </w:t>
      </w:r>
      <w:r>
        <w:t>Is ka matlab yeh hai ke mile hue par shukr karna. Jab mile hue par shukr karoge to na mila hua Allah ki taraf se safai kiya jayega.</w:t>
      </w:r>
    </w:p>
    <w:p>
      <w:pPr>
        <w:jc w:val="right"/>
      </w:pPr>
      <w:r>
        <w:t>اس کا مطلب یہ ہے کہ ملے ہوئے پر شکر کرنا۔ جب ملے ہوئے پر شکر کرو گے تو نہ ملا ہوا اللہ کی طرف سے صفائی کیا جائے گا۔</w:t>
      </w:r>
    </w:p>
    <w:p>
      <w:r>
        <w:rPr>
          <w:b/>
        </w:rPr>
        <w:t xml:space="preserve">[20:21] </w:t>
      </w:r>
      <w:r>
        <w:t>Na mila hue ko agar yaad karenge hum to nashukri aayegi. Lekin mile hue ko yaad karenge to shukr ka jazba paida hoga.</w:t>
      </w:r>
    </w:p>
    <w:p>
      <w:pPr>
        <w:jc w:val="right"/>
      </w:pPr>
      <w:r>
        <w:t>نہ ملے ہوئے کو اگر یاد کریں گے ہم تو ناشکری آئے گی۔ لیکن ملے ہوئے کو یاد کریں گے تو شکر کا جذبہ پیدا ہوگا۔</w:t>
      </w:r>
    </w:p>
    <w:p>
      <w:r>
        <w:rPr>
          <w:b/>
        </w:rPr>
        <w:t xml:space="preserve">[20:31] </w:t>
      </w:r>
      <w:r>
        <w:t>To isi ki taleem di gayi hai Quran mein ke mile hue ko khoob shukr karo. Mile hue ke etraf karo, guzarish karo. To aur cheezein milegi.</w:t>
      </w:r>
    </w:p>
    <w:p>
      <w:pPr>
        <w:jc w:val="right"/>
      </w:pPr>
      <w:r>
        <w:t>تو اسی کی تعلیم دی گئی ہے قرآن میں کہ ملے ہوئے کو خوب شکر کرو۔ ملے ہوئے کے اعتراف کرو، گزارش کرو۔ تو اور چیزیں ملے گی۔</w:t>
      </w:r>
    </w:p>
    <w:p>
      <w:r>
        <w:rPr>
          <w:b/>
        </w:rPr>
        <w:t xml:space="preserve">[20:46] </w:t>
      </w:r>
      <w:r>
        <w:t>aur cheezein tum ko supply ki jayengi.</w:t>
      </w:r>
    </w:p>
    <w:p>
      <w:pPr>
        <w:jc w:val="right"/>
      </w:pPr>
      <w:r>
        <w:t>اور چیزیں تم کو سپلائی کی جائیں گی۔</w:t>
      </w:r>
    </w:p>
    <w:p>
      <w:r>
        <w:rPr>
          <w:b/>
        </w:rPr>
        <w:t xml:space="preserve">[20:54] </w:t>
      </w:r>
      <w:r>
        <w:t>Maulana sahib, aam taur par yeh dekha jata hai ke insaan na mile hue hi par zyada sochta hai. Mile hue ko take for granted leta hai.</w:t>
      </w:r>
    </w:p>
    <w:p>
      <w:pPr>
        <w:jc w:val="right"/>
      </w:pPr>
      <w:r>
        <w:t>مولانا صاحب، عام طور پر یہ دیکھا جاتا ہے کہ انسان نہ ملے ہوئے ہی پر زیادہ سوچتا ہے۔ ملے ہوئے کو ٹیک فار گرانٹڈ لیتا ہے۔</w:t>
      </w:r>
    </w:p>
    <w:p>
      <w:r>
        <w:rPr>
          <w:b/>
        </w:rPr>
        <w:t xml:space="preserve">[21:05] </w:t>
      </w:r>
      <w:r>
        <w:t>To aisa kyun hai? Yeh taqreeban sabhi ke sath aisa hota hai.</w:t>
      </w:r>
    </w:p>
    <w:p>
      <w:pPr>
        <w:jc w:val="right"/>
      </w:pPr>
      <w:r>
        <w:t>تو ایسا کیوں ہے؟ یہ تقریباً سبھی کے ساتھ ایسا ہوتا ہے۔</w:t>
      </w:r>
    </w:p>
    <w:p>
      <w:r>
        <w:rPr>
          <w:b/>
        </w:rPr>
        <w:t xml:space="preserve">[21:10] </w:t>
      </w:r>
      <w:r>
        <w:t>Matlab yeh ke sochne ki awaz hamare logon mein kam hai. Sochna, sochna, sochna. Ek sahabi the, Abu Dardah.</w:t>
      </w:r>
    </w:p>
    <w:p>
      <w:pPr>
        <w:jc w:val="right"/>
      </w:pPr>
      <w:r>
        <w:t>مطلب یہ کہ سوچنے کی آواز ہمارے لوگوں میں کم ہے۔ سوچنا، سوچنا، سوچنا۔ ایک صحابی تھے، ابو دردہ۔</w:t>
      </w:r>
    </w:p>
    <w:p>
      <w:r>
        <w:rPr>
          <w:b/>
        </w:rPr>
        <w:t xml:space="preserve">[21:24] </w:t>
      </w:r>
      <w:r>
        <w:t>Un ke ghar to sab gaye un ki pace poochne ke liye ke Abu Dardah ki sab se bari ibadat kya thi? To unhone kaha ke sochna, sochna, sochna.</w:t>
      </w:r>
    </w:p>
    <w:p>
      <w:pPr>
        <w:jc w:val="right"/>
      </w:pPr>
      <w:r>
        <w:t>ان کے گھر تو سب گئے ان کی پیس پوچھنے کے لیے کہ ابو دردہ کی سب سے بڑی عبادت کیا تھی؟ تو انہوں نے کہا کہ سوچنا، سوچنا، سوچنا۔</w:t>
      </w:r>
    </w:p>
    <w:p>
      <w:r>
        <w:rPr>
          <w:b/>
        </w:rPr>
        <w:t xml:space="preserve">[21:36] </w:t>
      </w:r>
      <w:r>
        <w:t>Sochna amal ibadat hai. Sab se bari ibadat hai. Aadmi soche musbat andaaz mein to woh sab se bari ibadat ka sawab payega.</w:t>
      </w:r>
    </w:p>
    <w:p>
      <w:pPr>
        <w:jc w:val="right"/>
      </w:pPr>
      <w:r>
        <w:t>سوچنا عمل عبادت ہے۔ سب سے بڑی عبادت ہے۔ آدمی سوچے مثبت انداز میں تو وہ سب سے بڑی عبادت کا ثواب پائے گا۔</w:t>
      </w:r>
    </w:p>
    <w:p>
      <w:r>
        <w:rPr>
          <w:b/>
        </w:rPr>
        <w:t xml:space="preserve">[21:58] </w:t>
      </w:r>
      <w:r>
        <w:t>Ek sawal aaya hai ke "After establishing Khilafat is not the central point of Islam". Then what is the central point</w:t>
      </w:r>
    </w:p>
    <w:p>
      <w:pPr>
        <w:jc w:val="right"/>
      </w:pPr>
      <w:r>
        <w:t>ایک سوال آیا ہے کہ "اف اسٹیبلشنگ خلافت از ناٹ دا سینٹرل پوائنٹ آف اسلام"۔ دین واٹ از دا سینٹرل پوائنٹ</w:t>
      </w:r>
    </w:p>
    <w:p>
      <w:r>
        <w:rPr>
          <w:b/>
        </w:rPr>
        <w:t xml:space="preserve">[22:09] </w:t>
      </w:r>
      <w:r>
        <w:t>? Hargiz yeh central point nahi hai. Hargiz nahi hai. Central point wahi hai ke jo mili hui nematein hain Allah taala ki, us ko khoob yaad karna.</w:t>
      </w:r>
    </w:p>
    <w:p>
      <w:pPr>
        <w:jc w:val="right"/>
      </w:pPr>
      <w:r>
        <w:t>؟ ہرگز یہ سیٹل پوائنٹ نہیں ہے۔ ہرگز نہیں ہے۔ سیٹل پوائنٹ وہی ہے کہ جو ملی ہوئی نعمتیں ہیں اللہ تعالیٰ کی، اس کو خوب یاد کرنا۔</w:t>
      </w:r>
    </w:p>
    <w:p>
      <w:r>
        <w:rPr>
          <w:b/>
        </w:rPr>
        <w:t xml:space="preserve">[22:21] </w:t>
      </w:r>
      <w:r>
        <w:t>Us ka etraf karna, us ko ikhraj karna. Jaisa ke Abu Dardah ki riwayat mein unhone bataya. Khilafat koi cheez hi nahi hai Islam mein.</w:t>
      </w:r>
    </w:p>
    <w:p>
      <w:pPr>
        <w:jc w:val="right"/>
      </w:pPr>
      <w:r>
        <w:t>اس کا اعتراف کرنا، اس کو اخراج کرنا۔ جیسا کہ ابو دردہ کی روایت میں انہوں نے بتایا۔ خلافت کوئی چیز ہی نہیں ہے اسلام میں۔</w:t>
      </w:r>
    </w:p>
    <w:p>
      <w:r>
        <w:rPr>
          <w:b/>
        </w:rPr>
        <w:t xml:space="preserve">[22:33] </w:t>
      </w:r>
      <w:r>
        <w:t>Yeh to logon ne bana bana liya hai.</w:t>
      </w:r>
    </w:p>
    <w:p>
      <w:pPr>
        <w:jc w:val="right"/>
      </w:pPr>
      <w:r>
        <w:t>یہ تو لوگوں نے بنا بنا لیا ہے۔</w:t>
      </w:r>
    </w:p>
    <w:p>
      <w:r>
        <w:rPr>
          <w:b/>
        </w:rPr>
        <w:t xml:space="preserve">[22:40] </w:t>
      </w:r>
      <w:r>
        <w:t>maulana sahib, quran mein ek ayat hai: "wa ma khalaqtul jinna wal insa illa li ya'budun" . is ko thora sa bata dijiye.</w:t>
      </w:r>
    </w:p>
    <w:p>
      <w:pPr>
        <w:jc w:val="right"/>
      </w:pPr>
      <w:r>
        <w:t>مولانا صاحب، قرآن میں ایک آیت ہے: "وما خلقت الجن والانس الا لیعبدون"۔ اس کو تھوڑا سا بتا دیجیے۔</w:t>
      </w:r>
    </w:p>
    <w:p>
      <w:r>
        <w:rPr>
          <w:b/>
        </w:rPr>
        <w:t xml:space="preserve">[22:49] </w:t>
      </w:r>
      <w:r>
        <w:t>haan, insaan aur jinn ko allah ne paida kiya hai ibaadat ke liye. ibaadat ka matlab hai allah ka shukr karna. allah ki nematoun ka eteraaf karna.</w:t>
      </w:r>
    </w:p>
    <w:p>
      <w:pPr>
        <w:jc w:val="right"/>
      </w:pPr>
      <w:r>
        <w:t>ہاں، انسان اور جن کو اللہ نے پیدا کیا ہے عبادت کے لیے۔ عبادت کا معنی ہے اللہ کا شکر کرنا۔ اللہ کی نعمتوں کا اعتراف کرنا۔</w:t>
      </w:r>
    </w:p>
    <w:p>
      <w:r>
        <w:rPr>
          <w:b/>
        </w:rPr>
        <w:t xml:space="preserve">[23:00] </w:t>
      </w:r>
      <w:r>
        <w:t>ikhraaj karna. isi ke liye paida kiya gaya.</w:t>
      </w:r>
    </w:p>
    <w:p>
      <w:pPr>
        <w:jc w:val="right"/>
      </w:pPr>
      <w:r>
        <w:t>اخراج کرنا۔ اسی کے لیے پیدا کیا گیا۔</w:t>
      </w:r>
    </w:p>
    <w:p>
      <w:r>
        <w:rPr>
          <w:b/>
        </w:rPr>
        <w:t xml:space="preserve">[23:06] </w:t>
      </w:r>
      <w:r>
        <w:t>yeh nahi ke aadmi</w:t>
      </w:r>
    </w:p>
    <w:p>
      <w:pPr>
        <w:jc w:val="right"/>
      </w:pPr>
      <w:r>
        <w:t>یہ نہیں کہ آدمی</w:t>
      </w:r>
    </w:p>
    <w:p>
      <w:r>
        <w:rPr>
          <w:b/>
        </w:rPr>
        <w:t xml:space="preserve">[23:11] </w:t>
      </w:r>
      <w:r>
        <w:t>negative participant chalaye.</w:t>
      </w:r>
    </w:p>
    <w:p>
      <w:pPr>
        <w:jc w:val="right"/>
      </w:pPr>
      <w:r>
        <w:t>نیگیٹیو پارٹسٹ چلائے۔</w:t>
      </w:r>
    </w:p>
    <w:p>
      <w:r>
        <w:rPr>
          <w:b/>
        </w:rPr>
        <w:t xml:space="preserve">[23:18] </w:t>
      </w:r>
      <w:r>
        <w:t>aisa nahi hai.</w:t>
      </w:r>
    </w:p>
    <w:p>
      <w:pPr>
        <w:jc w:val="right"/>
      </w:pPr>
      <w:r>
        <w:t>ایسا نہیں ہے۔</w:t>
      </w:r>
    </w:p>
    <w:p>
      <w:r>
        <w:rPr>
          <w:b/>
        </w:rPr>
        <w:t xml:space="preserve">[23:23] </w:t>
      </w:r>
      <w:r>
        <w:t>to ibaadat ka kya tareeqa hona chahiye jo hamare haan riwaj hai formal worship ka? wahi ibaadat hai ya ibaadat jo informal worship hoti hai?</w:t>
      </w:r>
    </w:p>
    <w:p>
      <w:pPr>
        <w:jc w:val="right"/>
      </w:pPr>
      <w:r>
        <w:t>تو عبادت کا کیا طریقہ ہونا چاہیے جو ہمارے ہاں رواج ہے فارمل ورشپ کا؟ وہی عبادت ہے یا عبادت جو ان فارمل ورشپ ہوتی ہے؟</w:t>
      </w:r>
    </w:p>
    <w:p>
      <w:r>
        <w:rPr>
          <w:b/>
        </w:rPr>
        <w:t xml:space="preserve">[23:36] </w:t>
      </w:r>
      <w:r>
        <w:t>is ke bare mein kuch bataiye.</w:t>
      </w:r>
    </w:p>
    <w:p>
      <w:pPr>
        <w:jc w:val="right"/>
      </w:pPr>
      <w:r>
        <w:t>اس کے بارے میں کچھ بتائیے۔</w:t>
      </w:r>
    </w:p>
    <w:p>
      <w:r>
        <w:rPr>
          <w:b/>
        </w:rPr>
        <w:t xml:space="preserve">[23:38] </w:t>
      </w:r>
      <w:r>
        <w:t>dekhiye, ibaadat jo hai woh</w:t>
      </w:r>
    </w:p>
    <w:p>
      <w:pPr>
        <w:jc w:val="right"/>
      </w:pPr>
      <w:r>
        <w:t>دیکھیے، عبادت جو ہے وہ</w:t>
      </w:r>
    </w:p>
    <w:p>
      <w:r>
        <w:rPr>
          <w:b/>
        </w:rPr>
        <w:t xml:space="preserve">[23:43] </w:t>
      </w:r>
      <w:r>
        <w:t>spirituality ka naam hai. aap ka dil allah ki</w:t>
      </w:r>
    </w:p>
    <w:p>
      <w:pPr>
        <w:jc w:val="right"/>
      </w:pPr>
      <w:r>
        <w:t>اسپریچوٹی کا نام ہے۔ آپ کا دل اللہ کی</w:t>
      </w:r>
    </w:p>
    <w:p>
      <w:r>
        <w:rPr>
          <w:b/>
        </w:rPr>
        <w:t xml:space="preserve">[23:50] </w:t>
      </w:r>
      <w:r>
        <w:t>ko yaad kar ke spirituality ka jazba paida ho. allah ki nematoun ko aap yaad karen. aap ghor kijiye ke suraj ki roshni,</w:t>
      </w:r>
    </w:p>
    <w:p>
      <w:pPr>
        <w:jc w:val="right"/>
      </w:pPr>
      <w:r>
        <w:t>کو یاد کر کے اسپریچوٹی کا جذبہ پیدا ہو۔ اللہ کی نعمتوں کو آپ یاد کریں۔ آپ غور کیجیے کہ سورج کی روشنی،</w:t>
      </w:r>
    </w:p>
    <w:p>
      <w:r>
        <w:rPr>
          <w:b/>
        </w:rPr>
        <w:t xml:space="preserve">[24:04] </w:t>
      </w:r>
      <w:r>
        <w:t>barish ka pani, is tarah ki beshumar cheezen hum ko free mein mili hui hain.</w:t>
      </w:r>
    </w:p>
    <w:p>
      <w:pPr>
        <w:jc w:val="right"/>
      </w:pPr>
      <w:r>
        <w:t>بارش کی پانی، اس طرح کی بے شمار چیزیں ہم کو فری میں ملی ہوئی ہیں۔</w:t>
      </w:r>
    </w:p>
    <w:p>
      <w:r>
        <w:rPr>
          <w:b/>
        </w:rPr>
        <w:t xml:space="preserve">[24:15] </w:t>
      </w:r>
      <w:r>
        <w:t>to in cheezon ki ikhraaj karna yahi ibaadat hai.</w:t>
      </w:r>
    </w:p>
    <w:p>
      <w:pPr>
        <w:jc w:val="right"/>
      </w:pPr>
      <w:r>
        <w:t>تو ان چیزوں کی اخراج کرنا یہی عبادت ہے۔</w:t>
      </w:r>
    </w:p>
    <w:p>
      <w:r>
        <w:rPr>
          <w:b/>
        </w:rPr>
        <w:t xml:space="preserve">[24:31] </w:t>
      </w:r>
      <w:r>
        <w:t>rajat malhoza ne yeh comment bheja hai: "to focus on what we have is the starting point towards marifa.</w:t>
      </w:r>
    </w:p>
    <w:p>
      <w:pPr>
        <w:jc w:val="right"/>
      </w:pPr>
      <w:r>
        <w:t>رجت ملحوظہ نے یہ کمنٹ بھیجا ہے: "ٹو فوکس ان واٹ وی ہیو از دا سٹارٹنگ پوائنٹ ٹورڈز معرفہ۔</w:t>
      </w:r>
    </w:p>
    <w:p>
      <w:r>
        <w:rPr>
          <w:b/>
        </w:rPr>
        <w:t xml:space="preserve">[24:43] </w:t>
      </w:r>
      <w:r>
        <w:t>without this approach one can not have satisfaction. what a great lesson you have given to us maulana sahib".</w:t>
      </w:r>
    </w:p>
    <w:p>
      <w:pPr>
        <w:jc w:val="right"/>
      </w:pPr>
      <w:r>
        <w:t>وداؤٹ دس اپروچ ون کین ناٹ ہیو سیٹسفیکشن۔ واٹ ا گریٹ لیسن یو ہیو گیون ٹو اس مولانا صاحب"۔</w:t>
      </w:r>
    </w:p>
    <w:p>
      <w:r>
        <w:rPr>
          <w:b/>
        </w:rPr>
        <w:t xml:space="preserve">[24:56] </w:t>
      </w:r>
      <w:r>
        <w:t>sahi hai. yahi hai asal spirit.</w:t>
      </w:r>
    </w:p>
    <w:p>
      <w:pPr>
        <w:jc w:val="right"/>
      </w:pPr>
      <w:r>
        <w:t>صحیح ہے۔ یہی ہے اصل سپرٹ۔</w:t>
      </w:r>
    </w:p>
    <w:p>
      <w:r>
        <w:rPr>
          <w:b/>
        </w:rPr>
        <w:t xml:space="preserve">[25:08] </w:t>
      </w:r>
      <w:r>
        <w:t>maulana sahib, aap kehte hain ke jab tak insaan ko khuda se connection nahi qaim ho jayega, jab tak us ko khuda se hub-e-shadeed nahi paida ho jayegi, jab tak khuda ki marifa nahi hasil ho jayegi, tab tak us ka jannat mein dakhila jo hai woh mumkin nahi hai.</w:t>
      </w:r>
    </w:p>
    <w:p>
      <w:pPr>
        <w:jc w:val="right"/>
      </w:pPr>
      <w:r>
        <w:t>مولانا صاحب، آپ کہتے ہیں کہ جب تک انسان کو خدا سے کنیکشن نہیں قائم ہو جائے گا، جب تک اس کو خدا سے حب شدید نہیں پیدا ہو جائے گی، جب تک خدا کی معرفت نہیں حاصل ہو جائے گی، تب تک اس کا جنت میں داخلہ جو ہے وہ ممکن نہیں ہے۔</w:t>
      </w:r>
    </w:p>
    <w:p>
      <w:r>
        <w:rPr>
          <w:b/>
        </w:rPr>
        <w:t xml:space="preserve">[25:28] </w:t>
      </w:r>
      <w:r>
        <w:t>to is ko thora sa explain kar dijiye.</w:t>
      </w:r>
    </w:p>
    <w:p>
      <w:pPr>
        <w:jc w:val="right"/>
      </w:pPr>
      <w:r>
        <w:t>تو اس کو تھوڑا سا ایکسپلین کر دیجیے۔</w:t>
      </w:r>
    </w:p>
    <w:p>
      <w:r>
        <w:rPr>
          <w:b/>
        </w:rPr>
        <w:t xml:space="preserve">[25:32] </w:t>
      </w:r>
      <w:r>
        <w:t>yeh jannat kya hai? yahan kahiye ke selected logon ko ikhatta kar liya jaye. ab to har aadmi ka ek bheed hai,</w:t>
      </w:r>
    </w:p>
    <w:p>
      <w:pPr>
        <w:jc w:val="right"/>
      </w:pPr>
      <w:r>
        <w:t>یہ جنت کیا ہے؟ یہاں کہیے کہ سلیکٹڈ لوگوں کو اکٹھا کر لیا جائے۔ اب تو ہر آدمی کا ایک بھیڑ ہے،</w:t>
      </w:r>
    </w:p>
    <w:p>
      <w:r>
        <w:rPr>
          <w:b/>
        </w:rPr>
        <w:t xml:space="preserve">[25:46] </w:t>
      </w:r>
      <w:r>
        <w:t>hamara sawal. lekin jannat mein selected log ikhatta kiye jayenge jo allah ka shukr karne wale hain.</w:t>
      </w:r>
    </w:p>
    <w:p>
      <w:pPr>
        <w:jc w:val="right"/>
      </w:pPr>
      <w:r>
        <w:t>ہمارا سوال۔ لیکن جنت میں سلیکٹڈ لوگ اکٹھا کیے جائیں گے جو اللہ کا شکر کرنے والے ہیں۔</w:t>
      </w:r>
    </w:p>
    <w:p>
      <w:r>
        <w:rPr>
          <w:b/>
        </w:rPr>
        <w:t xml:space="preserve">[25:57] </w:t>
      </w:r>
      <w:r>
        <w:t>khaliq ki ikhraaj ka jazba un ke andar ho.</w:t>
      </w:r>
    </w:p>
    <w:p>
      <w:pPr>
        <w:jc w:val="right"/>
      </w:pPr>
      <w:r>
        <w:t>خالق کی اخراج کا جذبہ ان کے اندر ہو۔</w:t>
      </w:r>
    </w:p>
    <w:p>
      <w:r>
        <w:rPr>
          <w:b/>
        </w:rPr>
        <w:t xml:space="preserve">[26:06] </w:t>
      </w:r>
      <w:r>
        <w:t>yeh sifaat dekhi jayengi aur asal logon ko selected hoga jannat mein basane ke liye.</w:t>
      </w:r>
    </w:p>
    <w:p>
      <w:pPr>
        <w:jc w:val="right"/>
      </w:pPr>
      <w:r>
        <w:t>یہ صفات دیکھی جائیں گی اور اصل لوگوں کو سلیکٹڈ ہوگا جنت میں بسانے کے لیے۔</w:t>
      </w:r>
    </w:p>
    <w:p>
      <w:r>
        <w:rPr>
          <w:b/>
        </w:rPr>
        <w:t xml:space="preserve">[26:16] </w:t>
      </w:r>
      <w:r>
        <w:t>maulana sahib, aamir mori sahib ne poocha hai: "maulana, often we see that muslims lack in wisdom, especially in most critical situations.</w:t>
      </w:r>
    </w:p>
    <w:p>
      <w:pPr>
        <w:jc w:val="right"/>
      </w:pPr>
      <w:r>
        <w:t>مولانا صاحب، عامر موری صاحب نے پوچھا ہے: "مولانا، افن وی سی دیٹ مسلمز لیک ان وزڈم، اسپیشلی ان موسٹ کریٹیکل سچویشنز۔</w:t>
      </w:r>
    </w:p>
    <w:p>
      <w:r>
        <w:rPr>
          <w:b/>
        </w:rPr>
        <w:t xml:space="preserve">[26:29] </w:t>
      </w:r>
      <w:r>
        <w:t>kindly help us to understand how muslims can develop wisdom".</w:t>
      </w:r>
    </w:p>
    <w:p>
      <w:pPr>
        <w:jc w:val="right"/>
      </w:pPr>
      <w:r>
        <w:t>کائنڈلی ہیلپ اس ٹو انڈرسٹینڈ ہاؤ مسلمز کین ڈیولپ وزڈم"۔</w:t>
      </w:r>
    </w:p>
    <w:p>
      <w:r>
        <w:rPr>
          <w:b/>
        </w:rPr>
        <w:t xml:space="preserve">[26:39] </w:t>
      </w:r>
      <w:r>
        <w:t>asal mein dekhiye, jis zamane mein muslim ki</w:t>
      </w:r>
    </w:p>
    <w:p>
      <w:pPr>
        <w:jc w:val="right"/>
      </w:pPr>
      <w:r>
        <w:t>اصل میں دیکھیے، جس زمانے میں مسلم کی</w:t>
      </w:r>
    </w:p>
    <w:p>
      <w:r>
        <w:rPr>
          <w:b/>
        </w:rPr>
        <w:t xml:space="preserve">[26:45] </w:t>
      </w:r>
      <w:r>
        <w:t>hikmaten tooti to woh shikayat mein par gaye. unhon ne farz kar liya ke filane kisi taqat ne un ki hikmat ko toda hai.</w:t>
      </w:r>
    </w:p>
    <w:p>
      <w:pPr>
        <w:jc w:val="right"/>
      </w:pPr>
      <w:r>
        <w:t>حکمتیں ٹوٹی تو وہ شکایت میں پڑ گئے۔ انہوں نے فرض کر لیا کہ فلانے کسی طاقت نے ان کی حکمت کو توڑا ہے۔</w:t>
      </w:r>
    </w:p>
    <w:p>
      <w:r>
        <w:rPr>
          <w:b/>
        </w:rPr>
        <w:t xml:space="preserve">[26:59] </w:t>
      </w:r>
      <w:r>
        <w:t>bas is se ladna yeh un ka</w:t>
      </w:r>
    </w:p>
    <w:p>
      <w:pPr>
        <w:jc w:val="right"/>
      </w:pPr>
      <w:r>
        <w:t>بس اس سے لڑنا یہ ان کا</w:t>
      </w:r>
    </w:p>
    <w:p>
      <w:r>
        <w:rPr>
          <w:b/>
        </w:rPr>
        <w:t xml:space="preserve">[27:02] </w:t>
      </w:r>
      <w:r>
        <w:t>aik tareeqa ban gaya. halankeh koi kaam hi nahi tha. koi koi kaam nahi tha.</w:t>
      </w:r>
    </w:p>
    <w:p>
      <w:pPr>
        <w:jc w:val="right"/>
      </w:pPr>
      <w:r>
        <w:t>ایک طریقہ بن گیا۔ حالانکہ کوئی کام ہی نہیں تھا۔ کوئی کوئی کام نہیں تھا۔</w:t>
      </w:r>
    </w:p>
    <w:p>
      <w:r>
        <w:rPr>
          <w:b/>
        </w:rPr>
        <w:t xml:space="preserve">[27:11] </w:t>
      </w:r>
      <w:r>
        <w:t>kaam wahi tha ke Allah ki nematوں ko yaad karna. Allah ke shukr ko ikhraj karna.</w:t>
      </w:r>
    </w:p>
    <w:p>
      <w:pPr>
        <w:jc w:val="right"/>
      </w:pPr>
      <w:r>
        <w:t>کام وہی تھا کہ اللہ کی نعمتوں کو یاد کرنا۔ اللہ کے شکر کو اخراج کرنا۔</w:t>
      </w:r>
    </w:p>
    <w:p>
      <w:r>
        <w:rPr>
          <w:b/>
        </w:rPr>
        <w:t xml:space="preserve">[27:22] </w:t>
      </w:r>
      <w:r>
        <w:t>woh koi kaam hi nahi tha jis mein musalman par gaye. yaani kuch logon ko farz kar ke ke unhon ne hamari hukumaten todi hain, mujhe raaye shukr ki.</w:t>
      </w:r>
    </w:p>
    <w:p>
      <w:pPr>
        <w:jc w:val="right"/>
      </w:pPr>
      <w:r>
        <w:t>وہ کوئی کام ہی نہیں تھا جس میں مسلمان پڑ گئے۔ یعنی کچھ لوگوں کو فرض کر کے کہ انہوں نے ہماری حکومتیں توڑی ہیں، مجھے رائے شکر کی۔</w:t>
      </w:r>
    </w:p>
    <w:p>
      <w:r>
        <w:rPr>
          <w:b/>
        </w:rPr>
        <w:t xml:space="preserve">[27:36] </w:t>
      </w:r>
      <w:r>
        <w:t>yeh koi kaam nahi tha.</w:t>
      </w:r>
    </w:p>
    <w:p>
      <w:pPr>
        <w:jc w:val="right"/>
      </w:pPr>
      <w:r>
        <w:t>یہ کوئی کام نہیں تھا۔</w:t>
      </w:r>
    </w:p>
    <w:p>
      <w:r>
        <w:rPr>
          <w:b/>
        </w:rPr>
        <w:t xml:space="preserve">[27:41] </w:t>
      </w:r>
      <w:r>
        <w:t>dekhiye, hukumat jo jo jumma banti hai, woh bhi imtehan hai. aaj ka imtehan aik groh ka hai, kal doosre groh ka hoga.</w:t>
      </w:r>
    </w:p>
    <w:p>
      <w:pPr>
        <w:jc w:val="right"/>
      </w:pPr>
      <w:r>
        <w:t>دیکھیے، حکومت جو جو جمعہ بنتی ہے، وہ بھی امتحان ہے۔ آج کا امتحان ایک گروہ کا ہے، کل دوسرے گروہ کا ہوگا۔</w:t>
      </w:r>
    </w:p>
    <w:p>
      <w:r>
        <w:rPr>
          <w:b/>
        </w:rPr>
        <w:t xml:space="preserve">[27:52] </w:t>
      </w:r>
      <w:r>
        <w:t>bar bar har groh ko mauqa diya jata hai ke woh apni</w:t>
      </w:r>
    </w:p>
    <w:p>
      <w:pPr>
        <w:jc w:val="right"/>
      </w:pPr>
      <w:r>
        <w:t>بار بار ہر گروہ کو موقع دیا جاتا ہے کہ وہ اپنی</w:t>
      </w:r>
    </w:p>
    <w:p>
      <w:r>
        <w:rPr>
          <w:b/>
        </w:rPr>
        <w:t xml:space="preserve">[28:00] </w:t>
      </w:r>
      <w:r>
        <w:t>salahiyaton ko istemal kare dunya ke behtar banne ke liye.</w:t>
      </w:r>
    </w:p>
    <w:p>
      <w:pPr>
        <w:jc w:val="right"/>
      </w:pPr>
      <w:r>
        <w:t>صلاحیتوں کو استعمال کرے دنیا کے بہتر بننے کے لیے۔</w:t>
      </w:r>
    </w:p>
    <w:p>
      <w:r>
        <w:rPr>
          <w:b/>
        </w:rPr>
        <w:t xml:space="preserve">[28:07] </w:t>
      </w:r>
      <w:r>
        <w:t>Maulana sahib, Rajat Malhotra ne aap se poocha hai ke: "Maulana, what is your opinion on some Muslim leaders insisting that Friday prayers should be conducted and that Muslims should ignore lockdown and go for Friday prayers".</w:t>
      </w:r>
    </w:p>
    <w:p>
      <w:pPr>
        <w:jc w:val="right"/>
      </w:pPr>
      <w:r>
        <w:t>مولانا صاحب، رجت ملحوظہ نے آپ سے پوچھا ہے کہ: "مولانا، واٹ از یور اوپینین ان سم مسلم لیڈرز انسسٹنگ دیٹ فرائیڈے پریئرز شوڈ بی کنڈکٹڈ اینڈ دیٹ مسلمز شوڈ اگنور لاک ڈاؤن اینڈ گو فار فرائیڈے پریئرز"۔</w:t>
      </w:r>
    </w:p>
    <w:p>
      <w:r>
        <w:rPr>
          <w:b/>
        </w:rPr>
        <w:t xml:space="preserve">[28:29] </w:t>
      </w:r>
      <w:r>
        <w:t>yeh bilkul galat hai. hamein government ka tamam hidayat ko follow karna chahiye. tamam hidayat ko.</w:t>
      </w:r>
    </w:p>
    <w:p>
      <w:pPr>
        <w:jc w:val="right"/>
      </w:pPr>
      <w:r>
        <w:t>یہ بالکل غلط ہے۔ ہمیں گورنمنٹ کا تمام ہدایت کو فالو کرنا چاہیے۔ تمام ہدایت کو۔</w:t>
      </w:r>
    </w:p>
    <w:p>
      <w:r>
        <w:rPr>
          <w:b/>
        </w:rPr>
        <w:t xml:space="preserve">[28:40] </w:t>
      </w:r>
      <w:r>
        <w:t>dekhiye, musalman madina se pehle, hijrat se pehle chale gaye thay habash.</w:t>
      </w:r>
    </w:p>
    <w:p>
      <w:pPr>
        <w:jc w:val="right"/>
      </w:pPr>
      <w:r>
        <w:t>دیکھیے، مسلمان مدینہ سے پہلے، ہجرت سے پہلے چلے گئے تھے حبش۔</w:t>
      </w:r>
    </w:p>
    <w:p>
      <w:r>
        <w:rPr>
          <w:b/>
        </w:rPr>
        <w:t xml:space="preserve">[28:53] </w:t>
      </w:r>
      <w:r>
        <w:t>wahan unhon ne wahan hukumat thi nayasi ki. to musalmanon ne poori tarah un ki nayasi ki order ko follow kiya.</w:t>
      </w:r>
    </w:p>
    <w:p>
      <w:pPr>
        <w:jc w:val="right"/>
      </w:pPr>
      <w:r>
        <w:t>وہاں انہوں نے وہاں حکومت تھی نیاسی کی۔ تو مسلمانوں نے پوری طرح ان کی نیاسی کی آرڈر کو فالو کیا۔</w:t>
      </w:r>
    </w:p>
    <w:p>
      <w:r>
        <w:rPr>
          <w:b/>
        </w:rPr>
        <w:t xml:space="preserve">[29:05] </w:t>
      </w:r>
      <w:r>
        <w:t>poori tarah.</w:t>
      </w:r>
    </w:p>
    <w:p>
      <w:pPr>
        <w:jc w:val="right"/>
      </w:pPr>
      <w:r>
        <w:t>پوری طرح۔</w:t>
      </w:r>
    </w:p>
    <w:p>
      <w:r>
        <w:rPr>
          <w:b/>
        </w:rPr>
        <w:t xml:space="preserve">[29:09] </w:t>
      </w:r>
      <w:r>
        <w:t>to jo political system ho, us ko follow karna yeh Islam hai.</w:t>
      </w:r>
    </w:p>
    <w:p>
      <w:pPr>
        <w:jc w:val="right"/>
      </w:pPr>
      <w:r>
        <w:t>تو جو پولیٹیکل سسٹم ہو، اس کو فالو کرنا یہ اسلام ہے۔</w:t>
      </w:r>
    </w:p>
    <w:p>
      <w:r>
        <w:rPr>
          <w:b/>
        </w:rPr>
        <w:t xml:space="preserve">[29:18] </w:t>
      </w:r>
      <w:r>
        <w:t>maulana sahib, shahid wani sahib ne aap se poocha hai: "agar namaz mein dil na lagay to kya karna chahiye?" tab bhi namaz parhiye aur dua kijiye ke dil lag jaye.</w:t>
      </w:r>
    </w:p>
    <w:p>
      <w:pPr>
        <w:jc w:val="right"/>
      </w:pPr>
      <w:r>
        <w:t>مولانا صاحب، شاہد وانی صاحب نے آپ سے پوچھا ہے: "اگر نماز میں دل نہ لگے تو کیا کرنا چاہیے؟" تب بھی نماز پڑھیے اور دعا کیجیے کہ دل لگ جائے۔</w:t>
      </w:r>
    </w:p>
    <w:p>
      <w:r>
        <w:rPr>
          <w:b/>
        </w:rPr>
        <w:t xml:space="preserve">[29:34] </w:t>
      </w:r>
      <w:r>
        <w:t>lag jaye, parha ban jaye. is ke bawajood parhte rahiye aur dua karte rahiye.</w:t>
      </w:r>
    </w:p>
    <w:p>
      <w:pPr>
        <w:jc w:val="right"/>
      </w:pPr>
      <w:r>
        <w:t>لگ جائے، پڑھا بن جائے۔ اس کے باوجود پڑھتے رہیے اور دعا کرتے رہیے۔</w:t>
      </w:r>
    </w:p>
    <w:p>
      <w:r>
        <w:rPr>
          <w:b/>
        </w:rPr>
        <w:t xml:space="preserve">[29:49] </w:t>
      </w:r>
      <w:r>
        <w:t>Maulana sahib, Abdul Raoof Khateeb sahib poochte hain: "Maulana, what changes should we make and how we can replan our life in post lockdown period?</w:t>
      </w:r>
    </w:p>
    <w:p>
      <w:pPr>
        <w:jc w:val="right"/>
      </w:pPr>
      <w:r>
        <w:t>مولانا صاحب، عبدالرؤوف خطیب صاحب پوچھتے ہیں: "مولانا، واٹ چینجز شوڈ وی میک اینڈ ہاؤ وی کین ری پلان اور لائف ان پوسٹ لاک ڈاؤن پیریڈ؟</w:t>
      </w:r>
    </w:p>
    <w:p>
      <w:r>
        <w:rPr>
          <w:b/>
        </w:rPr>
        <w:t xml:space="preserve">[30:04] </w:t>
      </w:r>
      <w:r>
        <w:t>please guide us".</w:t>
      </w:r>
    </w:p>
    <w:p>
      <w:pPr>
        <w:jc w:val="right"/>
      </w:pPr>
      <w:r>
        <w:t>پلیز گائیڈ اس"۔</w:t>
      </w:r>
    </w:p>
    <w:p>
      <w:r>
        <w:rPr>
          <w:b/>
        </w:rPr>
        <w:t xml:space="preserve">[30:06] </w:t>
      </w:r>
      <w:r>
        <w:t>mein samajhta hoon ke aik hi kaam karna hai. woh yeh ke government ke order ko follow karna hai. new government system banaye, us ke mutabiq chalna hai.</w:t>
      </w:r>
    </w:p>
    <w:p>
      <w:pPr>
        <w:jc w:val="right"/>
      </w:pPr>
      <w:r>
        <w:t>میں سمجھتا ہوں کہ ایک ہی کام کرنا ہے۔ وہ یہ کہ گورنمنٹ کے آرڈر کو فالو کرنا ہے۔ نیو گورنمنٹ سسٹم بنائے، اس کے مطابق چلنا ہے۔</w:t>
      </w:r>
    </w:p>
    <w:p>
      <w:r>
        <w:rPr>
          <w:b/>
        </w:rPr>
        <w:t xml:space="preserve">[30:21] </w:t>
      </w:r>
      <w:r>
        <w:t>anti-government soch bohat hi galat hai. Islam ke khilaf hai. anti-government soch Islam ke khilaf hai.</w:t>
      </w:r>
    </w:p>
    <w:p>
      <w:pPr>
        <w:jc w:val="right"/>
      </w:pPr>
      <w:r>
        <w:t>اینٹی گورنمنٹ سوچ بہت ہی غلط ہے۔ اسلام کے خلاف ہے۔ اینٹی گورنمنٹ سوچ اسلام کے خلاف ہے۔</w:t>
      </w:r>
    </w:p>
    <w:p>
      <w:r>
        <w:rPr>
          <w:b/>
        </w:rPr>
        <w:t xml:space="preserve">[30:32] </w:t>
      </w:r>
      <w:r>
        <w:t>maulana sahib, yeh keh rahe hain ke lockdown ke baad hum apni zindagi ko kaise replan karein?</w:t>
      </w:r>
    </w:p>
    <w:p>
      <w:pPr>
        <w:jc w:val="right"/>
      </w:pPr>
      <w:r>
        <w:t>مولانا صاحب، یہ کہہ رہے ہیں کہ لاک ڈاؤن کے بعد ہم اپنی زندگی کو کیسے ری پلان کریں؟</w:t>
      </w:r>
    </w:p>
    <w:p>
      <w:r>
        <w:rPr>
          <w:b/>
        </w:rPr>
        <w:t xml:space="preserve">[30:44] </w:t>
      </w:r>
      <w:r>
        <w:t>bas shukr karna seekhein aur</w:t>
      </w:r>
    </w:p>
    <w:p>
      <w:pPr>
        <w:jc w:val="right"/>
      </w:pPr>
      <w:r>
        <w:t>بس شکر کرنا سیکھیں اور</w:t>
      </w:r>
    </w:p>
    <w:p>
      <w:r>
        <w:rPr>
          <w:b/>
        </w:rPr>
        <w:t xml:space="preserve">[30:52] </w:t>
      </w:r>
      <w:r>
        <w:t>jo nemat mili hui hai, us ko ikhraj karna seekhein.</w:t>
      </w:r>
    </w:p>
    <w:p>
      <w:pPr>
        <w:jc w:val="right"/>
      </w:pPr>
      <w:r>
        <w:t>جو نعمت ملی ہوئی ہے، اس کو اخراج کرنا سیکھیں۔</w:t>
      </w:r>
    </w:p>
    <w:p>
      <w:r>
        <w:rPr>
          <w:b/>
        </w:rPr>
        <w:t xml:space="preserve">[30:57] </w:t>
      </w:r>
      <w:r>
        <w:t>yeh baat mujhe bhi bilkul sahi hai ke jab azadi jab tak ke hum se chheen nahi jati, to tab tak hum is azadi ki value ko mehsoos nahi karte.</w:t>
      </w:r>
    </w:p>
    <w:p>
      <w:pPr>
        <w:jc w:val="right"/>
      </w:pPr>
      <w:r>
        <w:t>یہ بات مجھے بھی بالکل صحیح ہے کہ جب آزادی جب تک کہ ہم سے چھن نہیں جاتی، تو تب تک ہم اس آزادی کی ویلیو کو محسوس نہیں کرتے۔</w:t>
      </w:r>
    </w:p>
    <w:p>
      <w:r>
        <w:rPr>
          <w:b/>
        </w:rPr>
        <w:t xml:space="preserve">[31:07] </w:t>
      </w:r>
      <w:r>
        <w:t>to hamein bhi mehsoos ho raha hai ke hamein kitni azadiyan mili hui theen. sahi hai. to yeh is tareeqay se hum apni zindagi mein kuch change la sakte hain. sahi hai.</w:t>
      </w:r>
    </w:p>
    <w:p>
      <w:pPr>
        <w:jc w:val="right"/>
      </w:pPr>
      <w:r>
        <w:t>تو ہمیں بھی محسوس ہو رہا ہے کہ ہمیں کتنی آزادیاں ملی ہوئی تھیں۔ صحیح ہے۔ تو یہ اس طریقے سے ہم اپنی زندگی میں کچھ چینج لا سکتے ہیں۔ صحیح ہے۔</w:t>
      </w:r>
    </w:p>
    <w:p>
      <w:r>
        <w:rPr>
          <w:b/>
        </w:rPr>
        <w:t xml:space="preserve">[31:21] </w:t>
      </w:r>
      <w:r>
        <w:t>miss naghma siddiqui ne aap ek comment bheja hai: "maulana, you give us god realization and being thankful is the goal.</w:t>
      </w:r>
    </w:p>
    <w:p>
      <w:pPr>
        <w:jc w:val="right"/>
      </w:pPr>
      <w:r>
        <w:t>مس نغمہ صدیقی نے آپ ایک کمنٹ بھیجا ہے: "مولانا، یو گیو اس گاڈ ریلائزیشن اینڈ بینگ تھینک فل ایز دا گول۔</w:t>
      </w:r>
    </w:p>
    <w:p>
      <w:r>
        <w:rPr>
          <w:b/>
        </w:rPr>
        <w:t xml:space="preserve">[31:34] </w:t>
      </w:r>
      <w:r>
        <w:t>these are central focus points to keep us positive". yeh doctor naghma siddiqui ne comment bheja hai.</w:t>
      </w:r>
    </w:p>
    <w:p>
      <w:pPr>
        <w:jc w:val="right"/>
      </w:pPr>
      <w:r>
        <w:t>دیز ار سینٹرل فوکس پوائنٹس ٹو کیپ اس پازیٹیو"۔ یہ ڈاکٹر نغمہ صدیقی نے کمنٹ بھیجا ہے۔</w:t>
      </w:r>
    </w:p>
    <w:p>
      <w:r>
        <w:rPr>
          <w:b/>
        </w:rPr>
        <w:t xml:space="preserve">[31:43] </w:t>
      </w:r>
      <w:r>
        <w:t>masha allah, masha allah, masha allah.</w:t>
      </w:r>
    </w:p>
    <w:p>
      <w:pPr>
        <w:jc w:val="right"/>
      </w:pPr>
      <w:r>
        <w:t>ماشاءاللہ، ماشاءاللہ، ماشاءاللہ۔</w:t>
      </w:r>
    </w:p>
    <w:p>
      <w:r>
        <w:rPr>
          <w:b/>
        </w:rPr>
        <w:t xml:space="preserve">[31:56] </w:t>
      </w:r>
      <w:r>
        <w:t>maulana sahib, stuti malhuzah ne aap ke liye ek sawal bheja hai: "what is the reward one will get if he or she admits his or her mistake".</w:t>
      </w:r>
    </w:p>
    <w:p>
      <w:pPr>
        <w:jc w:val="right"/>
      </w:pPr>
      <w:r>
        <w:t>مولانا صاحب، ستوتی ملحوظہ نے آپ کے لیے ایک سوال بھیجا ہے: "واٹ از دا ریوارڈ ون ول گیٹ اف ہی اور شی ایڈمٹس ہز اور ہر مسٹیک"۔</w:t>
      </w:r>
    </w:p>
    <w:p>
      <w:r>
        <w:rPr>
          <w:b/>
        </w:rPr>
        <w:t xml:space="preserve">[32:12] </w:t>
      </w:r>
      <w:r>
        <w:t>mein samajhta hoon ke yeh reward hai ke god almighty aise logon se khush hoga aur un ko apni jannaton mein dakhil karega.</w:t>
      </w:r>
    </w:p>
    <w:p>
      <w:pPr>
        <w:jc w:val="right"/>
      </w:pPr>
      <w:r>
        <w:t>میں سمجھتا ہوں کہ یہ ریوارڈ ہے کہ گاڈ ال وائٹی ایسے لوگوں سے خوش ہوگا اور ان کو اپنی جنتوں میں داخل کرے گا۔</w:t>
      </w:r>
    </w:p>
    <w:p>
      <w:r>
        <w:rPr>
          <w:b/>
        </w:rPr>
        <w:t xml:space="preserve">[32:26] </w:t>
      </w:r>
      <w:r>
        <w:t>muhammad irfan rasheedi sahib ne aap se poocha hai: "maulana sahib, allah ki marifat hasil karne mein quran ka kya role hai?"</w:t>
      </w:r>
    </w:p>
    <w:p>
      <w:pPr>
        <w:jc w:val="right"/>
      </w:pPr>
      <w:r>
        <w:t>محمد عرفان رشیدی صاحب نے آپ سے پوچھا ہے: "مولانا صاحب، اللہ کی معرفت حاصل کرنے میں قرآن کا کیا رول ہے؟"</w:t>
      </w:r>
    </w:p>
    <w:p>
      <w:r>
        <w:rPr>
          <w:b/>
        </w:rPr>
        <w:t xml:space="preserve">[32:39] </w:t>
      </w:r>
      <w:r>
        <w:t>quran ki samajh kar ke tilawat karna. samajh kar ke. misaal ke taur par hamari jo tafsir hai, tazkir ul quran, is baray mein guide book keh sakti hai.</w:t>
      </w:r>
    </w:p>
    <w:p>
      <w:pPr>
        <w:jc w:val="right"/>
      </w:pPr>
      <w:r>
        <w:t>قرآن کی سمجھ کر کے تلاوت کرنا۔ سمجھ کر کے۔ مثلاً ہماری جو تفسیر ہے، تذکر القرآن، اس بارے میں گائیڈ بک کہہ سکتی ہے۔</w:t>
      </w:r>
    </w:p>
    <w:p>
      <w:r>
        <w:rPr>
          <w:b/>
        </w:rPr>
        <w:t xml:space="preserve">[32:55] </w:t>
      </w:r>
      <w:r>
        <w:t>isko aap parhein.</w:t>
      </w:r>
    </w:p>
    <w:p>
      <w:pPr>
        <w:jc w:val="right"/>
      </w:pPr>
      <w:r>
        <w:t>اس کو آپ پڑھیں۔</w:t>
      </w:r>
    </w:p>
    <w:p>
      <w:r>
        <w:rPr>
          <w:b/>
        </w:rPr>
        <w:t xml:space="preserve">[32:57] </w:t>
      </w:r>
      <w:r>
        <w:t>maulana sahib, yeh miss rizwana asad ne aap se poocha hai: "sila rehmi bohat mushkil lagti hai.</w:t>
      </w:r>
    </w:p>
    <w:p>
      <w:pPr>
        <w:jc w:val="right"/>
      </w:pPr>
      <w:r>
        <w:t>مولانا صاحب، یہ مس رضوانہ اسد نے آپ سے پوچھا ہے: "صلہ رحمی بہت مشکل لگتی ہے۔</w:t>
      </w:r>
    </w:p>
    <w:p>
      <w:r>
        <w:rPr>
          <w:b/>
        </w:rPr>
        <w:t xml:space="preserve">[33:08] </w:t>
      </w:r>
      <w:r>
        <w:t>kaise karoon? try karti hoon lekin apply nahi kar pati".</w:t>
      </w:r>
    </w:p>
    <w:p>
      <w:pPr>
        <w:jc w:val="right"/>
      </w:pPr>
      <w:r>
        <w:t>کیسے کروں؟ ٹرائی کرتی ہوں لیکن اپلائی نہیں کر پاتی"۔</w:t>
      </w:r>
    </w:p>
    <w:p>
      <w:r>
        <w:rPr>
          <w:b/>
        </w:rPr>
        <w:t xml:space="preserve">[33:15] </w:t>
      </w:r>
      <w:r>
        <w:t>ab mein to samajhta hoon ke mushkil nahi hai kyun ke silah rehmi kya hai? aap par jo doosron ki duty hai, jo un ka haq hai, us ko janna aur us ko ikhraj karna.</w:t>
      </w:r>
    </w:p>
    <w:p>
      <w:pPr>
        <w:jc w:val="right"/>
      </w:pPr>
      <w:r>
        <w:t>اب میں تو سمجھتا ہوں کہ مشکل نہیں ہے کیونکہ صلح رحمی کیا ہے؟ آپ پر جو دوسروں کی ڈیوٹی ہے، جو ان کا حق ہے، اس کو جاننا اور اس کو اخراج کرنا۔</w:t>
      </w:r>
    </w:p>
    <w:p>
      <w:r>
        <w:rPr>
          <w:b/>
        </w:rPr>
        <w:t xml:space="preserve">[33:28] </w:t>
      </w:r>
      <w:r>
        <w:t>to is mein mushkil to nahi hai mere khayal se. aap apne logon ke jo aap par ehsanat hain, un ko yaad karein aur un</w:t>
      </w:r>
    </w:p>
    <w:p>
      <w:pPr>
        <w:jc w:val="right"/>
      </w:pPr>
      <w:r>
        <w:t>تو اس میں مشکل تو نہیں ہے میرے خیال سے۔ آپ اپنے لوگوں کے جو آپ پر احسانات ہیں، ان کو یاد کریں اور ان</w:t>
      </w:r>
    </w:p>
    <w:p>
      <w:r>
        <w:rPr>
          <w:b/>
        </w:rPr>
        <w:t xml:space="preserve">[33:45] </w:t>
      </w:r>
      <w:r>
        <w:t>ke huqooq ko ada karein. to yeh to koi mushkil ki baat mujhe nahi lagti.</w:t>
      </w:r>
    </w:p>
    <w:p>
      <w:pPr>
        <w:jc w:val="right"/>
      </w:pPr>
      <w:r>
        <w:t>کے حقوق کو ادا کریں۔ تو یہ تو کوئی مشکل کی بات مجھے نہیں لگتی۔</w:t>
      </w:r>
    </w:p>
    <w:p>
      <w:r>
        <w:rPr>
          <w:b/>
        </w:rPr>
        <w:t xml:space="preserve">[33:54] </w:t>
      </w:r>
      <w:r>
        <w:t>saif ahmed lari sahib ne aap se poocha hai: "maulana sahib, please tell everyone one incident from the life of anbiya and sahaba, when the marz of ta'un was there and sahaba were told to pray at home".</w:t>
      </w:r>
    </w:p>
    <w:p>
      <w:pPr>
        <w:jc w:val="right"/>
      </w:pPr>
      <w:r>
        <w:t>سیف احمد لاری صاحب نے آپ سے پوچھا ہے: "مولانا صاحب، پلیز ٹیل ایوری ون ون انسیڈنٹ فرام دا لائف اف انبیاء اینڈ صحابہ، وین دا مرض اف طاعون واز دیر اینڈ صحابہ ویئر ٹولڈ ٹو پری ایٹ ہوم"۔</w:t>
      </w:r>
    </w:p>
    <w:p>
      <w:r>
        <w:rPr>
          <w:b/>
        </w:rPr>
        <w:t xml:space="preserve">[34:19] </w:t>
      </w:r>
      <w:r>
        <w:t>haan, yeh aata hai hadith mein ke baaz mauqe par rasool allah ne kaha ke ghar mein namaz parho kyun ke namaz jo hai, halaat se alag alag nahi hai.</w:t>
      </w:r>
    </w:p>
    <w:p>
      <w:pPr>
        <w:jc w:val="right"/>
      </w:pPr>
      <w:r>
        <w:t>ہاں، یہ آتا ہے حدیث میں کہ بعض موقع پر رسول اللہ نے کہا کہ گھر میں نماز پڑھو کیونکہ نماز جو ہے، حالات سے الگ الگ نہیں ہے۔</w:t>
      </w:r>
    </w:p>
    <w:p>
      <w:r>
        <w:rPr>
          <w:b/>
        </w:rPr>
        <w:t xml:space="preserve">[34:34] </w:t>
      </w:r>
      <w:r>
        <w:t>halat ko samajh kar ke aap ko ibadat karna hai.</w:t>
      </w:r>
    </w:p>
    <w:p>
      <w:pPr>
        <w:jc w:val="right"/>
      </w:pPr>
      <w:r>
        <w:t>حالات کو سمجھ کر کے آپ کو عبادت کرنا ہے۔</w:t>
      </w:r>
    </w:p>
    <w:p>
      <w:r>
        <w:rPr>
          <w:b/>
        </w:rPr>
        <w:t xml:space="preserve">[34:46] </w:t>
      </w:r>
      <w:r>
        <w:t>maulana sahib, idrees qamar sahib ne poocha hai: "maulana, zindagi ko itminan bakhsh banane ke liye kuch tips batayein".</w:t>
      </w:r>
    </w:p>
    <w:p>
      <w:pPr>
        <w:jc w:val="right"/>
      </w:pPr>
      <w:r>
        <w:t>مولانا صاحب، ادریس قمر صاحب نے پوچھا ہے: "مولانا، زندگی کو اطمینان بخش بنانے کے لیے کچھ ٹپس بتائیں"۔</w:t>
      </w:r>
    </w:p>
    <w:p>
      <w:r>
        <w:rPr>
          <w:b/>
        </w:rPr>
        <w:t xml:space="preserve">[34:59] </w:t>
      </w:r>
      <w:r>
        <w:t>bhai, mein to yahi sochta hoon ke mile hue par shukr karna, mile hue ko ikhraj karna. mein subah se shaam tak mile hue ko yaad karta rehta hoon.</w:t>
      </w:r>
    </w:p>
    <w:p>
      <w:pPr>
        <w:jc w:val="right"/>
      </w:pPr>
      <w:r>
        <w:t>بھئی، میں تو یہی سوچتا ہوں کہ ملے ہوئے پر شکر کرنا، ملے ہوئے کو اخراج کرنا۔ میں صبح سے شام تک ملے ہوئے کو یاد کرتا رہتا ہوں۔</w:t>
      </w:r>
    </w:p>
    <w:p>
      <w:r>
        <w:rPr>
          <w:b/>
        </w:rPr>
        <w:t xml:space="preserve">[35:13] </w:t>
      </w:r>
      <w:r>
        <w:t>to aitraaz zyada mile hue cheezein bhi zyada hoti hain ke. ke woh bayan se bahar hai.</w:t>
      </w:r>
    </w:p>
    <w:p>
      <w:pPr>
        <w:jc w:val="right"/>
      </w:pPr>
      <w:r>
        <w:t>تو اعتراض زیادہ ملے ہوئے چیزیں بھی زیادہ ہوتی ہیں کہ۔ کہ وہ بیان سے باہر ہے۔</w:t>
      </w:r>
    </w:p>
    <w:p>
      <w:r>
        <w:rPr>
          <w:b/>
        </w:rPr>
        <w:t xml:space="preserve">[35:25] </w:t>
      </w:r>
      <w:r>
        <w:t>muhammad zakariya sahib aap se pooch rahe hain ke: "please send me one reference or hadith number regarding anti national thinking is prohibited in islam.</w:t>
      </w:r>
    </w:p>
    <w:p>
      <w:pPr>
        <w:jc w:val="right"/>
      </w:pPr>
      <w:r>
        <w:t>محمد زکریا صاحب آپ سے پوچھ رہے ہیں کہ: "پلیز سینڈ می ون ریفرنس اور حدیث نمبر ریگارڈنگ اینٹی نیشنل تھنکنگ از پراہیبیٹڈ ان اسلام۔</w:t>
      </w:r>
    </w:p>
    <w:p>
      <w:r>
        <w:rPr>
          <w:b/>
        </w:rPr>
        <w:t xml:space="preserve">[35:42] </w:t>
      </w:r>
      <w:r>
        <w:t>i want to spread this hadith"</w:t>
      </w:r>
    </w:p>
    <w:p>
      <w:pPr>
        <w:jc w:val="right"/>
      </w:pPr>
      <w:r>
        <w:t>آئی وانٹ ٹو سپریڈ دس حدیث"</w:t>
      </w:r>
    </w:p>
    <w:p>
      <w:r>
        <w:rPr>
          <w:b/>
        </w:rPr>
        <w:t xml:space="preserve">[35:45] </w:t>
      </w:r>
      <w:r>
        <w:t>. bhai, mein to samajhta hoon ke aitraf farz hai. aitraf.</w:t>
      </w:r>
    </w:p>
    <w:p>
      <w:pPr>
        <w:jc w:val="right"/>
      </w:pPr>
      <w:r>
        <w:t>۔ بھئی، میں تو سمجھتا ہوں کہ اعتراف فرض ہے۔ اعتراف۔</w:t>
      </w:r>
    </w:p>
    <w:p>
      <w:r>
        <w:rPr>
          <w:b/>
        </w:rPr>
        <w:t xml:space="preserve">[35:54] </w:t>
      </w:r>
      <w:r>
        <w:t>government hamein pani safai karti hai, bijli safai karti hai, ghalla safai karti hai.</w:t>
      </w:r>
    </w:p>
    <w:p>
      <w:pPr>
        <w:jc w:val="right"/>
      </w:pPr>
      <w:r>
        <w:t>گورنمنٹ ہمیں پانی صفائی کرتی ہے، بجلی صفائی کرتی ہے، غلہ صفائی کرتی ہے۔</w:t>
      </w:r>
    </w:p>
    <w:p>
      <w:r>
        <w:rPr>
          <w:b/>
        </w:rPr>
        <w:t xml:space="preserve">[36:03] </w:t>
      </w:r>
      <w:r>
        <w:t>to is ka aitraf kijiye. is ka aitraf kijiye. yeh to koi to insaniyat ki baat hai.</w:t>
      </w:r>
    </w:p>
    <w:p>
      <w:pPr>
        <w:jc w:val="right"/>
      </w:pPr>
      <w:r>
        <w:t>تو اس کا اعتراف کیجیے۔ اس کا اعتراف کیجیے۔ یہ تو کوئی تو انسانیت کی بات ہے۔</w:t>
      </w:r>
    </w:p>
    <w:p>
      <w:r>
        <w:rPr>
          <w:b/>
        </w:rPr>
        <w:t xml:space="preserve">[36:16] </w:t>
      </w:r>
      <w:r>
        <w:t>jab sahaba gaye thay habash to unhon ne poore tareeqay se wahan par government ki guideline ko follow kiya tha aur unhon ne aik baar woh jang bhi ho rahi thi to us mein bhi unhon ne government ka saath diya tha.</w:t>
      </w:r>
    </w:p>
    <w:p>
      <w:pPr>
        <w:jc w:val="right"/>
      </w:pPr>
      <w:r>
        <w:t>جب صحابہ گئے تھے حبش تو انہوں نے پورے طریقے سے وہاں پر گورنمنٹ کی گائیڈ لائن کو فالو کیا تھا اور انہوں نے ایک بار وہ جنگ بھی ہو رہی تھی تو اس میں بھی انہوں نے گورنمنٹ کا ساتھ دیا تھا۔</w:t>
      </w:r>
    </w:p>
    <w:p>
      <w:r>
        <w:rPr>
          <w:b/>
        </w:rPr>
        <w:t xml:space="preserve">[36:31] </w:t>
      </w:r>
      <w:r>
        <w:t>is ko thora sa bata dijiye.</w:t>
      </w:r>
    </w:p>
    <w:p>
      <w:pPr>
        <w:jc w:val="right"/>
      </w:pPr>
      <w:r>
        <w:t>اس کو تھوڑا سا بتا دیجیے۔</w:t>
      </w:r>
    </w:p>
    <w:p>
      <w:r>
        <w:rPr>
          <w:b/>
        </w:rPr>
        <w:t xml:space="preserve">[36:36] </w:t>
      </w:r>
      <w:r>
        <w:t>wahan baqayda is par aapas mein baat hoti thi ke hamein government ki baaton ko follow karna hai.</w:t>
      </w:r>
    </w:p>
    <w:p>
      <w:pPr>
        <w:jc w:val="right"/>
      </w:pPr>
      <w:r>
        <w:t>وہاں باقاعدہ اس پر آپس میں بات ہوتی تھی کہ ہمیں گورنمنٹ کی باتوں کو فالو کرنا ہے۔</w:t>
      </w:r>
    </w:p>
    <w:p>
      <w:r>
        <w:rPr>
          <w:b/>
        </w:rPr>
        <w:t xml:space="preserve">[36:46] </w:t>
      </w:r>
      <w:r>
        <w:t>wo mil kar ke poochte thay ke hum aap ke mulk mein kaise rahen. to jo un ko bataya jata tha, us ko woh follow karte thay.</w:t>
      </w:r>
    </w:p>
    <w:p>
      <w:pPr>
        <w:jc w:val="right"/>
      </w:pPr>
      <w:r>
        <w:t>وہ مل کر کے پوچھتے تھے کہ ہم آپ کے દેશ میں کیسے رہیں۔ تو جو ان کو بتایا جاتا تھا، اس کو وہ فالو کرتے تھے۔</w:t>
      </w:r>
    </w:p>
    <w:p>
      <w:r>
        <w:rPr>
          <w:b/>
        </w:rPr>
        <w:t xml:space="preserve">[36:58] </w:t>
      </w:r>
      <w:r>
        <w:t>yeh to bohat achi misaal hai ke aadmi kis tarah</w:t>
      </w:r>
    </w:p>
    <w:p>
      <w:pPr>
        <w:jc w:val="right"/>
      </w:pPr>
      <w:r>
        <w:t>یہ تو بہت اچھی مثال ہے کہ آدمی کس طرح</w:t>
      </w:r>
    </w:p>
    <w:p>
      <w:r>
        <w:rPr>
          <w:b/>
        </w:rPr>
        <w:t xml:space="preserve">[37:06] </w:t>
      </w:r>
      <w:r>
        <w:t>doosre culture ko aitraf kar ke is dunya mein rehna chahiye.</w:t>
      </w:r>
    </w:p>
    <w:p>
      <w:pPr>
        <w:jc w:val="right"/>
      </w:pPr>
      <w:r>
        <w:t>دوسرے کلچر کو اعتراف کر کے اس دنیا میں رہنا چاہیے۔</w:t>
      </w:r>
    </w:p>
    <w:p>
      <w:r>
        <w:rPr>
          <w:b/>
        </w:rPr>
        <w:t xml:space="preserve">[37:18] </w:t>
      </w:r>
      <w:r>
        <w:t>doosra sawal hai mehboob ahmad sahib ka, woh aap se pooch rahe hain: "maulana, why muslims don't follow government guidelines?</w:t>
      </w:r>
    </w:p>
    <w:p>
      <w:pPr>
        <w:jc w:val="right"/>
      </w:pPr>
      <w:r>
        <w:t>دوسرا سوال ہے محبوب احمد صاحب کا، وہ آپ سے پوچھ رہے ہیں: "مولانا، وائی مسلمز ڈونٹ فالو گورنمنٹ گائیڈ لائنز؟</w:t>
      </w:r>
    </w:p>
    <w:p>
      <w:r>
        <w:rPr>
          <w:b/>
        </w:rPr>
        <w:t xml:space="preserve">[37:28] </w:t>
      </w:r>
      <w:r>
        <w:t>is it reason behind their such anti government behaviour? what is your advice to such muslims?"</w:t>
      </w:r>
    </w:p>
    <w:p>
      <w:pPr>
        <w:jc w:val="right"/>
      </w:pPr>
      <w:r>
        <w:t>از ہیٹ ریزن بیہائنڈ دیر سچ اینٹی گورنمنٹ بیہیویئر؟ واٹ از یور ایڈوائس ٹو سچ مسلمز؟"</w:t>
      </w:r>
    </w:p>
    <w:p>
      <w:r>
        <w:rPr>
          <w:b/>
        </w:rPr>
        <w:t xml:space="preserve">[37:39] </w:t>
      </w:r>
      <w:r>
        <w:t>bhai, jo yeh jo soch hai, yeh mere nazdeek bilkul jaiz nahi hai. musalmanon ko chahiye ke government ki tamam instructions ko follow karen.</w:t>
      </w:r>
    </w:p>
    <w:p>
      <w:pPr>
        <w:jc w:val="right"/>
      </w:pPr>
      <w:r>
        <w:t>بھائی، جو یہ جو سوچ ہے، یہ میرے نزدیک بالکل جائز نہیں ہے۔ مسلمانوں کو چاہیے کہ گورنمنٹ کی تمام انسٹرکشنز کو فالو کریں۔</w:t>
      </w:r>
    </w:p>
    <w:p>
      <w:r>
        <w:rPr>
          <w:b/>
        </w:rPr>
        <w:t xml:space="preserve">[37:55] </w:t>
      </w:r>
      <w:r>
        <w:t>koi bhi reason is ke liye jaiz nahi hai.</w:t>
      </w:r>
    </w:p>
    <w:p>
      <w:pPr>
        <w:jc w:val="right"/>
      </w:pPr>
      <w:r>
        <w:t>کوئی بھی ریزن اس کے لیے جائز نہیں ہے۔</w:t>
      </w:r>
    </w:p>
    <w:p>
      <w:r>
        <w:rPr>
          <w:b/>
        </w:rPr>
        <w:t xml:space="preserve">[38:02] </w:t>
      </w:r>
      <w:r>
        <w:t>aik muhammad arshad sahib poochte hain: "hazrat, aap kahan se hain?"</w:t>
      </w:r>
    </w:p>
    <w:p>
      <w:pPr>
        <w:jc w:val="right"/>
      </w:pPr>
      <w:r>
        <w:t>ایک محمد ارشد صاحب پوچھتے ہیں: "حضرت، آپ کہاں سے ہیں؟"</w:t>
      </w:r>
    </w:p>
    <w:p>
      <w:r>
        <w:rPr>
          <w:b/>
        </w:rPr>
        <w:t xml:space="preserve">[38:10] </w:t>
      </w:r>
      <w:r>
        <w:t>mein up mein paida hua. up mein. baad ko mein dilli mein aa kar settle hua.</w:t>
      </w:r>
    </w:p>
    <w:p>
      <w:pPr>
        <w:jc w:val="right"/>
      </w:pPr>
      <w:r>
        <w:t>میں یو پی میں پیدا ہوا۔ یو پی میں۔ بعد کو میں دلی میں آ کر سیٹل ہوا۔</w:t>
      </w:r>
    </w:p>
    <w:p>
      <w:r>
        <w:rPr>
          <w:b/>
        </w:rPr>
        <w:t xml:space="preserve">[38:22] </w:t>
      </w:r>
      <w:r>
        <w:t>stuti malhoza likhti hain: "maulana, people talk about being right conscious, but i have learned from you that the real spirit is about being duty conscious.</w:t>
      </w:r>
    </w:p>
    <w:p>
      <w:pPr>
        <w:jc w:val="right"/>
      </w:pPr>
      <w:r>
        <w:t>ستوتی ملحوظہ لکھتی ہیں: "مولانا، پیپل ٹاک اباؤٹ بینگ رائٹ کانشیس، بٹ آئی ہیو لرن فرام یو دیٹ دا ریئل سپرٹ از اباؤٹ بینگ ڈیوٹی کانشیس۔</w:t>
      </w:r>
    </w:p>
    <w:p>
      <w:r>
        <w:rPr>
          <w:b/>
        </w:rPr>
        <w:t xml:space="preserve">[38:38] </w:t>
      </w:r>
      <w:r>
        <w:t>thank you maulana sahib for guiding all of us."</w:t>
      </w:r>
    </w:p>
    <w:p>
      <w:pPr>
        <w:jc w:val="right"/>
      </w:pPr>
      <w:r>
        <w:t>تھینک یو مولانا صاحب فار گائیڈنگ ال اف اس۔"</w:t>
      </w:r>
    </w:p>
    <w:p>
      <w:r>
        <w:rPr>
          <w:b/>
        </w:rPr>
        <w:t xml:space="preserve">[38:44] </w:t>
      </w:r>
      <w:r>
        <w:t>masha Allah, masha Allah.</w:t>
      </w:r>
    </w:p>
    <w:p>
      <w:pPr>
        <w:jc w:val="right"/>
      </w:pPr>
      <w:r>
        <w:t>ماشاءاللہ، ماشاءاللہ۔</w:t>
      </w:r>
    </w:p>
    <w:p>
      <w:r>
        <w:rPr>
          <w:b/>
        </w:rPr>
        <w:t xml:space="preserve">[38:48] </w:t>
      </w:r>
      <w:r>
        <w:t>yehi sachai hai ke insaan duty ka ehsas barh kar is dunya mein rahe.</w:t>
      </w:r>
    </w:p>
    <w:p>
      <w:pPr>
        <w:jc w:val="right"/>
      </w:pPr>
      <w:r>
        <w:t>یہی سچائی ہے کہ انسان ڈیوٹی کا احساس بڑھ کر اس دنیا میں رہے۔</w:t>
      </w:r>
    </w:p>
    <w:p>
      <w:r>
        <w:rPr>
          <w:b/>
        </w:rPr>
        <w:t xml:space="preserve">[39:01] </w:t>
      </w:r>
      <w:r>
        <w:t>doctor naghma siddiqui ne likha hai: "can you explain the quranic verses, chapter 89, verse 22, 23?</w:t>
      </w:r>
    </w:p>
    <w:p>
      <w:pPr>
        <w:jc w:val="right"/>
      </w:pPr>
      <w:r>
        <w:t>ڈاکٹر نغمہ صدیقی نے لکھا ہے: "کین یو ایکسپلین دا قرآنک ورسز، چیپٹر 89، ورس 22، 23؟</w:t>
      </w:r>
    </w:p>
    <w:p>
      <w:r>
        <w:rPr>
          <w:b/>
        </w:rPr>
        <w:t xml:space="preserve">[39:12] </w:t>
      </w:r>
      <w:r>
        <w:t>no, indeed, when the earth is crushed and</w:t>
      </w:r>
    </w:p>
    <w:p>
      <w:pPr>
        <w:jc w:val="right"/>
      </w:pPr>
      <w:r>
        <w:t>نو، انڈیڈ، وین دا ارتھ از کرشڈ اینڈ</w:t>
      </w:r>
    </w:p>
    <w:p>
      <w:r>
        <w:rPr>
          <w:b/>
        </w:rPr>
        <w:t xml:space="preserve">[39:20] </w:t>
      </w:r>
      <w:r>
        <w:t>round to dust, when your lord,</w:t>
      </w:r>
    </w:p>
    <w:p>
      <w:pPr>
        <w:jc w:val="right"/>
      </w:pPr>
      <w:r>
        <w:t>راؤنڈ ٹو ڈسٹ، وین یور لارڈ،</w:t>
      </w:r>
    </w:p>
    <w:p>
      <w:r>
        <w:rPr>
          <w:b/>
        </w:rPr>
        <w:t xml:space="preserve">[39:28] </w:t>
      </w:r>
      <w:r>
        <w:t>when your lord comes down with the angels, rank upon rank."</w:t>
      </w:r>
    </w:p>
    <w:p>
      <w:pPr>
        <w:jc w:val="right"/>
      </w:pPr>
      <w:r>
        <w:t>وین یور لارڈ کمز ڈاؤن ود دا اینجلز، رینک اپ رینک۔"</w:t>
      </w:r>
    </w:p>
    <w:p>
      <w:r>
        <w:rPr>
          <w:b/>
        </w:rPr>
        <w:t xml:space="preserve">[39:37] </w:t>
      </w:r>
      <w:r>
        <w:t>bhai, mein yehi kahunga ke aap is ayat ki kuch samajhne ke liye meri kitab tazkirah quran parhiye.</w:t>
      </w:r>
    </w:p>
    <w:p>
      <w:pPr>
        <w:jc w:val="right"/>
      </w:pPr>
      <w:r>
        <w:t>بھئی، میں یہی کہوں گا کہ آپ اس آیت کی کچھ سمجھنے کے لیے میری کتاب تذکر القرآن پڑھیے۔</w:t>
      </w:r>
    </w:p>
    <w:p>
      <w:r>
        <w:rPr>
          <w:b/>
        </w:rPr>
        <w:t xml:space="preserve">[39:49] </w:t>
      </w:r>
      <w:r>
        <w:t>is mein aap ko is ka jawab mil jayega.</w:t>
      </w:r>
    </w:p>
    <w:p>
      <w:pPr>
        <w:jc w:val="right"/>
      </w:pPr>
      <w:r>
        <w:t>اس میں آپ کو اس کا جواب مل جائے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