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29 Mar 2009 Maulana Wahiduddin Khan</w:t>
      </w:r>
    </w:p>
    <w:p>
      <w:r>
        <w:t>https://www.youtube.com/watch?v=pr358S6nndo</w:t>
      </w:r>
    </w:p>
    <w:p>
      <w:r>
        <w:rPr>
          <w:b/>
        </w:rPr>
        <w:t xml:space="preserve">[00:14] </w:t>
      </w:r>
      <w:r>
        <w:t>This question is from Ms. Samar Sherwani. Maulana, how should I make my personality a strong personality?</w:t>
      </w:r>
    </w:p>
    <w:p>
      <w:pPr>
        <w:jc w:val="right"/>
      </w:pPr>
      <w:r>
        <w:t>This question is from Ms. Samar Sherwani। मौलाना, how should I make my personality a strong personality?</w:t>
      </w:r>
    </w:p>
    <w:p>
      <w:r>
        <w:rPr>
          <w:b/>
        </w:rPr>
        <w:t xml:space="preserve">[00:23] </w:t>
      </w:r>
      <w:r>
        <w:t>uski price dijiye.</w:t>
      </w:r>
    </w:p>
    <w:p>
      <w:pPr>
        <w:jc w:val="right"/>
      </w:pPr>
      <w:r>
        <w:t>उसकी प्राइस दीजिए।</w:t>
      </w:r>
    </w:p>
    <w:p>
      <w:r>
        <w:rPr>
          <w:b/>
        </w:rPr>
        <w:t xml:space="preserve">[00:27] </w:t>
      </w:r>
      <w:r>
        <w:t>bina price diye log chahte hain.</w:t>
      </w:r>
    </w:p>
    <w:p>
      <w:pPr>
        <w:jc w:val="right"/>
      </w:pPr>
      <w:r>
        <w:t>बिना प्राइस दिए लोग चाहते हैं।</w:t>
      </w:r>
    </w:p>
    <w:p>
      <w:r>
        <w:rPr>
          <w:b/>
        </w:rPr>
        <w:t xml:space="preserve">[00:32] </w:t>
      </w:r>
      <w:r>
        <w:t>bahut log poochte hain. But don't be ready to pay the price.</w:t>
      </w:r>
    </w:p>
    <w:p>
      <w:pPr>
        <w:jc w:val="right"/>
      </w:pPr>
      <w:r>
        <w:t>बहुत लोग पूछते हैं। But don't be ready to pay the price.</w:t>
      </w:r>
    </w:p>
    <w:p>
      <w:r>
        <w:rPr>
          <w:b/>
        </w:rPr>
        <w:t xml:space="preserve">[00:41] </w:t>
      </w:r>
      <w:r>
        <w:t>dekhiye, ya to aap</w:t>
      </w:r>
    </w:p>
    <w:p>
      <w:pPr>
        <w:jc w:val="right"/>
      </w:pPr>
      <w:r>
        <w:t>देखिए, या तो आप</w:t>
      </w:r>
    </w:p>
    <w:p>
      <w:r>
        <w:rPr>
          <w:b/>
        </w:rPr>
        <w:t xml:space="preserve">[00:45] </w:t>
      </w:r>
      <w:r>
        <w:t>iski tamanna mat kijiye, jo hai usi ko chalne dijiye. Aur agar aap tamanna karte hain to uski price dijiye. Maine bar bar kaha hai ki dekhiye, sabse bada jo reason hai</w:t>
      </w:r>
    </w:p>
    <w:p>
      <w:pPr>
        <w:jc w:val="right"/>
      </w:pPr>
      <w:r>
        <w:t>इसकी तमन्ना मत कीजिए, जो है उसी को चलने दीजिए। और अगर आप तमन्ना करते हैं तो उसकी प्राइस दीजिए। मैंने बार-बार कहा है कि देखिए, सबसे बड़ा जो रीजन है</w:t>
      </w:r>
    </w:p>
    <w:p>
      <w:r>
        <w:rPr>
          <w:b/>
        </w:rPr>
        <w:t xml:space="preserve">[01:01] </w:t>
      </w:r>
      <w:r>
        <w:t>wah hai distraction. Sare log distraction mein jeete hain. Kisi ko uski family distract kar rahi hai, kisi ko shopping mein distract ho raha hai,</w:t>
      </w:r>
    </w:p>
    <w:p>
      <w:pPr>
        <w:jc w:val="right"/>
      </w:pPr>
      <w:r>
        <w:t>वह है डिस्ट्रक्शन। सारे लोग डिस्ट्रक्शन में जीते हैं। किसी को उसकी फैमिली डिस्ट्रक्ट कर रही है, किसी को शॉपिंग में डिस्ट्रक्ट हो रहा है,</w:t>
      </w:r>
    </w:p>
    <w:p>
      <w:r>
        <w:rPr>
          <w:b/>
        </w:rPr>
        <w:t xml:space="preserve">[01:16] </w:t>
      </w:r>
      <w:r>
        <w:t>koi TV ho raha hai.</w:t>
      </w:r>
    </w:p>
    <w:p>
      <w:pPr>
        <w:jc w:val="right"/>
      </w:pPr>
      <w:r>
        <w:t>कोई टीवी हो रहा है।</w:t>
      </w:r>
    </w:p>
    <w:p>
      <w:r>
        <w:rPr>
          <w:b/>
        </w:rPr>
        <w:t xml:space="preserve">[01:19] </w:t>
      </w:r>
      <w:r>
        <w:t>Every moment we live in distractions.</w:t>
      </w:r>
    </w:p>
    <w:p>
      <w:pPr>
        <w:jc w:val="right"/>
      </w:pPr>
      <w:r>
        <w:t>Every moment we live in distractions.</w:t>
      </w:r>
    </w:p>
    <w:p>
      <w:r>
        <w:rPr>
          <w:b/>
        </w:rPr>
        <w:t xml:space="preserve">[01:26] </w:t>
      </w:r>
      <w:r>
        <w:t>sabse bada reason jo hai wo distraction hai.</w:t>
      </w:r>
    </w:p>
    <w:p>
      <w:pPr>
        <w:jc w:val="right"/>
      </w:pPr>
      <w:r>
        <w:t>सबसे बड़ा रीजन जो है वो डिस्ट्रक्शन है।</w:t>
      </w:r>
    </w:p>
    <w:p>
      <w:r>
        <w:rPr>
          <w:b/>
        </w:rPr>
        <w:t xml:space="preserve">[01:33] </w:t>
      </w:r>
      <w:r>
        <w:t>to aap agar chahte hain strong personality banana, to ye kijiye.</w:t>
      </w:r>
    </w:p>
    <w:p>
      <w:pPr>
        <w:jc w:val="right"/>
      </w:pPr>
      <w:r>
        <w:t>तो आप अगर चाहते हैं स्ट्रांग पर्सनालिटी बनाना, तो ये कीजिए।</w:t>
      </w:r>
    </w:p>
    <w:p>
      <w:r>
        <w:rPr>
          <w:b/>
        </w:rPr>
        <w:t xml:space="preserve">[01:43] </w:t>
      </w:r>
      <w:r>
        <w:t>ek sahab isse pehle aaye, ab wo kuch suna unhone, us par jaane lage. Maine kaha, kyon ja rahe hain bhai? Kya meri family aayi hui hai to unke lunch mein shareek hona hai?</w:t>
      </w:r>
    </w:p>
    <w:p>
      <w:pPr>
        <w:jc w:val="right"/>
      </w:pPr>
      <w:r>
        <w:t>एक साहब इससे पहले आए, अब वो कुछ सुना उन्होंने, उस पर जाने लगे। मैंने कहा, क्यों जा रहे हैं भाई? क्या मेरी फैमिली आई हुई है तो उनके लंच में शरीक होना है?</w:t>
      </w:r>
    </w:p>
    <w:p>
      <w:r>
        <w:rPr>
          <w:b/>
        </w:rPr>
        <w:t xml:space="preserve">[01:58] </w:t>
      </w:r>
      <w:r>
        <w:t>ye koi koi reason hai? ye</w:t>
      </w:r>
    </w:p>
    <w:p>
      <w:pPr>
        <w:jc w:val="right"/>
      </w:pPr>
      <w:r>
        <w:t>ये कोई कोई रीजन है? ये</w:t>
      </w:r>
    </w:p>
    <w:p>
      <w:r>
        <w:rPr>
          <w:b/>
        </w:rPr>
        <w:t xml:space="preserve">[02:01] </w:t>
      </w:r>
      <w:r>
        <w:t>bahar bazaar lunch hai, bahar bazaar family.</w:t>
      </w:r>
    </w:p>
    <w:p>
      <w:pPr>
        <w:jc w:val="right"/>
      </w:pPr>
      <w:r>
        <w:t>बाहर बाजार लंच है, बाहर बाजार फैमिली।</w:t>
      </w:r>
    </w:p>
    <w:p>
      <w:r>
        <w:rPr>
          <w:b/>
        </w:rPr>
        <w:t xml:space="preserve">[02:07] </w:t>
      </w:r>
      <w:r>
        <w:t>mera to yahi nazariya hai. Aapne kyon nahi kaha ki tum log kha lena, main thodi der mein aaunga? bilkul, simply si baat hai.</w:t>
      </w:r>
    </w:p>
    <w:p>
      <w:pPr>
        <w:jc w:val="right"/>
      </w:pPr>
      <w:r>
        <w:t>मेरा तो यही नजरिया है। आपने क्यों नहीं कहा कि तुम लोग खा लेना, मैं थोड़ी देर में आऊंगा? बिल्कुल, सिंपली सी बात है।</w:t>
      </w:r>
    </w:p>
    <w:p>
      <w:r>
        <w:rPr>
          <w:b/>
        </w:rPr>
        <w:t xml:space="preserve">[02:18] </w:t>
      </w:r>
      <w:r>
        <w:t>to har waqt log distraction mein jeete hain. Har waqt mobile liye rehte hain. baj raha hai, ghar se kaam par laga liya. to mobile is source of distraction. Family, TV, shopping</w:t>
      </w:r>
    </w:p>
    <w:p>
      <w:pPr>
        <w:jc w:val="right"/>
      </w:pPr>
      <w:r>
        <w:t>तो हर वक्त लोग डिस्ट्रक्शन में जीते हैं। हर वक्त मोबाइल लिए रहते हैं। बज रहा है, घर से काम पर लगा लिया। तो मोबाइल इज सोर्स ऑफ डिस्ट्रक्शन। फैमिली, टीवी, शॉपिंग</w:t>
      </w:r>
    </w:p>
    <w:p>
      <w:r>
        <w:rPr>
          <w:b/>
        </w:rPr>
        <w:t xml:space="preserve">[02:36] </w:t>
      </w:r>
      <w:r>
        <w:t>aur khane, log koi simple simplicity ko lene ko taiyar nahi hain. Simple food, simple furniture, simple ghar, simple dress, koi taiyar nahi hai uske liye hota.</w:t>
      </w:r>
    </w:p>
    <w:p>
      <w:pPr>
        <w:jc w:val="right"/>
      </w:pPr>
      <w:r>
        <w:t>और खाने, लोग कोई सिंपल सिंपलीसिटी को लेने को तैयार नहीं हैं। सिंपल फूड, सिंपल फर्नीचर, सिंपल घर, सिंपल ड्रेस, कोई तैयार नहीं है उसके लिए होता।</w:t>
      </w:r>
    </w:p>
    <w:p>
      <w:r>
        <w:rPr>
          <w:b/>
        </w:rPr>
        <w:t xml:space="preserve">[02:53] </w:t>
      </w:r>
      <w:r>
        <w:t>to main yahi kahunga ki ya to uski price dijiye ya phir uski baat hi karna chhod dijiye. Aur main poore apne experience ko lete hue kahunga ki sabse bada jo killer hai, killer</w:t>
      </w:r>
    </w:p>
    <w:p>
      <w:pPr>
        <w:jc w:val="right"/>
      </w:pPr>
      <w:r>
        <w:t>तो मैं यही कहूंगा कि या तो उसकी प्राइस दीजिए या फिर उसकी बात ही करना छोड़ दीजिए। और मैं पूरे अपने एक्सपीरियंस को लेते हुए कहूंगा कि सबसे बड़ा जो किलर है, किलर</w:t>
      </w:r>
    </w:p>
    <w:p>
      <w:r>
        <w:rPr>
          <w:b/>
        </w:rPr>
        <w:t xml:space="preserve">[03:09] </w:t>
      </w:r>
      <w:r>
        <w:t>wah hai distraction. Hum sabke liye sabse bada killer. to subah shaam aap sochiye ki aaj main kin cheezon ne mujhe distract kiya. Distraction ka matlab hota hai tawajjoh ka hat jana.</w:t>
      </w:r>
    </w:p>
    <w:p>
      <w:pPr>
        <w:jc w:val="right"/>
      </w:pPr>
      <w:r>
        <w:t>वह है डिस्ट्रक्शन। हम सबके लिए सबसे बड़ा किलर। तो सुबह शाम आप सोचिए कि आज मैं किन चीजों ने मुझे डिस्ट्रक्ट किया। डिस्ट्रक्शन का मतलब होता है तवज्जो का हट जाना।</w:t>
      </w:r>
    </w:p>
    <w:p>
      <w:r>
        <w:rPr>
          <w:b/>
        </w:rPr>
        <w:t xml:space="preserve">[03:29] </w:t>
      </w:r>
      <w:r>
        <w:t>bar bar logon ki tawajjoh hat ti rehti hai kisi bhi cheez se. Kabhi idhar, kabhi udhar, kabhi idhar, kabhi udhar. to aap yahan se chale jaane ke liye Faridabad, aur har waqt aap idhar udhar, yani aapko sab derail hota rahe, to aap shayad shaam tak bhi nahi pahunchenge.</w:t>
      </w:r>
    </w:p>
    <w:p>
      <w:pPr>
        <w:jc w:val="right"/>
      </w:pPr>
      <w:r>
        <w:t>बार-बार लोगों की तवज्जो हटती रहती है किसी भी चीज से। कभी इधर, कभी उधर, कभी इधर, कभी उधर। तो आप यहां से चले जाने के लिए फरीदाबाद, और हर वक्त आप इधर-उधर, यानी आपको सब डिरेल होता रहे, तो आप शायद शाम तक भी नहीं पहुंचेंगे।</w:t>
      </w:r>
    </w:p>
    <w:p>
      <w:r>
        <w:rPr>
          <w:b/>
        </w:rPr>
        <w:t xml:space="preserve">[03:53] </w:t>
      </w:r>
      <w:r>
        <w:t>Distraction means derailment. Jab aap distract hote hain to aapne apne aap ko derail kiya, practice hat gayi. to time bhi gaya, energy bhi gayi, maqsad bhi hasil nahi hua.</w:t>
      </w:r>
    </w:p>
    <w:p>
      <w:pPr>
        <w:jc w:val="right"/>
      </w:pPr>
      <w:r>
        <w:t>डिस्ट्रक्शन मींस डिरेलमेंट। जब आप डिस्ट्रक्ट होते हैं तो आपने अपने आप को डिरेल किया, प्रैक्टिस हट गई। तो टाइम भी गया, एनर्जी भी गई, मकसद भी हासिल नहीं हुआ।</w:t>
      </w:r>
    </w:p>
    <w:p>
      <w:r>
        <w:rPr>
          <w:b/>
        </w:rPr>
        <w:t xml:space="preserve">[04:14] </w:t>
      </w:r>
      <w:r>
        <w:t>aaj main padh raha tha akhbar mein ek bahut hi mashhoor film star ki kahani. Main har cheez padhta hoon. to usko India ke sabse zyada mehngi film star mein se gina jata hai.</w:t>
      </w:r>
    </w:p>
    <w:p>
      <w:pPr>
        <w:jc w:val="right"/>
      </w:pPr>
      <w:r>
        <w:t>आज मैं पढ़ रहा था अखबार में एक बहुत ही मशहूर फिल्म स्टार की कहानी। मैं हर चीज पढ़ता हूं। तो उसको इंडिया के सबसे ज्यादा महंगी फिल्म स्टार में से गिना जाता है।</w:t>
      </w:r>
    </w:p>
    <w:p>
      <w:r>
        <w:rPr>
          <w:b/>
        </w:rPr>
        <w:t xml:space="preserve">[04:34] </w:t>
      </w:r>
      <w:r>
        <w:t>to add ke liye ek koi add dena tha, to uske liye wo 6 crore rupya uska contract hua. to kisi ne poocha ki itna itna paisa tum leti ho ki ek add ke liye 6 crore rupya, aisi kitna tum kamati hogi?</w:t>
      </w:r>
    </w:p>
    <w:p>
      <w:pPr>
        <w:jc w:val="right"/>
      </w:pPr>
      <w:r>
        <w:t>तो ऐड के लिए एक कोई ऐड देना था, तो उसके लिए वो 6 करोड़ रुपया उसका कांट्रैक्ट हुआ। तो किसी ने पूछा कि इतना इतना पैसा तुम लेती हो कि एक ऐड के लिए 6 करोड़ रुपया, ऐसी कितना तुम कमाती होगी?</w:t>
      </w:r>
    </w:p>
    <w:p>
      <w:r>
        <w:rPr>
          <w:b/>
        </w:rPr>
        <w:t xml:space="preserve">[04:52] </w:t>
      </w:r>
      <w:r>
        <w:t>to kya karti ho us paison ko? kya karogi?</w:t>
      </w:r>
    </w:p>
    <w:p>
      <w:pPr>
        <w:jc w:val="right"/>
      </w:pPr>
      <w:r>
        <w:t>तो क्या करती हो उस पैसों को? क्या करोगी?</w:t>
      </w:r>
    </w:p>
    <w:p>
      <w:r>
        <w:rPr>
          <w:b/>
        </w:rPr>
        <w:t xml:space="preserve">[04:56] </w:t>
      </w:r>
      <w:r>
        <w:t>aaj padh lijiye, aaj hi ke paper mein. Tune kaha ki mujhe Greece mein ek ghar lena hai, Yunan mein. Yunan jo hai, Europe ka ek bahut hi, yani beautiful country hai. Wahan bahut bahut nature hai. Wahan par</w:t>
      </w:r>
    </w:p>
    <w:p>
      <w:pPr>
        <w:jc w:val="right"/>
      </w:pPr>
      <w:r>
        <w:t>आज पढ़ लीजिए, आज ही के पेपर में। तुने कहा कि मुझे ग्रीस में एक घर लेना है, यूनान में। यूनान जो है, यूरोप का एक बहुत ही, यानी ब्यूटीफुल कंट्री है। वहां बहुत बहुत नेचर है। वहां पर</w:t>
      </w:r>
    </w:p>
    <w:p>
      <w:r>
        <w:rPr>
          <w:b/>
        </w:rPr>
        <w:t xml:space="preserve">[05:12] </w:t>
      </w:r>
      <w:r>
        <w:t>to wahan par mujhe ghar lena hai. Usi mein poocha jab interview ne, to usne bataya ki maine Bombay mein ek naya ghar khareeda hai, lekin abhi tak usmein rehna mujhe nahi mila kyunki meri zindagi guzarti hai studio mein. Aap gaur kijiye ki ek ghar uske paas already hai, usmein reh nahi pa rahi hai kyunki studio mein usko rehna padta hai.</w:t>
      </w:r>
    </w:p>
    <w:p>
      <w:pPr>
        <w:jc w:val="right"/>
      </w:pPr>
      <w:r>
        <w:t>तो वहां पर मुझे घर लेना है। उसी में पूछा जब इंटरव्यू ने, तो उसने बताया कि मैंने बॉम्बे में एक नया घर खरीदा है, लेकिन अभी तक उसमें रहना मुझे नहीं मिला क्योंकि मेरी जिंदगी गुजरती है स्टूडियो में। आप गौर कीजिए कि एक घर उसके पास ऑलरेडी है, उसमें रह नहीं पा रही है क्योंकि स्टूडियो में उसको रहना पड़ता है।</w:t>
      </w:r>
    </w:p>
    <w:p>
      <w:r>
        <w:rPr>
          <w:b/>
        </w:rPr>
        <w:t xml:space="preserve">[05:34] </w:t>
      </w:r>
      <w:r>
        <w:t>to Greece mein ghar lena hai usko.</w:t>
      </w:r>
    </w:p>
    <w:p>
      <w:pPr>
        <w:jc w:val="right"/>
      </w:pPr>
      <w:r>
        <w:t>तो ग्रीस में घर लेना है उसको।</w:t>
      </w:r>
    </w:p>
    <w:p>
      <w:r>
        <w:rPr>
          <w:b/>
        </w:rPr>
        <w:t xml:space="preserve">[05:40] </w:t>
      </w:r>
      <w:r>
        <w:t>to iske liye paisa kamana hai, paisa kamana hai, paisa kamana hai. Aisa paisa jiska koi use nahi, jiska koi istemal nahi. to yaad rakhiye ki is duniya mein sabse bada killer jo hai, killer yahi hai ki aadmi bagair planning ke sirf</w:t>
      </w:r>
    </w:p>
    <w:p>
      <w:pPr>
        <w:jc w:val="right"/>
      </w:pPr>
      <w:r>
        <w:t>तो इसके लिए पैसा कमाना है, पैसा कमाना है, पैसा कमाना है। ऐसा पैसा जिसका कोई यूज नहीं, जिसका कोई इस्तेमाल नहीं। तो याद रखिए कि इस दुनिया में सबसे बड़ा किलर जो है, किलर यही है कि आदमी बगैर प्लानिंग के सिर्फ</w:t>
      </w:r>
    </w:p>
    <w:p>
      <w:r>
        <w:rPr>
          <w:b/>
        </w:rPr>
        <w:t xml:space="preserve">[05:57] </w:t>
      </w:r>
      <w:r>
        <w:t>desire, sentiment, emotion ke saath chalta rehta hai. to aap apni zindagi ko plan way mein bitaiye aur uske baad uska result hoga strong personality.</w:t>
      </w:r>
    </w:p>
    <w:p>
      <w:pPr>
        <w:jc w:val="right"/>
      </w:pPr>
      <w:r>
        <w:t>डिजायर, सेंटीमेंट, इमोशन के साथ चलता रहता है। तो आप अपनी जिंदगी को प्लान वे में बिताइए और उसके बाद उसका रिजल्ट होगा स्ट्रांग पर्सनालिटी।</w:t>
      </w:r>
    </w:p>
    <w:p>
      <w:r>
        <w:rPr>
          <w:b/>
        </w:rPr>
        <w:t xml:space="preserve">[06:16] </w:t>
      </w:r>
      <w:r>
        <w:t>This question is from Ms. Faiza. Maulana, as you said, that we have to prepare our mind and then understand the Quran.</w:t>
      </w:r>
    </w:p>
    <w:p>
      <w:pPr>
        <w:jc w:val="right"/>
      </w:pPr>
      <w:r>
        <w:t>This question is from Ms. Faiza. Maulana, as you said, that we have to prepare our mind and then understand the Quran.</w:t>
      </w:r>
    </w:p>
    <w:p>
      <w:r>
        <w:rPr>
          <w:b/>
        </w:rPr>
        <w:t xml:space="preserve">[06:26] </w:t>
      </w:r>
      <w:r>
        <w:t>So how does a person prepare his mind</w:t>
      </w:r>
    </w:p>
    <w:p>
      <w:pPr>
        <w:jc w:val="right"/>
      </w:pPr>
      <w:r>
        <w:t>So how does a person prepare his mind</w:t>
      </w:r>
    </w:p>
    <w:p>
      <w:r>
        <w:rPr>
          <w:b/>
        </w:rPr>
        <w:t xml:space="preserve">[06:30] </w:t>
      </w:r>
      <w:r>
        <w:t>? Kindly explain.</w:t>
      </w:r>
    </w:p>
    <w:p>
      <w:pPr>
        <w:jc w:val="right"/>
      </w:pPr>
      <w:r>
        <w:t>? Kindly explain.</w:t>
      </w:r>
    </w:p>
    <w:p>
      <w:r>
        <w:rPr>
          <w:b/>
        </w:rPr>
        <w:t xml:space="preserve">[06:33] </w:t>
      </w:r>
      <w:r>
        <w:t>yahan barabar aaiye time par.</w:t>
      </w:r>
    </w:p>
    <w:p>
      <w:pPr>
        <w:jc w:val="right"/>
      </w:pPr>
      <w:r>
        <w:t>यहाँ बराबर आइए टाइम पर।</w:t>
      </w:r>
    </w:p>
    <w:p>
      <w:r>
        <w:rPr>
          <w:b/>
        </w:rPr>
        <w:t xml:space="preserve">[06:35] </w:t>
      </w:r>
      <w:r>
        <w:t>usi ko to aap kar rahe hain.</w:t>
      </w:r>
    </w:p>
    <w:p>
      <w:pPr>
        <w:jc w:val="right"/>
      </w:pPr>
      <w:r>
        <w:t>उसी को तो आप कर रहे हैं।</w:t>
      </w:r>
    </w:p>
    <w:p>
      <w:r>
        <w:rPr>
          <w:b/>
        </w:rPr>
        <w:t xml:space="preserve">[06:36] </w:t>
      </w:r>
      <w:r>
        <w:t>ye hamare aadhe log to der mein karke aate hain.</w:t>
      </w:r>
    </w:p>
    <w:p>
      <w:pPr>
        <w:jc w:val="right"/>
      </w:pPr>
      <w:r>
        <w:t>ये हमारे आधे लोग तो देर में करके आते हैं।</w:t>
      </w:r>
    </w:p>
    <w:p>
      <w:r>
        <w:rPr>
          <w:b/>
        </w:rPr>
        <w:t xml:space="preserve">[06:43] </w:t>
      </w:r>
      <w:r>
        <w:t>main bataun keh poori zameen par, poore globe par ek hi aisa class hai jo mind ko prepare</w:t>
      </w:r>
    </w:p>
    <w:p>
      <w:pPr>
        <w:jc w:val="right"/>
      </w:pPr>
      <w:r>
        <w:t>मैं बताऊं कि पूरी जमीन पर, पूरे ग्लोब पर एक ही ऐसा क्लास है जो माइंड को प्रिपेयर</w:t>
      </w:r>
    </w:p>
    <w:p>
      <w:r>
        <w:rPr>
          <w:b/>
        </w:rPr>
        <w:t xml:space="preserve">[06:48] </w:t>
      </w:r>
      <w:r>
        <w:t>karne ka kaam kar raha hai.</w:t>
      </w:r>
    </w:p>
    <w:p>
      <w:pPr>
        <w:jc w:val="right"/>
      </w:pPr>
      <w:r>
        <w:t>करने का काम कर रहा है।</w:t>
      </w:r>
    </w:p>
    <w:p>
      <w:r>
        <w:rPr>
          <w:b/>
        </w:rPr>
        <w:t xml:space="preserve">[06:50] </w:t>
      </w:r>
      <w:r>
        <w:t>ek hi. balkeh main kahun keh poori history mein aisa nahi hua.</w:t>
      </w:r>
    </w:p>
    <w:p>
      <w:pPr>
        <w:jc w:val="right"/>
      </w:pPr>
      <w:r>
        <w:t>एक ही। बल्कि मैं कहूं कि पूरी हिस्ट्री में ऐसा नहीं हुआ।</w:t>
      </w:r>
    </w:p>
    <w:p>
      <w:r>
        <w:rPr>
          <w:b/>
        </w:rPr>
        <w:t xml:space="preserve">[06:53] </w:t>
      </w:r>
      <w:r>
        <w:t>rasool Allah ke baad.</w:t>
      </w:r>
    </w:p>
    <w:p>
      <w:pPr>
        <w:jc w:val="right"/>
      </w:pPr>
      <w:r>
        <w:t>रसूलल्लाह के बाद।</w:t>
      </w:r>
    </w:p>
    <w:p>
      <w:r>
        <w:rPr>
          <w:b/>
        </w:rPr>
        <w:t xml:space="preserve">[06:56] </w:t>
      </w:r>
      <w:r>
        <w:t>agar aap kehte hain keh aap ko na maane, to mujhe koi misaal dijiye.</w:t>
      </w:r>
    </w:p>
    <w:p>
      <w:pPr>
        <w:jc w:val="right"/>
      </w:pPr>
      <w:r>
        <w:t>अगर आप कहते हैं कि आपको ना माने, तो मुझे कोई मिसाल दीजिए।</w:t>
      </w:r>
    </w:p>
    <w:p>
      <w:r>
        <w:rPr>
          <w:b/>
        </w:rPr>
        <w:t xml:space="preserve">[07:01] </w:t>
      </w:r>
      <w:r>
        <w:t>kisi ne bhi isko apna concern nahi banaya ki insano ki ki mind ki re engineering kare, usko prepare mind banaye. rasoolullah ke baad main pehla shakhs hoon jisne ki ye kaam ko uthaya yahan par. aur aap aate nahi.</w:t>
      </w:r>
    </w:p>
    <w:p>
      <w:pPr>
        <w:jc w:val="right"/>
      </w:pPr>
      <w:r>
        <w:t>किसी ने भी इसको अपना कंसर्न नहीं बनाया कि इंसानों की कि माइंड की री इंजीनियरिंग करे, उसको प्रिपेयर माइंड बनाए। रसूलल्लाह के बाद मैं पहला शख्स हूं जिसने कि ये काम को उठाया यहां पर। और आप आते नहीं।</w:t>
      </w:r>
    </w:p>
    <w:p>
      <w:r>
        <w:rPr>
          <w:b/>
        </w:rPr>
        <w:t xml:space="preserve">[07:20] </w:t>
      </w:r>
      <w:r>
        <w:t>jo log yahan baithe hue hain, main aadhe haath mein aate hi nahi, der mein aate hain. dekhiye, late aana, na aana hai, dono barabar hai. kyunki main aapko pata nahi hai ki main hafte bhar sochta hoon bolne ke liye. yahan dua karta hoon, namaz padhta hoon,</w:t>
      </w:r>
    </w:p>
    <w:p>
      <w:pPr>
        <w:jc w:val="right"/>
      </w:pPr>
      <w:r>
        <w:t>जो लोग यहां बैठे हुए हैं, मैं आधे हाथ में आते ही नहीं, देर में आते हैं। देखिए, लेट आना, ना आना है, दोनों बराबर है। क्योंकि मैं आपको पता नहीं है कि मैं हफ्ते भर सोचता हूं बोलने के लिए। यहां दुआ करता हूं, नमाज पढ़ता हूं,</w:t>
      </w:r>
    </w:p>
    <w:p>
      <w:r>
        <w:rPr>
          <w:b/>
        </w:rPr>
        <w:t xml:space="preserve">[07:38] </w:t>
      </w:r>
      <w:r>
        <w:t>salat hajat padhta hoon, quran padhta hoon ki agle hafte kya bolna hai.</w:t>
      </w:r>
    </w:p>
    <w:p>
      <w:pPr>
        <w:jc w:val="right"/>
      </w:pPr>
      <w:r>
        <w:t>सलात हाज पढ़ता हूं, कुरान पढ़ता हूं कि अगले हफ्ते क्या बोलना है।</w:t>
      </w:r>
    </w:p>
    <w:p>
      <w:r>
        <w:rPr>
          <w:b/>
        </w:rPr>
        <w:t xml:space="preserve">[07:45] </w:t>
      </w:r>
      <w:r>
        <w:t>tab yahan baithta hoon bolne ke liye. aur aap chhu cheezon se aap koi excuse bana lete hain. aap aur der mein aate hain aur phir sawal karte hain ki sahab, kaise hum apne aap ko prepare karein?</w:t>
      </w:r>
    </w:p>
    <w:p>
      <w:pPr>
        <w:jc w:val="right"/>
      </w:pPr>
      <w:r>
        <w:t>तब यहां बैठता हूं बोलने के लिए। और आपको छु चीजों से आप कोई एक्सक्यूज बना लेते हैं। आप और देर में आते हैं और फिर सवाल करते हैं कि साहब, कैसे हम अपने आप को प्रिपेयर करें?</w:t>
      </w:r>
    </w:p>
    <w:p>
      <w:r>
        <w:rPr>
          <w:b/>
        </w:rPr>
        <w:t xml:space="preserve">[07:58] </w:t>
      </w:r>
      <w:r>
        <w:t>to aap kar to rahe hain wahi kaam jo karna chahiye. aapko</w:t>
      </w:r>
    </w:p>
    <w:p>
      <w:pPr>
        <w:jc w:val="right"/>
      </w:pPr>
      <w:r>
        <w:t>तो आप कर तो रहे हैं वही काम जो करना चाहिए। आपको</w:t>
      </w:r>
    </w:p>
    <w:p>
      <w:r>
        <w:rPr>
          <w:b/>
        </w:rPr>
        <w:t xml:space="preserve">[08:02] </w:t>
      </w:r>
      <w:r>
        <w:t>dekhiye, minimum requirement hai, minimum aapke liye. yahan par aapko 10:30 par seat par maujood hoon. aap agar aapne pa minute miss miss kiya, to subah gaya kyunki jo kuch bolta hoon, usme itna chain hota hai, itna shuru se aakhir tak</w:t>
      </w:r>
    </w:p>
    <w:p>
      <w:pPr>
        <w:jc w:val="right"/>
      </w:pPr>
      <w:r>
        <w:t>देखिए, मिनिमम रिक्वायरमेंट है, मिनिमम आपके लिए। यहां पर आपको 10:30 पर सीट पर मौजूद हूं। आप अगर आपने पा मिनट मिस मिस किया, तो सुबह गया क्योंकि जो कुछ बोलता हूं, उसमें इतना चेन होता है, इतना शुरू से आखिर तक</w:t>
      </w:r>
    </w:p>
    <w:p>
      <w:r>
        <w:rPr>
          <w:b/>
        </w:rPr>
        <w:t xml:space="preserve">[08:18] </w:t>
      </w:r>
      <w:r>
        <w:t>ki pa minute miss kiya aapne, to chain toot gaya. main hairaan hoon ki kaise aap afford karte hain ki yahan par late pahunche. aap kaise afford karte hain isko?</w:t>
      </w:r>
    </w:p>
    <w:p>
      <w:pPr>
        <w:jc w:val="right"/>
      </w:pPr>
      <w:r>
        <w:t>कि पा मिनट मिस किया आपने, तो चेन टूट गया। मैं हैरान हूं कि कैसे आप अफोर्ड करते हैं कि यहां पर लेट पहुंचे। आप कैसे अफोर्ड करते हैं इसको?</w:t>
      </w:r>
    </w:p>
    <w:p>
      <w:r>
        <w:rPr>
          <w:b/>
        </w:rPr>
        <w:t xml:space="preserve">[08:31] </w:t>
      </w:r>
      <w:r>
        <w:t>poori history mein main kehta hoon ki hazaar saal mein mujhe bata dijiye, koi ek bhi insaan ne yeh kaam kiya ho jo main karta hoon. iski bahut badi price mujhe deni padti hai. mujhko</w:t>
      </w:r>
    </w:p>
    <w:p>
      <w:pPr>
        <w:jc w:val="right"/>
      </w:pPr>
      <w:r>
        <w:t>पूरी हिस्ट्री में मैं कहता हूं कि हजार साल में मुझे बता दीजिए, कोई एक भी इंसान ने यह काम किया हो जो मैं करता हूं। इसकी बहुत बड़ी प्राइस मुझे देनी पड़ती है। मुझको</w:t>
      </w:r>
    </w:p>
    <w:p>
      <w:r>
        <w:rPr>
          <w:b/>
        </w:rPr>
        <w:t xml:space="preserve">[08:45] </w:t>
      </w:r>
      <w:r>
        <w:t>aisa yeh class jo chal rahi hai, aap samajhte hain, koi koi koi yeh koi yeh koi woh hai, koi circus hai. yeh bahut zyada main iski price de deta hoon. tab yeh is tarah se yahan par baat hoti hai.</w:t>
      </w:r>
    </w:p>
    <w:p>
      <w:pPr>
        <w:jc w:val="right"/>
      </w:pPr>
      <w:r>
        <w:t>ऐसा यह क्लास जो चल रही है, आप समझते हैं, कोई कोई कोई ये कोई ये कोई वो है, कोई सर्कस है। ये बहुत ज्यादा मैं इसकी प्राइस दे देता हूं। तब ये इस तरह से यहां पर बात होती है।</w:t>
      </w:r>
    </w:p>
    <w:p>
      <w:r>
        <w:rPr>
          <w:b/>
        </w:rPr>
        <w:t xml:space="preserve">[09:03] </w:t>
      </w:r>
      <w:r>
        <w:t>aap bas har shakhs par main main kahun ki farz ka darja zaroori hai ki woh 10:30 par seat par maujood rahe. agar ri haath maujood hota hai, to phir sawal bhi na karein. kahe ki hamein kuch parwah nahi, tum to bombay jao, hamein sunna nahi tumhari baat. to theek hai, jaiye, aap cinema dekhiye, tv dekhiye aur</w:t>
      </w:r>
    </w:p>
    <w:p>
      <w:pPr>
        <w:jc w:val="right"/>
      </w:pPr>
      <w:r>
        <w:t>आप बस हर शख्स पर मैं मैं कहूं कि फर्ज का दर्जा जरूरी है कि वह 10:30 पर सीट पर मौजूद रहे। अगर री हाथ मौजूद होता है, तो फिर सवाल भी ना करें। कहे कि हमें कुछ परवाह नहीं, तुम तो बॉम्बे जाओ, हमें सुनना नहीं तुम्हारी बात। तोठीक है, जाइए, आप सिनेमा देखिए, टीवी देखिए और</w:t>
      </w:r>
    </w:p>
    <w:p>
      <w:r>
        <w:rPr>
          <w:b/>
        </w:rPr>
        <w:t xml:space="preserve">[09:22] </w:t>
      </w:r>
      <w:r>
        <w:t>dawatein khaiye, shopping center kijiye, family ko khush kiye jaakar ke. to phir isko sawal mat kijiye. to main kahunga, kam se kam aap log jo yahan maujood hain, unko aaj hi yeh tay kar lena ki hum aindah se 10:30 par zaroor apni seat par maujood honge aur kisi cheez ko hum excuse nahi banayenge.</w:t>
      </w:r>
    </w:p>
    <w:p>
      <w:pPr>
        <w:jc w:val="right"/>
      </w:pPr>
      <w:r>
        <w:t>दावतें खाइए, शॉपिंग सेंटर कीजिए, फैमिली को खुश किए जाकर के। तो फिर इसको सवाल मत कीजिए। तो मैं कहूंगा, कम से कम आप लोग जो यहां मौजूद हैं, उनको आज ही यह तय कर लेना कि हम आइंदा से 10:30 पर जरूर अपनी सीट पर मौजूद होंगे और किसी चीज को हम एक्सक्यूज नहीं बनाएंगे।</w:t>
      </w:r>
    </w:p>
    <w:p>
      <w:r>
        <w:rPr>
          <w:b/>
        </w:rPr>
        <w:t xml:space="preserve">[09:45] </w:t>
      </w:r>
      <w:r>
        <w:t>mera mard hai yeh ki If you have good excuse, don't use it. If you have good excuse, don't use it. yeh pehla aapka faisla hona chahiye jo aaj hi aapko kar lena chahiye. aapko main dua karta hoon ki aapke andar yeh jazba paida ho.</w:t>
      </w:r>
    </w:p>
    <w:p>
      <w:pPr>
        <w:jc w:val="right"/>
      </w:pPr>
      <w:r>
        <w:t>मेरा मर्द है यह कि If you have good excuse, don't use it. If you have good excuse, don't use it. यह पहला आपका फैसला होना चाहिए जो आज ही आपको कर लेना चाहिए। आपको मैं दुआ करता हूं कि आपके अंदर यह जज्बा पैदा हो।</w:t>
      </w:r>
    </w:p>
    <w:p>
      <w:r>
        <w:rPr>
          <w:b/>
        </w:rPr>
        <w:t xml:space="preserve">[10:04] </w:t>
      </w:r>
      <w:r>
        <w:t>This question is from Ms. Aisha. According to you, what is the practical way to study your literature, especially for CPS members?</w:t>
      </w:r>
    </w:p>
    <w:p>
      <w:pPr>
        <w:jc w:val="right"/>
      </w:pPr>
      <w:r>
        <w:t>This question is from Ms. Aisha. According to you, what is the practical way to study your literature, especially for CPS members?</w:t>
      </w:r>
    </w:p>
    <w:p>
      <w:r>
        <w:rPr>
          <w:b/>
        </w:rPr>
        <w:t xml:space="preserve">[10:17] </w:t>
      </w:r>
      <w:r>
        <w:t>dekhiye, literature ko padhna to bahut zyada zaroori hai kyunki wahi wahi jo kaam maine kaha ki mind ko prepare karna, uske baghair kuch samajh mein nahi aata. itni sari misalein maine di aapko ki bade-bade log jo arabi jaante the,</w:t>
      </w:r>
    </w:p>
    <w:p>
      <w:pPr>
        <w:jc w:val="right"/>
      </w:pPr>
      <w:r>
        <w:t>देखिए, लिटरेचर को पढ़ना तो बहुत ज्यादा जरूरी है क्योंकि वही वही जो काम मैंने कहा कि माइंड को प्रिपेयर करना, उसके बगैर कुछ समझ में नहीं आता। इतनी सारी मिसालें मैंने दी आपको कि बड़े-बड़े लोग जो अरबी जानते थे,</w:t>
      </w:r>
    </w:p>
    <w:p>
      <w:r>
        <w:rPr>
          <w:b/>
        </w:rPr>
        <w:t xml:space="preserve">[10:35] </w:t>
      </w:r>
      <w:r>
        <w:t>quran ki tafsir likhi unhone, tab bhi quran ko samjha nahi unhone kyunki apne ko taiyar nahi kiya tha. unhone baghair taiyari ke jump kar diya. unhone to aap logon ko, yaani hamare jo jo member hain, jo yahan aate hain, jo mission se jude hue hain,</w:t>
      </w:r>
    </w:p>
    <w:p>
      <w:pPr>
        <w:jc w:val="right"/>
      </w:pPr>
      <w:r>
        <w:t>कुरान की तफसीर लिखी उन्होंने, तब भी कुरान को समझा नहीं उन्होंने क्योंकि अपने को तैयार नहीं किया था। उन्होंने बगैर तैयारी के जंप कर दिया। उन्होंने तो आप लोगों को, यानी हमारे जो जो मेंबर हैं, जो यहां आते हैं, जो मिशन से जुड़े हुए हैं,</w:t>
      </w:r>
    </w:p>
    <w:p>
      <w:r>
        <w:rPr>
          <w:b/>
        </w:rPr>
        <w:t xml:space="preserve">[10:51] </w:t>
      </w:r>
      <w:r>
        <w:t>unko zaroor saara literature baar-baar padhna chahiye. monthly magazine jo hai, usko baar-baar padhna chahiye. tafsil quran, jo taskil quran jo hai, usko baar-baar padhna chahiye.</w:t>
      </w:r>
    </w:p>
    <w:p>
      <w:pPr>
        <w:jc w:val="right"/>
      </w:pPr>
      <w:r>
        <w:t>उनको जरूर सारा लिटरेचर बार-बार पढ़ना चाहिए। मंथली मैगजीन जो है, उसको बार-बार पढ़ना चाहिए। तफसील कुरान, जो तस्किल कुरान जो है, उसको बार-बार पढ़ना चाहिए।</w:t>
      </w:r>
    </w:p>
    <w:p>
      <w:r>
        <w:rPr>
          <w:b/>
        </w:rPr>
        <w:t xml:space="preserve">[11:02] </w:t>
      </w:r>
      <w:r>
        <w:t>uski bahut aasan shakal hai ki aap apni routine mein shamil kar le. usko bahut aasan routine mein, jaise ki routine hota hai ki itne baje breakfast, itne baje lunch, itne baje dinner. aisi aap routine bana lein ki 24 ghante mein itni der mujhe literature padhna hai.</w:t>
      </w:r>
    </w:p>
    <w:p>
      <w:pPr>
        <w:jc w:val="right"/>
      </w:pPr>
      <w:r>
        <w:t>उसकी बहुत आसान शक्ल है कि आप अपनी रूटीन में शामिल कर ले। उसको बहुत आसान रूटीन में, जैसे कि रूटीन होता है कि इतने बजे ब्रेकफास्ट, इतने बजे लंच, इतने बजे डिनर। ऐसी आप रूटीन बना लें कि 24 घंटे में इतनी देर मुझे लिटरेचर पढ़ना है।</w:t>
      </w:r>
    </w:p>
    <w:p>
      <w:r>
        <w:rPr>
          <w:b/>
        </w:rPr>
        <w:t xml:space="preserve">[11:24] </w:t>
      </w:r>
      <w:r>
        <w:t>bas, bahut simple si baat hai. jab tak aap literature padhne ko routine mein shamil nahi karenge, regular taur par, tab tak aapko sirf adhura faida hoga, poora faida hasil nahi ho sakta hai.</w:t>
      </w:r>
    </w:p>
    <w:p>
      <w:pPr>
        <w:jc w:val="right"/>
      </w:pPr>
      <w:r>
        <w:t>बस, बहुत सिंपल सी बात है। जब तक आप लिटरेचर पढ़ने को रूटीन में शामिल नहीं करेंगे, रेगुलर तौर पर, तब तक आपको सिर्फ अधूरा फायदा होगा, पूरा फायदा हासिल नहीं हो सकता है।</w:t>
      </w:r>
    </w:p>
    <w:p>
      <w:r>
        <w:rPr>
          <w:b/>
        </w:rPr>
        <w:t xml:space="preserve">[11:41] </w:t>
      </w:r>
      <w:r>
        <w:t>to mind ko prepare karne ke liye aapko zaroori hai ki aap literature padhein aur usko apne routine routine mein shamil karein. yeh main keh sakta hoon.</w:t>
      </w:r>
    </w:p>
    <w:p>
      <w:pPr>
        <w:jc w:val="right"/>
      </w:pPr>
      <w:r>
        <w:t>तो माइंड को प्रिपेयर करने के लिए आपको जरूरी है कि आप लिटरेचर पढ़ें और उसको अपने रूटीन रूटीन में शामिल करें। यह मैं कह सकता हूं।</w:t>
      </w:r>
    </w:p>
    <w:p>
      <w:r>
        <w:rPr>
          <w:b/>
        </w:rPr>
        <w:t xml:space="preserve">[11:54] </w:t>
      </w:r>
      <w:r>
        <w:t>This question is from Mr. Abdul Rakeeb. hikmat kya hai</w:t>
      </w:r>
    </w:p>
    <w:p>
      <w:pPr>
        <w:jc w:val="right"/>
      </w:pPr>
      <w:r>
        <w:t>This question is from Mr. Abdul Rakeeb. हिकमत क्या है</w:t>
      </w:r>
    </w:p>
    <w:p>
      <w:r>
        <w:rPr>
          <w:b/>
        </w:rPr>
        <w:t xml:space="preserve">[12:00] </w:t>
      </w:r>
      <w:r>
        <w:t>aur ise kaise hasil kiya ja sakta hai?</w:t>
      </w:r>
    </w:p>
    <w:p>
      <w:pPr>
        <w:jc w:val="right"/>
      </w:pPr>
      <w:r>
        <w:t>और इसे कैसे हासिल किया जा सकता है?</w:t>
      </w:r>
    </w:p>
    <w:p>
      <w:r>
        <w:rPr>
          <w:b/>
        </w:rPr>
        <w:t xml:space="preserve">[12:11] </w:t>
      </w:r>
      <w:r>
        <w:t>hikmat ko kehte hain wisdom. english mein hikmat ko wisdom kaha jata hai. to wisdom jo hai, wah</w:t>
      </w:r>
    </w:p>
    <w:p>
      <w:pPr>
        <w:jc w:val="right"/>
      </w:pPr>
      <w:r>
        <w:t>हिकमत को कहते हैं wisdom। इंग्लिश में हिकमत को wisdom कहा जाता है। तो wisdom जो है, वह</w:t>
      </w:r>
    </w:p>
    <w:p>
      <w:r>
        <w:rPr>
          <w:b/>
        </w:rPr>
        <w:t xml:space="preserve">[12:25] </w:t>
      </w:r>
      <w:r>
        <w:t>main yahi keh sakta hoon ki uski bhi ek price hai, tab milegi wisdom. unhein wisdom milne wali nahi hai.</w:t>
      </w:r>
    </w:p>
    <w:p>
      <w:pPr>
        <w:jc w:val="right"/>
      </w:pPr>
      <w:r>
        <w:t>मैं यही कह सकता हूं कि उसकी भी एक प्राइस है, तब मिलेगी wisdom। उन्हें wisdom मिलने वाली नहीं है।</w:t>
      </w:r>
    </w:p>
    <w:p>
      <w:r>
        <w:rPr>
          <w:b/>
        </w:rPr>
        <w:t xml:space="preserve">[12:38] </w:t>
      </w:r>
      <w:r>
        <w:t>wisdom ke liye aapko yeh karna hai ki apni zindagi ko aap is tarah manage karen ki need par zindagi guzaren. aapko need par. yahan bhi main kahunga, aap wisdom ya to usko. na chahiye to theek hai, lekin chahte hain agar aapko</w:t>
      </w:r>
    </w:p>
    <w:p>
      <w:pPr>
        <w:jc w:val="right"/>
      </w:pPr>
      <w:r>
        <w:t>wisdom के लिए आपको यह करना है कि अपनी जिंदगी को आप इस तरह manage करें कि need पर जिंदगी गुजारें। आपको need पर। यहां भी मैं कहूंगा, आप wisdom या तो उसको। ना चाहिए तोठीक है, लेकिन चाहते हैं अगर आपको</w:t>
      </w:r>
    </w:p>
    <w:p>
      <w:r>
        <w:rPr>
          <w:b/>
        </w:rPr>
        <w:t xml:space="preserve">[12:54] </w:t>
      </w:r>
      <w:r>
        <w:t>to need based life guzarni padegi. aapko comfort aur luxury ko chhodna padega aapko kyunki wo sab distress hai, sab distraction hai. wo jab aap need based life aapki ho jayegi, tab aapko time hoga aapke paas.</w:t>
      </w:r>
    </w:p>
    <w:p>
      <w:pPr>
        <w:jc w:val="right"/>
      </w:pPr>
      <w:r>
        <w:t>तो need based life गुजारनी पड़ेगी। आपको comfort और luxury को छोड़ना पड़ेगा आपको क्योंकि वो सब distress है, सब distraction है। वो जब आप need based life आपकी हो जाएगी, तब आपको time होगा आपके पास।</w:t>
      </w:r>
    </w:p>
    <w:p>
      <w:r>
        <w:rPr>
          <w:b/>
        </w:rPr>
        <w:t xml:space="preserve">[13:11] </w:t>
      </w:r>
      <w:r>
        <w:t>yeh kaha tha ki simple living, high thinking. main samajhta hoon ki dono jude hue hain. simple living hogi tabhi aap high thinking kar sakenge kyunki aapka time nahi hoga agar simple living ka na ho. to har waqt ek na ek aapka item aapko chahiye. to saada zindagi ikhtiyar kijiye.</w:t>
      </w:r>
    </w:p>
    <w:p>
      <w:pPr>
        <w:jc w:val="right"/>
      </w:pPr>
      <w:r>
        <w:t>यह कहा था कि simple living, high thinking। मैं समझता हूं कि दोनों जुड़े हुए हैं। simple living होगी तभी आप high thinking कर सकेंगे क्योंकि आपका time नहीं होगा अगर simple living का ना हो। तो हर वक्त एक ना एक आपका item आपको चाहिए। तो सादा जिंदगी اختیار कीजिए।</w:t>
      </w:r>
    </w:p>
    <w:p>
      <w:r>
        <w:rPr>
          <w:b/>
        </w:rPr>
        <w:t xml:space="preserve">[13:31] </w:t>
      </w:r>
      <w:r>
        <w:t>distraction se apne aap ko bachaiye. modesty paida kijiye apne andar. ehtiraf ki aadat daliye ki jab koi galti kare, jaldi se maan le</w:t>
      </w:r>
    </w:p>
    <w:p>
      <w:pPr>
        <w:jc w:val="right"/>
      </w:pPr>
      <w:r>
        <w:t>distraction से अपने आप को बचाइए। modesty पैदा कीजिए अपने अंदर। एहतराफ की आदत डालिए कि जब कोई गलती करे, जल्दी से मान ले</w:t>
      </w:r>
    </w:p>
    <w:p>
      <w:r>
        <w:rPr>
          <w:b/>
        </w:rPr>
        <w:t xml:space="preserve">[13:41] </w:t>
      </w:r>
      <w:r>
        <w:t>ki I was wrong. I was wrong.</w:t>
      </w:r>
    </w:p>
    <w:p>
      <w:pPr>
        <w:jc w:val="right"/>
      </w:pPr>
      <w:r>
        <w:t>कि I was wrong. I was wrong.</w:t>
      </w:r>
    </w:p>
    <w:p>
      <w:r>
        <w:rPr>
          <w:b/>
        </w:rPr>
        <w:t xml:space="preserve">[13:46] </w:t>
      </w:r>
      <w:r>
        <w:t>galti ke baad kabhi bhi usko patch up mat kijiye. usko ghuma firakar apne sahi na sabit kijiye. seedhi si keh di ki I was wrong.</w:t>
      </w:r>
    </w:p>
    <w:p>
      <w:pPr>
        <w:jc w:val="right"/>
      </w:pPr>
      <w:r>
        <w:t>गलती के बाद कभी भी उसको patch up मत कीजिए। उसको घुमा फिराकर अपने सही ना साबित कीजिए। सीधी सी कह दी कि I was wrong.</w:t>
      </w:r>
    </w:p>
    <w:p>
      <w:r>
        <w:rPr>
          <w:b/>
        </w:rPr>
        <w:t xml:space="preserve">[13:56] </w:t>
      </w:r>
      <w:r>
        <w:t>tab wo process chalta rahega. jab bhi aap apni galti ko nahi mante hain, to process ruk jata hai. maan lete hain to process khul jata hai.</w:t>
      </w:r>
    </w:p>
    <w:p>
      <w:pPr>
        <w:jc w:val="right"/>
      </w:pPr>
      <w:r>
        <w:t>तब वो process चलता रहेगा। जब भी आप अपनी गलती को नहीं मानते हैं, तो process रुक जाता है। मान लेते हैं तो process खुल जाता है।</w:t>
      </w:r>
    </w:p>
    <w:p>
      <w:r>
        <w:rPr>
          <w:b/>
        </w:rPr>
        <w:t xml:space="preserve">[14:13] </w:t>
      </w:r>
      <w:r>
        <w:t>to yahi tareeqa hai iska. main zyada samajhta hoon.</w:t>
      </w:r>
    </w:p>
    <w:p>
      <w:pPr>
        <w:jc w:val="right"/>
      </w:pPr>
      <w:r>
        <w:t>तो यही तरीका है इसका। मैं ज्यादा समझता हूं।</w:t>
      </w:r>
    </w:p>
    <w:p>
      <w:r>
        <w:rPr>
          <w:b/>
        </w:rPr>
        <w:t xml:space="preserve">[14:19] </w:t>
      </w:r>
      <w:r>
        <w:t>This question is from Mr. Mohammad Aqeel Khan. One of my non-Muslim friends asked me that how he can understand Islam and how he should read the Quran.</w:t>
      </w:r>
    </w:p>
    <w:p>
      <w:pPr>
        <w:jc w:val="right"/>
      </w:pPr>
      <w:r>
        <w:t>This question is from Mr. Mohammad Aqeel Khan. One of my non-Muslim friends asked me that how he can understand Islam and how he should read the Quran.</w:t>
      </w:r>
    </w:p>
    <w:p>
      <w:r>
        <w:rPr>
          <w:b/>
        </w:rPr>
        <w:t xml:space="preserve">[14:34] </w:t>
      </w:r>
      <w:r>
        <w:t>Kindly advise, what should I do?</w:t>
      </w:r>
    </w:p>
    <w:p>
      <w:pPr>
        <w:jc w:val="right"/>
      </w:pPr>
      <w:r>
        <w:t>Kindly advise, what should I do?</w:t>
      </w:r>
    </w:p>
    <w:p>
      <w:r>
        <w:rPr>
          <w:b/>
        </w:rPr>
        <w:t xml:space="preserve">[14:38] </w:t>
      </w:r>
      <w:r>
        <w:t>dekhiye, yeh koi announcement ki baat nahi hai. dawa jo hai, announcement ki baat nahi ki loudspeaker par lekar aap chilla dein. ek process hai, process. jaise aap agriculture karte hain, to ek process chalate hain, tab jaakar ke anaaj paida hota hai.</w:t>
      </w:r>
    </w:p>
    <w:p>
      <w:pPr>
        <w:jc w:val="right"/>
      </w:pPr>
      <w:r>
        <w:t>देखिए, यह कोई announcement की बात नहीं है। दावा जो है, announcement की बात नहीं कि loudspeaker पर लेकर आप चिल्ला दें। एक process है, process। जैसे आप agriculture करते हैं, तो एक process चलाते हैं, तब जाकर के अनाज पैदा होता है।</w:t>
      </w:r>
    </w:p>
    <w:p>
      <w:r>
        <w:rPr>
          <w:b/>
        </w:rPr>
        <w:t xml:space="preserve">[14:56] </w:t>
      </w:r>
      <w:r>
        <w:t>insan ko padhiye, jo insan aapke samne hai, uske apne mindset ko padhiye. phir uski tareef-e-qalb kijiye. uske liye duayen kijiye. usse mohabbat karna seekhiye. usko kitaben padhwaiye.</w:t>
      </w:r>
    </w:p>
    <w:p>
      <w:pPr>
        <w:jc w:val="right"/>
      </w:pPr>
      <w:r>
        <w:t>इंसान को पढ़िए, जो इंसान आपके सामने है, उसके अपने mindset को पढ़िए। फिर उसकी तारीफ-ए-कल्ब कीजिए। उसके लिए दुआएं कीजिए। उससे मोहब्बत करना सीखिए। उसको किताबें पढ़वाइए।</w:t>
      </w:r>
    </w:p>
    <w:p>
      <w:r>
        <w:rPr>
          <w:b/>
        </w:rPr>
        <w:t xml:space="preserve">[15:14] </w:t>
      </w:r>
      <w:r>
        <w:t>ek process hai, isko aapko follow karna padega.</w:t>
      </w:r>
    </w:p>
    <w:p>
      <w:pPr>
        <w:jc w:val="right"/>
      </w:pPr>
      <w:r>
        <w:t>एक process है, इसको आपको follow करना पड़ेगा।</w:t>
      </w:r>
    </w:p>
    <w:p>
      <w:r>
        <w:rPr>
          <w:b/>
        </w:rPr>
        <w:t xml:space="preserve">[15:19] </w:t>
      </w:r>
      <w:r>
        <w:t>dawa ka matlab yeh nahi ki aap kisi ke samne loudspeaker lagakar bol dein. wo to kuch nahi, wo to bilkul ridiculous cheez hai. wo ek insan ko badalna hamare yahan pahad ko apni jagah khiskhane ke barabar hai. yaad rakhiye.</w:t>
      </w:r>
    </w:p>
    <w:p>
      <w:pPr>
        <w:jc w:val="right"/>
      </w:pPr>
      <w:r>
        <w:t>दावत का मतलब यह नहीं कि आप किसी के सामने loudspeaker लगाकर बोल दें। वो तो कुछ नहीं, वो तो बिल्कुल ridiculous चीज है। वो एक इंसान को बदलना हमारे यहां पहाड़ को अपनी जगह खिसकाने के बराबर है। याद रखिए।</w:t>
      </w:r>
    </w:p>
    <w:p>
      <w:r>
        <w:rPr>
          <w:b/>
        </w:rPr>
        <w:t xml:space="preserve">[15:42] </w:t>
      </w:r>
      <w:r>
        <w:t>to usko, uski mind ko padhiye aur kabhi bhi usko aisi baat na kahiye jisse uske andar reaction paida ho. usse mohabbat karna seekhiye. uske liye duayen kijiye. aisa literature dijiye jiska uska mind address hota ho.</w:t>
      </w:r>
    </w:p>
    <w:p>
      <w:pPr>
        <w:jc w:val="right"/>
      </w:pPr>
      <w:r>
        <w:t>तो उसको, उसकी mind को पढ़िए और कभी भी उसको ऐसी बात ना कहिए जिससे उसके अंदर reaction पैदा हो। उससे मोहब्बत करना सीखिए। उसके लिए दुआएं कीजिए। ऐसा literature दीजिए जिसका उसका mind address होता हो।</w:t>
      </w:r>
    </w:p>
    <w:p>
      <w:r>
        <w:rPr>
          <w:b/>
        </w:rPr>
        <w:t xml:space="preserve">[16:00] </w:t>
      </w:r>
      <w:r>
        <w:t>aisi kitaben dena jiska mind address na ho, to bilkul bekar hai. hamare bahut se log hain, literature chhap rakha hai unhone aur baantate hain. wo wo aisa literature hota hai jisse unka mind address na ho.</w:t>
      </w:r>
    </w:p>
    <w:p>
      <w:pPr>
        <w:jc w:val="right"/>
      </w:pPr>
      <w:r>
        <w:t>ऐसी किताबें देना जिसका mind address ना हो, तो बिल्कुल बेकार है। हमारे बहुत से लोग हैं, literature छाप रखा है उन्होंने और बांटते हैं। वो वो ऐसा literature होता है जिससे उनका mind address ना हो।</w:t>
      </w:r>
    </w:p>
    <w:p>
      <w:r>
        <w:rPr>
          <w:b/>
        </w:rPr>
        <w:t xml:space="preserve">[16:18] </w:t>
      </w:r>
      <w:r>
        <w:t>to farsi mein kaha jata hai ki man che mi sarayam wa tanbur man che mi sarad to aisi literature hota hai, aap chhap rahe hain, chhap rahe hain, chhap rahe hain, baant rahe hain. to yeh ek process hai. ab bahut hi zyada soch-samajhkar aapko plan karna hoga, tab jaakar ke dawa-work hoga.</w:t>
      </w:r>
    </w:p>
    <w:p>
      <w:pPr>
        <w:jc w:val="right"/>
      </w:pPr>
      <w:r>
        <w:t>तो फारसी में कहा जाता है कि من چه میسرایم و تنبور من چه میسر तो ऐसी literature होता है, आप छाप रहे हैं, छाप रहे हैं, छाप रहे हैं, बांट रहे हैं। तो यह एक process है। अब बहुत ही ज्यादा सोच-समझकर आपको plan करना होगा, तब जाकर के दावा-वर्क होगा।</w:t>
      </w:r>
    </w:p>
    <w:p>
      <w:r>
        <w:rPr>
          <w:b/>
        </w:rPr>
        <w:t xml:space="preserve">[16:38] </w:t>
      </w:r>
      <w:r>
        <w:t>dawa-work koi itna seedha-saada kaam nahi hai.</w:t>
      </w:r>
    </w:p>
    <w:p>
      <w:pPr>
        <w:jc w:val="right"/>
      </w:pPr>
      <w:r>
        <w:t>दावा-वर्क कोई इतना सीधा-सादा काम नहीं है।</w:t>
      </w:r>
    </w:p>
    <w:p>
      <w:r>
        <w:rPr>
          <w:b/>
        </w:rPr>
        <w:t xml:space="preserve">[16:45] </w:t>
      </w:r>
      <w:r>
        <w:t>This question is from Mr. Qazi Mohammad Mia. How should we make the mind of the Quran</w:t>
      </w:r>
    </w:p>
    <w:p>
      <w:pPr>
        <w:jc w:val="right"/>
      </w:pPr>
      <w:r>
        <w:t>This question is from Mr. Qazi Mohammad Mia. How should we make the mind of the Quran</w:t>
      </w:r>
    </w:p>
    <w:p>
      <w:r>
        <w:rPr>
          <w:b/>
        </w:rPr>
        <w:t xml:space="preserve">[16:54] </w:t>
      </w:r>
      <w:r>
        <w:t>and what should we do after our mind becomes a prepared mind?</w:t>
      </w:r>
    </w:p>
    <w:p>
      <w:pPr>
        <w:jc w:val="right"/>
      </w:pPr>
      <w:r>
        <w:t>and what should we do after our mind becomes a prepared mind?</w:t>
      </w:r>
    </w:p>
    <w:p>
      <w:r>
        <w:rPr>
          <w:b/>
        </w:rPr>
        <w:t xml:space="preserve">[17:01] </w:t>
      </w:r>
      <w:r>
        <w:t>bas iqra, yani padhiye, padhiye, padhiye, padhiye aur khule zehan ke sath padhiye. aisa nahi ki aap padh rahe hain aur ek mindset bana rakha hai, usko todta nahi, todte nahi hain. aap</w:t>
      </w:r>
    </w:p>
    <w:p>
      <w:pPr>
        <w:jc w:val="right"/>
      </w:pPr>
      <w:r>
        <w:t>बस इकरा, यानी पढ़िए, पढ़िए, पढ़िए, पढ़िए और खुले जहन के साथ पढ़िए। ऐसा नहीं कि आप पढ़ रहे हैं और एक mindset बना रखा है, उसको तोड़ता नहीं, तोड़ते नहीं हैं। आप</w:t>
      </w:r>
    </w:p>
    <w:p>
      <w:r>
        <w:rPr>
          <w:b/>
        </w:rPr>
        <w:t xml:space="preserve">[17:14] </w:t>
      </w:r>
      <w:r>
        <w:t>to jo apne mindset ko tode baghair padhe, to usko kuch fayda nahi hoga. hamare naujwanon ke zamane mein, maine kuch communist logon ne Quran ko padha. unko ek aayat mili,</w:t>
      </w:r>
    </w:p>
    <w:p>
      <w:pPr>
        <w:jc w:val="right"/>
      </w:pPr>
      <w:r>
        <w:t>तो जो अपने mindset को तोड़े बगैर पढ़े, तो उसको कुछ फायदा नहीं होगा। हमारे नौजवानों के जमाने में, मैंने कुछ कम्युनिस्ट लोगों ने कुरान को पढ़ा। उनको एक आयत मिली,</w:t>
      </w:r>
    </w:p>
    <w:p>
      <w:r>
        <w:rPr>
          <w:b/>
        </w:rPr>
        <w:t xml:space="preserve">[17:31] </w:t>
      </w:r>
      <w:r>
        <w:t>"Alhamdulillah." bas, unka dekho, bhi communist wahan par hai. Quran bhi zameen Khuda ki hai ki hamari zameen state ki hai. to unko Quran mein communism mil gaya. ek saal se unhone padha, wo pahunche wahan. amar sharam, dekho to democracy Quran mein hai.</w:t>
      </w:r>
    </w:p>
    <w:p>
      <w:pPr>
        <w:jc w:val="right"/>
      </w:pPr>
      <w:r>
        <w:t>"अलहम्दुलिल्लाह।" बस, उनका देखो, भी कम्युनिस्ट वहां पर है। कुरान भी जमीन खुदा की है कि हमारी जमीन स्टेट की है। तो उनको कुरान में कम्युनिज्म मिल गया। एक साल से उन्होंने पढ़ा, वो पहुंचे वहां। अमर शराम, देखो तो डेमोक्रेसी कुरान में है।</w:t>
      </w:r>
    </w:p>
    <w:p>
      <w:r>
        <w:rPr>
          <w:b/>
        </w:rPr>
        <w:t xml:space="preserve">[17:52] </w:t>
      </w:r>
      <w:r>
        <w:t>aise log quran ko nahi padhte. kuch aur log, hum lafz "waseela quran" mil gaya. dekho bhai, waseela, ye to quran mein likha hua hai ki waseela zaroori hai. uske baghair najaat nahi. apne mindset ko todna padega. apne apni de condition karni padegi.</w:t>
      </w:r>
    </w:p>
    <w:p>
      <w:pPr>
        <w:jc w:val="right"/>
      </w:pPr>
      <w:r>
        <w:t>ऐसे लोग कुरान को नहीं पढ़ते। कुछ और लोग, हम लफ्ज "वसीला कुरान" मिल गया। देखो भाई, वसीला, ये तो कुरान में लिखा हुआ है कि वसीला जरूरी है। उसके बगैर नजात नहीं। अपने माइंडसेट को तोड़ना पड़ेगा। अपने अपनी डी कंडीशन करनी पड़ेगी।</w:t>
      </w:r>
    </w:p>
    <w:p>
      <w:r>
        <w:rPr>
          <w:b/>
        </w:rPr>
        <w:t xml:space="preserve">[18:10] </w:t>
      </w:r>
      <w:r>
        <w:t>tab wo process shuru hoga. yaani mind prepare karna, yeh bhi ek process hai. apne bane banae hue mind ke tehat log quran ko padhte hain aur har jagah unko apni baat milti hai. jo mind mein hai, wahi w unko milta rehta hai, milta rehta hai.</w:t>
      </w:r>
    </w:p>
    <w:p>
      <w:pPr>
        <w:jc w:val="right"/>
      </w:pPr>
      <w:r>
        <w:t>तब वो process शुरू होगा। यानी माइंड प्रिपेयर करना, यह भी एक process है। अपने बने ब बने हुए माइंड के तहत लोग कुरान को पढ़ते हैं और हर जगह उनको अपनी बात मिलती है। जो माइंड में है, वही व उनको मिलता रहता है, मिलता रहता है।</w:t>
      </w:r>
    </w:p>
    <w:p>
      <w:r>
        <w:rPr>
          <w:b/>
        </w:rPr>
        <w:t xml:space="preserve">[18:30] </w:t>
      </w:r>
      <w:r>
        <w:t>to apne mind ko todna padega. apne mindset ko badalna padega. apni de condition karni padegi. bahut study karni padegi. bahut study. to hadees mein ayat aaya hai ki do mein se ek option hai insan ke liye. ya to bahut padh kar ke apne aap ko wakai mano mein scholar banaye</w:t>
      </w:r>
    </w:p>
    <w:p>
      <w:pPr>
        <w:jc w:val="right"/>
      </w:pPr>
      <w:r>
        <w:t>तो अपने माइंड को तोड़ना पड़ेगा। अपने माइंडसेट को बदलना पड़ेगा। अपनी डी कंडीशन करनी पड़ेगी। बहुत स्टडी करनी पड़ेगी। बहुत स्टडी। तो हदीस में आयत आया है कि दो में से एक ऑप्शन है इंसान के लिए। या तो बहुत पढ़ कर के अपने आप को वाकई मानो में स्कॉलर बनाए</w:t>
      </w:r>
    </w:p>
    <w:p>
      <w:r>
        <w:rPr>
          <w:b/>
        </w:rPr>
        <w:t xml:space="preserve">[18:49] </w:t>
      </w:r>
      <w:r>
        <w:t>ya phir kisi ko follow karein. wo agar aapke paas time nahi hai, to kisi ko follow kijiye. jo kahe, usko maan lijiye.</w:t>
      </w:r>
    </w:p>
    <w:p>
      <w:pPr>
        <w:jc w:val="right"/>
      </w:pPr>
      <w:r>
        <w:t>या फिर किसी को फॉलो करें। वो अगर आपके पास टाइम नहीं है, तो किसी को फॉलो कीजिए। जो कहे, उसको मान लीजिए।</w:t>
      </w:r>
    </w:p>
    <w:p>
      <w:r>
        <w:rPr>
          <w:b/>
        </w:rPr>
        <w:t xml:space="preserve">[19:03] </w:t>
      </w:r>
      <w:r>
        <w:t>aur nahi to khud padhiye, khud padhiye, khud padhiye.</w:t>
      </w:r>
    </w:p>
    <w:p>
      <w:pPr>
        <w:jc w:val="right"/>
      </w:pPr>
      <w:r>
        <w:t>और नहीं तो खुद पढ़िए, खुद पढ़िए, खुद पढ़िए।</w:t>
      </w:r>
    </w:p>
    <w:p>
      <w:r>
        <w:rPr>
          <w:b/>
        </w:rPr>
        <w:t xml:space="preserve">[19:09] </w:t>
      </w:r>
      <w:r>
        <w:t>kun aalim aur mutal, do hi option aapke liye hain. aur yeh bahut hi sincere kaam hai. bahut hi sanjeeda tareeke se isko karna hai. yeh chalte phirte yeh kaam nahi ho sakta hai.</w:t>
      </w:r>
    </w:p>
    <w:p>
      <w:pPr>
        <w:jc w:val="right"/>
      </w:pPr>
      <w:r>
        <w:t>कुन आलम और मुताल, दो ही ऑप्शन आपके लिए हैं। और यह बहुत ही सिंसियर काम है। बहुत ही संजीदा तरीके से इसको करना है। यह चलते फिरते यह काम नहीं हो सकता है।</w:t>
      </w:r>
    </w:p>
    <w:p>
      <w:r>
        <w:rPr>
          <w:b/>
        </w:rPr>
        <w:t xml:space="preserve">[19:30] </w:t>
      </w:r>
      <w:r>
        <w:t>This question is from Ms. Najma Siddiqui. How to start developing a prepared mind, especially at places where dars quran is the main work?</w:t>
      </w:r>
    </w:p>
    <w:p>
      <w:pPr>
        <w:jc w:val="right"/>
      </w:pPr>
      <w:r>
        <w:t>This question is from Ms. Najma Siddiqui. How to start developing a prepared mind, especially at places where दर्स कुरान is the main work?</w:t>
      </w:r>
    </w:p>
    <w:p>
      <w:r>
        <w:rPr>
          <w:b/>
        </w:rPr>
        <w:t xml:space="preserve">[19:45] </w:t>
      </w:r>
      <w:r>
        <w:t>tab phir to padhiye. How to start developing a prepared mind, especially at places where dars quran is the main work?</w:t>
      </w:r>
    </w:p>
    <w:p>
      <w:pPr>
        <w:jc w:val="right"/>
      </w:pPr>
      <w:r>
        <w:t>तब फिर तो पढ़िए। How to start developing a prepared mind, especially at places where दर्स कुरान is the main work?</w:t>
      </w:r>
    </w:p>
    <w:p>
      <w:r>
        <w:rPr>
          <w:b/>
        </w:rPr>
        <w:t xml:space="preserve">[20:01] </w:t>
      </w:r>
      <w:r>
        <w:t>main bas samajhta hoon ki har jagah tareeqa ek hi hai.</w:t>
      </w:r>
    </w:p>
    <w:p>
      <w:pPr>
        <w:jc w:val="right"/>
      </w:pPr>
      <w:r>
        <w:t>मैं बस समझता हूं कि हर जगह तरीका एक ही है।</w:t>
      </w:r>
    </w:p>
    <w:p>
      <w:r>
        <w:rPr>
          <w:b/>
        </w:rPr>
        <w:t xml:space="preserve">[20:07] </w:t>
      </w:r>
      <w:r>
        <w:t>koi wo tareeqa, yaani</w:t>
      </w:r>
    </w:p>
    <w:p>
      <w:pPr>
        <w:jc w:val="right"/>
      </w:pPr>
      <w:r>
        <w:t>कोई वो तरीका, यानी</w:t>
      </w:r>
    </w:p>
    <w:p>
      <w:r>
        <w:rPr>
          <w:b/>
        </w:rPr>
        <w:t xml:space="preserve">[20:13] </w:t>
      </w:r>
      <w:r>
        <w:t>basic principle har jagah ek hi hota hai. wo ek hamare andar objectivity ho. dekhiye, allah taala ne insan ke andar sab kuch already rakh diya hai. sab kuch,</w:t>
      </w:r>
    </w:p>
    <w:p>
      <w:pPr>
        <w:jc w:val="right"/>
      </w:pPr>
      <w:r>
        <w:t>बेसिक प्रिंसिपल हर जगह एक ही होता है। वो एक हमारे अंदर ऑब्जेक्टिविटी हो। देखिए, अल्लाह ताला ने इंसान के अंदर सब कुछ ऑलरेडी रख दिया है। सब कुछ,</w:t>
      </w:r>
    </w:p>
    <w:p>
      <w:r>
        <w:rPr>
          <w:b/>
        </w:rPr>
        <w:t xml:space="preserve">[20:27] </w:t>
      </w:r>
      <w:r>
        <w:t>sab kuch maujood hai.</w:t>
      </w:r>
    </w:p>
    <w:p>
      <w:pPr>
        <w:jc w:val="right"/>
      </w:pPr>
      <w:r>
        <w:t>सब कुछ मौजूद है।</w:t>
      </w:r>
    </w:p>
    <w:p>
      <w:r>
        <w:rPr>
          <w:b/>
        </w:rPr>
        <w:t xml:space="preserve">[20:32] </w:t>
      </w:r>
      <w:r>
        <w:t>quran mein ek ayat yeh bhi hai ki wo</w:t>
      </w:r>
    </w:p>
    <w:p>
      <w:pPr>
        <w:jc w:val="right"/>
      </w:pPr>
      <w:r>
        <w:t>कुरान में एक आयत यह भी है कि वो</w:t>
      </w:r>
    </w:p>
    <w:p>
      <w:r>
        <w:rPr>
          <w:b/>
        </w:rPr>
        <w:t xml:space="preserve">[20:40] </w:t>
      </w:r>
      <w:r>
        <w:t>kya hai, wo ki dilon mein maujood hai. wo</w:t>
      </w:r>
    </w:p>
    <w:p>
      <w:pPr>
        <w:jc w:val="right"/>
      </w:pPr>
      <w:r>
        <w:t>क्या है, वो कि दिलों में मौजूद है। वो</w:t>
      </w:r>
    </w:p>
    <w:p>
      <w:r>
        <w:rPr>
          <w:b/>
        </w:rPr>
        <w:t xml:space="preserve">[20:47] </w:t>
      </w:r>
      <w:r>
        <w:t>bal hua ayat bayat fi huzoor. wo dilon mein maujood hai, yaani quran dilon mein maujood hai. counter part dilon mein maujood hai. to sari baatein allah taala ne dil mein press rakh di hain. sab kuch,</w:t>
      </w:r>
    </w:p>
    <w:p>
      <w:pPr>
        <w:jc w:val="right"/>
      </w:pPr>
      <w:r>
        <w:t>बल हुआ आयात बयात फी हुजूर। वो दिलों में मौजूद है, यानी कुरान दिलों में मौजूद है। काउंटर पार्ट दिलों में मौजूद है। तो सारी बातें अल्लाह ताला ने दिल में प्रेस रख दी है। सब कुछ,</w:t>
      </w:r>
    </w:p>
    <w:p>
      <w:r>
        <w:rPr>
          <w:b/>
        </w:rPr>
        <w:t xml:space="preserve">[21:07] </w:t>
      </w:r>
      <w:r>
        <w:t>sirf kya zaroorat padti hai apne ko objective banane ki, apni galtiyon ko maan lene ka mizaj paida karne ki, sochne ka mada laane ki. agar aadmi objective taur par sochna lage,</w:t>
      </w:r>
    </w:p>
    <w:p>
      <w:pPr>
        <w:jc w:val="right"/>
      </w:pPr>
      <w:r>
        <w:t>सिर्फ क्या जरूरत पड़ती है अपने को ऑब्जेक्टिव बनाने की, अपनी गलतियों को मान लेने का मिजाज पैदा करने की, सोचने का मादा लाने की। अगर आदमी ऑब्जेक्टिव तौर पर सोचना लगे,</w:t>
      </w:r>
    </w:p>
    <w:p>
      <w:r>
        <w:rPr>
          <w:b/>
        </w:rPr>
        <w:t xml:space="preserve">[21:27] </w:t>
      </w:r>
      <w:r>
        <w:t>to sab kuch apne aap andar hi unfold hota rahega. yeh process of unfolding hai. main samajhta hoon, yeh ilm jo hai, ki ilm kya hai? yeh process of unfolding. apne nature ko unfold karna hai. sachhi baat hai, bahar se koi cheez aapko na milti hai, na bahar koi cheez hai.</w:t>
      </w:r>
    </w:p>
    <w:p>
      <w:pPr>
        <w:jc w:val="right"/>
      </w:pPr>
      <w:r>
        <w:t>तो सब कुछ अपने आप अंदर ही अनफोल्ड होता रहेगा। यह प्रोसेस ऑफ अनफोल्डिंग है। मैं समझता हूं, ये इल्म जो है, कि इल्म क्या है? यह प्रोसेस ऑफ अनफोल्डिंग। अपने नेचर को अनफोल्ड करना है। सच्ची बात है, बाहर से कोई चीज आपको ना मिलती है, ना बाहर कोई चीज है।</w:t>
      </w:r>
    </w:p>
    <w:p>
      <w:r>
        <w:rPr>
          <w:b/>
        </w:rPr>
        <w:t xml:space="preserve">[21:47] </w:t>
      </w:r>
      <w:r>
        <w:t>poora universe hamare mind mein hai. poora universe.</w:t>
      </w:r>
    </w:p>
    <w:p>
      <w:pPr>
        <w:jc w:val="right"/>
      </w:pPr>
      <w:r>
        <w:t>पूरा यूनिवर्स हमारे माइंड में है। पूरा यूनिवर्स।</w:t>
      </w:r>
    </w:p>
    <w:p>
      <w:r>
        <w:rPr>
          <w:b/>
        </w:rPr>
        <w:t xml:space="preserve">[21:53] </w:t>
      </w:r>
      <w:r>
        <w:t>maine ek scientist ka padha ek baar. usne kaha ki ye jo mind hai, insan ka mind, to mind mein itne particle hain ki sare universe mein itne particle hain. utne particle ek individual mind mein hote hain. unthinkable hai yeh baat. dekhiye, bahar scientist ne likhi yeh baat</w:t>
      </w:r>
    </w:p>
    <w:p>
      <w:pPr>
        <w:jc w:val="right"/>
      </w:pPr>
      <w:r>
        <w:t>मैंने एक साइंटिस्ट का पढ़ा एक बार। उसने कहा कि ये जो माइंड है, इंसान का माइंड, तो माइंड में इतने पार्टिकल हैं कि सारे यूनिवर्स में इतने पार्टिकल हैं। उतने पार्टिकल एक इंडिविजुअल माइंड में होते हैं। अनथिंकेबल है यह बात। देखिए, बाहर साइंटिस्ट ने लिखी यह बात</w:t>
      </w:r>
    </w:p>
    <w:p>
      <w:r>
        <w:rPr>
          <w:b/>
        </w:rPr>
        <w:t xml:space="preserve">[22:13] </w:t>
      </w:r>
      <w:r>
        <w:t>ki poore universe mein itne particle hain. utne particle ek individual mind mein hote hain. particle se murad koi aisa nahi, chhote-chhote dikhai dene wale. udhar unseen hote hain. unseen to itni zyada capacity allah taala bhar di hai aapke andar. usko unfold kijiye. bas,</w:t>
      </w:r>
    </w:p>
    <w:p>
      <w:pPr>
        <w:jc w:val="right"/>
      </w:pPr>
      <w:r>
        <w:t>कि पूरे यूनिवर्स में इतने पार्टिकल हैं। उतने पार्टिकल एक इंडिविजुअल माइंड में होते हैं। पार्टिकल से मुराद कोई ऐसा नहीं, छोटे-छोटे दिखाई देने वाले। उधर अनसीन होते हैं। अनसीन तो इतनी ज्यादा कैपेसिटी अल्लाह ताला भर दी है आपके अंदर। उसको अनफोल्ड कीजिए। बस,</w:t>
      </w:r>
    </w:p>
    <w:p>
      <w:r>
        <w:rPr>
          <w:b/>
        </w:rPr>
        <w:t xml:space="preserve">[22:33] </w:t>
      </w:r>
      <w:r>
        <w:t>unfold karne ke liye kya karna padega? w jo dua hai, us dua ko aadmi, yaani poori tarah se dil mein baitha le ki allahumma, arnal haqq haqqan, waran bat batar, waran tanaba, waran ashya kamahe.</w:t>
      </w:r>
    </w:p>
    <w:p>
      <w:pPr>
        <w:jc w:val="right"/>
      </w:pPr>
      <w:r>
        <w:t>अनफोल्ड करने के लिए क्या करना पड़ेगा? व जो दुआ है, उस दुआ को आदमी, यानी पूरी तरह से दिल में बैठा ले कि अल्लाहुम्मा, अरनल हक हकन, वरन बात बातर, वरन तनाबा, वरन अशिया कमाहे।</w:t>
      </w:r>
    </w:p>
    <w:p>
      <w:r>
        <w:rPr>
          <w:b/>
        </w:rPr>
        <w:t xml:space="preserve">[22:54] </w:t>
      </w:r>
      <w:r>
        <w:t>ae allah</w:t>
      </w:r>
    </w:p>
    <w:p>
      <w:pPr>
        <w:jc w:val="right"/>
      </w:pPr>
      <w:r>
        <w:t>ए अल्लाह</w:t>
      </w:r>
    </w:p>
    <w:p>
      <w:r>
        <w:rPr>
          <w:b/>
        </w:rPr>
        <w:t xml:space="preserve">[22:56] </w:t>
      </w:r>
      <w:r>
        <w:t>, tu mujhko haq ko haq ke roop mein dikha aur batil ko batil ke roop mein dikha aur mujhko cheezon ko waise hi dikha jaise ki woh hain.</w:t>
      </w:r>
    </w:p>
    <w:p>
      <w:pPr>
        <w:jc w:val="right"/>
      </w:pPr>
      <w:r>
        <w:t>, तू मुझको हक को हक के रूप में दिखा और बातिल को बातिल के रूप में दिखा और मुझको चीजों को वैसे ही दिखा जैसे कि वह हैं।</w:t>
      </w:r>
    </w:p>
    <w:p>
      <w:r>
        <w:rPr>
          <w:b/>
        </w:rPr>
        <w:t xml:space="preserve">[23:12] </w:t>
      </w:r>
      <w:r>
        <w:t>yeh dua karta rahe aadmi aur yeh capacity apne paida karta rahe ki aisa na ho ki haq ko batil ke roop mein dekhe ya batil ko haq ke roop mein dekhe aur cheezon ko wo as it is na dekh sake. agar yeh yeh capacity aapko daraz aaye,</w:t>
      </w:r>
    </w:p>
    <w:p>
      <w:pPr>
        <w:jc w:val="right"/>
      </w:pPr>
      <w:r>
        <w:t>यह दुआ करता रहे आदमी और यह कैपेसिटी अपने पैदा करता रहे कि ऐसा ना हो कि हक को बातिल के रूप में देखे या बातिल को हक के रूप में देखे और चीजों को वो एज इट इज ना देख सके। अगर यह यह कैपेसिटी आपको दराज आए,</w:t>
      </w:r>
    </w:p>
    <w:p>
      <w:r>
        <w:rPr>
          <w:b/>
        </w:rPr>
        <w:t xml:space="preserve">[23:28] </w:t>
      </w:r>
      <w:r>
        <w:t>to wo wo to ek unfolding process hai. wo apne aap nikalta rahega. aap nature se sab kuch, sab kuch aapke andar hi hai. yahan tak main samajhta hoon. This question is from Mr.</w:t>
      </w:r>
    </w:p>
    <w:p>
      <w:pPr>
        <w:jc w:val="right"/>
      </w:pPr>
      <w:r>
        <w:t>तो वो वो तो एक अनफोल्डिंग प्रोसेस है। वो अपने आप निकलता रहेगा। आप नेचर से सब कुछ, सब कुछ आपके अंदर ही है। यहां तक मैं समझता हूं। This question is from Mr.</w:t>
      </w:r>
    </w:p>
    <w:p>
      <w:r>
        <w:rPr>
          <w:b/>
        </w:rPr>
        <w:t xml:space="preserve">[23:42] </w:t>
      </w:r>
      <w:r>
        <w:t>Mohammad Asif Riaz.</w:t>
      </w:r>
    </w:p>
    <w:p>
      <w:pPr>
        <w:jc w:val="right"/>
      </w:pPr>
      <w:r>
        <w:t>Mohammad Asif Riaz.</w:t>
      </w:r>
    </w:p>
    <w:p>
      <w:r>
        <w:rPr>
          <w:b/>
        </w:rPr>
        <w:t xml:space="preserve">[23:45] </w:t>
      </w:r>
      <w:r>
        <w:t>What should be the starting point for Dawa work and how should we be—how? Sorry, I'll repeat.</w:t>
      </w:r>
    </w:p>
    <w:p>
      <w:pPr>
        <w:jc w:val="right"/>
      </w:pPr>
      <w:r>
        <w:t>What should be the starting point for Dawa work and how should we be—how? Sorry, I'll repeat.</w:t>
      </w:r>
    </w:p>
    <w:p>
      <w:r>
        <w:rPr>
          <w:b/>
        </w:rPr>
        <w:t xml:space="preserve">[23:54] </w:t>
      </w:r>
      <w:r>
        <w:t>What should be the starting point for Dawa work and what should be the specific message to the Madhu?</w:t>
      </w:r>
    </w:p>
    <w:p>
      <w:pPr>
        <w:jc w:val="right"/>
      </w:pPr>
      <w:r>
        <w:t>What should be the starting point for Dawa work and what should be the specific message to the Madhu?</w:t>
      </w:r>
    </w:p>
    <w:p>
      <w:r>
        <w:rPr>
          <w:b/>
        </w:rPr>
        <w:t xml:space="preserve">[24:03] </w:t>
      </w:r>
      <w:r>
        <w:t>main samajhta hoon ke starting point dua hai. insaan ke mind ko badalna jo hai, itna mushkil hai ke usse zyada difficult koi cheez nahin.</w:t>
      </w:r>
    </w:p>
    <w:p>
      <w:pPr>
        <w:jc w:val="right"/>
      </w:pPr>
      <w:r>
        <w:t>मैं समझता हूं कि स्टार्टिंग पॉइंट दुआ है। इंसान के माइंड को बदलना जो है, इतना मुश्किल है कि उससे ज्यादा डिफिकल्ट कोई चीज नहीं।</w:t>
      </w:r>
    </w:p>
    <w:p>
      <w:r>
        <w:rPr>
          <w:b/>
        </w:rPr>
        <w:t xml:space="preserve">[24:21] </w:t>
      </w:r>
      <w:r>
        <w:t>to yeh dua ke baghair nahin ho sakta hai.</w:t>
      </w:r>
    </w:p>
    <w:p>
      <w:pPr>
        <w:jc w:val="right"/>
      </w:pPr>
      <w:r>
        <w:t>तो यह दुआ के बगैर नहीं हो सकता है।</w:t>
      </w:r>
    </w:p>
    <w:p>
      <w:r>
        <w:rPr>
          <w:b/>
        </w:rPr>
        <w:t xml:space="preserve">[24:28] </w:t>
      </w:r>
      <w:r>
        <w:t>to dua karna aur bahut hi plan way mein uske liye koshish karna, graduate tareeqay par uski tareef-e-qalb karte hue, usko aisa literature diya jaye jisko uska mind address hota ho.</w:t>
      </w:r>
    </w:p>
    <w:p>
      <w:pPr>
        <w:jc w:val="right"/>
      </w:pPr>
      <w:r>
        <w:t>तो दुआ करना और बहुत ही प्लान वे में उसके लिए कोशिश करना, ग्रेजुएट तरीके पर उसकी तारीफ-ए-कल्ब करते हुए, उसको ऐसा लिटरेचर दिया जाए जिसको उसका माइंड एड्रेस होता हो।</w:t>
      </w:r>
    </w:p>
    <w:p>
      <w:r>
        <w:rPr>
          <w:b/>
        </w:rPr>
        <w:t xml:space="preserve">[24:47] </w:t>
      </w:r>
      <w:r>
        <w:t>yahi, yahi seedha-saada tareeqa hai. isi ko apnana hai humein.</w:t>
      </w:r>
    </w:p>
    <w:p>
      <w:pPr>
        <w:jc w:val="right"/>
      </w:pPr>
      <w:r>
        <w:t>यही, यही सीधा-सादा तरीका है। इसी को अपनाना है हमें।</w:t>
      </w:r>
    </w:p>
    <w:p>
      <w:r>
        <w:rPr>
          <w:b/>
        </w:rPr>
        <w:t xml:space="preserve">[24:55] </w:t>
      </w:r>
      <w:r>
        <w:t>yahan ek bahut badi jamaat hai. to kuch log naujawan jo chahte the Islam ko janna, wo gaye wahan par. wo English knowing log the. unhon ne</w:t>
      </w:r>
    </w:p>
    <w:p>
      <w:pPr>
        <w:jc w:val="right"/>
      </w:pPr>
      <w:r>
        <w:t>यहां एक बहुत बड़ी जमात है। तो कुछ लोग नौजवान जो चाहते थे इस्लाम को जानना, वो गए वहां पर। वो इंग्लिश नोइंग लोग थे। उन्होंने</w:t>
      </w:r>
    </w:p>
    <w:p>
      <w:r>
        <w:rPr>
          <w:b/>
        </w:rPr>
        <w:t xml:space="preserve">[25:09] </w:t>
      </w:r>
      <w:r>
        <w:t>kaha ke sahib, humein kitabein dijiye, hum Islam ko samajhna chahte hain. to unhon ne 15-20 kitabein de di. translation tha English mein. wo kya tha?</w:t>
      </w:r>
    </w:p>
    <w:p>
      <w:pPr>
        <w:jc w:val="right"/>
      </w:pPr>
      <w:r>
        <w:t>कहा कि साहब, हमें किताबें दीजिए, हम इस्लाम को समझना चाहते हैं। तो उन्होंने 15-20 किताबें दे दी। ट्रांसलेशन था इंग्लिश में। वो क्या था?</w:t>
      </w:r>
    </w:p>
    <w:p>
      <w:r>
        <w:rPr>
          <w:b/>
        </w:rPr>
        <w:t xml:space="preserve">[25:20] </w:t>
      </w:r>
      <w:r>
        <w:t>Political theory of Islam aur ethical theory of Islam.</w:t>
      </w:r>
    </w:p>
    <w:p>
      <w:pPr>
        <w:jc w:val="right"/>
      </w:pPr>
      <w:r>
        <w:t>पॉलिटिकल थ्योरी ऑफ इस्लाम और एथिकल थ्योरी ऑफ इस्लाम।</w:t>
      </w:r>
    </w:p>
    <w:p>
      <w:r>
        <w:rPr>
          <w:b/>
        </w:rPr>
        <w:t xml:space="preserve">[25:27] </w:t>
      </w:r>
      <w:r>
        <w:t>is tarah ki kitabein.</w:t>
      </w:r>
    </w:p>
    <w:p>
      <w:pPr>
        <w:jc w:val="right"/>
      </w:pPr>
      <w:r>
        <w:t>इस तरह की किताबें।</w:t>
      </w:r>
    </w:p>
    <w:p>
      <w:r>
        <w:rPr>
          <w:b/>
        </w:rPr>
        <w:t xml:space="preserve">[25:31] </w:t>
      </w:r>
      <w:r>
        <w:t>to becharon ne padha. unhon ne, unhon ne kuch panne nahin padha. halanki sab achhe, agar ye janne wale log the. to jaakar unhon ne kaha ke ye to kitabein hamare mind ko address nahin karti.</w:t>
      </w:r>
    </w:p>
    <w:p>
      <w:pPr>
        <w:jc w:val="right"/>
      </w:pPr>
      <w:r>
        <w:t>तो बेचारों ने पढ़ा। उन्होंने, उन्होंने कुछ पल्ले नहीं पढ़ा। हालांकि सब अच्छे, अगर ये जानने वाले लोग थे। तो जाकर उन्होंने कहा कि ये तो किताबें हमारे माइंड को एड्रेस नहीं करती।</w:t>
      </w:r>
    </w:p>
    <w:p>
      <w:r>
        <w:rPr>
          <w:b/>
        </w:rPr>
        <w:t xml:space="preserve">[25:44] </w:t>
      </w:r>
      <w:r>
        <w:t>ye jo kitabein di hain aap ne ke Islami state kaise banayi jaye, Islam ka law kaise implement kiya jaye, ye to hamare mind ko address nahin karti. baat ye hamare question nahin tha. hum to is, hum to sachchai ki talash mein hain. to unhon ne dhakka nahin laga un logon ko ke hum ne</w:t>
      </w:r>
    </w:p>
    <w:p>
      <w:pPr>
        <w:jc w:val="right"/>
      </w:pPr>
      <w:r>
        <w:t>ये जो किताबें दी हैं आपने कि इस्लामी स्टेट कैसे बनाई जाए, इस्लाम का लॉ कैसे इंप्लीमेंट किया जाए, ये तो हमारे माइंड को एड्रेस नहीं करती। बात ये हमारे क्वेश्चन नहीं था। हम तो इस, हम तो सच्चाई की तलाश में हैं। तो उन्होंने धक्का नहीं लगा उन लोगों को कि हमने</w:t>
      </w:r>
    </w:p>
    <w:p>
      <w:r>
        <w:rPr>
          <w:b/>
        </w:rPr>
        <w:t xml:space="preserve">[26:01] </w:t>
      </w:r>
      <w:r>
        <w:t>literature chhap rakha bekar. un logon ko dhakka lagna chahiye tha ke hum ne aisa literature chhap rakha hai jo logon ke mind ko address hi nahin karta. to ye rubbish hai. phir to ye.</w:t>
      </w:r>
    </w:p>
    <w:p>
      <w:pPr>
        <w:jc w:val="right"/>
      </w:pPr>
      <w:r>
        <w:t>लिटरेचर छाप रखा बेकार। उन लोगों को धक्का लगना चाहिए था कि हमने ऐसा लिटरेचर छाप रखा है जो लोगों के माइंड को एड्रेस ही नहीं करता। तो ये रबिश है। फिर तो ये।</w:t>
      </w:r>
    </w:p>
    <w:p>
      <w:r>
        <w:rPr>
          <w:b/>
        </w:rPr>
        <w:t xml:space="preserve">[26:18] </w:t>
      </w:r>
      <w:r>
        <w:t>to aap madhu se interaction karein. wo jo kahe, usko sune. wo agar kehta hai ke mera mind to address nahin hua aap ki baaton se, phir se soche, phir soche, phir se soche.</w:t>
      </w:r>
    </w:p>
    <w:p>
      <w:pPr>
        <w:jc w:val="right"/>
      </w:pPr>
      <w:r>
        <w:t>तो आप मधु से इंटरेक्शन करें। वो जो कहे, उसको सुने। वो अगर कहता है कि मेरा माइंड तो एड्रेस नहीं हुआ आपकी बातों से, फिर से सोचे, फिर सोचे, फिर से सोचे।</w:t>
      </w:r>
    </w:p>
    <w:p>
      <w:r>
        <w:rPr>
          <w:b/>
        </w:rPr>
        <w:t xml:space="preserve">[26:33] </w:t>
      </w:r>
      <w:r>
        <w:t>ek baar to main Maharashtra mein gaya, to ek sahib se mulaqat hui. to unhon ne mujhse sawal kiya. ek wo ek Hindu naujawan the. mere paas ek Musalman bhi the, ek sahib. to unhon ne sawal kiya mujhe. to main</w:t>
      </w:r>
    </w:p>
    <w:p>
      <w:pPr>
        <w:jc w:val="right"/>
      </w:pPr>
      <w:r>
        <w:t>एक बार तो मैं महाराष्ट्र में गया, तो एक साहब से मुलाकात हुई। तो उन्होंने मुझसे सवाल किया। एक वो एक हिंदू नौजवान थे। मेरे पास एक मुसलमान भी थे, एक साहब। तो उन्होंने सवाल किया मुझे। तो मै</w:t>
      </w:r>
    </w:p>
    <w:p>
      <w:r>
        <w:rPr>
          <w:b/>
        </w:rPr>
        <w:t xml:space="preserve">[26:49] </w:t>
      </w:r>
      <w:r>
        <w:t>ne kaha ke bhai, ye ka jawab jo hai, mere zehan mein abhi mind mein theek se nahin hai. main kal bataunga aap ko. kal. to jab hum wapas aaye, to Musalman jo hamare saath the, unka harif tha. galat kaam kiya aap ne. wo samjhe ke aap aalmi nahin hain. is mizaj ke saath aap dawa work nahin kar sakte. aap kya pichhle issue banane ki kisi cheez ko khamkha lekar bol le?</w:t>
      </w:r>
    </w:p>
    <w:p>
      <w:pPr>
        <w:jc w:val="right"/>
      </w:pPr>
      <w:r>
        <w:t>ंने कहा कि भाई, ये का जवाब जो है, मेरे जहन में अभी माइंड मेंठीक से नहीं है। मैं कल बताऊंगा आपको। कल। तो जब हम वापस आए, तो मुसलमान जो हमारे साथ थे, उनका हरीफ था। गलत काम किया आपने। वो समझे कि आप आलिमी नहीं हैं। इस मिजाज के साथ आप दावा वर्क नहीं कर सकते। आप क्या पिछले इशू बनाने की किसी चीज को खामखा लेकर बोल ले?</w:t>
      </w:r>
    </w:p>
    <w:p>
      <w:r>
        <w:rPr>
          <w:b/>
        </w:rPr>
        <w:t xml:space="preserve">[27:13] </w:t>
      </w:r>
      <w:r>
        <w:t>to baat dawa work jo hai, bahut hi sincere work hai. aur aadmi ka jo jab sincere aati hai, to khud hi jaan leta hai ke mujhe kya karna chahiye. main aksar kaha karta hoon ke ek maa ka jab bachcha paida hota hai,</w:t>
      </w:r>
    </w:p>
    <w:p>
      <w:pPr>
        <w:jc w:val="right"/>
      </w:pPr>
      <w:r>
        <w:t>तो बात दावा वर्क जो है, बहुत ही सिंसियर वर्क है। और आदमी का जो जब सिंसियर आती है, तो खुद ही जान लेता है कि मुझे क्या करना चाहिए। मैं अक्सर कहा करता हूं कि एक मां का जब बच्चा पैदा होता है,</w:t>
      </w:r>
    </w:p>
    <w:p>
      <w:r>
        <w:rPr>
          <w:b/>
        </w:rPr>
        <w:t xml:space="preserve">[27:29] </w:t>
      </w:r>
      <w:r>
        <w:t>to kya jaakar sari co</w:t>
      </w:r>
    </w:p>
    <w:p>
      <w:pPr>
        <w:jc w:val="right"/>
      </w:pPr>
      <w:r>
        <w:t>तो क्या जाकर सारी कॉ</w:t>
      </w:r>
    </w:p>
    <w:p>
      <w:r>
        <w:rPr>
          <w:b/>
        </w:rPr>
        <w:t xml:space="preserve">[27:31] </w:t>
      </w:r>
      <w:r>
        <w:t>lony mein poochti hai ke bhai, mujhe batao ke bachche ke liye mujhe kya karna hai? kaun maa aisa karegi? kaun maa aisa karegi ke uska bachcha paida ho to sab se poochti phire?</w:t>
      </w:r>
    </w:p>
    <w:p>
      <w:pPr>
        <w:jc w:val="right"/>
      </w:pPr>
      <w:r>
        <w:t>लोनी में पूछती है कि भाई, मुझे बताओ कि बच्चे के लिए मुझे क्या करना है? कौन मां ऐसा करेगी? कौन मां ऐसा करेगी कि उसका बच्चा पैदा हो तो सबसे पूछती फिरे?</w:t>
      </w:r>
    </w:p>
    <w:p>
      <w:r>
        <w:rPr>
          <w:b/>
        </w:rPr>
        <w:t xml:space="preserve">[27:45] </w:t>
      </w:r>
      <w:r>
        <w:t>uski mohabbat, uski shafqat, uska concern apne aap bata deti hai ke bhai</w:t>
      </w:r>
    </w:p>
    <w:p>
      <w:pPr>
        <w:jc w:val="right"/>
      </w:pPr>
      <w:r>
        <w:t>उसकी मोहब्बत, उसकी शफकत, उसका कंसर्न अपने आप बता देती है कि भाई</w:t>
      </w:r>
    </w:p>
    <w:p>
      <w:r>
        <w:rPr>
          <w:b/>
        </w:rPr>
        <w:t xml:space="preserve">[27:50] </w:t>
      </w:r>
      <w:r>
        <w:t>, mujhe kya karna hai?</w:t>
      </w:r>
    </w:p>
    <w:p>
      <w:pPr>
        <w:jc w:val="right"/>
      </w:pPr>
      <w:r>
        <w:t>, मुझे क्या करना है?</w:t>
      </w:r>
    </w:p>
    <w:p>
      <w:r>
        <w:rPr>
          <w:b/>
        </w:rPr>
        <w:t xml:space="preserve">[27:56] </w:t>
      </w:r>
      <w:r>
        <w:t>main ek baar to gaya tha Madhya Pradesh. wahan par kisi ne question kiya. to maine ek sentence mein jawab diya tha ke madhu se mohabbat kijiye, aur uske baad aap ko phir kisi se poochne ki zaroorat nahin hogi. madhu se mohabbat karna seekhiye, aur uske baad aap ko kisi se poochne ki zaroorat nahin hogi. This question is from Mr.</w:t>
      </w:r>
    </w:p>
    <w:p>
      <w:pPr>
        <w:jc w:val="right"/>
      </w:pPr>
      <w:r>
        <w:t>मैं एक बार तो गया था मध्य प्रदेश। वहां पर किसी ने क्वेश्चन किया। तो मैंने एक सेंटेंस में जवाब दिया था कि मधु से मोहब्बत कीजिए, और उसके बाद आपको फिर किसी से पूछने की जरूरत नहीं होगी। मधु से मोहब्बत करना सीखिए, और उसके बाद आपको किसी से पूछने की जरूरत नहीं होगी। This question is from Mr.</w:t>
      </w:r>
    </w:p>
    <w:p>
      <w:r>
        <w:rPr>
          <w:b/>
        </w:rPr>
        <w:t xml:space="preserve">[28:20] </w:t>
      </w:r>
      <w:r>
        <w:t>Zubair. What is the basic</w:t>
      </w:r>
    </w:p>
    <w:p>
      <w:pPr>
        <w:jc w:val="right"/>
      </w:pPr>
      <w:r>
        <w:t>Zubair. What is the basic</w:t>
      </w:r>
    </w:p>
    <w:p>
      <w:r>
        <w:rPr>
          <w:b/>
        </w:rPr>
        <w:t xml:space="preserve">[28:26] </w:t>
      </w:r>
      <w:r>
        <w:t>money, but my parents want me to use it for rebuilding our house. Whom should I give the priority?</w:t>
      </w:r>
    </w:p>
    <w:p>
      <w:pPr>
        <w:jc w:val="right"/>
      </w:pPr>
      <w:r>
        <w:t>मनी, बट माय पेरेंट्स वांट मी टू यूज इट फॉर रिबिल्डिंग आवर हाउस। हुम शुड आई गिव द प्रायोरिटी?</w:t>
      </w:r>
    </w:p>
    <w:p>
      <w:r>
        <w:rPr>
          <w:b/>
        </w:rPr>
        <w:t xml:space="preserve">[28:34] </w:t>
      </w:r>
      <w:r>
        <w:t>my parents aur hajj. I am not married yet. main iska jawab yahan nahin de sakta. aapka sahi tareeqa hai ke aap ek ita likhen, ita likh kar ke kisi badle se bhejhen, wahan jawab mangen,</w:t>
      </w:r>
    </w:p>
    <w:p>
      <w:pPr>
        <w:jc w:val="right"/>
      </w:pPr>
      <w:r>
        <w:t>माय पेरेंट्स और हज। आई एम नॉट मैरिड यट। मैं इसका जवाब यहां नहीं दे सकता। आपका सही तरीका है कि आप एक इता लिखें, इता लिख कर के किसी बदले से भेजें, वहां जवाब मांगे,</w:t>
      </w:r>
    </w:p>
    <w:p>
      <w:r>
        <w:rPr>
          <w:b/>
        </w:rPr>
        <w:t xml:space="preserve">[28:53] </w:t>
      </w:r>
      <w:r>
        <w:t>aur usko bataiyen. qubool karen. yeh takreer ki baat hai nahin, yeh masle ki baat hai.</w:t>
      </w:r>
    </w:p>
    <w:p>
      <w:pPr>
        <w:jc w:val="right"/>
      </w:pPr>
      <w:r>
        <w:t>और उसको बताइए। कबूल करें। यह तकरीर की बात है नहीं, यह मसले की बात है।</w:t>
      </w:r>
    </w:p>
    <w:p>
      <w:r>
        <w:rPr>
          <w:b/>
        </w:rPr>
        <w:t xml:space="preserve">[29:01] </w:t>
      </w:r>
      <w:r>
        <w:t>This question is from Mr. Abdul Basit. islami kitabon mein likha hai ke shirk sabse bada gunah hai. shirk sabse bada gunah isliye hai ke woh sabse badi haqeeqat ke sath kiya ja raha hai.</w:t>
      </w:r>
    </w:p>
    <w:p>
      <w:pPr>
        <w:jc w:val="right"/>
      </w:pPr>
      <w:r>
        <w:t>This question is from Mr. Abdul Basit. इस्लामी किताबों में लिखा है कि शिर्क सबसे बड़ा गुनाह है। शिर्क सबसे बड़ा गुनाह इसलिए है कि वह सबसे बड़ी हकीकत के साथ किया जा रहा है।</w:t>
      </w:r>
    </w:p>
    <w:p>
      <w:r>
        <w:rPr>
          <w:b/>
        </w:rPr>
        <w:t xml:space="preserve">[29:17] </w:t>
      </w:r>
      <w:r>
        <w:t>yani iska talluq ek aisi baat se hai jo is duniya ki sabse badi haqeeqat hai. iski wazahat farmayen.</w:t>
      </w:r>
    </w:p>
    <w:p>
      <w:pPr>
        <w:jc w:val="right"/>
      </w:pPr>
      <w:r>
        <w:t>यानी इसका ताल्लुक एक ऐसी बात से है जो इस दुनिया की सबसे बड़ी हकीकत है। इसकी वजाहत फरमाइए।</w:t>
      </w:r>
    </w:p>
    <w:p>
      <w:r>
        <w:rPr>
          <w:b/>
        </w:rPr>
        <w:t xml:space="preserve">[29:31] </w:t>
      </w:r>
      <w:r>
        <w:t>It's so many question. main yeh keh sakta hoon ke aap kitaben padhen.</w:t>
      </w:r>
    </w:p>
    <w:p>
      <w:pPr>
        <w:jc w:val="right"/>
      </w:pPr>
      <w:r>
        <w:t>It's so many क्वेश्चन। मैं ये कह सकता हूं कि आप किताबें पढ़िए।</w:t>
      </w:r>
    </w:p>
    <w:p>
      <w:r>
        <w:rPr>
          <w:b/>
        </w:rPr>
        <w:t xml:space="preserve">[29:39] </w:t>
      </w:r>
      <w:r>
        <w:t>aapko yeh baat clear ho jayegi. aap taskur quran padhen. hamari jo tafseer hai, taskur quran. kitaben padhen. taskur quran padhen. ek kitab hai al islam, usko padhen. to yeh baat apne aap clear ho jayegi. aur risala mahnama jo hai,</w:t>
      </w:r>
    </w:p>
    <w:p>
      <w:pPr>
        <w:jc w:val="right"/>
      </w:pPr>
      <w:r>
        <w:t>आपको ये बात क्लियर हो जाएगी। आप तस्कुर कुरान पढ़िए। हमारी जो तफसीर है, तस्कुर कुरान। किताबें पढ़िए। तस्कुर कुरान पढ़िए। एक किताब है अल इस्लाम, उसको पढ़िए। तो यह बात अपने आप क्लियर हो जाएगी। और रिसाला महानामा जो है,</w:t>
      </w:r>
    </w:p>
    <w:p>
      <w:r>
        <w:rPr>
          <w:b/>
        </w:rPr>
        <w:t xml:space="preserve">[29:58] </w:t>
      </w:r>
      <w:r>
        <w:t>usko regular tareeqe se padhen. dekhen, sawal ka ek jawab dene se kuch baat clear nahin hoti. yahan par wahi baat hai ke prepared mind hona chahiye aadmi ko. hazrat abdullah, humne abbas</w:t>
      </w:r>
    </w:p>
    <w:p>
      <w:pPr>
        <w:jc w:val="right"/>
      </w:pPr>
      <w:r>
        <w:t>उसको रेगुलर तरीके से पढ़िए। देखिए, सवाल का एक जवाब देने से कुछ बात क्लियर नहीं होती। यहां पर वही बात है कि प्रिपेयर्ड माइंड होना चाहिए आदमी को। हजरत अब्दुल्ला, हमने अब्बास</w:t>
      </w:r>
    </w:p>
    <w:p>
      <w:r>
        <w:rPr>
          <w:b/>
        </w:rPr>
        <w:t xml:space="preserve">[30:17] </w:t>
      </w:r>
      <w:r>
        <w:t>ya kaun sa aap the, woh abdul masood ya dono mein se kisi ne yeh kaha hai ke maine sahaba se kam kisi ko sawal karne wala nahin dekha. woh sawal hi nahin karte the. woh</w:t>
      </w:r>
    </w:p>
    <w:p>
      <w:pPr>
        <w:jc w:val="right"/>
      </w:pPr>
      <w:r>
        <w:t>या कौन सा आप थे, वो अब्दुल मसूद या दोनों में से किसी ने ये कहा है कि मैंने सहाबा से कम किसी को सवाल करने वाला नहीं देखा। वो सवाल ही नहीं करते थे। वो</w:t>
      </w:r>
    </w:p>
    <w:p>
      <w:r>
        <w:rPr>
          <w:b/>
        </w:rPr>
        <w:t xml:space="preserve">[30:33] </w:t>
      </w:r>
      <w:r>
        <w:t>aap keh rahe the kiska qaul hai? yeh abdul abbas. abdul abbas ka qaul hai. yeh abbas chacha the rasoolullah ke. unke bete the abdullah.</w:t>
      </w:r>
    </w:p>
    <w:p>
      <w:pPr>
        <w:jc w:val="right"/>
      </w:pPr>
      <w:r>
        <w:t>आप कह रहे थे किसका कौल है? ये अब्दुल अब्बास। अब्दुल अब्बास का कौल है। ये अब्बास चाचा थे रसूलल्लाह के। उनके बेटे थे अब्दुल्ला।</w:t>
      </w:r>
    </w:p>
    <w:p>
      <w:r>
        <w:rPr>
          <w:b/>
        </w:rPr>
        <w:t xml:space="preserve">[30:45] </w:t>
      </w:r>
      <w:r>
        <w:t>rasoolullah ke dada the abdul muttalib. unke bete the abbas. abbas ke bete the abdullah. to unhone kaha ke maine sahaba se kam kisi ko sawal karne wala nahin paya. sunte the, sochte the. sunte the, sochte the.</w:t>
      </w:r>
    </w:p>
    <w:p>
      <w:pPr>
        <w:jc w:val="right"/>
      </w:pPr>
      <w:r>
        <w:t>रसूलल्लाह के दादा थे अब्दुल मुत्तलिब। उनके बेटे थे अब्बास। अब्बास के बेटे थे अब्दुल्ला। तो उन्होंने कहा कि मैंने सहाबा से कम किसी को सवाल करने वाला नहीं पाया। सुनते थे, सोचते थे। सुनते थे, सोचते थे।</w:t>
      </w:r>
    </w:p>
    <w:p>
      <w:r>
        <w:rPr>
          <w:b/>
        </w:rPr>
        <w:t xml:space="preserve">[31:07] </w:t>
      </w:r>
      <w:r>
        <w:t>sawal karne se jawab nahin milta. yaad rakhen, sochne se jawab milta hai. yeh bahut main tajurbe ke baad yeh baat keh raha hoon ke sawal karne se jawab nahin milta hai. sochne se jawab milta hai.</w:t>
      </w:r>
    </w:p>
    <w:p>
      <w:pPr>
        <w:jc w:val="right"/>
      </w:pPr>
      <w:r>
        <w:t>सवाल करने से जवाब नहीं मिलता। याद रखिए, सोचने से जवाब मिलता है। ये बहुत मैं तजुर्बे के बाद ये बात कह रहा हूं कि सवाल करने से जवाब नहीं मिलता है। सोचने से जवाब मिलता है।</w:t>
      </w:r>
    </w:p>
    <w:p>
      <w:r>
        <w:rPr>
          <w:b/>
        </w:rPr>
        <w:t xml:space="preserve">[31:27] </w:t>
      </w:r>
      <w:r>
        <w:t>ek waqea main arz karoon. hazrat usman, jo khaleefa hue, teesre khaleefa, to woh speaker nahin the. to khaleefa hone ke baad, jab khade hue kuch address karne ke liye,</w:t>
      </w:r>
    </w:p>
    <w:p>
      <w:pPr>
        <w:jc w:val="right"/>
      </w:pPr>
      <w:r>
        <w:t>एक वाकया मैं अर्ज करूं। हजरत उस्मान, जो खलीफा हुए, तीसरे खलीफा, तो वो स्पीकर नहीं थे। तो खलीफा होने के बाद, जब खड़े हुए कुछ एड्रेस करने के लिए,</w:t>
      </w:r>
    </w:p>
    <w:p>
      <w:r>
        <w:rPr>
          <w:b/>
        </w:rPr>
        <w:t xml:space="preserve">[31:43] </w:t>
      </w:r>
      <w:r>
        <w:t>to thoda sa kuch bol paen</w:t>
      </w:r>
    </w:p>
    <w:p>
      <w:pPr>
        <w:jc w:val="right"/>
      </w:pPr>
      <w:r>
        <w:t>तो थोड़ा सा कुछ बोल पाए</w:t>
      </w:r>
    </w:p>
    <w:p>
      <w:r>
        <w:rPr>
          <w:b/>
        </w:rPr>
        <w:t xml:space="preserve">[31:46] </w:t>
      </w:r>
      <w:r>
        <w:t>aur phir baith gae. woh yani chand sentences bol kar ke baith gae. jante hain, uske baad kya hua?</w:t>
      </w:r>
    </w:p>
    <w:p>
      <w:pPr>
        <w:jc w:val="right"/>
      </w:pPr>
      <w:r>
        <w:t>और फिर बैठ गए। वो यानी चंद सेंटेंसेस बोल कर के बैठ गए। जानते हैं, उसके बाद क्या हुआ?</w:t>
      </w:r>
    </w:p>
    <w:p>
      <w:r>
        <w:rPr>
          <w:b/>
        </w:rPr>
        <w:t xml:space="preserve">[31:55] </w:t>
      </w:r>
      <w:r>
        <w:t>hamare aajkal ho, har aadmi lega pooche. are bhai</w:t>
      </w:r>
    </w:p>
    <w:p>
      <w:pPr>
        <w:jc w:val="right"/>
      </w:pPr>
      <w:r>
        <w:t>हमारे आजकल हो, हर आदमी लेगा पूछे। अरे भाई</w:t>
      </w:r>
    </w:p>
    <w:p>
      <w:r>
        <w:rPr>
          <w:b/>
        </w:rPr>
        <w:t xml:space="preserve">[31:58] </w:t>
      </w:r>
      <w:r>
        <w:t>, sir bata to nahin ho raha hai? are bhai, kya baat ho gayi? aap baith gae chup chap se. jab aap tajurba karke dekh liye kisi masjid mein, ke aap do char sentence baith ke baith jaen, to har aadmi lekar poochne deewanon, deewanon ki tarah se. wahan jante hain kya?</w:t>
      </w:r>
    </w:p>
    <w:p>
      <w:pPr>
        <w:jc w:val="right"/>
      </w:pPr>
      <w:r>
        <w:t>, सर बता तो नहीं हो रहा है? अरे भाई, क्या बात हो गई? आप बैठ गए चुपचाप से। जब आप तजुर्बा करके देख लिए किसी मस्जिद में, कि आप दो चार सेंटेंस बैठ के बैठ जाएं, तो हर आदमी लेकर पूछने दीवानों, दीवानों की तरह से। वहां जानते हैं क्या?</w:t>
      </w:r>
    </w:p>
    <w:p>
      <w:r>
        <w:rPr>
          <w:b/>
        </w:rPr>
        <w:t xml:space="preserve">[32:16] </w:t>
      </w:r>
      <w:r>
        <w:t>wo sare sahaba jo hain, sar jhuka ke baithe rahe. kisi ne kuch poocha nahin</w:t>
      </w:r>
    </w:p>
    <w:p>
      <w:pPr>
        <w:jc w:val="right"/>
      </w:pPr>
      <w:r>
        <w:t>वो सारे सहाबा जो हैं, सर झुका के बैठे रहे। किसी ने कुछ पूछा नहीं</w:t>
      </w:r>
    </w:p>
    <w:p>
      <w:r>
        <w:rPr>
          <w:b/>
        </w:rPr>
        <w:t xml:space="preserve">[32:26] </w:t>
      </w:r>
      <w:r>
        <w:t>ke hazrat</w:t>
      </w:r>
    </w:p>
    <w:p>
      <w:pPr>
        <w:jc w:val="right"/>
      </w:pPr>
      <w:r>
        <w:t>कि हजरत</w:t>
      </w:r>
    </w:p>
    <w:p>
      <w:r>
        <w:rPr>
          <w:b/>
        </w:rPr>
        <w:t xml:space="preserve">[32:27] </w:t>
      </w:r>
      <w:r>
        <w:t>, kyun baith gae? aap sar dard to nahin ho raha hai? koi dawa laen, koi doctor ko bulaen. yeh sab bilkul absurd sawalat hain. aap jante hain, kya hua?</w:t>
      </w:r>
    </w:p>
    <w:p>
      <w:pPr>
        <w:jc w:val="right"/>
      </w:pPr>
      <w:r>
        <w:t>, क्यों बैठ गए? आप सर दर्द तो नहीं हो रहा है? कोई दवा लाएं, कोई डॉक्टर को बुलाएं। ये सब बिल्कुल एब्सर्ड सवालात हैं। आप जानते हैं, क्या हुआ?</w:t>
      </w:r>
    </w:p>
    <w:p>
      <w:r>
        <w:rPr>
          <w:b/>
        </w:rPr>
        <w:t xml:space="preserve">[32:40] </w:t>
      </w:r>
      <w:r>
        <w:t>ek zohar se lekar asar tak baithe rahe. sirf asar ki azan ne logon ko jagaya. hazrat usman baith gae mimbar par. log baithe hue hain chup chap. yeh bhi chup, woh bhi chup.</w:t>
      </w:r>
    </w:p>
    <w:p>
      <w:pPr>
        <w:jc w:val="right"/>
      </w:pPr>
      <w:r>
        <w:t>एक जोहर से लेकर असर तक बैठे रहे। सिर्फ असर की अजान ने लोगों को जगाया। हजरत उस्मान बैठ गए मिंबर पर। लोग बैठे हुए हैं चुपचाप। ये भी चुप, वो भी चुप।</w:t>
      </w:r>
    </w:p>
    <w:p>
      <w:r>
        <w:rPr>
          <w:b/>
        </w:rPr>
        <w:t xml:space="preserve">[33:00] </w:t>
      </w:r>
      <w:r>
        <w:t>asar ki azan di. moazzin ne tab unko hosh aaya ke are</w:t>
      </w:r>
    </w:p>
    <w:p>
      <w:pPr>
        <w:jc w:val="right"/>
      </w:pPr>
      <w:r>
        <w:t>असर की अजान दी। मोजिन ने तब उनको होश आया कि अरे</w:t>
      </w:r>
    </w:p>
    <w:p>
      <w:r>
        <w:rPr>
          <w:b/>
        </w:rPr>
        <w:t xml:space="preserve">[33:03] </w:t>
      </w:r>
      <w:r>
        <w:t>, itni der ho gayi. kya asar ka waqt aa gaya? yeh the sahaba. sochte the, sochte, sochte the. woh woh sochte the ke duniya se rasoolullah chale gae. abu bakar aaye, woh bhi chale gae.</w:t>
      </w:r>
    </w:p>
    <w:p>
      <w:pPr>
        <w:jc w:val="right"/>
      </w:pPr>
      <w:r>
        <w:t>, इतनी देर हो गई। क्या असर का वक्त आ गया? ये थे सहाबा। सोचते थे, सोचते, सोचते थे। वो वो सोचते थे कि दुनिया से रसूलल्लाह चले गए। अबू बकर आए, वो भी चले गए।</w:t>
      </w:r>
    </w:p>
    <w:p>
      <w:r>
        <w:rPr>
          <w:b/>
        </w:rPr>
        <w:t xml:space="preserve">[33:22] </w:t>
      </w:r>
      <w:r>
        <w:t>umar aaye, woh bhi chale gae. ab usman ko khaleefa banaya gaya hai. kya hoga?</w:t>
      </w:r>
    </w:p>
    <w:p>
      <w:pPr>
        <w:jc w:val="right"/>
      </w:pPr>
      <w:r>
        <w:t>उमर आए, वो भी चले गए। अब उस्मान को खलीफा बनाया गया है। क्या होगा?</w:t>
      </w:r>
    </w:p>
    <w:p>
      <w:r>
        <w:rPr>
          <w:b/>
        </w:rPr>
        <w:t xml:space="preserve">[33:30] </w:t>
      </w:r>
      <w:r>
        <w:t>kaise kiya jayega?</w:t>
      </w:r>
    </w:p>
    <w:p>
      <w:pPr>
        <w:jc w:val="right"/>
      </w:pPr>
      <w:r>
        <w:t>कैसे किया जाएगा?</w:t>
      </w:r>
    </w:p>
    <w:p>
      <w:r>
        <w:rPr>
          <w:b/>
        </w:rPr>
        <w:t xml:space="preserve">[33:34] </w:t>
      </w:r>
      <w:r>
        <w:t>sochte the, sochte, sochte the. woh aajkal kya hai? har aadmi bolta hai. sochna jo hai, sochna art of thinking ummat se khatm ho gayi hai. mujhe to koi aadmi nahin mila ab tak jo art of thinking ko janta bhi ho. what is art of thinking?</w:t>
      </w:r>
    </w:p>
    <w:p>
      <w:pPr>
        <w:jc w:val="right"/>
      </w:pPr>
      <w:r>
        <w:t>सोचते थे, सोचते, सोचते थे। वो आजकल क्या है? हर आदमी बोलता है। सोचना जो है, सोचना आर्ट ऑफ थिंकिंग उम्मत से खत्म हो गई है। मुझे तो कोई आदमी नहीं मिला अब तक जो आर्ट ऑफ थिंकिंग को जानता भी हो। व्हाट इज आर्ट ऑफ थिंकिंग?</w:t>
      </w:r>
    </w:p>
    <w:p>
      <w:r>
        <w:rPr>
          <w:b/>
        </w:rPr>
        <w:t xml:space="preserve">[33:56] </w:t>
      </w:r>
      <w:r>
        <w:t>janta bhi ho. ye agar janta to ye jo 200 saal se hamari barbadi ho rahi hai, to wo na hoti. har jagah barbadi, har jagah barbadi, har jagah barbadi. sultan tebu ka ek qaul aaj tak log fakhr se dohrate hain</w:t>
      </w:r>
    </w:p>
    <w:p>
      <w:pPr>
        <w:jc w:val="right"/>
      </w:pPr>
      <w:r>
        <w:t>जानता भी हो। ये अगर जानता तो ये जो 200 साल से हमारी बर्बादी हो रही है, तो वो ना होती। हर जगह बर्बादी, हर जगह बर्बादी, हर जगह बर्बादी। सुल्तान टेबू का एक कौल आज तक लोग फख्र से दोहराते हैं</w:t>
      </w:r>
    </w:p>
    <w:p>
      <w:r>
        <w:rPr>
          <w:b/>
        </w:rPr>
        <w:t xml:space="preserve">[34:15] </w:t>
      </w:r>
      <w:r>
        <w:t>ki jab angrez aaye india mein, unse ladai pesh aa gayi. aayi to sultan tebu ne kaha tha ki unke upar fauj bahut kam thi. pehle se pata tha ki main ladkar mar jaunga. phir bhi lad gaye wo aur kaha ki</w:t>
      </w:r>
    </w:p>
    <w:p>
      <w:pPr>
        <w:jc w:val="right"/>
      </w:pPr>
      <w:r>
        <w:t>कि जब अंग्रेज आए इंडिया में, उनसे लड़ाई पेश आ गई। आई तो सुल्तान टेबू ने कहा था कि उनके ऊपर फौज बहुत कम थी। पहले से पता था कि मैं लड़कर मर जाऊंगा। फिर भी लड़ गए वो और कहा कि</w:t>
      </w:r>
    </w:p>
    <w:p>
      <w:r>
        <w:rPr>
          <w:b/>
        </w:rPr>
        <w:t xml:space="preserve">[34:33] </w:t>
      </w:r>
      <w:r>
        <w:t>sher ki ek din ki zindagi giner ke 100 saal ki zindagi se behtar hai.</w:t>
      </w:r>
    </w:p>
    <w:p>
      <w:pPr>
        <w:jc w:val="right"/>
      </w:pPr>
      <w:r>
        <w:t>शेर की एक दिन की जिंदगी गिनर के 100 साल की जिंदगी से बेहतर है।</w:t>
      </w:r>
    </w:p>
    <w:p>
      <w:r>
        <w:rPr>
          <w:b/>
        </w:rPr>
        <w:t xml:space="preserve">[34:42] </w:t>
      </w:r>
      <w:r>
        <w:t>sab log isko dohrate hain. ab ye ye qaul hi jhootha hai. bilkul khuda ne aisa sher paida nahi kiya.</w:t>
      </w:r>
    </w:p>
    <w:p>
      <w:pPr>
        <w:jc w:val="right"/>
      </w:pPr>
      <w:r>
        <w:t>सब लोग इसको दोहराते हैं। अब ये ये कौल ही झूठा है। बिल्कुल खुदा ने ऐसा शेर पैदा नहीं किया।</w:t>
      </w:r>
    </w:p>
    <w:p>
      <w:r>
        <w:rPr>
          <w:b/>
        </w:rPr>
        <w:t xml:space="preserve">[34:51] </w:t>
      </w:r>
      <w:r>
        <w:t>aisa sher khuda ne paida hi nahi kiya. tumhara, tumhara ek apne mind ka ek sher hai. ye mujhe tab khula. yeh baat main khud isi mein pada hua tha. ne jo america ka ek wo hai,</w:t>
      </w:r>
    </w:p>
    <w:p>
      <w:pPr>
        <w:jc w:val="right"/>
      </w:pPr>
      <w:r>
        <w:t>ऐसा शेर खुदा ने पैदा ही नहीं किया। तुम्हारा, तुम्हारा एक अपने माइंड का एक शेर है। ये मुझे तब खुला। यह बात मैं खुद इसी में पड़ा हुआ था। ने जो अमेरिका का एक वो है,</w:t>
      </w:r>
    </w:p>
    <w:p>
      <w:r>
        <w:rPr>
          <w:b/>
        </w:rPr>
        <w:t xml:space="preserve">[35:07] </w:t>
      </w:r>
      <w:r>
        <w:t>national geography, usne ek film banayi hai. teen saal lage usko banane mein. sher ko natural habitat mein jaakar ke unhone usko film banayi. uski bilkul real film natural habitat mein. usmein wo dikhate hain ki sher to kabhi ladte hi nahi.</w:t>
      </w:r>
    </w:p>
    <w:p>
      <w:pPr>
        <w:jc w:val="right"/>
      </w:pPr>
      <w:r>
        <w:t>नेशनल जियोग्राफी, उसने एक फिल्म बनाई है। तीन साल लगे उसको बनाने में। शेर को नेचुरल हैबिटेट में जाकर के उन्होंने उसको फिल्म बनाई। उसकी बिल्कुल रियल फिल्म नेचुरल हैबिटेट में। उसमें वो दिखाते हैं कि शेर तो कभी लड़ते ही नहीं।</w:t>
      </w:r>
    </w:p>
    <w:p>
      <w:r>
        <w:rPr>
          <w:b/>
        </w:rPr>
        <w:t xml:space="preserve">[35:25] </w:t>
      </w:r>
      <w:r>
        <w:t>ye angrez ladkar mar gaye. sher ladte hi nahi the aur taqatwar se hamesha avoid karta hai. sher usmein bahut se scene dikhaye unhone ki ek sher idhar ja raha hai. udhar kai hathi aa rahe hain. to ek sher ke muqable kai hathi zyada strong hain. to sher kya hai?</w:t>
      </w:r>
    </w:p>
    <w:p>
      <w:pPr>
        <w:jc w:val="right"/>
      </w:pPr>
      <w:r>
        <w:t>ये अंग्रेज लड़कर मर गए। शेर लड़ते ही नहीं थे और ताकतवर से हमेशा अवॉइड करता है। शेर उसमें बहुत से सीन दिखाए उन्होंने कि एक शेर इधर जा रहा है। उधर कई हाथी आ रहे हैं। तो एक शेर के मुकाबले कई हाथी ज्यादा स्ट्रांग हैं। तो शेर क्या है?</w:t>
      </w:r>
    </w:p>
    <w:p>
      <w:r>
        <w:rPr>
          <w:b/>
        </w:rPr>
        <w:t xml:space="preserve">[35:45] </w:t>
      </w:r>
      <w:r>
        <w:t>idhar se</w:t>
      </w:r>
    </w:p>
    <w:p>
      <w:pPr>
        <w:jc w:val="right"/>
      </w:pPr>
      <w:r>
        <w:t>इधर से</w:t>
      </w:r>
    </w:p>
    <w:p>
      <w:r>
        <w:rPr>
          <w:b/>
        </w:rPr>
        <w:t xml:space="preserve">[35:46] </w:t>
      </w:r>
      <w:r>
        <w:t>nikal ke chala gaya. idhar se ya udhar se chala gaya. samne ek rasta chhod diya usne ki hathiyon ke liye. yaad hai kya? jangli bhaise jo hoti hain, badi seeng unmein hoti hai. ek baar maine dekha ki wo aa raha hai. tab bhi sher idhar se hat ke udhar nikal gaya. to sher to ladte hi nahi.</w:t>
      </w:r>
    </w:p>
    <w:p>
      <w:pPr>
        <w:jc w:val="right"/>
      </w:pPr>
      <w:r>
        <w:t>निकल के चला गया। इधर से या उधर से चला गया। सामने एक रास्ता छोड़ दिया उसने कि हाथियों के लिए। याद है क्या? जंगली भैंसे जो होती हैं, बड़ी सींग उनमें होती है। एक बार मैंने देखा कि वो आ रहा है। तब भी शेर इधर से हट के उधर निकल गया। तो शेर तो लड़ते ही नहीं।</w:t>
      </w:r>
    </w:p>
    <w:p>
      <w:r>
        <w:rPr>
          <w:b/>
        </w:rPr>
        <w:t xml:space="preserve">[36:04] </w:t>
      </w:r>
      <w:r>
        <w:t>jo khuda ne banaya sher, wo nahi ladta. koi jhoothe sher khud bana rakhe logon ne, wo ladte hain. to bina soche samjhe bolna, bina soche samjhe kitabein likhna, bina soche takre karna,</w:t>
      </w:r>
    </w:p>
    <w:p>
      <w:pPr>
        <w:jc w:val="right"/>
      </w:pPr>
      <w:r>
        <w:t>जो खुदा ने बनाया शेर, वो नहीं लड़ता। कोई झूठे शेर खुद बना रखे लोगों ने, वो लड़ते हैं। तो बिना सोचे समझे बोलना, बिना सोचे समझे किताबें लिखना, बिना सोचे तकरे करना,</w:t>
      </w:r>
    </w:p>
    <w:p>
      <w:r>
        <w:rPr>
          <w:b/>
        </w:rPr>
        <w:t xml:space="preserve">[36:19] </w:t>
      </w:r>
      <w:r>
        <w:t>ye ho raha hai hamare qaum-qaum mein.</w:t>
      </w:r>
    </w:p>
    <w:p>
      <w:pPr>
        <w:jc w:val="right"/>
      </w:pPr>
      <w:r>
        <w:t>ये हो रहा है हमारे कौम-कौम में।</w:t>
      </w:r>
    </w:p>
    <w:p>
      <w:r>
        <w:rPr>
          <w:b/>
        </w:rPr>
        <w:t xml:space="preserve">[36:22] </w:t>
      </w:r>
      <w:r>
        <w:t>aur jab barbadi hoti hai, to kehte hain ki doosron ke conspiracy hai, doosron ka zulm hai, doosron ke discrimination hai. yeh hai hamari kahani.</w:t>
      </w:r>
    </w:p>
    <w:p>
      <w:pPr>
        <w:jc w:val="right"/>
      </w:pPr>
      <w:r>
        <w:t>और जब बर्बादी होती है, तो कहते हैं कि दूसरों के कांसपेंसी है, दूसरों का जुल्म है, दूसरों के डिस्क्रिमिनेशन है। यह है हमारी कहानी।</w:t>
      </w:r>
    </w:p>
    <w:p>
      <w:r>
        <w:rPr>
          <w:b/>
        </w:rPr>
        <w:t xml:space="preserve">[36:34] </w:t>
      </w:r>
      <w:r>
        <w:t>This question is from Mr. Nafees Shiraz.</w:t>
      </w:r>
    </w:p>
    <w:p>
      <w:pPr>
        <w:jc w:val="right"/>
      </w:pPr>
      <w:r>
        <w:t>This question is from Mr. Nafees Shiraz.</w:t>
      </w:r>
    </w:p>
    <w:p>
      <w:r>
        <w:rPr>
          <w:b/>
        </w:rPr>
        <w:t xml:space="preserve">[36:38] </w:t>
      </w:r>
      <w:r>
        <w:t>ek padosi jo roz oonchi awaz mein music system bajata hai, jisse doosre sabhi logon ko takleef pahunchti hai. maslan, koi bimar hai, koi padh raha hai, aur samjhane par bhi padosi apni is ravish ko badalne par amada nahi hai. to aise mein sabr par kab tak amal kiya jaye?</w:t>
      </w:r>
    </w:p>
    <w:p>
      <w:pPr>
        <w:jc w:val="right"/>
      </w:pPr>
      <w:r>
        <w:t>एक पड़ोसी जो रोज़ ऊँची आवाज़ में म्यूज़िक सिस्टम बजाता है, जिससे दूसरे सभी लोगों को तकलीफ़ पहुँचती है। मसलन, कोई बीमार है, कोई पढ़ रहा है, और समझाने पर भी पड़ोसी अपनी इस राविश को बदलने पर अमादा नहीं है। तो ऐसे में सब्र पर कब तक अमल किया जाए?</w:t>
      </w:r>
    </w:p>
    <w:p>
      <w:r>
        <w:rPr>
          <w:b/>
        </w:rPr>
        <w:t xml:space="preserve">[37:03] </w:t>
      </w:r>
      <w:r>
        <w:t>yani kisi ki izaaon par sabr kab tak?</w:t>
      </w:r>
    </w:p>
    <w:p>
      <w:pPr>
        <w:jc w:val="right"/>
      </w:pPr>
      <w:r>
        <w:t>यानी किसी की इज़ाओं पर सब्र कब तक?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