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Wisdom November 13, 2022</w:t>
      </w:r>
    </w:p>
    <w:p>
      <w:r>
        <w:t>https://youtu.be/EUFD21PtjwM</w:t>
      </w:r>
    </w:p>
    <w:p>
      <w:r>
        <w:rPr>
          <w:b/>
        </w:rPr>
        <w:t xml:space="preserve">[00:11] </w:t>
      </w:r>
      <w:r>
        <w:t>Assalamualaikum. Today the topic of our conversation is prophetic wisdom. The biggest asset for every man and woman is not fame, popularity, achievement of worldly things, but it is wisdom.</w:t>
      </w:r>
    </w:p>
    <w:p>
      <w:pPr>
        <w:jc w:val="right"/>
      </w:pPr>
      <w:r>
        <w:t>Assalamualaikum. Today the topic of our conversation is prophetic wisdom. The biggest asset for every man and woman is not fame, popularity, achievement of worldly things, but it is wisdom.</w:t>
      </w:r>
    </w:p>
    <w:p>
      <w:r>
        <w:rPr>
          <w:b/>
        </w:rPr>
        <w:t xml:space="preserve">[00:27] </w:t>
      </w:r>
      <w:r>
        <w:t>A large number of recorded traditions of prophets underline the importance of wisdom. For</w:t>
      </w:r>
    </w:p>
    <w:p>
      <w:pPr>
        <w:jc w:val="right"/>
      </w:pPr>
      <w:r>
        <w:t>A large number of recorded traditions of prophets underline the importance of wisdom. For</w:t>
      </w:r>
    </w:p>
    <w:p>
      <w:r>
        <w:rPr>
          <w:b/>
        </w:rPr>
        <w:t xml:space="preserve">[00:35] </w:t>
      </w:r>
      <w:r>
        <w:t>instance, a prophet of Islam once said, "How good is the gathering where wise sayings are uttered?" On another occasion he said, "There cannot be a better gift than the words of wisdom." So today we will have this conversation with Professor Farida Khana.</w:t>
      </w:r>
    </w:p>
    <w:p>
      <w:pPr>
        <w:jc w:val="right"/>
      </w:pPr>
      <w:r>
        <w:t>instance, a prophet of Islam once said, "How good is the gathering where wise sayings are uttered?" On another occasion he said, "There cannot be a better gift than the words of wisdom." So today we will have this conversation with Professor Farida Khana.</w:t>
      </w:r>
    </w:p>
    <w:p>
      <w:r>
        <w:rPr>
          <w:b/>
        </w:rPr>
        <w:t xml:space="preserve">[00:53] </w:t>
      </w:r>
      <w:r>
        <w:t>to chaliye unhi se baatcheet karte hain. Assalam o alaikum, aap kaise hain aap? wa alaikum assalam. ji sab khairiyat hai. ji alhamdulillah</w:t>
      </w:r>
    </w:p>
    <w:p>
      <w:pPr>
        <w:jc w:val="right"/>
      </w:pPr>
      <w:r>
        <w:t>तो चलिए उन्हीं से बातचीत करते हैं। अस्सलाम वालेकुम, आप कैसे हैं आप? وعلیکم السلام۔ جی سب خیریت ہے۔ जी अल्हम्दुलिल्ला</w:t>
      </w:r>
    </w:p>
    <w:p>
      <w:r>
        <w:rPr>
          <w:b/>
        </w:rPr>
        <w:t xml:space="preserve">[01:00] </w:t>
      </w:r>
      <w:r>
        <w:t>h. aaj ka bohat hi acha topic liya aap ne, and I believe ke wisdom ki to sab ko zaroorat hoti hai. to sab se pehla sawal hi mera yahi aapse ke what is the importance of wisdom is ke bare mein aap hum sab ko bataiye.</w:t>
      </w:r>
    </w:p>
    <w:p>
      <w:pPr>
        <w:jc w:val="right"/>
      </w:pPr>
      <w:r>
        <w:t>ह। आज का बहुत ही अच्छा टॉपिक लिया आपने, and I believe कि wisdom की तो सबको ज़रूरत होती है। तो सबसे पहला सवाल ही मेरा यही आपसे कि what is the importance of wisdom इसके बारे में आप हम सबको बताइए।</w:t>
      </w:r>
    </w:p>
    <w:p>
      <w:r>
        <w:rPr>
          <w:b/>
        </w:rPr>
        <w:t xml:space="preserve">[01:17] </w:t>
      </w:r>
      <w:r>
        <w:t>bismillah hir rahman nir rahim. Wisdom itni zyada important hai ke Quran mein kaha gaya hai ke jis ko hikmat de di gayi, us ko greatest good de diya gaya.</w:t>
      </w:r>
    </w:p>
    <w:p>
      <w:pPr>
        <w:jc w:val="right"/>
      </w:pPr>
      <w:r>
        <w:t>بسم اللہ الرحمن الرحیم۔ Wisdom اتنی زیادہ important ہے کہ قرآن میں کہا گیا ہے کہ جس کو حکمت دے دی گئی، اس کو greatest good دے دیا گیا۔</w:t>
      </w:r>
    </w:p>
    <w:p>
      <w:r>
        <w:rPr>
          <w:b/>
        </w:rPr>
        <w:t xml:space="preserve">[01:31] </w:t>
      </w:r>
      <w:r>
        <w:t>to hikmat ke baghair koi kaam nahi banta, matlab tamam kamyabiyan hikmat se hi juri hui hain. to hikmat ke bare mein ek hadith hai: "hikmat momin ka gumshuda سرمایہ hai."</w:t>
      </w:r>
    </w:p>
    <w:p>
      <w:pPr>
        <w:jc w:val="right"/>
      </w:pPr>
      <w:r>
        <w:t>تو حکمت کے بغیر کوئی کام نہیں بنتا، مطلب تمام کامیابیاں حکمت سے ہی جڑی ہوئی ہیں۔ تو حکمت کے بارے میں ایک حدیث ہے: "حکمت مومن کا گمشدہ سرمایہ ہے۔"</w:t>
      </w:r>
    </w:p>
    <w:p>
      <w:r>
        <w:rPr>
          <w:b/>
        </w:rPr>
        <w:t xml:space="preserve">[01:45] </w:t>
      </w:r>
      <w:r>
        <w:t>jis ko jo gumshuda سرمایہ, matlab kahin bhi is ko mil jaye hikmat, to woh le le. to ek hai ke chahe is ko cheen jana paray, us zamane mein cheen jab ke bohat mushkil tha, to us zamane mein kaha gaya ke chahe is ko cheen jana paray, to hikmat ki baaton ke liye hamesha humein tayyar rehna chahiye.</w:t>
      </w:r>
    </w:p>
    <w:p>
      <w:pPr>
        <w:jc w:val="right"/>
      </w:pPr>
      <w:r>
        <w:t>جس کو جو گمشدہ سرمایہ، مطلب کہیں بھی اس کو مل جائے حکمت، تو وہ لے لے۔ تو ایک ہے کہ چاہے اس کو چین جانا پڑے، اس زمانے میں چین جب کہ بہت مشکل تھا، تو اس زمانے میں کہا گیا کہ چاہے اس کو چین جانا پڑے، تو حکمت کی باتوں کے لیے ہمیشہ ہمیں تیار رہنا چاہیے۔</w:t>
      </w:r>
    </w:p>
    <w:p>
      <w:r>
        <w:rPr>
          <w:b/>
        </w:rPr>
        <w:t xml:space="preserve">[02:10] </w:t>
      </w:r>
      <w:r>
        <w:t>Abdullah ibn Abbas jo bohat bare sahabi hain aur bohat bare mufassir hain, unhon ne kaha ke rasool Allah sallallahu alaihi wasallam ne un ko ek bar seenay se lagaya aur yeh dua kiya ke "Ae Allah!</w:t>
      </w:r>
    </w:p>
    <w:p>
      <w:pPr>
        <w:jc w:val="right"/>
      </w:pPr>
      <w:r>
        <w:t>عبداللہ ابن عباس جو بہت بڑے صحابی ہیں اور بہت بڑے مفسر ہیں، انہوں نے کہا کہ رسول اللہ صلی اللہ علیہ وسلم نے ان کو ایک بار سینے سے لگایا اور یہ دعا کیا کہ "اے اللہ!</w:t>
      </w:r>
    </w:p>
    <w:p>
      <w:r>
        <w:rPr>
          <w:b/>
        </w:rPr>
        <w:t xml:space="preserve">[02:25] </w:t>
      </w:r>
      <w:r>
        <w:t>is ko hikmat ata farma." to hikmat ke mani hote hain bohat hi sound judgment, jis ko hum kahain ge, aur bohat hi woh sound judgment jo aata hai, sirf ilm kafi nahi hota,</w:t>
      </w:r>
    </w:p>
    <w:p>
      <w:pPr>
        <w:jc w:val="right"/>
      </w:pPr>
      <w:r>
        <w:t>اس کو حکمت عطا فرما۔" تو حکمت کے معنی ہوتے ہیں بہت ہی sound judgment، جس کو ہم کہیں گے، اور بہت ہی وہ sound judgment جو آتا ہے، صرف علم کافی نہیں ہوتا،</w:t>
      </w:r>
    </w:p>
    <w:p>
      <w:r>
        <w:rPr>
          <w:b/>
        </w:rPr>
        <w:t xml:space="preserve">[02:39] </w:t>
      </w:r>
      <w:r>
        <w:t>is mein hamara experience shamil hota hai, insight shamil hoti hai, unbiased thinking shamil hoti hai. yeh sara kuch mil kar hamare andar woh gehri nazar paida hoti hai,</w:t>
      </w:r>
    </w:p>
    <w:p>
      <w:pPr>
        <w:jc w:val="right"/>
      </w:pPr>
      <w:r>
        <w:t>اس میں ہمارا experience شامل ہوتا ہے، insight شامل ہوتی ہے، unbiased thinking شامل ہوتی ہے۔ یہ سارا کچھ مل کر ہمارے اندر وہ گہری نظر پیدا ہوتی ہے،</w:t>
      </w:r>
    </w:p>
    <w:p>
      <w:r>
        <w:rPr>
          <w:b/>
        </w:rPr>
        <w:t xml:space="preserve">[02:53] </w:t>
      </w:r>
      <w:r>
        <w:t>jis ko hum hikmat kehte hain, jis ko hum keh sakte hain capacity of right judgment. to right judgment ke liye humein unbiased thinking ki bhi zaroorat hoti hai.</w:t>
      </w:r>
    </w:p>
    <w:p>
      <w:pPr>
        <w:jc w:val="right"/>
      </w:pPr>
      <w:r>
        <w:t>جس کو ہم حکمت کہتے ہیں، جس کو ہم کہہ سکتے ہیں capacity ofright judgment۔ توright judgment کے لیے ہمیں unbiased thinking کی بھی ضرورت ہوتی ہے۔</w:t>
      </w:r>
    </w:p>
    <w:p>
      <w:r>
        <w:rPr>
          <w:b/>
        </w:rPr>
        <w:t xml:space="preserve">[03:06] </w:t>
      </w:r>
      <w:r>
        <w:t>Unbiased thinking jo hai, wohi humein is qabil banati hai ke humein jahan bhi hikmat ki baat milay, us ko hum le lein. is mein main ek misaal doon gi Hazrat Aswad ki ke rasool Allah sallallahu alaihi wasallam to un ko peghambar hikmat hain,</w:t>
      </w:r>
    </w:p>
    <w:p>
      <w:pPr>
        <w:jc w:val="right"/>
      </w:pPr>
      <w:r>
        <w:t>Unbiased thinking جو ہے، وہی ہمیں اس قابل بناتی ہے کہ ہمیں جہاں بھی حکمت کی بات ملے، اس کو ہم لے لیں۔ اس میں میں ایک مثال دوں گی حضرت اسود کی کہ رسول اللہ صلی اللہ علیہ وسلم تو ان کو پیغمبر حکمت ہیں،</w:t>
      </w:r>
    </w:p>
    <w:p>
      <w:r>
        <w:rPr>
          <w:b/>
        </w:rPr>
        <w:t xml:space="preserve">[03:25] </w:t>
      </w:r>
      <w:r>
        <w:t>to is se pehle bhi jab aap ko nabuwat milnay se pehle bhi aap ne jo kaam kiye, us mein hikmat ke andaz mein saare kaam kiye</w:t>
      </w:r>
    </w:p>
    <w:p>
      <w:pPr>
        <w:jc w:val="right"/>
      </w:pPr>
      <w:r>
        <w:t>تو اس سے پہلے بھی جب آپ کو نبوت ملنے سے پہلے بھی آپ نے جو کام کیے، اس میں حکمت کے انداز میں سارے کام کیے</w:t>
      </w:r>
    </w:p>
    <w:p>
      <w:r>
        <w:rPr>
          <w:b/>
        </w:rPr>
        <w:t xml:space="preserve">[03:35] </w:t>
      </w:r>
      <w:r>
        <w:t>aap ne. to ek misaal hai Hazrat Aswad ki ke yeh nabuwat milnay se pehle ka waqia hai ke ek bar kaaba gir gaya tha, us ki deewarein dha gayi theen, to dobara kaaba banaya gaya.</w:t>
      </w:r>
    </w:p>
    <w:p>
      <w:pPr>
        <w:jc w:val="right"/>
      </w:pPr>
      <w:r>
        <w:t>آپ نے۔ تو ایک مثال ہے حضرت اسود کی کہ یہ نبوت ملنے سے پہلے کا واقعہ ہے کہ ایک بار کعبہ گر گیا تھا، اس کی دیواریں ڈھا گئی تھیں، تو دوبارہ کعبہ بنایا گیا۔</w:t>
      </w:r>
    </w:p>
    <w:p>
      <w:r>
        <w:rPr>
          <w:b/>
        </w:rPr>
        <w:t xml:space="preserve">[03:48] </w:t>
      </w:r>
      <w:r>
        <w:t>to kaaba mein ek pathar hai jo Hazrat Ibrahim alaihi assalam ke zamane ka hai, aur woh ek konay par nasb kiya jata hai, wahin se tawaf shuru karte hain.</w:t>
      </w:r>
    </w:p>
    <w:p>
      <w:pPr>
        <w:jc w:val="right"/>
      </w:pPr>
      <w:r>
        <w:t>تو کعبہ میں ایک پتھر ہے جو حضرت ابراہیم علیہ السلام کے زمانے کا ہے، اور وہ ایک کونے پر نصب کیا جاتا ہے، وہیں سے طواف شروع کرتے ہیں۔</w:t>
      </w:r>
    </w:p>
    <w:p>
      <w:r>
        <w:rPr>
          <w:b/>
        </w:rPr>
        <w:t xml:space="preserve">[03:58] </w:t>
      </w:r>
      <w:r>
        <w:t>to kaaba to doosray material se ban gaya,</w:t>
      </w:r>
    </w:p>
    <w:p>
      <w:pPr>
        <w:jc w:val="right"/>
      </w:pPr>
      <w:r>
        <w:t>تو کعبہ تو دوسرے میٹیریل سے بن گیا،</w:t>
      </w:r>
    </w:p>
    <w:p>
      <w:r>
        <w:rPr>
          <w:b/>
        </w:rPr>
        <w:t xml:space="preserve">[04:04] </w:t>
      </w:r>
      <w:r>
        <w:t>lekin woh pathar bohat khaas pathar hai kyunke alag different color ka hai woh. to woh pathar jo hai, jab laganay, jab itni oonchi deewarein ho gayeen ke wahan pathar laganay ka time aa gaya, to saaray qabailay ke sardar jo hain, woh chahanay lagay ke yeh fazilat jo hai, yeh humein milay, humein yeh mauqa milay pathar laganay ka.</w:t>
      </w:r>
    </w:p>
    <w:p>
      <w:pPr>
        <w:jc w:val="right"/>
      </w:pPr>
      <w:r>
        <w:t>لیکن وہ پتھر بہت خاص پتھر ہے کیونکہ الگ different کلر کا ہے وہ۔ تو وہ پتھر جو ہے، جب لگانے، جب اتنی اونچی دیواریں ہو گئیں کہ وہاں پتھر لگانے کا ٹائم آ گیا، تو سارے قبیلے کے سردار جو ہیں، وہ چاہنے لگے کہ یہ فضیلت جو ہے، یہ ہمیں ملے، ہمیں یہ موقع ملے پتھر لگانے کا۔</w:t>
      </w:r>
    </w:p>
    <w:p>
      <w:r>
        <w:rPr>
          <w:b/>
        </w:rPr>
        <w:t xml:space="preserve">[04:27] </w:t>
      </w:r>
      <w:r>
        <w:t>to bohat aisa lag raha tha ke bas ab jhagda ho jaye ga, aur wahan par jhagda jab shuru ho jata tha, woh barson chalta rehta tha. to yeh khana janghi se bachnay ke liye ek buzurg ne yeh faisla kiya ke theek hai, kal sab se pehle jo khana kaaba mein dakhil hoga, us ko is ke mashwaray par hum chalain ge.</w:t>
      </w:r>
    </w:p>
    <w:p>
      <w:pPr>
        <w:jc w:val="right"/>
      </w:pPr>
      <w:r>
        <w:t>تو بہت ایسا لگ رہا تھا کہ بس اب جھگڑا ہو جائے گا، اور وہاں پر جھگڑا جب شروع ہو جاتا تھا، وہ برسوں چلتا رہتا تھا۔ تو یہ خانہ جنگی سے بچنے کے لیے ایک بزرگ نے یہ فیصلہ کیا کہ ٹھیک ہے، کل سب سے پہلے جو خانہ کعبہ میں داخل ہوگا، اس کو اس کے مشورے پر ہم چلیں گے۔</w:t>
      </w:r>
    </w:p>
    <w:p>
      <w:r>
        <w:rPr>
          <w:b/>
        </w:rPr>
        <w:t xml:space="preserve">[04:52] </w:t>
      </w:r>
      <w:r>
        <w:t>to saaray log wahan andar baithe hue thay, dekh rahe thay kaun sab se pehle dakhil hota hai.</w:t>
      </w:r>
    </w:p>
    <w:p>
      <w:pPr>
        <w:jc w:val="right"/>
      </w:pPr>
      <w:r>
        <w:t>تو سارے لوگ وہاں اندر بیٹھے ہوئے تھے، دیکھ رہے تھے کون سب سے پہلے داخل ہوتا ہے۔</w:t>
      </w:r>
    </w:p>
    <w:p>
      <w:r>
        <w:rPr>
          <w:b/>
        </w:rPr>
        <w:t xml:space="preserve">[04:56] </w:t>
      </w:r>
      <w:r>
        <w:t>to sab se pehle jo dakhil hua, woh rasool Allah sallallahu alaihi wasallam thay, halan ke yeh nabuwat se pehle ka waqia hai. to sab ne kaha, "yeh to Muhammad al-Amin hain, Muhammad al-Amin hain, hum un ke faislay par razi hain." to aap ne jo faisla kiya, woh ek hikmat bhara hua faisla tha.</w:t>
      </w:r>
    </w:p>
    <w:p>
      <w:pPr>
        <w:jc w:val="right"/>
      </w:pPr>
      <w:r>
        <w:t>تو سب سے پہلے جو داخل ہوا، وہ رسول اللہ صلی اللہ علیہ وسلم تھے، حالانکہ یہ نبوت سے پہلے کا واقعہ ہے۔ تو سب نے کہا، "یہ تو محمد الامین ہیں، محمد الامین ہیں، ہم ان کے فیصلے پر راضی ہیں۔" تو آپ نے جو فیصلہ کیا، وہ ایک حکمت بھرا ہوا فیصلہ تھا۔</w:t>
      </w:r>
    </w:p>
    <w:p>
      <w:r>
        <w:rPr>
          <w:b/>
        </w:rPr>
        <w:t xml:space="preserve">[05:14] </w:t>
      </w:r>
      <w:r>
        <w:t>aap ne kaha ke ek chadar safed rang ki le aao, aur us ke beech mein pathar aap ne utha ke rakha, aur aap ne kaha ke chadar ke kinare sab tribal chief jo hain, woh chadar ke kinaron ko pakrein, aur chadar wahan jab us deewar ke paas pathar gaya, phir us ke baad aap ne us ko utha ke us ko nasb kar diya.</w:t>
      </w:r>
    </w:p>
    <w:p>
      <w:pPr>
        <w:jc w:val="right"/>
      </w:pPr>
      <w:r>
        <w:t>آپ نے کہا کہ ایک چادر سفید رنگ کی لے آؤ، اور اس کے بیچ میں پتھر آپ نے اٹھا کے رکھا، اور آپ نے کہا کہ چادر کے کنارے سب tribal chief جو ہیں، وہ چادر کے کناروں کو پکڑیں، اور چادر وہاں جب اس دیوار کے پاس پتھر گیا، پھر اس کے بعد آپ نے اس کو اٹھا کے اس کو نصب کر دیا۔</w:t>
      </w:r>
    </w:p>
    <w:p>
      <w:r>
        <w:rPr>
          <w:b/>
        </w:rPr>
        <w:t xml:space="preserve">[05:34] </w:t>
      </w:r>
      <w:r>
        <w:t>to yeh hoti hai hikmat ke itni badi khana janghi se nijat mil gayi. to hikmat ke liye hamare andar jo sab se badi cheez hamein chahiye, woh objective thinking hai.</w:t>
      </w:r>
    </w:p>
    <w:p>
      <w:pPr>
        <w:jc w:val="right"/>
      </w:pPr>
      <w:r>
        <w:t>تو یہ ہوتی ہے حکمت کہ اتنی بڑی خانہ جنگی سے نجات مل گئی۔ تو حکمت کے لیے ہمارے اندر جو سب سے بڑی چیز ہمیں چاہیے، وہ objective thinking ہے۔</w:t>
      </w:r>
    </w:p>
    <w:p>
      <w:r>
        <w:rPr>
          <w:b/>
        </w:rPr>
        <w:t xml:space="preserve">[05:47] </w:t>
      </w:r>
      <w:r>
        <w:t>Objective thinking hogi to hamein har jagah hikmat milegi. ji. ji, bilkul sahi kaha aap ne. Objective thinking is very important to develop the attitude of wisdom in oneself.</w:t>
      </w:r>
    </w:p>
    <w:p>
      <w:pPr>
        <w:jc w:val="right"/>
      </w:pPr>
      <w:r>
        <w:t>Objective thinking ہوگی تو ہمیں ہر جگہ حکمت ملے گی۔ جی۔ जी, बिलकुल सही कहा आपने। Objective thinking is very important to develop the attitude of wisdom in oneself.</w:t>
      </w:r>
    </w:p>
    <w:p>
      <w:r>
        <w:rPr>
          <w:b/>
        </w:rPr>
        <w:t xml:space="preserve">[06:02] </w:t>
      </w:r>
      <w:r>
        <w:t>aap ka syed haseeb shah nakvi sahib ne lahore se comment bheja, unhone likha hai, "Wisdom is very important for a person. If a person does everything with strategy, then Allah gives him success." to isi se aap ka ek sawal bhi zehan mein aata hai, jo comment inhone poocha hai strategy ko leke ke Prophet of Islam, as we know, he attained prophethood in 610 AD at the age of forty.</w:t>
      </w:r>
    </w:p>
    <w:p>
      <w:pPr>
        <w:jc w:val="right"/>
      </w:pPr>
      <w:r>
        <w:t>आपका सैयद हसीब शाह नकवी साहब ने लाहौर से comment भेजा, उन्होंने लिखा है, "Wisdom is very important for a person. If a person does everything with strategy, then Allah gives him success." तो इसी से आपका एक सवाल भी ज़हन में आता है, जो comment इन्होंने पूछा है strategy को लेके कि Prophet of Islam, as we know, he attained prophethood in 610 AD at the age of forty.</w:t>
      </w:r>
    </w:p>
    <w:p>
      <w:r>
        <w:rPr>
          <w:b/>
        </w:rPr>
        <w:t xml:space="preserve">[06:31] </w:t>
      </w:r>
      <w:r>
        <w:t>us ke baad taqreeban terah saal woh makka mein kaam karte rahe, aur us dauran bohat opposition hua, logon ne bohat pareshan kiya unko. lekin har dafa jab hum unki history ko padhte hain, unki story ko dekhte hain ke woh sab ke sath concession dete chale gaye. ek tareef qalb wala jo ek unka strategy tha, woh unhone ikhtiyar kiya. to us ke peeche ki kya wisdom hai?</w:t>
      </w:r>
    </w:p>
    <w:p>
      <w:pPr>
        <w:jc w:val="right"/>
      </w:pPr>
      <w:r>
        <w:t>उसके बाद तकरीबन तेरह साल वो मक्का में काम करते रहे, और उस दौरान बहुत opposition हुआ, लोगों ने बहुत परेशान किया उनको। लेकिन हर दफा जब हम उनकी history को पढ़ते हैं, उनकी story को देखते हैं कि वो सबके साथ concession देते चले गए। एक तारीफ कलब वाला जो एक उनका strategy था, वो उन्होंने اختیار किया। तो उसके पीछे की क्या wisdom है?</w:t>
      </w:r>
    </w:p>
    <w:p>
      <w:r>
        <w:rPr>
          <w:b/>
        </w:rPr>
        <w:t xml:space="preserve">[06:56] </w:t>
      </w:r>
      <w:r>
        <w:t>yeh concession tareef qalb ke peeche kya wisdom hai?</w:t>
      </w:r>
    </w:p>
    <w:p>
      <w:pPr>
        <w:jc w:val="right"/>
      </w:pPr>
      <w:r>
        <w:t>ये concession तारीफ कलब के पीछे क्या wisdom है?</w:t>
      </w:r>
    </w:p>
    <w:p>
      <w:r>
        <w:rPr>
          <w:b/>
        </w:rPr>
        <w:t xml:space="preserve">[07:00] </w:t>
      </w:r>
      <w:r>
        <w:t>iske bare mein aap hum sab ko batayein. ji, rasool Allah sal Allah alayhi wasallam har kaam hikmat ke sath karte the, reaction ke sath nahin.</w:t>
      </w:r>
    </w:p>
    <w:p>
      <w:pPr>
        <w:jc w:val="right"/>
      </w:pPr>
      <w:r>
        <w:t>इसके बारे में आप हम सबको बताएं। جی، رسول اللہ صلی اللہ علیہ وسلم ہر کام حکمت کے ساتھ کرتے تھے، reaction کے ساتھ نہیں۔</w:t>
      </w:r>
    </w:p>
    <w:p>
      <w:r>
        <w:rPr>
          <w:b/>
        </w:rPr>
        <w:t xml:space="preserve">[07:11] </w:t>
      </w:r>
      <w:r>
        <w:t>to chunke makka mein bohat zabardast mukhalifat hui, wahan par log jo hain apne apne idols ki parastish karte the, aur yeh ek Khuda ka concept unko samajh mein nahin aaya.</w:t>
      </w:r>
    </w:p>
    <w:p>
      <w:pPr>
        <w:jc w:val="right"/>
      </w:pPr>
      <w:r>
        <w:t>تو چونکہ مکہ میں بہت زبردست مخالفت ہوئی، وہاں پر لوگ جو ہیں اپنے اپنے idols کی پرستش کرتے تھے، اور یہ ایک خدا کا concept ان کو سمجھ میں نہیں آیا۔</w:t>
      </w:r>
    </w:p>
    <w:p>
      <w:r>
        <w:rPr>
          <w:b/>
        </w:rPr>
        <w:t xml:space="preserve">[07:23] </w:t>
      </w:r>
      <w:r>
        <w:t>to sare log mukhalif ho gaye, aur woh daur bhi tha religious persecu</w:t>
      </w:r>
    </w:p>
    <w:p>
      <w:pPr>
        <w:jc w:val="right"/>
      </w:pPr>
      <w:r>
        <w:t>تو سارے لوگ مخالف ہو گئے، اور وہ دور بھی تھا religious persecu</w:t>
      </w:r>
    </w:p>
    <w:p>
      <w:r>
        <w:rPr>
          <w:b/>
        </w:rPr>
        <w:t xml:space="preserve">[07:28] </w:t>
      </w:r>
      <w:r>
        <w:t>tion ka, ab ki tarah nahin ke har aadmi azaad hai apne apne mazhab par chalne ka. to is ke liye aap ne is masle ko hal karne ke liye, aap ne jo hai talif qalb ka jo usool hai ke dilon ko naram karna, to us ko apnaya.</w:t>
      </w:r>
    </w:p>
    <w:p>
      <w:pPr>
        <w:jc w:val="right"/>
      </w:pPr>
      <w:r>
        <w:t>tion کا، اب کی طرح نہیں کہ ہر آدمی آزاد ہے اپنے اپنے مذہب پر چلنے کا۔ تو اس کے لیے آپ نے اس مسئلے کو حل کرنے کے لیے، آپ نے جو ہے تالیف قلب کا جو اصول ہے کہ دلوں کو نرم کرنا، تو اس کو اپنایا۔</w:t>
      </w:r>
    </w:p>
    <w:p>
      <w:r>
        <w:rPr>
          <w:b/>
        </w:rPr>
        <w:t xml:space="preserve">[07:43] </w:t>
      </w:r>
      <w:r>
        <w:t>matlab har maamle mein aap ne logon ko riayat di, un ka jawab nahin diya, sabr kiya, aaraaz kiya. to</w:t>
      </w:r>
    </w:p>
    <w:p>
      <w:pPr>
        <w:jc w:val="right"/>
      </w:pPr>
      <w:r>
        <w:t>مطلب ہر معاملے میں آپ نے لوگوں کو رعایت دی، ان کا جواب نہیں دیا، صبر کیا، اعراض کیا۔ تو</w:t>
      </w:r>
    </w:p>
    <w:p>
      <w:r>
        <w:rPr>
          <w:b/>
        </w:rPr>
        <w:t xml:space="preserve">[07:50] </w:t>
      </w:r>
      <w:r>
        <w:t>aap ne doosron ke jazbat ka ehtram kiya, aur bilkul khamoshi ke sath apna kaam karte rahe, peaceful tareeqe se, taake doosre log jo hain woh provoke na hon.</w:t>
      </w:r>
    </w:p>
    <w:p>
      <w:pPr>
        <w:jc w:val="right"/>
      </w:pPr>
      <w:r>
        <w:t>آپ نے دوسروں کو جذبات کا احترام کیا، اور بالکل خاموشی کے ساتھ اپنا کام کرتے رہے، peaceful طریقے سے، تاکہ دوسرے لوگ جو ہیں وہ provoke نہ ہوں۔</w:t>
      </w:r>
    </w:p>
    <w:p>
      <w:r>
        <w:rPr>
          <w:b/>
        </w:rPr>
        <w:t xml:space="preserve">[08:02] </w:t>
      </w:r>
      <w:r>
        <w:t>to makka mein to is tarah hota raha, makka mein to bohat zyada mukhalifat thi, to aap ne kabhi bhi jawab nahin diya, balke un ke liye duayein karte rahe.</w:t>
      </w:r>
    </w:p>
    <w:p>
      <w:pPr>
        <w:jc w:val="right"/>
      </w:pPr>
      <w:r>
        <w:t>تو مکہ میں تو اس طرح ہوتا رہا، مکہ میں تو بہت زیادہ مخالفت تھی، تو آپ نے کبھی بھی جواب نہیں دیا، بلکہ ان کے لیے دعائیں کرتے رہے۔</w:t>
      </w:r>
    </w:p>
    <w:p>
      <w:r>
        <w:rPr>
          <w:b/>
        </w:rPr>
        <w:t xml:space="preserve">[08:12] </w:t>
      </w:r>
      <w:r>
        <w:t>aur jab madina gaye to jo talif qalb ka jo usool hai, Quran mein bhi is ka zikr hua aaya hai.</w:t>
      </w:r>
    </w:p>
    <w:p>
      <w:pPr>
        <w:jc w:val="right"/>
      </w:pPr>
      <w:r>
        <w:t>اور جب مدینہ گئے تو جو تالیف قلب کا جو اصول ہے، قرآن میں بھی اس کا ذکر ہوا آیا ہے۔</w:t>
      </w:r>
    </w:p>
    <w:p>
      <w:r>
        <w:rPr>
          <w:b/>
        </w:rPr>
        <w:t xml:space="preserve">[08:19] </w:t>
      </w:r>
      <w:r>
        <w:t>to woh madine mein khaas taur par aap ne yahudiyon aur mushrik, wahan par mushrik qabail bhi the, to baad mein woh Islam mein dakhil hue.</w:t>
      </w:r>
    </w:p>
    <w:p>
      <w:pPr>
        <w:jc w:val="right"/>
      </w:pPr>
      <w:r>
        <w:t>تو وہ مدینے میں خاص طور پر آپ نے یہودیوں اور مشرک، وہاں پر مشرک قبائل بھی تھے، تو بعد میں وہ اسلام میں داخل ہوئے۔</w:t>
      </w:r>
    </w:p>
    <w:p>
      <w:r>
        <w:rPr>
          <w:b/>
        </w:rPr>
        <w:t xml:space="preserve">[08:28] </w:t>
      </w:r>
      <w:r>
        <w:t>to un ke sath aap ne khaas talif qalb ka maamla kiya, kyunke is zamane mein yahudi jo the, wohi mazhab ke representative the.</w:t>
      </w:r>
    </w:p>
    <w:p>
      <w:pPr>
        <w:jc w:val="right"/>
      </w:pPr>
      <w:r>
        <w:t>تو ان کے ساتھ آپ نے خاص تالیف قلب کا معاملہ کیا، کیونکہ اس زمانے میں یہودی جو تھے، وہی مذہب کے representative تھے۔</w:t>
      </w:r>
    </w:p>
    <w:p>
      <w:r>
        <w:rPr>
          <w:b/>
        </w:rPr>
        <w:t xml:space="preserve">[08:37] </w:t>
      </w:r>
      <w:r>
        <w:t>to log samajhte the ke jo woh sochte hain, jo woh karte hain, bas wohi wohi mazhab</w:t>
      </w:r>
    </w:p>
    <w:p>
      <w:pPr>
        <w:jc w:val="right"/>
      </w:pPr>
      <w:r>
        <w:t>تو لوگ سمجھتے تھے کہ جو وہ سوچتے ہیں، جو وہ کرتے ہیں، بس وہی وہی مذہ</w:t>
      </w:r>
    </w:p>
    <w:p>
      <w:r>
        <w:rPr>
          <w:b/>
        </w:rPr>
        <w:t xml:space="preserve">[08:44] </w:t>
      </w:r>
      <w:r>
        <w:t>hai. to un ke sath bohat zyada aap ne yeh kaam kiya, kyunke woh na un ko woh provoke na ho jayein ke yeh kaun sa mazhab hai, kyunke woh to bait ul maqdis ki taraf apni ibadat karte the, aur yeh kaaba ki taraf,</w:t>
      </w:r>
    </w:p>
    <w:p>
      <w:pPr>
        <w:jc w:val="right"/>
      </w:pPr>
      <w:r>
        <w:t>ب ہے۔ تو ان کے ساتھ بہت زیادہ آپ نے یہ کام کیا، کیونکہ وہ نہ ان کو وہ provoke نہ ہو جائیں کہ یہ کون سا مذہب ہے، کیونکہ وہ تو بیت المقدس کی طرف اپنی عبادت کرتے تھے، اور یہ کعبہ کی طرف،</w:t>
      </w:r>
    </w:p>
    <w:p>
      <w:r>
        <w:rPr>
          <w:b/>
        </w:rPr>
        <w:t xml:space="preserve">[08:59] </w:t>
      </w:r>
      <w:r>
        <w:t>un un ka qibla jo hai kaaba hai. to un ke liye aap ne taqreeban satrah mahine tak apna qibla hi badal diya.</w:t>
      </w:r>
    </w:p>
    <w:p>
      <w:pPr>
        <w:jc w:val="right"/>
      </w:pPr>
      <w:r>
        <w:t>ان ان کا قبلہ جو ہے کعبہ ہے۔ تو ان کے لیے آپ نے تقریباً سترہ مہینے تک اپنا قبلہ ہی بدل دیا۔</w:t>
      </w:r>
    </w:p>
    <w:p>
      <w:r>
        <w:rPr>
          <w:b/>
        </w:rPr>
        <w:t xml:space="preserve">[09:07] </w:t>
      </w:r>
      <w:r>
        <w:t>to yahan tak ke aap roza bhi rakhte the, jo yahudi ashura waghera ke roze rakhte the, to aap bhi woh roze rakhte the taake logon ko log aap se manoos ho rahe hain, yeh na samjhein ke koi naya deen le kar aaye hain.</w:t>
      </w:r>
    </w:p>
    <w:p>
      <w:pPr>
        <w:jc w:val="right"/>
      </w:pPr>
      <w:r>
        <w:t>تو یہاں تک کہ آپ روزہ بھی رکھتے تھے، جو یہودی عاشورہ وغیرہ کے روزہ رکھتے تھے، تو آپ بھی وہ روزہ رکھتے تھے تاکہ لوگوں کو لوگ آپ سے مانوس ہو رہے ہیں، یہ نہ سمجھیں کہ کوئی نیا دین لے کر آئے ہیں۔</w:t>
      </w:r>
    </w:p>
    <w:p>
      <w:r>
        <w:rPr>
          <w:b/>
        </w:rPr>
        <w:t xml:space="preserve">[09:23] </w:t>
      </w:r>
      <w:r>
        <w:t>to aap ne is ke baad aap ne ek صحیfa, صحیfa madina jo hai, woh aap ne us ko kiya tayyar kiya.</w:t>
      </w:r>
    </w:p>
    <w:p>
      <w:pPr>
        <w:jc w:val="right"/>
      </w:pPr>
      <w:r>
        <w:t>تو آپ نے اس کے بعد آپ نے ایک صحیفہ، صحیفہ مدینہ جو ہے، وہ آپ نے اس کو کیا تیار کیا۔</w:t>
      </w:r>
    </w:p>
    <w:p>
      <w:r>
        <w:rPr>
          <w:b/>
        </w:rPr>
        <w:t xml:space="preserve">[09:34] </w:t>
      </w:r>
      <w:r>
        <w:t>is mein aap ne mazhab aur culture dono ki azaadi di, kyunke is zamane mein jo qabaili riwayat hoti thin, qabaili traditions hoti thin, usi ke mutabiq log apne faisle karte</w:t>
      </w:r>
    </w:p>
    <w:p>
      <w:pPr>
        <w:jc w:val="right"/>
      </w:pPr>
      <w:r>
        <w:t>اس میں آپ نے مذہب اور کلچر دونوں کی آزادی دی، کیونکہ اس زمانے میں جو قبائلی روایات ہوتی تھیں، قبائلی traditions ہوتی تھیں، اسی کے مطابق لوگ اپنے فیصلے کرتے</w:t>
      </w:r>
    </w:p>
    <w:p>
      <w:r>
        <w:rPr>
          <w:b/>
        </w:rPr>
        <w:t xml:space="preserve">[09:47] </w:t>
      </w:r>
      <w:r>
        <w:t>the. to aap ne un ko us ki azaadi di ke apne apne qabaili riwayat ke zariye se woh apne masail ko hal karein, aur jo bhi un ke nizai maamlaat hote the, aur un ko mazhabi azaadi di.</w:t>
      </w:r>
    </w:p>
    <w:p>
      <w:pPr>
        <w:jc w:val="right"/>
      </w:pPr>
      <w:r>
        <w:t>تھے۔ تو آپ نے ان کو اس کی آزادی دی کہ اپنے اپنے قبائلی روایات کے ذریعے سے وہ اپنے مسائل کو حل کریں، اور جو بھی ان کے نزاعی معاملات ہوتے تھے، اور ان کو مذہبی آزادی دی۔</w:t>
      </w:r>
    </w:p>
    <w:p>
      <w:r>
        <w:rPr>
          <w:b/>
        </w:rPr>
        <w:t xml:space="preserve">[10:00] </w:t>
      </w:r>
      <w:r>
        <w:t>to is tareeqe se aap ne baqayda talif qalb kiya</w:t>
      </w:r>
    </w:p>
    <w:p>
      <w:pPr>
        <w:jc w:val="right"/>
      </w:pPr>
      <w:r>
        <w:t>تو اس طریقے سے آپ نے باقاعدہ تالیف قلب کیا</w:t>
      </w:r>
    </w:p>
    <w:p>
      <w:r>
        <w:rPr>
          <w:b/>
        </w:rPr>
        <w:t xml:space="preserve">[10:05] </w:t>
      </w:r>
      <w:r>
        <w:t>, halanke bohat kam logon ne apni mukhalifat khatm ki, lekin behraal aap ki taraf se har tarah se bilkul peaceful andaaz mein, conciliatory andaaz mein unhone aap ke sath jo hai, woh aap ne un ke sath maamla kiya.</w:t>
      </w:r>
    </w:p>
    <w:p>
      <w:pPr>
        <w:jc w:val="right"/>
      </w:pPr>
      <w:r>
        <w:t>، حالانکہ بہت کم لوگوں نے اپنی مخالفت ختم کی، لیکن بہرحال آپ کی طرف سے ہر طرح سے بالکل peaceful انداز میں، conciliatory انداز میں انہوں نے آپ کے ساتھ جو ہے، وہ آپ نے ان کے ساتھ معاملہ کیا۔</w:t>
      </w:r>
    </w:p>
    <w:p>
      <w:r>
        <w:rPr>
          <w:b/>
        </w:rPr>
        <w:t xml:space="preserve">[10:22] </w:t>
      </w:r>
      <w:r>
        <w:t>to isi tarah na sirf in, sirf pure tamam ke tamam logon jo yahoodi the, un ke sath nahin, balkeh individuals ke sath bhi aap ne yahi muamla kiya.</w:t>
      </w:r>
    </w:p>
    <w:p>
      <w:pPr>
        <w:jc w:val="right"/>
      </w:pPr>
      <w:r>
        <w:t>تو اسی طرح نہ صرف ان، صرف پورے تمام کے تمام لوگوں جو یہودی تھے، ان کے ساتھ نہیں، بلکہ individuals کے ساتھ بھی آپ نے یہی معاملہ کیا۔</w:t>
      </w:r>
    </w:p>
    <w:p>
      <w:r>
        <w:rPr>
          <w:b/>
        </w:rPr>
        <w:t xml:space="preserve">[10:33] </w:t>
      </w:r>
      <w:r>
        <w:t>ek bar ek ek aaya dehati, aur us ne masjid ko ganda kar diya. ab log daure us ko marne ke liye.</w:t>
      </w:r>
    </w:p>
    <w:p>
      <w:pPr>
        <w:jc w:val="right"/>
      </w:pPr>
      <w:r>
        <w:t>ایک بار ایک ایک آیا دیہاتی، اور اس نے مسجد کو گندا کر دیا۔ اب لوگ دوڑے اس کو مارنے کے لیے۔</w:t>
      </w:r>
    </w:p>
    <w:p>
      <w:r>
        <w:rPr>
          <w:b/>
        </w:rPr>
        <w:t xml:space="preserve">[10:42] </w:t>
      </w:r>
      <w:r>
        <w:t>aap ne kaha, "nahin, us ko maro nahin, woh jo jagah gandi hui hai, us ko saaf kar do." to is ka itna asar hota tha ke woh aadmi gaya aur apne qabile mein bataya ke "main to un ki ibadat gah ko ganda kar diya, aur unhon ne mujhe marne nahin diya, aur apne logon se kaha ke is ki safai kar do, aur woh to bohat achhe</w:t>
      </w:r>
    </w:p>
    <w:p>
      <w:pPr>
        <w:jc w:val="right"/>
      </w:pPr>
      <w:r>
        <w:t>آپ نے کہا، "نہیں، اس کو مارو نہیں، وہ جو جگہ گندی ہوئی ہے، اس کو صاف کر دو۔" تو اس کا اتنا اثر ہوتا تھا کہ وہ آدمی گیا اور اپنے قبیلے میں بتایا کہ "میں تو ان کی عبادت گاہ کو گندا کر دیا، اور انہوں نے مجھے مارنے نہیں دیا، اور اپنے لوگوں سے کہا کہ اس کی صفائی کر دو، اور وہ تو بہت اچھے</w:t>
      </w:r>
    </w:p>
    <w:p>
      <w:r>
        <w:rPr>
          <w:b/>
        </w:rPr>
        <w:t xml:space="preserve">[11:03] </w:t>
      </w:r>
      <w:r>
        <w:t>hain." to bohat sare log jo hain, aap ke upar iman le aaye. to ab apna banana, kisi ko bhi apna follower banana, apna supporter banana, us ke liye bohat zyada yeh sab concession, riayat, aur achha barta'o, peaceful andaz mein kaam karna, yeh sab zaruri hai.</w:t>
      </w:r>
    </w:p>
    <w:p>
      <w:pPr>
        <w:jc w:val="right"/>
      </w:pPr>
      <w:r>
        <w:t>ہیں۔" تو بہت سارے لوگ جو ہیں، آپ کے اوپر ایمان لے آئے۔ تو اب اپنا بنانا، کسی کو بھی اپنا follower بنانا، اپنا supporter بنانا، اس کے لیے بہت زیادہ یہ سب concession، رعایت، اور اچھا برتاؤ، peaceful انداز میں کام کرنا، یہ سب ضروری ہے۔</w:t>
      </w:r>
    </w:p>
    <w:p>
      <w:r>
        <w:rPr>
          <w:b/>
        </w:rPr>
        <w:t xml:space="preserve">[11:23] </w:t>
      </w:r>
      <w:r>
        <w:t>aur yeh rasool Allah صلی اللہ علیہ وسلم ne poori zindagi yeh kiya</w:t>
      </w:r>
    </w:p>
    <w:p>
      <w:pPr>
        <w:jc w:val="right"/>
      </w:pPr>
      <w:r>
        <w:t>اور یہ رسول اللہ صلی اللہ علیہ وسلم نے پوری زندگی یہ کیا</w:t>
      </w:r>
    </w:p>
    <w:p>
      <w:r>
        <w:rPr>
          <w:b/>
        </w:rPr>
        <w:t xml:space="preserve">[11:28] </w:t>
      </w:r>
      <w:r>
        <w:t>hai, koi koi ek ek mauqe par nahin, balkeh makka ki life mein poori aur madine ki poori life mein aap ne talif-e-qalb ke usool par kaam kiya.</w:t>
      </w:r>
    </w:p>
    <w:p>
      <w:pPr>
        <w:jc w:val="right"/>
      </w:pPr>
      <w:r>
        <w:t>ہے، کوئی کوئی ایک ایک موقع پر نہیں، بلکہ مکہ کی life میں پوری اور مدینے کی پوری life میں آپ نے تالیف قلب کے اصول پر کام کیا۔</w:t>
      </w:r>
    </w:p>
    <w:p>
      <w:r>
        <w:rPr>
          <w:b/>
        </w:rPr>
        <w:t xml:space="preserve">[11:39] </w:t>
      </w:r>
      <w:r>
        <w:t>aur yahi wajah thi ke itni jald tamam log aap ke supporter ban gaye. ji, aap ka ek cheez aur. In controversial matters, yeh dekha jata hai ke Prophet ki sunnat was based on status quoism</w:t>
      </w:r>
    </w:p>
    <w:p>
      <w:pPr>
        <w:jc w:val="right"/>
      </w:pPr>
      <w:r>
        <w:t>اور یہی وجہ تھی کہ اتنی جلد تمام لوگ آپ کے supporter بن گئے۔ जी, आपका एक चीज और। In controversial matters, یہ دیکھا جاتا ہے کہ Prophet کی سنت was based on status quoism</w:t>
      </w:r>
    </w:p>
    <w:p>
      <w:r>
        <w:rPr>
          <w:b/>
        </w:rPr>
        <w:t xml:space="preserve">[11:56] </w:t>
      </w:r>
      <w:r>
        <w:t>. Maulana Wahiduddin Khan sahib bhi status quoist the, bohat zyada emphasize karte the, kehte the ke being a status quoist is not a minus point, rather it is a plus point.</w:t>
      </w:r>
    </w:p>
    <w:p>
      <w:pPr>
        <w:jc w:val="right"/>
      </w:pPr>
      <w:r>
        <w:t>. مولانا وحید الدین خان صاحب بھی status quoist تھے، بہت زیادہ emphasize کرتے تھے، کہتے تھے کہ being a status quoist is not a minus point, rather it is a plus point.</w:t>
      </w:r>
    </w:p>
    <w:p>
      <w:r>
        <w:rPr>
          <w:b/>
        </w:rPr>
        <w:t xml:space="preserve">[12:07] </w:t>
      </w:r>
      <w:r>
        <w:t>to is ke peeche kya hikmat hai, is ke bare mein bhi aap hum sab ko batayen. Maulana ne likha hai ke woh positive status quoism ka lafz diya.</w:t>
      </w:r>
    </w:p>
    <w:p>
      <w:pPr>
        <w:jc w:val="right"/>
      </w:pPr>
      <w:r>
        <w:t>تو اس کے پیچھے کیا حکمت ہے، اس کے بارے میں بھی آپ ہم سب کو بتائیں۔ مولانا نے لکھا ہے کہ وہ positive status quoism کا لفظ دیا۔</w:t>
      </w:r>
    </w:p>
    <w:p>
      <w:r>
        <w:rPr>
          <w:b/>
        </w:rPr>
        <w:t xml:space="preserve">[12:17] </w:t>
      </w:r>
      <w:r>
        <w:t>ji. ke khali status quoist kaha jayega to log samjhenge ke yeh to bilkul hi jamood wali halat ho jayegi.</w:t>
      </w:r>
    </w:p>
    <w:p>
      <w:pPr>
        <w:jc w:val="right"/>
      </w:pPr>
      <w:r>
        <w:t>جی۔ کہ خالی status quoist کہا جائے گا تو لوگ سمجھیں گے کہ یہ تو بالکل ہی جمود والی حالت ہو جائے گی۔</w:t>
      </w:r>
    </w:p>
    <w:p>
      <w:r>
        <w:rPr>
          <w:b/>
        </w:rPr>
        <w:t xml:space="preserve">[12:26] </w:t>
      </w:r>
      <w:r>
        <w:t>Inactivity ka doosra naam hai status quoism. to aisa nahin hai, balkeh positive status quoism ka matlab hai ke hum koi bhi kaam karenge to us mein mukhalifat ayegi.</w:t>
      </w:r>
    </w:p>
    <w:p>
      <w:pPr>
        <w:jc w:val="right"/>
      </w:pPr>
      <w:r>
        <w:t>Inactivity کا دوسرا نام ہے status quoism۔ تو ایسا نہیں ہے، بلکہ positive status quoism کا مطلب ہے کہ ہم کوئی بھی کام کریں گے تو اس میں مخالفت آئے گی۔</w:t>
      </w:r>
    </w:p>
    <w:p>
      <w:r>
        <w:rPr>
          <w:b/>
        </w:rPr>
        <w:t xml:space="preserve">[12:40] </w:t>
      </w:r>
      <w:r>
        <w:t>tarah tarah se log jo hain, us ke mukhalif ho jate hain. to tarah tarah se rukawaten aati hain. to agar hum rukawaten door karne mein lag jayen, logon se ladai karne mein lag jayen, logon ke khilaf action lene mein lag jayen, to h</w:t>
      </w:r>
    </w:p>
    <w:p>
      <w:pPr>
        <w:jc w:val="right"/>
      </w:pPr>
      <w:r>
        <w:t>طرح طرح سے لوگ جو ہیں، اس کے مخالف ہو جاتے ہیں۔ تو طرح طرح سے رکاوٹیں آتی ہیں۔ تو اگر ہم رکاوٹیں دور کرنے میں لگ جائیں، لوگوں سے لڑائی کرنے میں لگ جائیں، لوگوں کے خلاف action لینے میں لگ جائیں، تو ہ</w:t>
      </w:r>
    </w:p>
    <w:p>
      <w:r>
        <w:rPr>
          <w:b/>
        </w:rPr>
        <w:t xml:space="preserve">[12:55] </w:t>
      </w:r>
      <w:r>
        <w:t>m isi mein phans ke reh jayenge. aur jo hamari jo sari taqaten hain, un ko is mein positive andaz mein, constructive andaz mein jo hamein use karna chahiye, woh hum use nahin kar payenge.</w:t>
      </w:r>
    </w:p>
    <w:p>
      <w:pPr>
        <w:jc w:val="right"/>
      </w:pPr>
      <w:r>
        <w:t>م اسی میں پھنس کے رہ جائیں گے۔ اور جو ہماری جو ساری طاقتیں ہیں، ان کو اس میں positive انداز میں، constructive انداز میں جو ہمیں use کرنا چاہیے، وہ ہم use نہیں کر پائیں گے۔</w:t>
      </w:r>
    </w:p>
    <w:p>
      <w:r>
        <w:rPr>
          <w:b/>
        </w:rPr>
        <w:t xml:space="preserve">[13:09] </w:t>
      </w:r>
      <w:r>
        <w:t>aur isi wajah se koi result nahin ayega hamare kaam mein. hum to destructive activities mein apne aap ko masroof kar denge.</w:t>
      </w:r>
    </w:p>
    <w:p>
      <w:pPr>
        <w:jc w:val="right"/>
      </w:pPr>
      <w:r>
        <w:t>اور اسی وجہ سے کوئی result نہیں آئے گا ہمارے کام میں۔ ہم تو destructive activities میں اپنے آپ کو مصروف کر دیں گے۔</w:t>
      </w:r>
    </w:p>
    <w:p>
      <w:r>
        <w:rPr>
          <w:b/>
        </w:rPr>
        <w:t xml:space="preserve">[13:18] </w:t>
      </w:r>
      <w:r>
        <w:t>to</w:t>
      </w:r>
    </w:p>
    <w:p>
      <w:pPr>
        <w:jc w:val="right"/>
      </w:pPr>
      <w:r>
        <w:t>تو</w:t>
      </w:r>
    </w:p>
    <w:p>
      <w:r>
        <w:rPr>
          <w:b/>
        </w:rPr>
        <w:t xml:space="preserve">[13:19] </w:t>
      </w:r>
      <w:r>
        <w:t>is ka matlab yeh hai ke jo mumkin dayre mein jo opportunities hamare samne hain, us ko le kar hum kaam karen.</w:t>
      </w:r>
    </w:p>
    <w:p>
      <w:pPr>
        <w:jc w:val="right"/>
      </w:pPr>
      <w:r>
        <w:t>اس کا مطلب یہ ہے کہ جو ممکن دائرے میں جو opportunities ہمارے سامنے ہیں، اس کو لے کر ہم کام کریں۔</w:t>
      </w:r>
    </w:p>
    <w:p>
      <w:r>
        <w:rPr>
          <w:b/>
        </w:rPr>
        <w:t xml:space="preserve">[13:28] </w:t>
      </w:r>
      <w:r>
        <w:t>aur namumkinat ke peeche mat jayen. woh kehte hain na ke Politics is the art of the possible. ji. to yeh har cheez mein politics ke bare mein yeh kaha gaya hai, lekin har mamle mein yahi hai ke Success is the art of the possible.</w:t>
      </w:r>
    </w:p>
    <w:p>
      <w:pPr>
        <w:jc w:val="right"/>
      </w:pPr>
      <w:r>
        <w:t>اور ناممکنات کے پیچھے مت جائیں۔ وہ کہتے ہیں نا کہ Politics is the art of the possible. جی۔ تو یہ ہر چیز میں politics کے بارے میں یہ کہا گیا ہے، لیکن ہر معاملے میں یہی ہے کہ Success is the art of the possible.</w:t>
      </w:r>
    </w:p>
    <w:p>
      <w:r>
        <w:rPr>
          <w:b/>
        </w:rPr>
        <w:t xml:space="preserve">[13:42] </w:t>
      </w:r>
      <w:r>
        <w:t>kisi</w:t>
      </w:r>
    </w:p>
    <w:p>
      <w:pPr>
        <w:jc w:val="right"/>
      </w:pPr>
      <w:r>
        <w:t>کسی</w:t>
      </w:r>
    </w:p>
    <w:p>
      <w:r>
        <w:rPr>
          <w:b/>
        </w:rPr>
        <w:t xml:space="preserve">[13:43] </w:t>
      </w:r>
      <w:r>
        <w:t>bhi mamle mein agar aap possible ko le kar aage badhenge, tab aap ko success milegi. aur yeh mat samjhiye ke hamesha ke liye hum status quoist ban jayenge.</w:t>
      </w:r>
    </w:p>
    <w:p>
      <w:pPr>
        <w:jc w:val="right"/>
      </w:pPr>
      <w:r>
        <w:t>بھی معاملے میں اگر آپ possible کو لے کر آگے بڑھیں گے، تب آپ کو success ملے گی۔ اور یہ مت سمجھیے کہ ہمیشہ کے لیے ہم status quoist بن جائیں گے۔</w:t>
      </w:r>
    </w:p>
    <w:p>
      <w:r>
        <w:rPr>
          <w:b/>
        </w:rPr>
        <w:t xml:space="preserve">[13:54] </w:t>
      </w:r>
      <w:r>
        <w:t>balkeh yeh jo hai, waqti taur par hota hai. waqti taur par jo rukawaten hain, us ko hum us ko chhede baghair, jo mawaqe hain, us mawaqe ko le kar hum kaam karte hain.</w:t>
      </w:r>
    </w:p>
    <w:p>
      <w:pPr>
        <w:jc w:val="right"/>
      </w:pPr>
      <w:r>
        <w:t>بلکہ یہ جو ہے، وقتی طور پر ہوتا ہے۔ وقتی طور پر جو رکاوٹیں ہیں، اس کو ہم اس کو چھیڑے بغیر، جو مواقع ہیں، اس مواقع کو لے کر ہم کام کرتے ہیں۔</w:t>
      </w:r>
    </w:p>
    <w:p>
      <w:r>
        <w:rPr>
          <w:b/>
        </w:rPr>
        <w:t xml:space="preserve">[14:08] </w:t>
      </w:r>
      <w:r>
        <w:t>to is tarah se kya hota hai ke foran hum apne kaam ke mawaqe pa lete hain.</w:t>
      </w:r>
    </w:p>
    <w:p>
      <w:pPr>
        <w:jc w:val="right"/>
      </w:pPr>
      <w:r>
        <w:t>تو اس طریقے سے کیا ہوتا ہے کہ فوراً ہم اپنے کام کے مواقع پا لیتے ہیں۔</w:t>
      </w:r>
    </w:p>
    <w:p>
      <w:r>
        <w:rPr>
          <w:b/>
        </w:rPr>
        <w:t xml:space="preserve">[14:13] </w:t>
      </w:r>
      <w:r>
        <w:t>to kaam ke mawaqe pa lena hi ka doosra naam jo hai, success hai. to is tarah se mukhalifin se hamein a'iraz karna hai, avoid karna hai, jis ka doosra naam sabr hai.</w:t>
      </w:r>
    </w:p>
    <w:p>
      <w:pPr>
        <w:jc w:val="right"/>
      </w:pPr>
      <w:r>
        <w:t>تو کام کے مواقع پا لینا ہی کا دوسرا نام جو ہے، success ہے۔ تو اس طریقے سے مخالفین سے ہمیں اعراض کرنا ہے، avoid کرنا ہے، جس کا دوسرا نام صبر ہے۔</w:t>
      </w:r>
    </w:p>
    <w:p>
      <w:r>
        <w:rPr>
          <w:b/>
        </w:rPr>
        <w:t xml:space="preserve">[14:28] </w:t>
      </w:r>
      <w:r>
        <w:t>aur sabr ke bare mein bohat zyada Quran mein ayaten hain, bohat zyada hadith hai. to sabr jo hai, woh bohat zyada zaruri hai.</w:t>
      </w:r>
    </w:p>
    <w:p>
      <w:pPr>
        <w:jc w:val="right"/>
      </w:pPr>
      <w:r>
        <w:t>اور صبر کے بارے میں بہت زیادہ قرآن میں آیتیں ہیں، بہت زیادہ حدیث ہے۔ تو صبر جو ہے، وہ بہت زیادہ ضروری ہے۔</w:t>
      </w:r>
    </w:p>
    <w:p>
      <w:r>
        <w:rPr>
          <w:b/>
        </w:rPr>
        <w:t xml:space="preserve">[14:38] </w:t>
      </w:r>
      <w:r>
        <w:t>agar hum koi bhi kaam karna chahte hain, h</w:t>
      </w:r>
    </w:p>
    <w:p>
      <w:pPr>
        <w:jc w:val="right"/>
      </w:pPr>
      <w:r>
        <w:t>اگر ہم کوئی بھی کام کرنا چاہتے ہیں، ہ</w:t>
      </w:r>
    </w:p>
    <w:p>
      <w:r>
        <w:rPr>
          <w:b/>
        </w:rPr>
        <w:t xml:space="preserve">[14:41] </w:t>
      </w:r>
      <w:r>
        <w:t>mein sirf ghar mein baithe rehna hai to koi baat nahin, lekin koi bhi kaam karna chahte hain, as an individual, as a koi mission ke, as a member of the mission, koi bhi kaam karna chahte hain, to us ke liye hamein sabr o a'iraz jo hai, woh must hai.</w:t>
      </w:r>
    </w:p>
    <w:p>
      <w:pPr>
        <w:jc w:val="right"/>
      </w:pPr>
      <w:r>
        <w:t>میں صرف گھر میں بیٹھے رہنا ہے تو کوئی بات نہیں، لیکن کوئی بھی کام کرنا چاہتے ہیں، as an individual, as اے کوئی mission کے، as اے member of the mission، کوئی بھی کام کرنا چاہتے ہیں، تو اس کے لیے ہمیں صبر و اعراض جو ہے، وہ must ہے۔</w:t>
      </w:r>
    </w:p>
    <w:p>
      <w:r>
        <w:rPr>
          <w:b/>
        </w:rPr>
        <w:t xml:space="preserve">[14:55] </w:t>
      </w:r>
      <w:r>
        <w:t>aur chunaanche musalmano ko to daawa work karna hai, khuda ka paigham logon tak pahunchana hai, to is ke liye jo hai, hamein bohat ziyada sabr o e'raaz kar ke aage badhna padega.</w:t>
      </w:r>
    </w:p>
    <w:p>
      <w:pPr>
        <w:jc w:val="right"/>
      </w:pPr>
      <w:r>
        <w:t>اور چونکہ مسلمز کو تو دعویٰ work کرنا ہے، خدا کا پیغام لوگوں تک پہنچانا ہے، تو اس کے لیے جو ہے، ہمیں بہت زیادہ صبر و اعراض کر کے آگے بڑھنا پڑے گا۔</w:t>
      </w:r>
    </w:p>
    <w:p>
      <w:r>
        <w:rPr>
          <w:b/>
        </w:rPr>
        <w:t xml:space="preserve">[15:09] </w:t>
      </w:r>
      <w:r>
        <w:t>jab makkah mein aap ne itna ziyada sabr o e'raaz kiya, to is ke nateeje mein itne qeemti afraad milay.</w:t>
      </w:r>
    </w:p>
    <w:p>
      <w:pPr>
        <w:jc w:val="right"/>
      </w:pPr>
      <w:r>
        <w:t>جب مکہ میں آپ نے اتنا زیادہ صبر و اعراض کیا، تو اس کے نتیجے میں اتنے قیمتی افراد ملے۔</w:t>
      </w:r>
    </w:p>
    <w:p>
      <w:r>
        <w:rPr>
          <w:b/>
        </w:rPr>
        <w:t xml:space="preserve">[15:18] </w:t>
      </w:r>
      <w:r>
        <w:t>saaray qeemti afraad jo thay, sahaba jin ko hum kehte hain, woh sab makkah mein milay. wohi sabr o e'raaz ki policy ki wajah se milay.</w:t>
      </w:r>
    </w:p>
    <w:p>
      <w:pPr>
        <w:jc w:val="right"/>
      </w:pPr>
      <w:r>
        <w:t>سارے قیمتی افراد جو تھے، صحابہ جن کو ہم کہتے ہیں، وہ سب مکے میں ملے۔ وہی صبر و اعراض کی پالیسی کی وجہ سے ملے۔</w:t>
      </w:r>
    </w:p>
    <w:p>
      <w:r>
        <w:rPr>
          <w:b/>
        </w:rPr>
        <w:t xml:space="preserve">[15:27] </w:t>
      </w:r>
      <w:r>
        <w:t>to yeh jo hai, bohat zaroori hai. aur is ke baghair hum koi kaam nahi kar sakte. baghair status quoist ke usool ko follow kiye baghair hum koi kaam nahi kar sakte.</w:t>
      </w:r>
    </w:p>
    <w:p>
      <w:pPr>
        <w:jc w:val="right"/>
      </w:pPr>
      <w:r>
        <w:t>تو یہ جو ہے، بہت ضروری ہے۔ اور اس کے بغیر ہم کوئی کام نہیں کر سکتے۔ بغیر status quoist کے اصول کو follow کیے بغیر ہم کوئی کام نہیں کر سکتے۔</w:t>
      </w:r>
    </w:p>
    <w:p>
      <w:r>
        <w:rPr>
          <w:b/>
        </w:rPr>
        <w:t xml:space="preserve">[15:41] </w:t>
      </w:r>
      <w:r>
        <w:t>aur rasool Allah sal Allah alaihi wasallam ka uswa yahi hai. aap ne kabhi bhi aisa nahi kiya ke jab madinah gaye to aap ki majority log aap ko follow kar rahay thay.</w:t>
      </w:r>
    </w:p>
    <w:p>
      <w:pPr>
        <w:jc w:val="right"/>
      </w:pPr>
      <w:r>
        <w:t>اور رسول اللہ صلی اللہ علیہ وسلم کا اسوہ یہی ہے۔ آپ نے کبھی بھی ایسا نہیں کیا کہ جب مدینہ گئے تو آپ کی majority لوگ آپ کو follow کر رہے تھے۔</w:t>
      </w:r>
    </w:p>
    <w:p>
      <w:r>
        <w:rPr>
          <w:b/>
        </w:rPr>
        <w:t xml:space="preserve">[15:51] </w:t>
      </w:r>
      <w:r>
        <w:t>aap ko head of the state bana diya</w:t>
      </w:r>
    </w:p>
    <w:p>
      <w:pPr>
        <w:jc w:val="right"/>
      </w:pPr>
      <w:r>
        <w:t>آپ کو head of the state بنا دیا</w:t>
      </w:r>
    </w:p>
    <w:p>
      <w:r>
        <w:rPr>
          <w:b/>
        </w:rPr>
        <w:t xml:space="preserve">[15:53] </w:t>
      </w:r>
      <w:r>
        <w:t>tha. is ke bawajood aap ne jo aap ke jo followers nahi thay, un ko un ke khilaaf koi kaam nahi kiya. un ko wahan se nikalnay ki koi muhim nahi chalai.</w:t>
      </w:r>
    </w:p>
    <w:p>
      <w:pPr>
        <w:jc w:val="right"/>
      </w:pPr>
      <w:r>
        <w:t>تھا۔ اس کے باوجود آپ نے جو آپ کے جو followers نہیں تھے، ان کو ان کے خلاف کوئی کام نہیں کیا۔ ان کو وہاں سے نکالنے کی کوئی مہم نہیں چلائی۔</w:t>
      </w:r>
    </w:p>
    <w:p>
      <w:r>
        <w:rPr>
          <w:b/>
        </w:rPr>
        <w:t xml:space="preserve">[16:03] </w:t>
      </w:r>
      <w:r>
        <w:t>balkay jo maujooda halaat thay, usi par base kar ke aap ne apni planning ki. aur isi wajah se aap ki planning jo hai, itni ziyada successful rahi.</w:t>
      </w:r>
    </w:p>
    <w:p>
      <w:pPr>
        <w:jc w:val="right"/>
      </w:pPr>
      <w:r>
        <w:t>بلکہ جو موجودہ حالات تھے، اسی پر base کر کے آپ نے اپنی planning کی۔ اور اسی وجہ سے آپ کی planning جو ہے، اتنی زیادہ successful رہی۔</w:t>
      </w:r>
    </w:p>
    <w:p>
      <w:r>
        <w:rPr>
          <w:b/>
        </w:rPr>
        <w:t xml:space="preserve">[16:16] </w:t>
      </w:r>
      <w:r>
        <w:t>to success haasil karne ke liye hamein status quoist, positive status quoist banna padega. ji, aap ka another important aspect you know we find when we go through the traditions of the Prophet that he always adopted practical wisdom.</w:t>
      </w:r>
    </w:p>
    <w:p>
      <w:pPr>
        <w:jc w:val="right"/>
      </w:pPr>
      <w:r>
        <w:t>تو success حاصل کرنے کے لیے ہمیں status quoist، positive status quoist بننا پڑے گا۔ جی، آپ کا another important aspect you know we find when we go through the traditions of the Prophet that he always adopted practical wisdom.</w:t>
      </w:r>
    </w:p>
    <w:p>
      <w:r>
        <w:rPr>
          <w:b/>
        </w:rPr>
        <w:t xml:space="preserve">[16:35] </w:t>
      </w:r>
      <w:r>
        <w:t>for example, you know we find from his life that how the approach adopted by him was a gradual approach.</w:t>
      </w:r>
    </w:p>
    <w:p>
      <w:pPr>
        <w:jc w:val="right"/>
      </w:pPr>
      <w:r>
        <w:t>For example, you know we find from his life that how the approach adopted by him was a gradual approach.</w:t>
      </w:r>
    </w:p>
    <w:p>
      <w:r>
        <w:rPr>
          <w:b/>
        </w:rPr>
        <w:t xml:space="preserve">[16:45] </w:t>
      </w:r>
      <w:r>
        <w:t>to mein chahoon ga ke ab yeh gradual approach kya hai, is ke baray mein bhi aap batayein. dekhein, gradual approach jo hai, jis ko tadreej keh dein, yeh bohat ziyada zaroori hai.</w:t>
      </w:r>
    </w:p>
    <w:p>
      <w:pPr>
        <w:jc w:val="right"/>
      </w:pPr>
      <w:r>
        <w:t>تو میں چاہوں گا کہ اب یہ gradual approach کیا ہے، اس کے بارے میں بھی آپ بتائیں۔ دیکھیں، gradual approach جو ہے، جس کو تدریج کہہ دیں، یہ بہت زیادہ ضروری ہے۔</w:t>
      </w:r>
    </w:p>
    <w:p>
      <w:r>
        <w:rPr>
          <w:b/>
        </w:rPr>
        <w:t xml:space="preserve">[16:56] </w:t>
      </w:r>
      <w:r>
        <w:t>kyun ke har insaan jo hai na, ek case of conditioning hai. to woh achaanak us ko samajh mein hi nahi aayega, samjhay ga nahi, phir woh mukhalifat karega.</w:t>
      </w:r>
    </w:p>
    <w:p>
      <w:pPr>
        <w:jc w:val="right"/>
      </w:pPr>
      <w:r>
        <w:t>کیونکہ ہر انسان جو ہے نا، ایک case of conditioning ہے۔ تو وہ اچانک اس کو سمجھ میں ہی نہیں آئے گا، سمجھے گا نہیں، پھر وہ مخالفت کرے گا۔</w:t>
      </w:r>
    </w:p>
    <w:p>
      <w:r>
        <w:rPr>
          <w:b/>
        </w:rPr>
        <w:t xml:space="preserve">[17:06] </w:t>
      </w:r>
      <w:r>
        <w:t>phir yahan tak ke jang ki naubat aa jayegi. lekin jab gradual approach aap karein ge, jis ko hum hikmat e amli bhi keh sakte</w:t>
      </w:r>
    </w:p>
    <w:p>
      <w:pPr>
        <w:jc w:val="right"/>
      </w:pPr>
      <w:r>
        <w:t>پھر یہاں تک کہ جنگ کی نوبت آ جائے گی۔ لیکن جب gradual approach آپ کریں گے، جس کو ہم حکمت عملی بھی کہہ سکتے</w:t>
      </w:r>
    </w:p>
    <w:p>
      <w:r>
        <w:rPr>
          <w:b/>
        </w:rPr>
        <w:t xml:space="preserve">[17:13] </w:t>
      </w:r>
      <w:r>
        <w:t>hain, tab dheeray dheeray us ki soch mein tabdeeli aayegi. to woh dheeray dheeray jab tabdeeli aayegi, tab woh jo hai, aap ki baat samajhnay ke qabil ho jayega.</w:t>
      </w:r>
    </w:p>
    <w:p>
      <w:pPr>
        <w:jc w:val="right"/>
      </w:pPr>
      <w:r>
        <w:t>ہیں، تب دھیرے دھیرے اس کی سوچ میں تبدیلی آئے گی۔ تو وہ دھیرے دھیرے جب تبدیلی آئے گی، تب وہ جو ہے، آپ کی بات سمجھنے کے قابل ہو جائے گا۔</w:t>
      </w:r>
    </w:p>
    <w:p>
      <w:r>
        <w:rPr>
          <w:b/>
        </w:rPr>
        <w:t xml:space="preserve">[17:22] </w:t>
      </w:r>
      <w:r>
        <w:t>to yeh to itni ziyada important hai ke Quran mein bhi jo ahkaam utray hain, woh gradual approach ki hi ko hi base bana ke utray hain.</w:t>
      </w:r>
    </w:p>
    <w:p>
      <w:pPr>
        <w:jc w:val="right"/>
      </w:pPr>
      <w:r>
        <w:t>تو یہ تو اتنی زیادہ important ہے کہ قرآن میں بھی جو احکام اترے ہیں، وہ gradual approach کی ہی کو ہی base بنا کے اترے ہیں۔</w:t>
      </w:r>
    </w:p>
    <w:p>
      <w:r>
        <w:rPr>
          <w:b/>
        </w:rPr>
        <w:t xml:space="preserve">[17:34] </w:t>
      </w:r>
      <w:r>
        <w:t>hazrat ayesha ne ek baar farmaya ke sab se pehle Quran mein jahannum aur jannat ki aayatein utri, khuda ka khauf aur khuda se mohabbat wali aayat</w:t>
      </w:r>
    </w:p>
    <w:p>
      <w:pPr>
        <w:jc w:val="right"/>
      </w:pPr>
      <w:r>
        <w:t>حضرت عائشہ نے ایک بار فرمایا کہ سب سے پہلے قرآن میں جہنم اور جنت کی آیتیں اتریں، خدا کا خوف اور خدا سے محبت والی آیت</w:t>
      </w:r>
    </w:p>
    <w:p>
      <w:r>
        <w:rPr>
          <w:b/>
        </w:rPr>
        <w:t xml:space="preserve">[17:45] </w:t>
      </w:r>
      <w:r>
        <w:t>ein utri. is ke baad ahkaam utray. kyun ke jab tak ke insaan ke andar yeh saari baatein paida na ho jayein, akhirat ke baray mein soch na paida ho jaye, tab tak hum yeh qanoon ka nafiz nahi kar sakte.</w:t>
      </w:r>
    </w:p>
    <w:p>
      <w:pPr>
        <w:jc w:val="right"/>
      </w:pPr>
      <w:r>
        <w:t>یں اتریں۔ اس کے بعد احکام اترے۔ کیونکہ جب تک کہ انسان کے اندر یہ ساری باتیں پیدا نہ ہو جائیں، آخرت کے بارے میں سوچ نہ پیدا ہو جائے، تب تک ہم یہ قانون کا نفاذ نہیں کر سکتے۔</w:t>
      </w:r>
    </w:p>
    <w:p>
      <w:r>
        <w:rPr>
          <w:b/>
        </w:rPr>
        <w:t xml:space="preserve">[18:03] </w:t>
      </w:r>
      <w:r>
        <w:t>kyun ke us ko samajh mein hi baatein nahi aayengi, us ki ahmiyat woh nahi samjhay ga. to yeh jo hai, islaah ko qabool karne ke liye hamein us ko time dena hai.</w:t>
      </w:r>
    </w:p>
    <w:p>
      <w:pPr>
        <w:jc w:val="right"/>
      </w:pPr>
      <w:r>
        <w:t>کیونکہ اس کو سمجھ میں ہی باتیں نہیں آئیں گی، اس کی اہمیت وہ نہیں سمجھے گا۔ تو یہ جو ہے، اصلاح کو قبول کرنے کے لیے ہمیں اس کو ٹائم دینا ہے۔</w:t>
      </w:r>
    </w:p>
    <w:p>
      <w:r>
        <w:rPr>
          <w:b/>
        </w:rPr>
        <w:t xml:space="preserve">[18:14] </w:t>
      </w:r>
      <w:r>
        <w:t>to yeh gradual approach jo hai na, us ko time dena hai, jis ko hum kehte hain by time. to isi liye peace kiya jata hai, sulah kiya jata hai, taake logon ko mauqa mil jaye apni soch badalnay ka, apni usi ke mutabiq kaam karne ka.</w:t>
      </w:r>
    </w:p>
    <w:p>
      <w:pPr>
        <w:jc w:val="right"/>
      </w:pPr>
      <w:r>
        <w:t>تو یہ gradual approach جو ہے نا، اس کو ٹائم دینا ہے، جس کو ہم کہتے ہیں by time۔ تو اسی لیے peace کیا جاتا ہے، صلح کیا جاتا ہے، تاکہ لوگوں کو موقع مل جائے اپنی سوچ بدلنے کا، اپنی اسی کے مطابق کام کرنے کا۔</w:t>
      </w:r>
    </w:p>
    <w:p>
      <w:r>
        <w:rPr>
          <w:b/>
        </w:rPr>
        <w:t xml:space="preserve">[18:31] </w:t>
      </w:r>
      <w:r>
        <w:t>to is tareeqay se yeh hikmat ke zariye se hum yeh log yeh kaam kar sakte hain. baqi agar hum hikmat ikhtiyar na karein to koi kaam nahi hoga.</w:t>
      </w:r>
    </w:p>
    <w:p>
      <w:pPr>
        <w:jc w:val="right"/>
      </w:pPr>
      <w:r>
        <w:t>تو اس طریقے سے یہ حکمت کے ذریعے سے ہم یہ لوگ یہ کام کر سکتے ہیں۔ باقی اگر ہم حکمت اختیار نہ کریں تو کوئی کام نہیں ہوگا۔</w:t>
      </w:r>
    </w:p>
    <w:p>
      <w:r>
        <w:rPr>
          <w:b/>
        </w:rPr>
        <w:t xml:space="preserve">[18:40] </w:t>
      </w:r>
      <w:r>
        <w:t>sirf saaray log jo hain, ek doosray ke mukhalif ho jayenge aur kaam kuch bhi nahi hoga. to bohat sari aisa ho chuka hai, log in baaton ko ziyada gehrai se pakartay nahi hain aur ek dum achaanak jo hai,</w:t>
      </w:r>
    </w:p>
    <w:p>
      <w:pPr>
        <w:jc w:val="right"/>
      </w:pPr>
      <w:r>
        <w:t>صرف سارے لوگ جو ہیں، ایک دوسرے کے مخالف ہو جائیں گے اور کام کچھ بھی نہیں ہوگا۔ تو بہت ساری ایسا ہو چکا ہے، لوگ ان باتوں کو زیادہ گہرائی سے پکڑتے نہیں ہیں اور ایک دم اچانک جو ہے،</w:t>
      </w:r>
    </w:p>
    <w:p>
      <w:r>
        <w:rPr>
          <w:b/>
        </w:rPr>
        <w:t xml:space="preserve">[18:55] </w:t>
      </w:r>
      <w:r>
        <w:t>qanoon nafiz karne ki baatein karna shuru kar dete hain. aur is ka jo ulta nateeja hai, jis ko counter productive kehte hain, to ulta nateeja niklta hai.</w:t>
      </w:r>
    </w:p>
    <w:p>
      <w:pPr>
        <w:jc w:val="right"/>
      </w:pPr>
      <w:r>
        <w:t>قانون نافذ کرنے کی باتیں کرنا شروع کر دیتے ہیں۔ اور اس کا جو الٹا نتیجہ ہے، جس کو counter productive کہتے ہیں، تو الٹا نتیجہ نکلتا ہے۔</w:t>
      </w:r>
    </w:p>
    <w:p>
      <w:r>
        <w:rPr>
          <w:b/>
        </w:rPr>
        <w:t xml:space="preserve">[19:05] </w:t>
      </w:r>
      <w:r>
        <w:t>to mein ek misaal aap ko doon gi ke yeh 11 January 1827 mein Syed Ahmed Shaheed ne Peshawar mein islami hukumat qaim ki thi.</w:t>
      </w:r>
    </w:p>
    <w:p>
      <w:pPr>
        <w:jc w:val="right"/>
      </w:pPr>
      <w:r>
        <w:t>تو میں ایک مثال آپ کو دوں گی کہ یہ 11 جنوری 1827 میں سید احمد شہید نے پشاور میں اسلامی حکومت قائم کی تھی۔</w:t>
      </w:r>
    </w:p>
    <w:p>
      <w:r>
        <w:rPr>
          <w:b/>
        </w:rPr>
        <w:t xml:space="preserve">[19:15] </w:t>
      </w:r>
      <w:r>
        <w:t>to wahan par Syed Sahab khud amir ul momineen thay aur un ke saaray jo unhon ne jagah jagah aamil kehte hain, governor ko jagah jagah wahan par apne aamil rakhe thay islami hukumat ke qayam ke liye.</w:t>
      </w:r>
    </w:p>
    <w:p>
      <w:pPr>
        <w:jc w:val="right"/>
      </w:pPr>
      <w:r>
        <w:t>تو وہاں پر سید صاحب خود امیرالمومنین تھے اور ان کے سارے جو انہوں نے جگہ جگہ عامل کہتے ہیں، گورنر کو جگہ جگہ وہاں پر اپنے عامل رکھے تھے اسلامی حکومت کے قیام کے لیے۔</w:t>
      </w:r>
    </w:p>
    <w:p>
      <w:r>
        <w:rPr>
          <w:b/>
        </w:rPr>
        <w:t xml:space="preserve">[19:32] </w:t>
      </w:r>
      <w:r>
        <w:t>to ab wahan par unhon ne kaam to kuch kiya nahi tha, logon ke andar mizaj saazi ke liye kaam nahi kiya tha. muashray mein, society mein jo kaam karna padta hai, logon ki soch badalni padti hai, woh sab kaam nahi kiya tha.</w:t>
      </w:r>
    </w:p>
    <w:p>
      <w:pPr>
        <w:jc w:val="right"/>
      </w:pPr>
      <w:r>
        <w:t>تو اب وہاں پر انہوں نے کام تو کچھ کیا نہیں تھا، لوگوں کے اندر میزاج سازی کے لیے کام نہیں کیا تھا۔ معاشرے میں، سوسائٹی میں جو کام کرنا پڑتا ہے، لوگوں کی سوچ بدلنی پڑتی ہے، وہ سب کام نہیں کیا تھا۔</w:t>
      </w:r>
    </w:p>
    <w:p>
      <w:r>
        <w:rPr>
          <w:b/>
        </w:rPr>
        <w:t xml:space="preserve">[19:44] </w:t>
      </w:r>
      <w:r>
        <w:t>bas achaanak gaye aur wahan par islami qanoon naafiz karne ke liye poori muhim chala di. to hua kya? logon log mukhalif ho gaye aur logon ne un ke saare jo aamil thay, un ke saare jo log thay, un ko maar dala.</w:t>
      </w:r>
    </w:p>
    <w:p>
      <w:pPr>
        <w:jc w:val="right"/>
      </w:pPr>
      <w:r>
        <w:t>بس اچانک گئے اور وہاں پر اسلامی قانون نافذ کرنے کے لیے پوری مہم چلا دیا۔ تو ہوا کیا؟ لوگوں لوگ مخالف ہو گئے اور لوگوں نے ان کے سارے جو عامل تھے، ان کے سارے جو لوگ تھے، ان کو مار ڈالا۔</w:t>
      </w:r>
    </w:p>
    <w:p>
      <w:r>
        <w:rPr>
          <w:b/>
        </w:rPr>
        <w:t xml:space="preserve">[19:57] </w:t>
      </w:r>
      <w:r>
        <w:t>to</w:t>
      </w:r>
    </w:p>
    <w:p>
      <w:pPr>
        <w:jc w:val="right"/>
      </w:pPr>
      <w:r>
        <w:t>تو</w:t>
      </w:r>
    </w:p>
    <w:p>
      <w:r>
        <w:rPr>
          <w:b/>
        </w:rPr>
        <w:t xml:space="preserve">[19:59] </w:t>
      </w:r>
      <w:r>
        <w:t>is tareeqay se hamein baghair hikmat e amli ke, baghair practical wisdom ke, hum koi bhi kaam nahi kar sakte. aur yahi hum ko rasool Allah sal Allah alaih wasallam ki life se aur aap ki teaching se hamein yahi usool milte hain.</w:t>
      </w:r>
    </w:p>
    <w:p>
      <w:pPr>
        <w:jc w:val="right"/>
      </w:pPr>
      <w:r>
        <w:t>اس طریقے سے ہمیں بغیر حکمت عملی کے، بغیر practical wisdom کے، ہم کوئی بھی کام نہیں کر سکتے۔ اور یہی ہم کو رسول اللہ صلی اللہ علیہ وسلم کی life سے اور آپ کی teaching سے ہمیں یہی اصول ملتے ہیں۔</w:t>
      </w:r>
    </w:p>
    <w:p>
      <w:r>
        <w:rPr>
          <w:b/>
        </w:rPr>
        <w:t xml:space="preserve">[20:16] </w:t>
      </w:r>
      <w:r>
        <w:t>to yeh bohat hi azeem hikmat nabvi hai ke hum har kaam jo hai, woh gradual approach se karen.</w:t>
      </w:r>
    </w:p>
    <w:p>
      <w:pPr>
        <w:jc w:val="right"/>
      </w:pPr>
      <w:r>
        <w:t>تو یہ بہت ہی عظیم حکمت نبوی ہے کہ ہم ہر کام جو ہے، وہ gradual approach سے کریں۔</w:t>
      </w:r>
    </w:p>
    <w:p>
      <w:r>
        <w:rPr>
          <w:b/>
        </w:rPr>
        <w:t xml:space="preserve">[20:25] </w:t>
      </w:r>
      <w:r>
        <w:t>ab bohat hi is ko yahan tak ke rasool Allah sal Allah alaih wasallam ne itna zyada logon ko concession diya ke kuch logon ne kaha ke hum jo Islam mein dakhil ho gaye thay, unhon ne kaha ke hum jihad nahi karenge, hum zakat nahi denge.</w:t>
      </w:r>
    </w:p>
    <w:p>
      <w:pPr>
        <w:jc w:val="right"/>
      </w:pPr>
      <w:r>
        <w:t>اب بہت ہی اس کو یہاں تک کہ رسول اللہ صلی اللہ علیہ وسلم نے اتنا زیادہ لوگوں کو concession دیا کہ کچھ لوگوں نے کہا کہ ہم جو اسلام میں داخل ہو گئے تھے، انہوں نے کہا کہ ہم جہاد نہیں کریں گے، ہم زکوۃ نہیں دیں گے۔</w:t>
      </w:r>
    </w:p>
    <w:p>
      <w:r>
        <w:rPr>
          <w:b/>
        </w:rPr>
        <w:t xml:space="preserve">[20:40] </w:t>
      </w:r>
      <w:r>
        <w:t>to aap ne is ko bhi maan liya. ab logon ne is par kaha ke aise kaise hoga? to aap ne kaha dekho, baad mein sab kuch hoga.</w:t>
      </w:r>
    </w:p>
    <w:p>
      <w:pPr>
        <w:jc w:val="right"/>
      </w:pPr>
      <w:r>
        <w:t>تو آپ نے اس کو بھی مان لیا۔ اب لوگوں نے اس پر کہا کہ ایسے کیسے ہوگا؟ تو آپ نے کہا دیکھو، بعد میں سب کچھ ہوگا۔</w:t>
      </w:r>
    </w:p>
    <w:p>
      <w:r>
        <w:rPr>
          <w:b/>
        </w:rPr>
        <w:t xml:space="preserve">[20:50] </w:t>
      </w:r>
      <w:r>
        <w:t>yaani baad mein jab un ki conditioning toote gi, kyunke dekhiye makka aur is atraf mein aik economic position bohat kharab thi, logon ke paas paisa hi nahi tha.</w:t>
      </w:r>
    </w:p>
    <w:p>
      <w:pPr>
        <w:jc w:val="right"/>
      </w:pPr>
      <w:r>
        <w:t>یعنی بعد میں جب ان کی conditioning ٹوٹے گی، کیونکہ دیکھیے مکہ اور اس اطراف میں ایک economic position بہت خراب تھی، لوگوں کے پاس پیسہ ہی نہیں تھا۔</w:t>
      </w:r>
    </w:p>
    <w:p>
      <w:r>
        <w:rPr>
          <w:b/>
        </w:rPr>
        <w:t xml:space="preserve">[21:03] </w:t>
      </w:r>
      <w:r>
        <w:t>to wahan par yeh bohat bara masla tha ke zakat dena. to lekin dhire dhire jab aadmi ko is ki importance realize ho jati hai to woh sab kuch karta hai.</w:t>
      </w:r>
    </w:p>
    <w:p>
      <w:pPr>
        <w:jc w:val="right"/>
      </w:pPr>
      <w:r>
        <w:t>تو وہاں پر یہ بہت بڑا مسئلہ تھا کہ زکوۃ دینا۔ تو لیکن دھیرے دھیرے جب آدمی کو اس کی importance realize ہو جاتی ہے تو وہ سب کچھ کرتا ہے۔</w:t>
      </w:r>
    </w:p>
    <w:p>
      <w:r>
        <w:rPr>
          <w:b/>
        </w:rPr>
        <w:t xml:space="preserve">[21:14] </w:t>
      </w:r>
      <w:r>
        <w:t>ab baad mein wahi hua, unhon ne sab kuch kiya.</w:t>
      </w:r>
    </w:p>
    <w:p>
      <w:pPr>
        <w:jc w:val="right"/>
      </w:pPr>
      <w:r>
        <w:t>اب بعد میں وہی ہوا، انہوں نے سب کچھ کیا۔</w:t>
      </w:r>
    </w:p>
    <w:p>
      <w:r>
        <w:rPr>
          <w:b/>
        </w:rPr>
        <w:t xml:space="preserve">[21:17] </w:t>
      </w:r>
      <w:r>
        <w:t>to hamein logon ko time dena parega taake woh soch sochne ka un ke paas moqa ho jaye aur is ke baad poori poori amadgi se woh yeh kaam kar saken.</w:t>
      </w:r>
    </w:p>
    <w:p>
      <w:pPr>
        <w:jc w:val="right"/>
      </w:pPr>
      <w:r>
        <w:t>تو ہمیں لوگوں کو ٹائم دینا پڑے گا تاکہ وہ سوچ سوچنے کا ان کے پاس موقع ہو جائے اور اس کے بعد پوری پوری آمادگی سے وہ یہ کام کر سکیں۔</w:t>
      </w:r>
    </w:p>
    <w:p>
      <w:r>
        <w:rPr>
          <w:b/>
        </w:rPr>
        <w:t xml:space="preserve">[21:32] </w:t>
      </w:r>
      <w:r>
        <w:t>ji, aap ne buying time ka jaise aap ne zikr bhi kiya, aap aur gradual approach ko bohat achhe se</w:t>
      </w:r>
    </w:p>
    <w:p>
      <w:pPr>
        <w:jc w:val="right"/>
      </w:pPr>
      <w:r>
        <w:t>جی، آپ نے buying time کا جیسے آپ نے ذکر بھی کیا، آپ اور gradual approach کو بہت اچھے سے</w:t>
      </w:r>
    </w:p>
    <w:p>
      <w:r>
        <w:rPr>
          <w:b/>
        </w:rPr>
        <w:t xml:space="preserve">[21:38] </w:t>
      </w:r>
      <w:r>
        <w:t>samjhaya. mujhe woh example yaad aa gaya jo Maulana sahib ne Readers Digest ka koi aik story ko refer karte hue kaha tha ke aik reverend father decided to plant an entire tree,</w:t>
      </w:r>
    </w:p>
    <w:p>
      <w:pPr>
        <w:jc w:val="right"/>
      </w:pPr>
      <w:r>
        <w:t>سمجھایا۔ مجھے وہ example یاد آگیا جو مولانا صاحب نے Readers Digest کا کوئی ایک story کو refer کرتے ہوئے کہا تھا کہ ایک reverend father decided to plant an entire tree,</w:t>
      </w:r>
    </w:p>
    <w:p>
      <w:r>
        <w:rPr>
          <w:b/>
        </w:rPr>
        <w:t xml:space="preserve">[21:52] </w:t>
      </w:r>
      <w:r>
        <w:t>not you know from the stage of planting a sapling, but he uprooted an entire tree aur us ko unhon ne apne ghar ke wahan lagwaya. to naturally woh peed kuch dinon mein murjha gaya aur mar gaya.</w:t>
      </w:r>
    </w:p>
    <w:p>
      <w:pPr>
        <w:jc w:val="right"/>
      </w:pPr>
      <w:r>
        <w:t>not you know from the stage of planting a sapling, but he uprooted an entire tree اور اس کو انہوں نے اپنے گھر کے وہاں لگوایا۔ تو naturally وہ پیڑ کچھ دنوں میں مرجھا گیا اور مر گیا۔</w:t>
      </w:r>
    </w:p>
    <w:p>
      <w:r>
        <w:rPr>
          <w:b/>
        </w:rPr>
        <w:t xml:space="preserve">[22:04] </w:t>
      </w:r>
      <w:r>
        <w:t>to is mein end mein woh reverend father ne likha tha ke "I am in a hurry but God isn't." to yeh bohat important hai ke jo planning hai woh hamesha time ke sath, hikmat ke sath ki jati hai, tab woh fruitful hoti hai.</w:t>
      </w:r>
    </w:p>
    <w:p>
      <w:pPr>
        <w:jc w:val="right"/>
      </w:pPr>
      <w:r>
        <w:t>تو اس میں end میں وہ reverend father نے لکھا تھا کہ "I am in a hurry but God isn't." تو یہ بہت important ہے کہ جو planning ہے وہ ہمیشہ ٹائم کے ساتھ، حکمت کے ساتھ کی جاتی ہے، تب وہ fruitful ہوتی ہے۔</w:t>
      </w:r>
    </w:p>
    <w:p>
      <w:r>
        <w:rPr>
          <w:b/>
        </w:rPr>
        <w:t xml:space="preserve">[22:19] </w:t>
      </w:r>
      <w:r>
        <w:t>And you cannot you know do it in a hurry. to buying time jo aap ne kaha woh bohat hi aik important principle hai in terms of doing result oriented planning</w:t>
      </w:r>
    </w:p>
    <w:p>
      <w:pPr>
        <w:jc w:val="right"/>
      </w:pPr>
      <w:r>
        <w:t>And you cannot you know do it in a hurry. تو buying time جو آپ نے کہا وہ بہت ہی ایک important principle ہے in terms of doing result oriented planning</w:t>
      </w:r>
    </w:p>
    <w:p>
      <w:r>
        <w:rPr>
          <w:b/>
        </w:rPr>
        <w:t xml:space="preserve">[22:31] </w:t>
      </w:r>
      <w:r>
        <w:t>۔ aap ka kuch comments parhna chahunga agla sawal lene se pehle. faiz qadri sahib ne coimbatore se likha hai: "paighambar e Islam har kaam hikmat se kiya karte thay, reaction se nahi." kitni bari sachai hai aap ka.</w:t>
      </w:r>
    </w:p>
    <w:p>
      <w:pPr>
        <w:jc w:val="right"/>
      </w:pPr>
      <w:r>
        <w:t>۔ آپ کا کچھ comments پڑھنا چاہوں گا اگلا سوال لینے سے پہلے۔ فیض قادری صاحب نے کوئمبٹور سے لکھا ہے: "پیغمبر اسلام ہر کام حکمت سے کیا کرتے تھے، reaction سے نہیں۔" کتنی بڑی سچائی ہے آپ کا۔</w:t>
      </w:r>
    </w:p>
    <w:p>
      <w:r>
        <w:rPr>
          <w:b/>
        </w:rPr>
        <w:t xml:space="preserve">[22:47] </w:t>
      </w:r>
      <w:r>
        <w:t>agar ummat e muslim is is aik haqeeqat ko samajh jayen to un ka ninety percent masla hal ho jayega.</w:t>
      </w:r>
    </w:p>
    <w:p>
      <w:pPr>
        <w:jc w:val="right"/>
      </w:pPr>
      <w:r>
        <w:t>اگر امت مسلم اس اس ایک حقیقت کو سمجھ جائیں تو ان کا ninety percent مسئلہ حل ہو جائے گا۔</w:t>
      </w:r>
    </w:p>
    <w:p>
      <w:r>
        <w:rPr>
          <w:b/>
        </w:rPr>
        <w:t xml:space="preserve">[22:57] </w:t>
      </w:r>
      <w:r>
        <w:t>mirza adnan bag sahib ne likha hai: "jazak Allah khair, very deep, luminative and full of wisdom." doctor aslam sahib ne saharanpur se likha hai: "The last prophet gave practical wisdom.</w:t>
      </w:r>
    </w:p>
    <w:p>
      <w:pPr>
        <w:jc w:val="right"/>
      </w:pPr>
      <w:r>
        <w:t>مرزا عدنان bag صاحب نے لکھا ہے: "جزاک اللہ خیر، very deep، luminative and full of wisdom۔" ڈاکٹر اسلم صاحب نے سارن پور سے لکھا ہے: "The last prophet gave practical wisdom.</w:t>
      </w:r>
    </w:p>
    <w:p>
      <w:r>
        <w:rPr>
          <w:b/>
        </w:rPr>
        <w:t xml:space="preserve">[23:09] </w:t>
      </w:r>
      <w:r>
        <w:t>He was really honest and trustworthy, a man of ultimate consideration." doctor farida "You are carrying a wisdomful mission of love and solidarity." syed haseeb shah naqvi sahib ne lahore se likha hai:</w:t>
      </w:r>
    </w:p>
    <w:p>
      <w:pPr>
        <w:jc w:val="right"/>
      </w:pPr>
      <w:r>
        <w:t>He was really honest and trustworthy, a man of ultimate consideration." ڈاکٹر فریدہ "You are carrying a wisdomful mission of love and solidarity." سید حسیب شاہ نقوی صاحب نے لاہور سے لکھا ہے:</w:t>
      </w:r>
    </w:p>
    <w:p>
      <w:r>
        <w:rPr>
          <w:b/>
        </w:rPr>
        <w:t xml:space="preserve">[23:24] </w:t>
      </w:r>
      <w:r>
        <w:t>"I have read the book 'Hikmat e Islam' by Maulana to a great extent in which he said that we should conduct our routines with Islamic wisdom." doctor sani hasnain khan sahib jo dubai se yeh program dekh rahe hain unhon ne likha hai: "Apa has rightly said that the prophet Muhammad was the prophet of wisdom.</w:t>
      </w:r>
    </w:p>
    <w:p>
      <w:pPr>
        <w:jc w:val="right"/>
      </w:pPr>
      <w:r>
        <w:t>"I have read the book 'Hikmət اسلام' by مولانا to a great extent in which he said that we should conduct our routines with Islamic wisdom." ڈاکٹر ثانی حسنین خان صاحب جو دبئی سے یہ program دیکھ رہے ہیں انہوں نے لکھا ہے: "Apa hasrightly said that the prophet Muhammad was the prophet of wisdom.</w:t>
      </w:r>
    </w:p>
    <w:p>
      <w:r>
        <w:rPr>
          <w:b/>
        </w:rPr>
        <w:t xml:space="preserve">[23:47] </w:t>
      </w:r>
      <w:r>
        <w:t>We find that throughout his life the prophet has solved problems with great wisdom, understanding and insight." aap ab aik bar hi Maulana ne wisdom ki definition ko bhi define kiya tha.</w:t>
      </w:r>
    </w:p>
    <w:p>
      <w:pPr>
        <w:jc w:val="right"/>
      </w:pPr>
      <w:r>
        <w:t>We find that throughout his life the prophet has solved problems with great wisdom, understanding and insight." آپ اب ایک بار ہی مولانا نے wisdom کی definition کو بھی define کیا تھا۔</w:t>
      </w:r>
    </w:p>
    <w:p>
      <w:r>
        <w:rPr>
          <w:b/>
        </w:rPr>
        <w:t xml:space="preserve">[24:03] </w:t>
      </w:r>
      <w:r>
        <w:t>He said that it is the ability to discover the relevant and sort by sorting out the irrelevant. to</w:t>
      </w:r>
    </w:p>
    <w:p>
      <w:pPr>
        <w:jc w:val="right"/>
      </w:pPr>
      <w:r>
        <w:t>He said that it is the ability to discover the relevant and sort by sorting out the irrelevant. تو</w:t>
      </w:r>
    </w:p>
    <w:p>
      <w:r>
        <w:rPr>
          <w:b/>
        </w:rPr>
        <w:t xml:space="preserve">[24:10] </w:t>
      </w:r>
      <w:r>
        <w:t>yeh aap hum sab ko please bataiye ke yeh relevant aur irrelevant mein kya farq hai? What is the difference between the two?</w:t>
      </w:r>
    </w:p>
    <w:p>
      <w:pPr>
        <w:jc w:val="right"/>
      </w:pPr>
      <w:r>
        <w:t>یہ آپ ہم سب کو please بتائیے کہ یہ relevant اور irrelevant میں کیا فرق ہے؟ What is the difference between the two?</w:t>
      </w:r>
    </w:p>
    <w:p>
      <w:r>
        <w:rPr>
          <w:b/>
        </w:rPr>
        <w:t xml:space="preserve">[24:19] </w:t>
      </w:r>
      <w:r>
        <w:t>is ke baray mein bataen. haan, yeh Maulana sahib ka khaas usool tha ke relevant aur irrelevant mein farq samjha jaye.</w:t>
      </w:r>
    </w:p>
    <w:p>
      <w:pPr>
        <w:jc w:val="right"/>
      </w:pPr>
      <w:r>
        <w:t>اس کے بارے میں بتائیں۔ ہاں، یہ مولانا صاحب کا خاص اصول تھا کہ relevant اور irrelevant میں فرق سمجھا جائے۔</w:t>
      </w:r>
    </w:p>
    <w:p>
      <w:r>
        <w:rPr>
          <w:b/>
        </w:rPr>
        <w:t xml:space="preserve">[24:30] </w:t>
      </w:r>
      <w:r>
        <w:t>to is ke upar bohat zyada hum logon ko bataya karte thay ke dono mein farq janna yeh bohat bari hikmat ki baat hai.</w:t>
      </w:r>
    </w:p>
    <w:p>
      <w:pPr>
        <w:jc w:val="right"/>
      </w:pPr>
      <w:r>
        <w:t>تو اس کے اوپر بہت زیادہ ہم لوگوں کو بتایا کرتے تھے کہ دونوں میں فرق جاننا یہ بہت بڑی حکمت کی بات ہے۔</w:t>
      </w:r>
    </w:p>
    <w:p>
      <w:r>
        <w:rPr>
          <w:b/>
        </w:rPr>
        <w:t xml:space="preserve">[24:38] </w:t>
      </w:r>
      <w:r>
        <w:t>to yeh bohat log samajhte nahi hain, bilkul mamooli mamooli baaton par stick karne lagte hain aur isi mein jo hai bade kaam reh jaate hain.</w:t>
      </w:r>
    </w:p>
    <w:p>
      <w:pPr>
        <w:jc w:val="right"/>
      </w:pPr>
      <w:r>
        <w:t>تو یہ بہت لوگ سمجھتے نہیں ہیں، بالکل معمولی معمولی باتوں پر stick کرنے لگتے ہیں اور اسی میں جو ہے بڑے کام رہ جاتے ہیں۔</w:t>
      </w:r>
    </w:p>
    <w:p>
      <w:r>
        <w:rPr>
          <w:b/>
        </w:rPr>
        <w:t xml:space="preserve">[24:49] </w:t>
      </w:r>
      <w:r>
        <w:t>to main yahan par to prophet ki ek misaal se bataungi jaise jab sulah hudaybiyah hui us se asal mein woh gaye thay rasool Allah sal Allah alayh wasallam aur aap ke ashaab umray ke liye gaye thay.</w:t>
      </w:r>
    </w:p>
    <w:p>
      <w:pPr>
        <w:jc w:val="right"/>
      </w:pPr>
      <w:r>
        <w:t>تو میں یہاں پر تو prophet کی ایک مثال سے بتاؤں گی جیسے جب صلح حدیبیہ ہوئی اس سے وہ اصل میں وہ گئے تھے رسول اللہ صلی اللہ علیہ وسلم اور آپ کے اصحاب عمرے کے لیے گئے تھے۔</w:t>
      </w:r>
    </w:p>
    <w:p>
      <w:r>
        <w:rPr>
          <w:b/>
        </w:rPr>
        <w:t xml:space="preserve">[25:02] </w:t>
      </w:r>
      <w:r>
        <w:t>to tamam log jo hain apne camel le kar gaye thay aur bilkul umray ke liye bilkul tayar thay lekin woh un logon ne makkah walon ne wahan jaane nahi diya.</w:t>
      </w:r>
    </w:p>
    <w:p>
      <w:pPr>
        <w:jc w:val="right"/>
      </w:pPr>
      <w:r>
        <w:t>تو تمام لوگ جو ہیں اپنے کیمل لے کر گئے تھے اور بالکل عمرے کے لیے بالکل تیار تھے لیکن وہ ان لوگوں نے مکے والوں نے وہاں جانے نہیں دیا۔</w:t>
      </w:r>
    </w:p>
    <w:p>
      <w:r>
        <w:rPr>
          <w:b/>
        </w:rPr>
        <w:t xml:space="preserve">[25:13] </w:t>
      </w:r>
      <w:r>
        <w:t>to ab log jo hain bohat zyada pareshan ho gaye lekin rasool Allah sal Allah alayh wasallam ko dekhiye ke aap ne un ki baat ko maan liya aur bohat zyada dab kar jo hai sulah kar li.</w:t>
      </w:r>
    </w:p>
    <w:p>
      <w:pPr>
        <w:jc w:val="right"/>
      </w:pPr>
      <w:r>
        <w:t>تو اب لوگ جو ہیں بہت زیادہ پریشان ہو گئے لیکن رسول اللہ صلی اللہ علیہ وسلم کو دیکھیے کہ آپ نے ان کی بات کو مان لیا اور بہت زیادہ دب کر جو ہے صلح کر لی۔</w:t>
      </w:r>
    </w:p>
    <w:p>
      <w:r>
        <w:rPr>
          <w:b/>
        </w:rPr>
        <w:t xml:space="preserve">[25:25] </w:t>
      </w:r>
      <w:r>
        <w:t>to is mein yeh kaha rasool Allah sal Allah alayh wasallam ke samne jo relevant tha woh peace tha</w:t>
      </w:r>
    </w:p>
    <w:p>
      <w:pPr>
        <w:jc w:val="right"/>
      </w:pPr>
      <w:r>
        <w:t>تو اس میں یہ کہا رسول اللہ صلی اللہ علیہ وسلم کے سامنے جو relevant تھا وہ peace تھا</w:t>
      </w:r>
    </w:p>
    <w:p>
      <w:r>
        <w:rPr>
          <w:b/>
        </w:rPr>
        <w:t xml:space="preserve">[25:32] </w:t>
      </w:r>
      <w:r>
        <w:t>ke har halat mein peace qaim hona chahiye kyunke agar peace nahi qaim hoga to hum koi bhi constructive kaam nahi kar sakte. Aur un logon ke nazar mein tha sahaba ke ke hum umrah karne aaye hain to humein umrah karne ki ijazat milni chahiye kyunke aaj tak kabhi aisa nahi hua tha ke log umrah karne ke liye aayein, hajj karne aayein aur un ko aane na diya jaye.</w:t>
      </w:r>
    </w:p>
    <w:p>
      <w:pPr>
        <w:jc w:val="right"/>
      </w:pPr>
      <w:r>
        <w:t>کہ ہر حالت میں peace قائم ہونا چاہیے کیونکہ اگر peace نہیں قائم ہوگا تو ہم کوئی بھی constructive کام نہیں کر سکتے۔ اور ان لوگوں کے نظر میں تھا صحابہ کے کہ ہم عمرہ کرنے آئے ہیں تو ہمیں عمرہ کرنے کی اجازت ملنی چاہیے کیونکہ آج تک کبھی ایسا نہیں ہوا تھا کہ لوگ عمرہ کرنے کے لیے آئیں، حج کرنے آئیں اور ان کو آنے نہ دیا جائے۔</w:t>
      </w:r>
    </w:p>
    <w:p>
      <w:r>
        <w:rPr>
          <w:b/>
        </w:rPr>
        <w:t xml:space="preserve">[25:55] </w:t>
      </w:r>
      <w:r>
        <w:t>yeh pehla waqia tha.</w:t>
      </w:r>
    </w:p>
    <w:p>
      <w:pPr>
        <w:jc w:val="right"/>
      </w:pPr>
      <w:r>
        <w:t>یہ پہلا واقعہ تھا۔</w:t>
      </w:r>
    </w:p>
    <w:p>
      <w:r>
        <w:rPr>
          <w:b/>
        </w:rPr>
        <w:t xml:space="preserve">[25:57] </w:t>
      </w:r>
      <w:r>
        <w:t>to woh un logon ka dimagh wahan atak gaya aur rasool Allah sal Allah alayh wasallam is se aage barhe aur aap ne socha ke asal to hai hum peace qaim karna kyunke peace qaim hoga tabhi woh apna kaam kar sakte hain, tabhi jo Khuda ka paigham hai doosron ko pahuncha sakte hain.</w:t>
      </w:r>
    </w:p>
    <w:p>
      <w:pPr>
        <w:jc w:val="right"/>
      </w:pPr>
      <w:r>
        <w:t>تو وہ ان لوگوں کا دماغ وہاں اٹک گیا اور رسول اللہ صلی اللہ علیہ وسلم اس سے آگے بڑھے اور آپ نے سوچا کہ اصل تو ہے ہم peace قائم کرنا کیونکہ peace قائم ہوگا تبھی وہ اپنا کام کر سکتے ہیں، تبھی جو خدا کا پیغام ہے دوسروں کو پہنچا سکتے ہیں۔</w:t>
      </w:r>
    </w:p>
    <w:p>
      <w:r>
        <w:rPr>
          <w:b/>
        </w:rPr>
        <w:t xml:space="preserve">[26:13] </w:t>
      </w:r>
      <w:r>
        <w:t>to aap ne har halat mein peace at any cost ke usool par amal kiya. Aise aap ki zindagi mein bohat zyada hain, kya relevant hai, kya irrelev</w:t>
      </w:r>
    </w:p>
    <w:p>
      <w:pPr>
        <w:jc w:val="right"/>
      </w:pPr>
      <w:r>
        <w:t>تو آپ نے ہر حالت میں peace at any cost کے اصول پر عمل کیا۔ ایسے آپ کی زندگی میں بہت زیادہ ہیں، کیا relevant ہے، کیا irrelev</w:t>
      </w:r>
    </w:p>
    <w:p>
      <w:r>
        <w:rPr>
          <w:b/>
        </w:rPr>
        <w:t xml:space="preserve">[26:26] </w:t>
      </w:r>
      <w:r>
        <w:t>ant hai, is ka bohat hi acute sense aap ke andar tha. Jaise misaal ke taur par jab hudaybiyah treaty likhi ja rahi thi to to jo makkah ka jo qasid tha us ne kaha ke jab likha gaya ke rasool Allah ki taraf se to us ne aitraaz kar diya ke rasool Allah aur is ka aitraaz us ke lehaz se woh sahi tha ke woh rasool Allah mante hi nahi.</w:t>
      </w:r>
    </w:p>
    <w:p>
      <w:pPr>
        <w:jc w:val="right"/>
      </w:pPr>
      <w:r>
        <w:t>ant ہے، اس کا بہت ہی acute sense آپ کے اندر تھا۔ جیسے مثال کے طور پر جب حدیبیہ treaty لکھی جا رہی تھی تو تو جو مکے کا جو قاصد تھا اس نے کہا کہ جب لکھا گیا کہ رسول اللہ کی طرف سے تو اس نے اعتراض کر دیا کہ رسول اللہ اور اس کا اعتراض اس کے لحاظ سے وہ صحیح تھا کہ وہ رسول اللہ مانتے ہی نہیں۔</w:t>
      </w:r>
    </w:p>
    <w:p>
      <w:r>
        <w:rPr>
          <w:b/>
        </w:rPr>
        <w:t xml:space="preserve">[26:52] </w:t>
      </w:r>
      <w:r>
        <w:t>to rasool Allah ki taraf se kyun likha ja raha</w:t>
      </w:r>
    </w:p>
    <w:p>
      <w:pPr>
        <w:jc w:val="right"/>
      </w:pPr>
      <w:r>
        <w:t>تو رسول اللہ کی طرف سے کیوں لکھا جا رہا</w:t>
      </w:r>
    </w:p>
    <w:p>
      <w:r>
        <w:rPr>
          <w:b/>
        </w:rPr>
        <w:t xml:space="preserve">[26:55] </w:t>
      </w:r>
      <w:r>
        <w:t>hai? Bas Muhammad Ibn Abdullah likha jaye. To log jo hain itna zyada is mein hassas thay ke Hazrat Ali likh rahe thay</w:t>
      </w:r>
    </w:p>
    <w:p>
      <w:pPr>
        <w:jc w:val="right"/>
      </w:pPr>
      <w:r>
        <w:t>ہے؟ بس محمد ابن عبداللہ لکھا جائے۔ تو لوگ جو ہیں اتنا زیادہ اس میں حساس تھے کہ حضرت علی لکھ رہے تھے</w:t>
      </w:r>
    </w:p>
    <w:p>
      <w:r>
        <w:rPr>
          <w:b/>
        </w:rPr>
        <w:t xml:space="preserve">[27:04] </w:t>
      </w:r>
      <w:r>
        <w:t>, unhon ne kaha main to nahi mitaunga apne hath se rasool Allah ka lafz. Aur rasool Allah sal Allah alayh wasallam ne socha ke agar is par hum stick karte hain to hum jo hai sulah nahi hogi.</w:t>
      </w:r>
    </w:p>
    <w:p>
      <w:pPr>
        <w:jc w:val="right"/>
      </w:pPr>
      <w:r>
        <w:t>، انہوں نے کہا میں تو نہیں مٹاؤں گا اپنے ہاتھ سے رسول اللہ کا لفظ۔ اور رسول اللہ صلی اللہ علیہ وسلم نے سوچا کہ اگر اس پر ہم stick کرتے ہیں تو ہم جو ہے صلح نہیں ہوگی۔</w:t>
      </w:r>
    </w:p>
    <w:p>
      <w:r>
        <w:rPr>
          <w:b/>
        </w:rPr>
        <w:t xml:space="preserve">[27:16] </w:t>
      </w:r>
      <w:r>
        <w:t>Aur asal relevant jo tha woh sulah, kisi na kisi tarike se sulah karna jo hai woh sab se bada masla tha aur wahi relevant tha.</w:t>
      </w:r>
    </w:p>
    <w:p>
      <w:pPr>
        <w:jc w:val="right"/>
      </w:pPr>
      <w:r>
        <w:t>اور اصل relevant جو تھا وہ صلح، کسی نہ کسی طریقے سے صلح کرنا جو ہے وہ سب سے بڑا مسئلہ تھا اور وہی relevant تھا۔</w:t>
      </w:r>
    </w:p>
    <w:p>
      <w:r>
        <w:rPr>
          <w:b/>
        </w:rPr>
        <w:t xml:space="preserve">[27:27] </w:t>
      </w:r>
      <w:r>
        <w:t>Aur yeh lafz mita dena aur lafz qaim rakhna yeh jo hai irrelevant tha</w:t>
      </w:r>
    </w:p>
    <w:p>
      <w:pPr>
        <w:jc w:val="right"/>
      </w:pPr>
      <w:r>
        <w:t>اور یہ لفظ مٹا دینا اور لفظ قائم رکھنا یہ جو ہے irrelevant تھا</w:t>
      </w:r>
    </w:p>
    <w:p>
      <w:r>
        <w:rPr>
          <w:b/>
        </w:rPr>
        <w:t xml:space="preserve">[27:33] </w:t>
      </w:r>
      <w:r>
        <w:t>kyunke aap ne yeh socha ke agar kaghaz pe hai ya nahi hai, ab hain to woh rasool Allah, Khuda ke paighambar hain, duniya janti hai ke Khuda ke paighambar hain.</w:t>
      </w:r>
    </w:p>
    <w:p>
      <w:pPr>
        <w:jc w:val="right"/>
      </w:pPr>
      <w:r>
        <w:t>کیونکہ آپ نے یہ سوچا کہ اگر کاغذ پہ ہے یا نہیں ہے، اب ہیں تو وہ رسول اللہ، خدا کے پیغمبر ہیں، دنیا جانتی ہے کہ خدا کے پیغمبر ہیں۔</w:t>
      </w:r>
    </w:p>
    <w:p>
      <w:r>
        <w:rPr>
          <w:b/>
        </w:rPr>
        <w:t xml:space="preserve">[27:42] </w:t>
      </w:r>
      <w:r>
        <w:t>To is se un ke mita dene se kya farq padta hai? To yeh hai ke peace at any cost jo hai woh relevant tha aur relevant par aap ne stick kiya.</w:t>
      </w:r>
    </w:p>
    <w:p>
      <w:pPr>
        <w:jc w:val="right"/>
      </w:pPr>
      <w:r>
        <w:t>تو اس سے ان کے مٹا دینے سے کیا فرق پڑتا ہے؟ تو یہ ہے کہ peace at any cost جو ہے وہ relevant تھا اور relevant پر آپ نے stick کیا۔</w:t>
      </w:r>
    </w:p>
    <w:p>
      <w:r>
        <w:rPr>
          <w:b/>
        </w:rPr>
        <w:t xml:space="preserve">[27:53] </w:t>
      </w:r>
      <w:r>
        <w:t>Aur isi wajah se aap ko tamam jo hain kamyabiyan mili ke aap ko bohat zyada gehra sense tha ke kya relevant hai, kya irrelevant hai.</w:t>
      </w:r>
    </w:p>
    <w:p>
      <w:pPr>
        <w:jc w:val="right"/>
      </w:pPr>
      <w:r>
        <w:t>اور اسی وجہ سے آپ کو تمام جو ہیں کامیابیاں ملیں کہ آپ کو بہت زیادہ گہرا sense تھا کہ کیا relevant ہے، کیا irrelevant ہے۔</w:t>
      </w:r>
    </w:p>
    <w:p>
      <w:r>
        <w:rPr>
          <w:b/>
        </w:rPr>
        <w:t xml:space="preserve">[28:03] </w:t>
      </w:r>
      <w:r>
        <w:t>Peace ke liye aap bilkul har mamle mein bilkul jhuk jaate thay ke har halat mein peace qaim rehna hai kyunke peace agar nahi qaim rahega to koi kaam nahi ho sakta hai siwaye jang ke.</w:t>
      </w:r>
    </w:p>
    <w:p>
      <w:pPr>
        <w:jc w:val="right"/>
      </w:pPr>
      <w:r>
        <w:t>peace کے لیے آپ بالکل ہر معاملے میں بالکل جھک جاتے تھے کہ ہر حالت میں peace قائم رہنا ہے کیونکہ peace اگر نہیں قائم رہے گا تو کوئی کام نہیں ہو سکتا ہے سوائے جنگ کے۔</w:t>
      </w:r>
    </w:p>
    <w:p>
      <w:r>
        <w:rPr>
          <w:b/>
        </w:rPr>
        <w:t xml:space="preserve">[28:16] </w:t>
      </w:r>
      <w:r>
        <w:t>Aur ab wahan par Arab mein to jang chalis chalis saal tak chalti rehti thi. Kehte hain ke woh log yeh bhi bhool jaate thay kis baat par jang shuru hui, bas sab ladte rehte thay.</w:t>
      </w:r>
    </w:p>
    <w:p>
      <w:pPr>
        <w:jc w:val="right"/>
      </w:pPr>
      <w:r>
        <w:t>اور اب وہاں پر عرب میں تو جنگ چالیس چالیس سال تک چلتی رہتی تھی۔ کہتے ہیں کہ وہ لوگ یہ بھی بھول جاتے تھے کس بات پر جنگ شروع ہوئی، بس سب لڑتے رہتے تھے۔</w:t>
      </w:r>
    </w:p>
    <w:p>
      <w:r>
        <w:rPr>
          <w:b/>
        </w:rPr>
        <w:t xml:space="preserve">[28:27] </w:t>
      </w:r>
      <w:r>
        <w:t>To aise Arab mein aap ne kis tarike se sulah qaim kar ke aisi kamyabi hasil ki ke jo Michael Hart ne kitab likhi hai ke "Most successful man of the whole human history." To is ke liye yeh sari jo hikmat ki baatein hain yeh hum log apni zindagi mein apnayenge to humein bhi har field mein yahi kamyabi milegi.</w:t>
      </w:r>
    </w:p>
    <w:p>
      <w:pPr>
        <w:jc w:val="right"/>
      </w:pPr>
      <w:r>
        <w:t>تو ایسے عرب میں آپ نے کس طریقے سے صلح قائم کر کے ایسی کامیابی حاصل کی کہ جو مائیکل ہارٹ نے کتاب لکھی ہے کہ "Most successful man of the whole human history." تو اس کے لیے یہ ساری جو حکمت کی باتیں ہیں یہ ہم لوگ اپنی زندگیوں میں اپنائیں گے تو ہمیں بھی ہر فیلڈ میں یہی کامیابی ملے گی۔</w:t>
      </w:r>
    </w:p>
    <w:p>
      <w:r>
        <w:rPr>
          <w:b/>
        </w:rPr>
        <w:t xml:space="preserve">[28:52] </w:t>
      </w:r>
      <w:r>
        <w:t>Ji aap ka ek sawal aaya hai Dubai se</w:t>
      </w:r>
    </w:p>
    <w:p>
      <w:pPr>
        <w:jc w:val="right"/>
      </w:pPr>
      <w:r>
        <w:t>جی آپ کا ایک سوال آیا ہے دبئی سے</w:t>
      </w:r>
    </w:p>
    <w:p>
      <w:r>
        <w:rPr>
          <w:b/>
        </w:rPr>
        <w:t xml:space="preserve">[28:56] </w:t>
      </w:r>
      <w:r>
        <w:t>, Arman Khan sahib ne bheja hai, unhon ne likha hai ke "Ghaflat se bachne ki wisdom kya hogi?" Is ke bare mein aap batayein.</w:t>
      </w:r>
    </w:p>
    <w:p>
      <w:pPr>
        <w:jc w:val="right"/>
      </w:pPr>
      <w:r>
        <w:t>، ارمان خان صاحب نے بھیجا ہے، انہوں نے لکھا ہے کہ "غفلت سے بچنے کی wisdom کیا ہوگی؟" اس کے بارے میں آپ بتائیں۔</w:t>
      </w:r>
    </w:p>
    <w:p>
      <w:r>
        <w:rPr>
          <w:b/>
        </w:rPr>
        <w:t xml:space="preserve">[29:06] </w:t>
      </w:r>
      <w:r>
        <w:t>Mere khayal mein sochna chahiye bohat zyada. Ji kehte hain na "Think, think, there must be a better way." Ji.</w:t>
      </w:r>
    </w:p>
    <w:p>
      <w:pPr>
        <w:jc w:val="right"/>
      </w:pPr>
      <w:r>
        <w:t>میرے خیال میں سوچنا چاہیے بہت زیادہ۔ جی کہتے ہیں نا "Think, think, there must be a better way." جی۔</w:t>
      </w:r>
    </w:p>
    <w:p>
      <w:r>
        <w:rPr>
          <w:b/>
        </w:rPr>
        <w:t xml:space="preserve">[29:14] </w:t>
      </w:r>
      <w:r>
        <w:t>Bohat zyada sochiye, bohat zyada ghor o fikr kariye, aur jab bhi koi bhi mamla ho to dua kijiye. Ji.</w:t>
      </w:r>
    </w:p>
    <w:p>
      <w:pPr>
        <w:jc w:val="right"/>
      </w:pPr>
      <w:r>
        <w:t>بہت زیادہ سوچیے، بہت زیادہ غور و فکر کریے، اور جب بھی کوئی بھی معاملہ ہو تو دعا کیجیے۔ جی۔</w:t>
      </w:r>
    </w:p>
    <w:p>
      <w:r>
        <w:rPr>
          <w:b/>
        </w:rPr>
        <w:t xml:space="preserve">[29:22] </w:t>
      </w:r>
      <w:r>
        <w:t>is ke liye bhi dua krie. ji.</w:t>
      </w:r>
    </w:p>
    <w:p>
      <w:pPr>
        <w:jc w:val="right"/>
      </w:pPr>
      <w:r>
        <w:t>اس کے لیے بھی دعا کریے۔ جی۔</w:t>
      </w:r>
    </w:p>
    <w:p>
      <w:r>
        <w:rPr>
          <w:b/>
        </w:rPr>
        <w:t xml:space="preserve">[29:25] </w:t>
      </w:r>
      <w:r>
        <w:t>to inshallah allah ki madad hasil hogi aur aap ka yeh masla hal ho jaye ga. ji. aap aik aur cheez hum paate hain prophet ki life se ke aur yeh quran mein bhi bohat emphasize kiya hai sabr ke kis tarah prophet ne throughout apni zindagi sabr ikhtiyar kiya.</w:t>
      </w:r>
    </w:p>
    <w:p>
      <w:pPr>
        <w:jc w:val="right"/>
      </w:pPr>
      <w:r>
        <w:t>تو انشاءاللہ اللہ کی مدد حاصل ہوگی اور آپ کا یہ مسئلہ حل ہو جائے گا۔ جی۔ آپ ایک اور چیز ہم پاتے ہیں prophet کی life سے کہ اور یہ قرآن میں بھی بہت emphasize کیا ہے صبر کہ کس طرح prophet نے throughout اپنی زندگی صبر اختیار کیا۔</w:t>
      </w:r>
    </w:p>
    <w:p>
      <w:r>
        <w:rPr>
          <w:b/>
        </w:rPr>
        <w:t xml:space="preserve">[29:47] </w:t>
      </w:r>
      <w:r>
        <w:t>matlab kitne hi instances hain.</w:t>
      </w:r>
    </w:p>
    <w:p>
      <w:pPr>
        <w:jc w:val="right"/>
      </w:pPr>
      <w:r>
        <w:t>مطلب کتنے ہی instances ہیں۔</w:t>
      </w:r>
    </w:p>
    <w:p>
      <w:r>
        <w:rPr>
          <w:b/>
        </w:rPr>
        <w:t xml:space="preserve">[29:50] </w:t>
      </w:r>
      <w:r>
        <w:t>aap ne abhi hudaybiyah ka instance diya, migration ke waqt, taif ke waqt, aur matlab har har lamha unhon ne jo hai aik sabr ko demonstrate kiya.</w:t>
      </w:r>
    </w:p>
    <w:p>
      <w:pPr>
        <w:jc w:val="right"/>
      </w:pPr>
      <w:r>
        <w:t>آپ نے ابھی حدیبیہ کا instance دیا، migration کے وقت، طائف کے وقت، اور مطلب ہر ہر لمحہ انہوں نے جو ہے ایک صبر کو demonstrate کیا۔</w:t>
      </w:r>
    </w:p>
    <w:p>
      <w:r>
        <w:rPr>
          <w:b/>
        </w:rPr>
        <w:t xml:space="preserve">[30:01] </w:t>
      </w:r>
      <w:r>
        <w:t>to is ke peechay kya hikmat hai? is ke baray mein aap thora aur wazeh kar ke bataiye. sabr ke baray mein quran mein aya hai "inma yufassabirun ujrahum bighair hisab"</w:t>
      </w:r>
    </w:p>
    <w:p>
      <w:pPr>
        <w:jc w:val="right"/>
      </w:pPr>
      <w:r>
        <w:t>تو اس کے پیچھے کیا حکمت ہے؟ اس کے بارے میں آپ تھوڑا اور واضح کر کے بتائیے۔ صبر کے بارے میں قرآن میں آیا ہے "إنما يوف الصابرون أجرهم بغير حساب"</w:t>
      </w:r>
    </w:p>
    <w:p>
      <w:r>
        <w:rPr>
          <w:b/>
        </w:rPr>
        <w:t xml:space="preserve">[30:17] </w:t>
      </w:r>
      <w:r>
        <w:t>. ke sabr ka ajr jo hai beyond measure hai, baghair hisab hai. to is ka matlab hai ke sabr koi bohat bari value hai kyunke islam ke nazdeek har insan ki zindagi ka aik maqsad hai, aik us ki zindagi ka aim hai.</w:t>
      </w:r>
    </w:p>
    <w:p>
      <w:pPr>
        <w:jc w:val="right"/>
      </w:pPr>
      <w:r>
        <w:t>۔ کہ صبر کا اجر جو ہے beyond measure ہے، بغیر حساب ہے۔ تو اس کا مطلب ہے کہ صبر کوئی بہت بڑی value ہے کیونکہ اسلام کے نزدیک ہر انسان کی زندگی کا ایک مقصد ہے، ایک اس کی زندگی کا aim ہے۔</w:t>
      </w:r>
    </w:p>
    <w:p>
      <w:r>
        <w:rPr>
          <w:b/>
        </w:rPr>
        <w:t xml:space="preserve">[30:36] </w:t>
      </w:r>
      <w:r>
        <w:t>ab is aim ko hasil karne ke liye humein bohat ziyada sabr karna parta hai kyunke is dunya mein bohat sare log hain,</w:t>
      </w:r>
    </w:p>
    <w:p>
      <w:pPr>
        <w:jc w:val="right"/>
      </w:pPr>
      <w:r>
        <w:t>اب اس aim کو حاصل کرنے کے لیے ہمیں بہت زیادہ صبر کرنا پڑتا ہے کیونکہ اس دنیا میں بہت سارے لوگ ہیں،</w:t>
      </w:r>
    </w:p>
    <w:p>
      <w:r>
        <w:rPr>
          <w:b/>
        </w:rPr>
        <w:t xml:space="preserve">[30:45] </w:t>
      </w:r>
      <w:r>
        <w:t>bohat sare log jo hain apne apne apni apni khwahishat ke mutabiq chal rahe hain. to jab bhi aisa hoga to takrao hoga, confrontation hoga, aur agar hum is takrao mein lag jayen ge to hum phir koi bhi taraqqi ka kaam nahi kar sakte, apna koi bhi aim jo hai, apna jo purpose hum hasil nahi kar sakt</w:t>
      </w:r>
    </w:p>
    <w:p>
      <w:pPr>
        <w:jc w:val="right"/>
      </w:pPr>
      <w:r>
        <w:t>بہت سارے لوگ جو ہیں اپنے اپنے اپنی اپنی خواہشات کے مطابق چل رہے ہیں۔ تو جب بھی ایسا ہوگا تو ٹکراؤ ہوگا، confrontation ہوگا، اور اگر ہم اس ٹکراؤ میں لگ جائیں گے تو ہم پھر کوئی بھی ترقی کا کام نہیں کر سکتے، اپنا کوئی بھی aim جو ہے، اپنا جو purpose ہم حاصل نہیں کر سکت</w:t>
      </w:r>
    </w:p>
    <w:p>
      <w:r>
        <w:rPr>
          <w:b/>
        </w:rPr>
        <w:t xml:space="preserve">[31:08] </w:t>
      </w:r>
      <w:r>
        <w:t>e. to is liye islam mein bohat ziyada sabr par bohat ziyada zor diya gaya hai kyunke sabr ke baghair hum aik qadam bhi aage nahi chal sakte taraqqi ka.</w:t>
      </w:r>
    </w:p>
    <w:p>
      <w:pPr>
        <w:jc w:val="right"/>
      </w:pPr>
      <w:r>
        <w:t>ے۔ تو اس لیے اسلام میں بہت زیادہ صبر پر بہت زیادہ زور دیا گیا ہے کیونکہ صبر کے بغیر ہم ایک قدم بھی آگے نہیں چل سکتے ترقی کا۔</w:t>
      </w:r>
    </w:p>
    <w:p>
      <w:r>
        <w:rPr>
          <w:b/>
        </w:rPr>
        <w:t xml:space="preserve">[31:20] </w:t>
      </w:r>
      <w:r>
        <w:t>agar hum ladna hi hai humein to to lad to sakte hain lekin taraqqi nahi kar sakte. to kyunke masail to dekhiye har aik ke sath paida hote hain, chahe woh aik individual ho, chahe koi community ho ya koi mission ho.</w:t>
      </w:r>
    </w:p>
    <w:p>
      <w:pPr>
        <w:jc w:val="right"/>
      </w:pPr>
      <w:r>
        <w:t>اگر ہم لڑنا ہی ہے ہمیں تو تو لڑ تو سکتے ہیں لیکن ترقی نہیں کر سکتے۔ تو کیونکہ مسائل تو دیکھیے ہر ایک کے ساتھ پیدا ہوتے ہیں، چاہے وہ ایک individual ہو، چاہے کوئی community ہو یا کوئی mission ہو۔</w:t>
      </w:r>
    </w:p>
    <w:p>
      <w:r>
        <w:rPr>
          <w:b/>
        </w:rPr>
        <w:t xml:space="preserve">[31:35] </w:t>
      </w:r>
      <w:r>
        <w:t>to har waqt masail hi hotay hain.</w:t>
      </w:r>
    </w:p>
    <w:p>
      <w:pPr>
        <w:jc w:val="right"/>
      </w:pPr>
      <w:r>
        <w:t>تو ہر وقت مسائل ہی ہوتے ہیں۔</w:t>
      </w:r>
    </w:p>
    <w:p>
      <w:r>
        <w:rPr>
          <w:b/>
        </w:rPr>
        <w:t xml:space="preserve">[31:38] </w:t>
      </w:r>
      <w:r>
        <w:t>to masail mein reaction ke do tareeqay hotay hain, masail ke response ke do tareeqay hain. aik history reaction hota hai, hum foran is ka jawab de dete hain, ab woh dosra jo hai us ko ghalat samjhe ga agar hum bohat hi be soche samjhe.</w:t>
      </w:r>
    </w:p>
    <w:p>
      <w:pPr>
        <w:jc w:val="right"/>
      </w:pPr>
      <w:r>
        <w:t>تو مسائل میں reaction کے دو طریقے ہوتے ہیں، مسائل کے response کے دو طریقے ہیں۔ ایک history reaction ہوتا ہے، ہم فوراً اس کا جواب دے دیتے ہیں، اب وہ دوسرا جو ہے اس کو غلط سمجھے گا اگر ہم بہت ہی بے سوچے سمجھے۔</w:t>
      </w:r>
    </w:p>
    <w:p>
      <w:r>
        <w:rPr>
          <w:b/>
        </w:rPr>
        <w:t xml:space="preserve">[31:55] </w:t>
      </w:r>
      <w:r>
        <w:t>matlab hum well considered response hamara nahi hota. to yeh dosray ke andar reaction paida karta hai. to humein chahiye ke koi bhi masla</w:t>
      </w:r>
    </w:p>
    <w:p>
      <w:pPr>
        <w:jc w:val="right"/>
      </w:pPr>
      <w:r>
        <w:t>مطلب ہم well considered response ہمارا نہیں ہوتا۔ تو یہ دوسرے کے اندر reaction پیدا کرتا ہے۔ تو ہمیں چاہیے کہ کوئی بھی مسئلہ</w:t>
      </w:r>
    </w:p>
    <w:p>
      <w:r>
        <w:rPr>
          <w:b/>
        </w:rPr>
        <w:t xml:space="preserve">[32:05] </w:t>
      </w:r>
      <w:r>
        <w:t>ho to hum thora sochen is ke baray mein aur logon se mashwara karen, planning karen, aur tabhi koi faisla len.</w:t>
      </w:r>
    </w:p>
    <w:p>
      <w:pPr>
        <w:jc w:val="right"/>
      </w:pPr>
      <w:r>
        <w:t>ہو تو ہم تھوڑا سوچیں اس کے بارے میں اور لوگوں سے مشورہ کریں، planning کریں، اور تبھی کوئی فیصلہ لیں۔</w:t>
      </w:r>
    </w:p>
    <w:p>
      <w:r>
        <w:rPr>
          <w:b/>
        </w:rPr>
        <w:t xml:space="preserve">[32:15] </w:t>
      </w:r>
      <w:r>
        <w:t>aur planning karne mein yeh dekhen ke yeh result oriented hamara action hoga ke nahi hoga.</w:t>
      </w:r>
    </w:p>
    <w:p>
      <w:pPr>
        <w:jc w:val="right"/>
      </w:pPr>
      <w:r>
        <w:t>اور planning کرنے میں یہ دیکھیں کہ یہ result oriented ہمارا action ہوگا کہ نہیں ہوگا۔</w:t>
      </w:r>
    </w:p>
    <w:p>
      <w:r>
        <w:rPr>
          <w:b/>
        </w:rPr>
        <w:t xml:space="preserve">[32:23] </w:t>
      </w:r>
      <w:r>
        <w:t>agar reaction agar result oriented action hai to hum karen, nahi to is is par ruk jayen. kyunke agar hum ne nahi ruken ge to phir hamara apne apne hi liye hamare andar apne hi destruction hoga.</w:t>
      </w:r>
    </w:p>
    <w:p>
      <w:pPr>
        <w:jc w:val="right"/>
      </w:pPr>
      <w:r>
        <w:t>اگر reaction اگر result oriented action ہے تو ہم کریں، نہیں تو اس اس پر رک جائیں۔ کیونکہ اگر ہم نے نہیں رکیں گے تو پھر ہمارا اپنے اپنے ہی لیے ہمارے اندر اپنے ہی destruction ہوگا۔</w:t>
      </w:r>
    </w:p>
    <w:p>
      <w:r>
        <w:rPr>
          <w:b/>
        </w:rPr>
        <w:t xml:space="preserve">[32:38] </w:t>
      </w:r>
      <w:r>
        <w:t>hum hum hi kaam nahi kar sakenge, koi koi bhi bara kaam nahi kar sakenge baghair sabr ke. to sab se bari cheez wohi provoke na hona.</w:t>
      </w:r>
    </w:p>
    <w:p>
      <w:pPr>
        <w:jc w:val="right"/>
      </w:pPr>
      <w:r>
        <w:t>ہم ہم ہی کام نہیں کر سکیں گے، کوئی کوئی بھی بڑا کام نہیں کر سکیں گے بغیر صبر کے۔ تو سب سے بڑی چیز وہی provoke نہ ہونا۔</w:t>
      </w:r>
    </w:p>
    <w:p>
      <w:r>
        <w:rPr>
          <w:b/>
        </w:rPr>
        <w:t xml:space="preserve">[32:48] </w:t>
      </w:r>
      <w:r>
        <w:t>kyunke rasool allah sallallahu alaihi wasallam ki zindagi mein hum dekhte hain ke aap provoke hi nahi hotay thay aur kuch na kuch khoobsurat jawab de diya karte thay.</w:t>
      </w:r>
    </w:p>
    <w:p>
      <w:pPr>
        <w:jc w:val="right"/>
      </w:pPr>
      <w:r>
        <w:t>کیونکہ رسول اللہ صلی اللہ علیہ وسلم کی زندگی میں ہم دیکھتے ہیں کہ آپ provoke ہی نہیں ہوتے تھے اور کچھ نہ کچھ خوبصورت جواب دے دیا کرتے تھے۔</w:t>
      </w:r>
    </w:p>
    <w:p>
      <w:r>
        <w:rPr>
          <w:b/>
        </w:rPr>
        <w:t xml:space="preserve">[32:58] </w:t>
      </w:r>
      <w:r>
        <w:t>misal ke tor par mazamm hai, jab aap ko logon ne mazamm kaha condemnable to aap ne kaha main to muhammad hoon. main is ka matlab hai praiseworthy.</w:t>
      </w:r>
    </w:p>
    <w:p>
      <w:pPr>
        <w:jc w:val="right"/>
      </w:pPr>
      <w:r>
        <w:t>مثال کے طور پر مزمم ہے، جب آپ کو لوگوں نے مزمم کہا condemnable تو آپ نے کہا میں تو محمد ہوں۔ میں اس کا مطلب ہے praiseworthy۔</w:t>
      </w:r>
    </w:p>
    <w:p>
      <w:r>
        <w:rPr>
          <w:b/>
        </w:rPr>
        <w:t xml:space="preserve">[33:07] </w:t>
      </w:r>
      <w:r>
        <w:t>to jo condemnable keh rahe hain, jo bura bhala mujhe keh rahe hain, naam hi mazamm rakh diya tha.</w:t>
      </w:r>
    </w:p>
    <w:p>
      <w:pPr>
        <w:jc w:val="right"/>
      </w:pPr>
      <w:r>
        <w:t>تو جو condemnable کہہ رہے ہیں، جو برا بھلا مجھے کہہ رہے ہیں، نام ہی مزمم رکھ دیا تھا۔</w:t>
      </w:r>
    </w:p>
    <w:p>
      <w:r>
        <w:rPr>
          <w:b/>
        </w:rPr>
        <w:t xml:space="preserve">[33:15] </w:t>
      </w:r>
      <w:r>
        <w:t>to jo bura bhala mazamm ko woh keh rahe hain, mera naam badal kar, to mere upar parte hi nahi. to isi par molana ki aik article mein parh rahi thi, to us mein doctor zakir hussain president banne se pehle ki baat hai.</w:t>
      </w:r>
    </w:p>
    <w:p>
      <w:pPr>
        <w:jc w:val="right"/>
      </w:pPr>
      <w:r>
        <w:t>تو جو برا بھلا مزمم کو وہ کہہ رہے ہیں، میرا نام بدل کر، تو میرے اوپر پڑتے ہی نہیں۔ تو اسی پر مولانا کی ایک آرٹیکل میں پڑھ رہی تھی، تو اس میں ڈاکٹر ذاکر حسین president بننے سے پہلے کی بات ہے۔</w:t>
      </w:r>
    </w:p>
    <w:p>
      <w:r>
        <w:rPr>
          <w:b/>
        </w:rPr>
        <w:t xml:space="preserve">[33:31] </w:t>
      </w:r>
      <w:r>
        <w:t>to woh kahin ja rahe thay gari chala kar, to dosray ki gari mein thora sa lag gayi, touch ho gayi, dent halka sa par gaya.</w:t>
      </w:r>
    </w:p>
    <w:p>
      <w:pPr>
        <w:jc w:val="right"/>
      </w:pPr>
      <w:r>
        <w:t>تو وہ کہیں جا رہے تھے گاڑی چلا کر، تو دوسرے کی گاڑی میں تھوڑا سا لگ گئی، ٹچ ہو گئی، ڈینٹ ہلکا سا پڑ گیا۔</w:t>
      </w:r>
    </w:p>
    <w:p>
      <w:r>
        <w:rPr>
          <w:b/>
        </w:rPr>
        <w:t xml:space="preserve">[33:41] </w:t>
      </w:r>
      <w:r>
        <w:t>to woh nikla aur us ne kaha idiot.</w:t>
      </w:r>
    </w:p>
    <w:p>
      <w:pPr>
        <w:jc w:val="right"/>
      </w:pPr>
      <w:r>
        <w:t>تو وہ نکلا اور اس نے کہا idiot۔</w:t>
      </w:r>
    </w:p>
    <w:p>
      <w:r>
        <w:rPr>
          <w:b/>
        </w:rPr>
        <w:t xml:space="preserve">[33:44] </w:t>
      </w:r>
      <w:r>
        <w:t>to doctor zakir hussain woh to bohat ziyada parhe likhe aadmi thay, jameah ke chancellor bhi thay. to unhon ne kaha ke "I am not Mr.</w:t>
      </w:r>
    </w:p>
    <w:p>
      <w:pPr>
        <w:jc w:val="right"/>
      </w:pPr>
      <w:r>
        <w:t>تو ڈاکٹر ذاکر حسین وہ تو بہت زیادہ پڑھے لکھے آدمی تھے، جامعہ کے چانسلر بھی تھے۔ تو انہوں نے کہا کہ "I am not Mr.</w:t>
      </w:r>
    </w:p>
    <w:p>
      <w:r>
        <w:rPr>
          <w:b/>
        </w:rPr>
        <w:t xml:space="preserve">[33:54] </w:t>
      </w:r>
      <w:r>
        <w:t>Idiot, I am Zakir Hussain." . to woh jo hai us ne sari kaha aur phir woh gari mein baitha aur chala gaya.</w:t>
      </w:r>
    </w:p>
    <w:p>
      <w:pPr>
        <w:jc w:val="right"/>
      </w:pPr>
      <w:r>
        <w:t>Idiot, I am Zakir Hussain." ۔ تو وہ جو ہے اس نے ساری کہا اور پھر وہ گاڑی میں بیٹھا اور چلا گیا۔</w:t>
      </w:r>
    </w:p>
    <w:p>
      <w:r>
        <w:rPr>
          <w:b/>
        </w:rPr>
        <w:t xml:space="preserve">[34:04] </w:t>
      </w:r>
      <w:r>
        <w:t>to matlab baat kehne ka khoobsurat andaaz bhi hota hai. ab wahi kai log jo hain wohin ladna shuru kar dete hain.</w:t>
      </w:r>
    </w:p>
    <w:p>
      <w:pPr>
        <w:jc w:val="right"/>
      </w:pPr>
      <w:r>
        <w:t>تو مطلب بات کہنے کا خوبصورت انداز بھی ہوتا ہے۔ اب وہی کئی لوگ جو ہیں وہیں لڑنا شروع کر دیتے ہیں۔</w:t>
      </w:r>
    </w:p>
    <w:p>
      <w:r>
        <w:rPr>
          <w:b/>
        </w:rPr>
        <w:t xml:space="preserve">[34:13] </w:t>
      </w:r>
      <w:r>
        <w:t>to yeh rasool Allah salallahu alaihi wasallam ki zindagi mein hamein musalsal yeh milta hai ke aap jo hain khoobsurat tareeqe se baat ko khatam kar dete the, araz karte the, ignore karte the.</w:t>
      </w:r>
    </w:p>
    <w:p>
      <w:pPr>
        <w:jc w:val="right"/>
      </w:pPr>
      <w:r>
        <w:t>تو یہ رسول اللہ صلی اللہ علیہ وسلم کی زندگی میں ہمیں مسلسل یہ ملتا ہے کہ آپ جو ہیں خوبصورت طریقے سے بات کو ختم کر دیتے تھے، اعراض کرتے تھے، ignore کرتے تھے۔</w:t>
      </w:r>
    </w:p>
    <w:p>
      <w:r>
        <w:rPr>
          <w:b/>
        </w:rPr>
        <w:t xml:space="preserve">[34:25] </w:t>
      </w:r>
      <w:r>
        <w:t>aur jabke aaj kal jo hain log foran bayan baazi karne lagte hain, stage par aate hain, phir akhbaron mein mazameen likhte hain, to to taqreer shuru kar dete hain.</w:t>
      </w:r>
    </w:p>
    <w:p>
      <w:pPr>
        <w:jc w:val="right"/>
      </w:pPr>
      <w:r>
        <w:t>اور جبکہ آج کل جو ہیں لوگ فوراً بیان بازی کرنے لگتے ہیں، اسٹیج پر آتے ہیں، پھر اخباروں میں مضامین لکھتے ہیں، تو تو تقریر شروع کر دیتے ہیں۔</w:t>
      </w:r>
    </w:p>
    <w:p>
      <w:r>
        <w:rPr>
          <w:b/>
        </w:rPr>
        <w:t xml:space="preserve">[34:40] </w:t>
      </w:r>
      <w:r>
        <w:t>taqreer nahi balkeh planning.</w:t>
      </w:r>
    </w:p>
    <w:p>
      <w:pPr>
        <w:jc w:val="right"/>
      </w:pPr>
      <w:r>
        <w:t>تقریر نہیں بلکہ planning۔</w:t>
      </w:r>
    </w:p>
    <w:p>
      <w:r>
        <w:rPr>
          <w:b/>
        </w:rPr>
        <w:t xml:space="preserve">[34:42] </w:t>
      </w:r>
      <w:r>
        <w:t>planning with peaceful planning. aap peaceful planning karenge to aap ka har masla jo hai woh hal ho jayega. to peaceful planning ke liye sabr zaroori hai.</w:t>
      </w:r>
    </w:p>
    <w:p>
      <w:pPr>
        <w:jc w:val="right"/>
      </w:pPr>
      <w:r>
        <w:t>Planning with peaceful planning. ۔ آپ peaceful planning کریں گے تو آپ کا ہر مسئلہ جو ہے وہ حل ہو جائے گا۔ تو peaceful planning کے لیے صبر ضروری ہے۔</w:t>
      </w:r>
    </w:p>
    <w:p>
      <w:r>
        <w:rPr>
          <w:b/>
        </w:rPr>
        <w:t xml:space="preserve">[34:55] </w:t>
      </w:r>
      <w:r>
        <w:t>aur kyunke Islam ka maqsad hi hai doosron tak Khuda ka paigham pahunchana, to jab hum sabr nahi karenge to hum yeh kaam nahi kar sakte.</w:t>
      </w:r>
    </w:p>
    <w:p>
      <w:pPr>
        <w:jc w:val="right"/>
      </w:pPr>
      <w:r>
        <w:t>اور کیونکہ اسلام کا مقصد ہی ہے دوسروں تک خدا کا پیغام پہنچانا، تو جب ہم صبر نہیں کریں گے تو ہم یہ کام نہیں کر سکتے۔</w:t>
      </w:r>
    </w:p>
    <w:p>
      <w:r>
        <w:rPr>
          <w:b/>
        </w:rPr>
        <w:t xml:space="preserve">[35:08] </w:t>
      </w:r>
      <w:r>
        <w:t>iska matlab hum ko jo mission diya gaya hai Khuda ki taraf se, us mein hum nakaam rahenge. to hum rasool Allah salallahu alaihi wasallam ne jaise kiya, sahaba par kaam kiya.</w:t>
      </w:r>
    </w:p>
    <w:p>
      <w:pPr>
        <w:jc w:val="right"/>
      </w:pPr>
      <w:r>
        <w:t>اس کا مطلب ہم کو جو mission دیا گیا ہے خدا کی طرف سے، اس میں ہم ناکام رہیں گے۔ تو ہم رسول اللہ صلی اللہ علیہ وسلم نے جیسے کیا، صحابہ پر کام کیا۔</w:t>
      </w:r>
    </w:p>
    <w:p>
      <w:r>
        <w:rPr>
          <w:b/>
        </w:rPr>
        <w:t xml:space="preserve">[35:20] </w:t>
      </w:r>
      <w:r>
        <w:t>kisi ne bhi jo ulta seedha bola, mukhalifat mein bola, to aap ne uska jawab nahi diya, usko ignore kiya aur apna kaam karte rahe.</w:t>
      </w:r>
    </w:p>
    <w:p>
      <w:pPr>
        <w:jc w:val="right"/>
      </w:pPr>
      <w:r>
        <w:t>کسی نے بھی جو الٹا سیدھا بولا، مخالفت میں بولا، تو آپ نے اس کا جواب نہیں دیا، اس کو ignore کیا اور اپنا کام کرتے رہے۔</w:t>
      </w:r>
    </w:p>
    <w:p>
      <w:r>
        <w:rPr>
          <w:b/>
        </w:rPr>
        <w:t xml:space="preserve">[35:28] </w:t>
      </w:r>
      <w:r>
        <w:t>aur isi wajah se itne qeemti log mile jin ko hum sahaba kehte hain,</w:t>
      </w:r>
    </w:p>
    <w:p>
      <w:pPr>
        <w:jc w:val="right"/>
      </w:pPr>
      <w:r>
        <w:t>اور اسی وجہ سے اتنے قیمتی لوگ ملے جن کو ہم صحابہ کہتے ہیں،</w:t>
      </w:r>
    </w:p>
    <w:p>
      <w:r>
        <w:rPr>
          <w:b/>
        </w:rPr>
        <w:t xml:space="preserve">[35:34] </w:t>
      </w:r>
      <w:r>
        <w:t>jin ko nursery of firoz kaha hai Philip ke Hutti ne. to yeh jo hai asal mein ek baat ghor karne ki hai ke is duniya mein yeh duniya hamari banai hui duniya nahi hai,</w:t>
      </w:r>
    </w:p>
    <w:p>
      <w:pPr>
        <w:jc w:val="right"/>
      </w:pPr>
      <w:r>
        <w:t>جن کو نرسری آف فیروز کہا ہے فلپ کے ہٹی نے۔ تو یہ جو ہے اصل میں ایک بات غور کرنے کی ہے کہ اس دنیا میں یہ دنیا ہماری بنائی ہوئی دنیا نہیں ہے،</w:t>
      </w:r>
    </w:p>
    <w:p>
      <w:r>
        <w:rPr>
          <w:b/>
        </w:rPr>
        <w:t xml:space="preserve">[35:49] </w:t>
      </w:r>
      <w:r>
        <w:t>yeh Khuda ki duniya hai. to yahan par divine laws hain jin ko hum natural laws kehte hain, law of nature kehte hain. to Khuda ki scheme yahan chal rahi hai.</w:t>
      </w:r>
    </w:p>
    <w:p>
      <w:pPr>
        <w:jc w:val="right"/>
      </w:pPr>
      <w:r>
        <w:t>یہ خدا کی دنیا ہے۔ تو یہاں پر divine laws ہیں جن کو ہم natural laws کہتے ہیں، law of nature کہتے ہیں۔ تو خدا کی scheme یہاں چل رہی ہے۔</w:t>
      </w:r>
    </w:p>
    <w:p>
      <w:r>
        <w:rPr>
          <w:b/>
        </w:rPr>
        <w:t xml:space="preserve">[36:01] </w:t>
      </w:r>
      <w:r>
        <w:t>to hum ko is scheme se, in Khudaai laws se mutabiqat karke hum apna kaam kar sakte hain, aur tabhi hum ko kamyabi milegi.</w:t>
      </w:r>
    </w:p>
    <w:p>
      <w:pPr>
        <w:jc w:val="right"/>
      </w:pPr>
      <w:r>
        <w:t>تو ہم کو اس scheme سے، ان خدائی laws سے مطابقت کر کے ہم اپنا کام کر سکتے ہیں، اور تبھی ہم کو کامیابی ملے گی۔</w:t>
      </w:r>
    </w:p>
    <w:p>
      <w:r>
        <w:rPr>
          <w:b/>
        </w:rPr>
        <w:t xml:space="preserve">[36:12] </w:t>
      </w:r>
      <w:r>
        <w:t>agar hum jaise aap ne abhi bataya peed ke bare mein. ji. to jo divine law hai, law of nature hai, us mein hai ke beej bona padega, beej se peed niklega.</w:t>
      </w:r>
    </w:p>
    <w:p>
      <w:pPr>
        <w:jc w:val="right"/>
      </w:pPr>
      <w:r>
        <w:t>اگر ہم جیسے آپ نے ابھی بتایا پیڑ کے بارے میں۔ جی۔ تو جو divine law ہے، law of nature ہے، اس میں ہے کہ بیج بونا پڑے گا، بیج سے پیڑ نکلے گا۔</w:t>
      </w:r>
    </w:p>
    <w:p>
      <w:r>
        <w:rPr>
          <w:b/>
        </w:rPr>
        <w:t xml:space="preserve">[36:22] </w:t>
      </w:r>
      <w:r>
        <w:t>ab is ko chahe jis cheez ka bhi peed hai, kabhi kabhi saalon lag jata hai peed ko nikalne mein</w:t>
      </w:r>
    </w:p>
    <w:p>
      <w:pPr>
        <w:jc w:val="right"/>
      </w:pPr>
      <w:r>
        <w:t>اب اس کو چاہے جس چیز کا بھی پیڑ ہے، کبھی کبھی سالوں لگ جاتا ہے پیڑ کو نکلنے میں</w:t>
      </w:r>
    </w:p>
    <w:p>
      <w:r>
        <w:rPr>
          <w:b/>
        </w:rPr>
        <w:t xml:space="preserve">[36:28] </w:t>
      </w:r>
      <w:r>
        <w:t>ab koi chahega ke poora poora peed jo hai la ke ikatthe laga dein, to woh hoga hi nahi kyunke law of nature ke khilaf hai.</w:t>
      </w:r>
    </w:p>
    <w:p>
      <w:pPr>
        <w:jc w:val="right"/>
      </w:pPr>
      <w:r>
        <w:t>۔ اب کوئی چاہے گا کہ پورا پورا پیڑ جو ہے لا کے اکٹھے لگا دیں، تو وہ ہوگا ہی نہیں کیونکہ law of nature کے خلاف ہے۔</w:t>
      </w:r>
    </w:p>
    <w:p>
      <w:r>
        <w:rPr>
          <w:b/>
        </w:rPr>
        <w:t xml:space="preserve">[36:37] </w:t>
      </w:r>
      <w:r>
        <w:t>to wahi hai ke hamari wims jo hain, hamari desires jo hain, un ki koi value nahi hai. balkeh agar hum laws of nature ke sath mutabiqat karenge, tab hum jo hai apni apni jo hum effort kar rahe hain, us mein hum kamyab ho sakte hain.</w:t>
      </w:r>
    </w:p>
    <w:p>
      <w:pPr>
        <w:jc w:val="right"/>
      </w:pPr>
      <w:r>
        <w:t>تو وہی ہے کہ ہماری wims جو ہیں، ہماری desires جو ہیں، ان کی کوئی value نہیں ہے۔ بلکہ اگر ہم laws of nature کے ساتھ مطابقت کریں گے، تب ہم جو ہے اپنی اپنی جو ہم effort کر رہے ہیں، اس میں ہم کامیاب ہو سکتے ہیں۔</w:t>
      </w:r>
    </w:p>
    <w:p>
      <w:r>
        <w:rPr>
          <w:b/>
        </w:rPr>
        <w:t xml:space="preserve">[36:54] </w:t>
      </w:r>
      <w:r>
        <w:t>is par Maulana ne bohat zyada likha hai nature par ke hum nature se hamein sabaq seekhna chahiye. aur har tarah ke sabaq jo hain nature mein milte hain.</w:t>
      </w:r>
    </w:p>
    <w:p>
      <w:pPr>
        <w:jc w:val="right"/>
      </w:pPr>
      <w:r>
        <w:t>اس پر مولانا نے بہت زیادہ لکھا ہے nature پر کہ ہم nature سے ہمیں سبق سیکھنا چاہیے۔ اور ہر طرح کے سبق جو ہیں nature میں ملتے ہیں۔</w:t>
      </w:r>
    </w:p>
    <w:p>
      <w:r>
        <w:rPr>
          <w:b/>
        </w:rPr>
        <w:t xml:space="preserve">[37:04] </w:t>
      </w:r>
      <w:r>
        <w:t>jaise misaal ke taur par focused thinking ke bare mein Maulana ne likha ke. ji. honey bee ki misaal di ke honey bee jati hai, bohat melon melon ka safar karti hai, aur idhar udhar kahin bhatakti nahi, poore peed ko ko nahi dekhti.</w:t>
      </w:r>
    </w:p>
    <w:p>
      <w:pPr>
        <w:jc w:val="right"/>
      </w:pPr>
      <w:r>
        <w:t>جیسے مثال کے طور پر focused thinking کے بارے میں مولانا نے لکھا کہ۔ جی۔ Honey bee کی مثال دی کہ honey bee جاتی ہے، بہت میلوں میلوں کا سفر کرتی ہے، اور ادھر ادھر کہیں بھٹکتی نہیں، پورے پیڑ کو کو نہیں دیکھتی۔</w:t>
      </w:r>
    </w:p>
    <w:p>
      <w:r>
        <w:rPr>
          <w:b/>
        </w:rPr>
        <w:t xml:space="preserve">[37:21] </w:t>
      </w:r>
      <w:r>
        <w:t>balkeh peed ke paas jaye</w:t>
      </w:r>
    </w:p>
    <w:p>
      <w:pPr>
        <w:jc w:val="right"/>
      </w:pPr>
      <w:r>
        <w:t>بلکہ پیڑ کے پاس جائے</w:t>
      </w:r>
    </w:p>
    <w:p>
      <w:r>
        <w:rPr>
          <w:b/>
        </w:rPr>
        <w:t xml:space="preserve">[37:23] </w:t>
      </w:r>
      <w:r>
        <w:t>gi, flower flower ke paas jaye gi, jahan beech mein pollen hota hai, nectar hota hai. seedhe wahan nectar ke paas jaye gi, aur honey legi, aur phool ka ras legi, aur wapas aa jayegi.</w:t>
      </w:r>
    </w:p>
    <w:p>
      <w:pPr>
        <w:jc w:val="right"/>
      </w:pPr>
      <w:r>
        <w:t>گی، flower flower کے پاس جائے گی، جہاں بیچ میں pollen ہوتا ہے، nectar ہوتا ہے۔ سیدھے وہاں nectar کے پاس جائے گی، اور honey لے گی، اور پھول کا رس لے گی، اور واپس آ جائے گی۔</w:t>
      </w:r>
    </w:p>
    <w:p>
      <w:r>
        <w:rPr>
          <w:b/>
        </w:rPr>
        <w:t xml:space="preserve">[37:36] </w:t>
      </w:r>
      <w:r>
        <w:t>to yeh hai focused thinking ki misaal. to isi tareeqe se agar hamare paas hamari zindagi ka koi maqsad hai, to hamein bhi focused thinking karni padegi, warna hum hum kaam nahi kar payenge.</w:t>
      </w:r>
    </w:p>
    <w:p>
      <w:pPr>
        <w:jc w:val="right"/>
      </w:pPr>
      <w:r>
        <w:t>تو یہ ہے focused thinking کی مثال۔ تو اسی طریقے سے اگر ہمارے پاس ہماری زندگی کا کوئی مقصد ہے، تو ہمیں بھی focused thinking کرنی پڑے گی، ورنہ ہم ہم کام نہیں کر پائیں گے۔</w:t>
      </w:r>
    </w:p>
    <w:p>
      <w:r>
        <w:rPr>
          <w:b/>
        </w:rPr>
        <w:t xml:space="preserve">[37:48] </w:t>
      </w:r>
      <w:r>
        <w:t>agar</w:t>
      </w:r>
    </w:p>
    <w:p>
      <w:pPr>
        <w:jc w:val="right"/>
      </w:pPr>
      <w:r>
        <w:t>اگر</w:t>
      </w:r>
    </w:p>
    <w:p>
      <w:r>
        <w:rPr>
          <w:b/>
        </w:rPr>
        <w:t xml:space="preserve">[37:49] </w:t>
      </w:r>
      <w:r>
        <w:t>hamari thinking jo hai focused nahi hai, to hum koi bada kaam nahi kar payenge. to yahi wajah hai ke rasool Allah salallahu alaihi wasallam ne itni badi kamyabi hasil ki chand saalon mein.</w:t>
      </w:r>
    </w:p>
    <w:p>
      <w:pPr>
        <w:jc w:val="right"/>
      </w:pPr>
      <w:r>
        <w:t>ہماری thinking جو ہے focused نہیں ہے، تو ہم کوئی بڑا کام نہیں کر پائیں گے۔ تو یہی وجہ ہے کہ رسول اللہ صلی اللہ علیہ وسلم نے اتنی بڑی کامیابی حاصل کی چند سالوں میں۔</w:t>
      </w:r>
    </w:p>
    <w:p>
      <w:r>
        <w:rPr>
          <w:b/>
        </w:rPr>
        <w:t xml:space="preserve">[38:02] </w:t>
      </w:r>
      <w:r>
        <w:t>aur aaj hum do sau saal ho gaye, aur hum koi bhi badi badi tehreekein hum ne uthayin, lekin koi bhi kamyabi hamein nahi mili.</w:t>
      </w:r>
    </w:p>
    <w:p>
      <w:pPr>
        <w:jc w:val="right"/>
      </w:pPr>
      <w:r>
        <w:t>اور آج ہم دو سو سال ہو گئے، اور ہم کوئی بھی بڑی بڑی تحریکیں ہم نے اٹھائیں، لیکن کوئی بھی کامیابی ہمیں نہیں ملی۔</w:t>
      </w:r>
    </w:p>
    <w:p>
      <w:r>
        <w:rPr>
          <w:b/>
        </w:rPr>
        <w:t xml:space="preserve">[38:11] </w:t>
      </w:r>
      <w:r>
        <w:t>to isi wajah se ke hum ne rasool Allah salallahu alaihi wasallam ki zindagi se koi sabaq hum ne nahi liya. pehle zamaney ke log kya hota tha ke un ka koi bhi masla un ke samne aata tha, to poora poora Quran padhte the ke is se hamein kya rehnumai, kya guidance milti hai.</w:t>
      </w:r>
    </w:p>
    <w:p>
      <w:pPr>
        <w:jc w:val="right"/>
      </w:pPr>
      <w:r>
        <w:t>تو اسی وجہ سے کہ ہم نے رسول اللہ صلی اللہ علیہ وسلم کی زندگی سے کوئی سبق ہم نے نہیں لیا۔ پہلے زمانے کے لوگ کیا ہوتا تھا کہ ان کا کوئی بھی مسئلہ ان کے سامنے آتا تھا، تو پورا پورا قرآن پڑھتے تھے کہ اس سے ہمیں کیا رہنمائی، کیا guidance ملتی ہے۔</w:t>
      </w:r>
    </w:p>
    <w:p>
      <w:r>
        <w:rPr>
          <w:b/>
        </w:rPr>
        <w:t xml:space="preserve">[38:27] </w:t>
      </w:r>
      <w:r>
        <w:t>lekin ab to foran bayan baazi shuru ho jati hai, foran TV par bayan, akhbaron mein bi</w:t>
      </w:r>
    </w:p>
    <w:p>
      <w:pPr>
        <w:jc w:val="right"/>
      </w:pPr>
      <w:r>
        <w:t>لیکن اب تو فوراً بیان بازی شروع ہو جاتی ہے، فوراً ٹی وی پر بیان، اخباروں میں بی</w:t>
      </w:r>
    </w:p>
    <w:p>
      <w:r>
        <w:rPr>
          <w:b/>
        </w:rPr>
        <w:t xml:space="preserve">[38:33] </w:t>
      </w:r>
      <w:r>
        <w:t>an. ab yeh sab nahin sochte ke Quran mein hamare liye kya rehnumai hai, aur Rasool Allah salallaho alaihe wasallam ki zindagi se hamein kya rehnumai milti hai.</w:t>
      </w:r>
    </w:p>
    <w:p>
      <w:pPr>
        <w:jc w:val="right"/>
      </w:pPr>
      <w:r>
        <w:t>ان۔ اب یہ سب نہیں سوچتے کہ قرآن میں ہمارے لیے کیا رہنمائی ہے، اور رسول اللہ صلی اللہ علیہ وسلم کی زندگی سے ہمیں کیا رہنمائی ملتی ہے۔</w:t>
      </w:r>
    </w:p>
    <w:p>
      <w:r>
        <w:rPr>
          <w:b/>
        </w:rPr>
        <w:t xml:space="preserve">[38:42] </w:t>
      </w:r>
      <w:r>
        <w:t>ji, bohat achhe se aap ne bataya, aur yeh bohat zabardast baat thi ke focused thinking se hi big success milti hai.</w:t>
      </w:r>
    </w:p>
    <w:p>
      <w:pPr>
        <w:jc w:val="right"/>
      </w:pPr>
      <w:r>
        <w:t>جی، بہت اچھے سے آپ نے بتایا، اور یہ بہت زبردست بات تھی کہ focused thinking سے ہی big success ملتی ہے۔</w:t>
      </w:r>
    </w:p>
    <w:p>
      <w:r>
        <w:rPr>
          <w:b/>
        </w:rPr>
        <w:t xml:space="preserve">[38:51] </w:t>
      </w:r>
      <w:r>
        <w:t>log aksar sochte hain ke patience matlab inaction ya passive attitude, jabke according to the Quran, patience and sabr is a superior action, and patience means wisdom based thinking.</w:t>
      </w:r>
    </w:p>
    <w:p>
      <w:pPr>
        <w:jc w:val="right"/>
      </w:pPr>
      <w:r>
        <w:t>لوگ اکثر سوچتے ہیں کہ patience مطلب inaction یا passive attitude، جبکہ according to the قرآن، patience اور صبر is a superior action, and patience means wisdom based thinking.</w:t>
      </w:r>
    </w:p>
    <w:p>
      <w:r>
        <w:rPr>
          <w:b/>
        </w:rPr>
        <w:t xml:space="preserve">[39:07] </w:t>
      </w:r>
      <w:r>
        <w:t>aap ka kuch comments lena chahunga agle sawal lene se pehle. Rohit Kumar ji ne Amritsar se likha hai: "Maulana ji kehte the sabr aakhri waqt tak."</w:t>
      </w:r>
    </w:p>
    <w:p>
      <w:pPr>
        <w:jc w:val="right"/>
      </w:pPr>
      <w:r>
        <w:t>آپ کا کچھ کمنٹس لینا چاہوں گا اگلے سوال لینے سے پہلے۔ روہت کمار جی نے امرتسر سے لکھا ہے: "مولانا جی کہتے تھے صبر آخری وقت تک۔"</w:t>
      </w:r>
    </w:p>
    <w:p>
      <w:r>
        <w:rPr>
          <w:b/>
        </w:rPr>
        <w:t xml:space="preserve">[39:18] </w:t>
      </w:r>
      <w:r>
        <w:t>Doctor Safeena Tabassum ne likha hai Sarenpur se: "This is very important topic, Apa. We have to attain wisdom if we want to become a true believer." Jazak Allah.</w:t>
      </w:r>
    </w:p>
    <w:p>
      <w:pPr>
        <w:jc w:val="right"/>
      </w:pPr>
      <w:r>
        <w:t>ڈاکٹر سفینہ تبسم نے لکھا ہے سارن پور سے: "This is very important topic, Apa. We have to attain wisdom if we want to become a true believer." جزاک اللہ۔</w:t>
      </w:r>
    </w:p>
    <w:p>
      <w:r>
        <w:rPr>
          <w:b/>
        </w:rPr>
        <w:t xml:space="preserve">[39:30] </w:t>
      </w:r>
      <w:r>
        <w:t>Muhammad Asif Sahab ne Lucknow se likha hai: "Nabi Pak ki zindagi full of wisdom se bhari hui hai, aur hum un ki zindagi se bohat sabak hasil kar sakte hain, aur yahi hamare liye falah ka tareeqa bhi hai."</w:t>
      </w:r>
    </w:p>
    <w:p>
      <w:pPr>
        <w:jc w:val="right"/>
      </w:pPr>
      <w:r>
        <w:t>محمد آصف صاحب نے لکھنؤ سے لکھا ہے: "نبی پاک کی زندگی full of wisdom سے بھری ہوئی ہے، اور ہم ان کی زندگی سے بہت سبق حاصل کر سکتے ہیں، اور یہی ہمارے لیے فلاح کا طریقہ بھی ہے۔"</w:t>
      </w:r>
    </w:p>
    <w:p>
      <w:r>
        <w:rPr>
          <w:b/>
        </w:rPr>
        <w:t xml:space="preserve">[39:46] </w:t>
      </w:r>
      <w:r>
        <w:t>Miss Fareeda Kamran ne Pakistan se likha hai: "Jazak Allah, most beautiful lecture. Wisdom is observing things from theright perspective." Aah, as Maulana Sahab said.</w:t>
      </w:r>
    </w:p>
    <w:p>
      <w:pPr>
        <w:jc w:val="right"/>
      </w:pPr>
      <w:r>
        <w:t>مس فریدہ کامران نے پاکستان سے لکھا ہے: "Jazak Allah, most beautiful lecture. Wisdom is observing things from theright perspective." آہ، as مولانا صاحب said۔</w:t>
      </w:r>
    </w:p>
    <w:p>
      <w:r>
        <w:rPr>
          <w:b/>
        </w:rPr>
        <w:t xml:space="preserve">[39:58] </w:t>
      </w:r>
      <w:r>
        <w:t>Aah, aap ka agla example yeh hai ke jab practical example agar hum dekhen Prophet ki life se to aah it guides us, you know, in a policy of avoidance, non-confrontation.</w:t>
      </w:r>
    </w:p>
    <w:p>
      <w:pPr>
        <w:jc w:val="right"/>
      </w:pPr>
      <w:r>
        <w:t>آہ، آپ کا اگلا example یہ ہے کہ جب practical example اگر ہم دیکھیں prophet کی life سے تو آہ it guides us, you know, in a policy of avoidance, non-confrontation.</w:t>
      </w:r>
    </w:p>
    <w:p>
      <w:r>
        <w:rPr>
          <w:b/>
        </w:rPr>
        <w:t xml:space="preserve">[40:12] </w:t>
      </w:r>
      <w:r>
        <w:t>to main chahunga is ke bare mein aap kuch hamein example ke sath batayein ke is ke peeche ek pat kya hai. Hmm, woh jo sabr kab tak wala mamla tha.</w:t>
      </w:r>
    </w:p>
    <w:p>
      <w:pPr>
        <w:jc w:val="right"/>
      </w:pPr>
      <w:r>
        <w:t>تو میں چاہوں گا اس کے بارے میں آپ کچھ ہمیں example کے ساتھ بتائیں کہ اس کے پیچھے ایک پت کیا ہے۔ ہمم، وہ جو صبر کب تک والا معاملہ تھا۔</w:t>
      </w:r>
    </w:p>
    <w:p>
      <w:r>
        <w:rPr>
          <w:b/>
        </w:rPr>
        <w:t xml:space="preserve">[40:23] </w:t>
      </w:r>
      <w:r>
        <w:t>ji. to yeh Maulana se log puchte the sabr kab tak? to Maulana ne kaha ke kabhi koi poochta hai ke namaz kab tak, roza kab tak?</w:t>
      </w:r>
    </w:p>
    <w:p>
      <w:pPr>
        <w:jc w:val="right"/>
      </w:pPr>
      <w:r>
        <w:t>جی۔ تو یہ مولانا سے لوگ پوچھتے تھے صبر کب تک؟ تو مولانا نے کہا کہ کبھی کوئی پوچھتا ہے کہ نماز کب تک، روزہ کب تک؟</w:t>
      </w:r>
    </w:p>
    <w:p>
      <w:r>
        <w:rPr>
          <w:b/>
        </w:rPr>
        <w:t xml:space="preserve">[40:33] </w:t>
      </w:r>
      <w:r>
        <w:t>ji. kyunke yeh sab to bohat zyada highly rewardable act hain.</w:t>
      </w:r>
    </w:p>
    <w:p>
      <w:pPr>
        <w:jc w:val="right"/>
      </w:pPr>
      <w:r>
        <w:t>جی۔ کیونکہ یہ سب تو بہت زیادہ highly rewardable act ہیں۔</w:t>
      </w:r>
    </w:p>
    <w:p>
      <w:r>
        <w:rPr>
          <w:b/>
        </w:rPr>
        <w:t xml:space="preserve">[40:37] </w:t>
      </w:r>
      <w:r>
        <w:t>Hmm. to jab tak hamari zindagi hai, tab tak hum sabr karenge kyunke ek sabr hi woh hai amal jis ke bare mein kaha gaya hai ke reward beyond measure.</w:t>
      </w:r>
    </w:p>
    <w:p>
      <w:pPr>
        <w:jc w:val="right"/>
      </w:pPr>
      <w:r>
        <w:t>ہمم۔ تو جب تک ہماری زندگی ہے، تب تک ہم صبر کریں گے کیونکہ ایک صبر ہی وہ ہے عمل جس کے بارے میں کہا گیا ہے کہ reward beyond measure۔</w:t>
      </w:r>
    </w:p>
    <w:p>
      <w:r>
        <w:rPr>
          <w:b/>
        </w:rPr>
        <w:t xml:space="preserve">[40:49] </w:t>
      </w:r>
      <w:r>
        <w:t>kisi amal ke bare mein nahin kaha gaya hai ke be hisab ajr milega. to sabr zindagi bhar karna hai. to avoidance bhi wohi sabr hi ki ek shakal hai</w:t>
      </w:r>
    </w:p>
    <w:p>
      <w:pPr>
        <w:jc w:val="right"/>
      </w:pPr>
      <w:r>
        <w:t>کسی عمل کے بارے میں نہیں کہا گیا ہے کہ بے حساب اجر ملے گا۔ تو صبر زندگی بھر کرنا ہے۔ تو avoidance بھی وہی صبر ہی کی ایک شکل ہے</w:t>
      </w:r>
    </w:p>
    <w:p>
      <w:r>
        <w:rPr>
          <w:b/>
        </w:rPr>
        <w:t xml:space="preserve">[41:01] </w:t>
      </w:r>
      <w:r>
        <w:t>ke avoid karna. jab amli taur par koi masla samne aa jata hai to hamein us ko avoid karna padta hai. khas taur par Arab mein jab ke Rasool Allah salallaho alaihe wasallam ko bohat zyada jang-i halat the.</w:t>
      </w:r>
    </w:p>
    <w:p>
      <w:pPr>
        <w:jc w:val="right"/>
      </w:pPr>
      <w:r>
        <w:t>کہ avoid کرنا۔ جب عملی طور پر کوئی مسئلہ سامنے آ جاتا ہے تو ہمیں اس کو avoid کرنا پڑتا ہے۔ خاص طور پر عرب میں جب کہ رسول اللہ صلی اللہ علیہ وسلم کو بہت زیادہ جنگی حالات تھے۔</w:t>
      </w:r>
    </w:p>
    <w:p>
      <w:r>
        <w:rPr>
          <w:b/>
        </w:rPr>
        <w:t xml:space="preserve">[41:13] </w:t>
      </w:r>
      <w:r>
        <w:t>log jo bohat zyada mukhalifat Makkah mein to sirf mukhalifat kar rahe the, lekin jab aap Madinah chale gaye aur wahan par aap ke kafi log saathi ban gaye, aap ko head of of the state man liya to logon ne samjha Makkah walon ne ke ab to bohat khatra barh</w:t>
      </w:r>
    </w:p>
    <w:p>
      <w:pPr>
        <w:jc w:val="right"/>
      </w:pPr>
      <w:r>
        <w:t>لوگ جو بہت زیادہ مخالفت مکہ میں تو صرف مخالفت کر رہے تھے، لیکن جب آپ مدینہ چلے گئے اور وہاں پر آپ کے کافی لوگ ساتھی بن گئے، آپ کو head of of the state مان لیا تو لوگوں نے سمجھا مکے والوں نے کہ اب تو بہت خطرہ بڑھ</w:t>
      </w:r>
    </w:p>
    <w:p>
      <w:r>
        <w:rPr>
          <w:b/>
        </w:rPr>
        <w:t xml:space="preserve">[41:30] </w:t>
      </w:r>
      <w:r>
        <w:t>gaya hai, ab in ko in ke sath jang kar ke in ka masla khatm karna chahiye. to wahan par yeh zabardast mamla aya ke aaraaz kaise kiya jaye, avoid kaise ki jaye.</w:t>
      </w:r>
    </w:p>
    <w:p>
      <w:pPr>
        <w:jc w:val="right"/>
      </w:pPr>
      <w:r>
        <w:t>گیا ہے، اب ان کو ان کے ساتھ جنگ کر کے ان کا مسئلہ ختم کرنا چاہیے۔ تو وہاں پر یہ زبردست معاملہ آیا کہ اعراض کیسے کیا جائے، avoid کیسے کی جائے۔</w:t>
      </w:r>
    </w:p>
    <w:p>
      <w:r>
        <w:rPr>
          <w:b/>
        </w:rPr>
        <w:t xml:space="preserve">[41:41] </w:t>
      </w:r>
      <w:r>
        <w:t>do teen jangain to huin, avoid nahin ho saki. lekin baad mein aap ne bohat zyada koshish ki,</w:t>
      </w:r>
    </w:p>
    <w:p>
      <w:pPr>
        <w:jc w:val="right"/>
      </w:pPr>
      <w:r>
        <w:t>دو تین جنگیں تو ہوئیں، avoid نہیں ہو سکا۔ لیکن بعد میں آپ نے بہت زیادہ کوشش کی،</w:t>
      </w:r>
    </w:p>
    <w:p>
      <w:r>
        <w:rPr>
          <w:b/>
        </w:rPr>
        <w:t xml:space="preserve">[41:49] </w:t>
      </w:r>
      <w:r>
        <w:t>jaise jang-e Ahzab mein aap ne poora khandaq khod diya aur us ki wajah se woh log andar nahin aa sake jang-e Khandaq mein.</w:t>
      </w:r>
    </w:p>
    <w:p>
      <w:pPr>
        <w:jc w:val="right"/>
      </w:pPr>
      <w:r>
        <w:t>جیسے جنگ عذاب میں آپ نے پورا خندق کھود دیا اور اس کی وجہ سے وہ لوگ اندر نہیں آ سکے جنگ خندق میں۔</w:t>
      </w:r>
    </w:p>
    <w:p>
      <w:r>
        <w:rPr>
          <w:b/>
        </w:rPr>
        <w:t xml:space="preserve">[41:58] </w:t>
      </w:r>
      <w:r>
        <w:t>aur us tareeqe se aap ne kai baar koshish aisa kiya ke enemy se confrontation hi na hone paye. ek baar aap ko pata chala ke enemy fauj aa rahi hai to aap ne woh apna rasta hi badal diya.</w:t>
      </w:r>
    </w:p>
    <w:p>
      <w:pPr>
        <w:jc w:val="right"/>
      </w:pPr>
      <w:r>
        <w:t>اور اس طریقے سے آپ نے کئی بار کوشش ایسا کیا کہ enemy سے confrontation ہی نہ ہونے پائے۔ ایک بار آپ کو پتہ چلا کہ enemy فوج آ رہی ہے تو آپ نے وہ اپنا راستہ ہی بدل دیا۔</w:t>
      </w:r>
    </w:p>
    <w:p>
      <w:r>
        <w:rPr>
          <w:b/>
        </w:rPr>
        <w:t xml:space="preserve">[42:13] </w:t>
      </w:r>
      <w:r>
        <w:t>phir us ke baad jab aap ne dekha ke woh log maan nahin rahe hain, bar bar hamla karne ki planning kar rahe hain to tab aap ne Sulah Hudaibiyah kiya, the ten year no war pact kiya.</w:t>
      </w:r>
    </w:p>
    <w:p>
      <w:pPr>
        <w:jc w:val="right"/>
      </w:pPr>
      <w:r>
        <w:t>پھر اس کے بعد جب آپ نے دیکھا کہ وہ لوگ مان نہیں رہے ہیں، بار بار حملہ کرنے کی planning کر رہے ہیں تو تب آپ نے صلح حدیبیہ کیا، the ten year no war pact کیا۔</w:t>
      </w:r>
    </w:p>
    <w:p>
      <w:r>
        <w:rPr>
          <w:b/>
        </w:rPr>
        <w:t xml:space="preserve">[42:24] </w:t>
      </w:r>
      <w:r>
        <w:t>kyunke yeh is liye zaroori hai ke jo hamara kaam hai na, woh aman par field mein hi anjam pata hai. agar hum jang karenge to koi bhi kaam nahin hoga, sirf hamari jo salahiyatein hain, hamari jo resources hain, woh barbaad honge aur kaam kuch bhi nahin</w:t>
      </w:r>
    </w:p>
    <w:p>
      <w:pPr>
        <w:jc w:val="right"/>
      </w:pPr>
      <w:r>
        <w:t>کیونکہ یہ اس لیے ضروری ہے کہ جو ہمارا کام ہے نا، وہ پرامن field میں ہی انجام پاتا ہے۔ اگر ہم جنگ کریں گے تو کوئی بھی کام نہیں ہوگا، صرف ہماری جو صلاحیتیں ہیں، ہماری جو resources ہیں، وہ برباد ہوں گے اور کام کچھ بھی نہیں</w:t>
      </w:r>
    </w:p>
    <w:p>
      <w:r>
        <w:rPr>
          <w:b/>
        </w:rPr>
        <w:t xml:space="preserve">[42:41] </w:t>
      </w:r>
      <w:r>
        <w:t>hoga. to is wajah se hamein aisi situation jab aa jaye ke enemy ek dam hamare samne aa jaye to hum ko har halat mein us ko avoid karna chahiye.</w:t>
      </w:r>
    </w:p>
    <w:p>
      <w:pPr>
        <w:jc w:val="right"/>
      </w:pPr>
      <w:r>
        <w:t>ہوگا۔ تو اس وجہ سے ہمیں ایسی situation جب آ جائے کہ enemy ایک دم ہمارے سامنے آ جائے تو ہم کو ہر حالت میں اس کو avoid کرنا چاہیے۔</w:t>
      </w:r>
    </w:p>
    <w:p>
      <w:r>
        <w:rPr>
          <w:b/>
        </w:rPr>
        <w:t xml:space="preserve">[42:52] </w:t>
      </w:r>
      <w:r>
        <w:t>aur jo jang bhi hui to Rasool Allah salallaho alaihe wasallam ne is tarah kiya ke taqreeban ek din ek bar jo jang hui, Jang-e Badr, Jang-e Uhud, sab sirf half a day mein aap ne khatm kar diya.</w:t>
      </w:r>
    </w:p>
    <w:p>
      <w:pPr>
        <w:jc w:val="right"/>
      </w:pPr>
      <w:r>
        <w:t>اور جو جنگ بھی ہوئی تو رسول اللہ صلی اللہ علیہ وسلم نے اس طرح کیا کہ تقریباً ایک دن ایک بار جو جنگ ہوئی، جنگ بدر، جنگ احد، سب صرف half a day میں آپ نے ختم کر دیا۔</w:t>
      </w:r>
    </w:p>
    <w:p>
      <w:r>
        <w:rPr>
          <w:b/>
        </w:rPr>
        <w:t xml:space="preserve">[43:04] </w:t>
      </w:r>
      <w:r>
        <w:t>us ko Maulana kehte the yeh skirmish hai, yeh jang bhi nahin hai.</w:t>
      </w:r>
    </w:p>
    <w:p>
      <w:pPr>
        <w:jc w:val="right"/>
      </w:pPr>
      <w:r>
        <w:t>اس کو مولانا کہتے تھے یہ skirmish ہے، یہ جنگ بھی نہیں ہے۔</w:t>
      </w:r>
    </w:p>
    <w:p>
      <w:r>
        <w:rPr>
          <w:b/>
        </w:rPr>
        <w:t xml:space="preserve">[43:07] </w:t>
      </w:r>
      <w:r>
        <w:t>to is tareeqay say rasool ALLAH sallay ALLAH alayh wasallam nay har halat mein jangī halaat ko khatam kiya aur yak tarfa tor par sabr kiya, aaraaz kiya aur peaceful tareeqa ko maintain rakha.</w:t>
      </w:r>
    </w:p>
    <w:p>
      <w:pPr>
        <w:jc w:val="right"/>
      </w:pPr>
      <w:r>
        <w:t>تو اس طریقے سے رسول اللہ صلی اللہ علیہ وسلم نے ہر حالت میں جنگی حالات کو ختم کیا اور یکطرفہ طور پر صبر کیا، اعراض کیا اور peaceful طریقہ کو maintain رکھا۔</w:t>
      </w:r>
    </w:p>
    <w:p>
      <w:r>
        <w:rPr>
          <w:b/>
        </w:rPr>
        <w:t xml:space="preserve">[43:21] </w:t>
      </w:r>
      <w:r>
        <w:t>to is tareeqay say do do saal jab jo sulah hudaybiya kay do saal kay baad aah makka fatah ho gaya aur jab makka fatah hua to aisa aap nay intazaam saara kiya tha kay bilkul without bloodshed makka fatah ho gaya.</w:t>
      </w:r>
    </w:p>
    <w:p>
      <w:pPr>
        <w:jc w:val="right"/>
      </w:pPr>
      <w:r>
        <w:t>تو اس طریقے سے دو دو سال جب جو صلح حدیبیہ کے دو سال کے بعد آہ مکہ فتح ہو گیا اور جب مکہ فتح ہوا تو ایسا آپ نے انتظام سارا کیا تھا کہ بالکل without bloodshed مکہ فتح ہو گیا۔</w:t>
      </w:r>
    </w:p>
    <w:p>
      <w:r>
        <w:rPr>
          <w:b/>
        </w:rPr>
        <w:t xml:space="preserve">[43:38] </w:t>
      </w:r>
      <w:r>
        <w:t>to yahi har cheez mein hikmat thi. hikmat kay usool ko aap nay har jagah apnaya</w:t>
      </w:r>
    </w:p>
    <w:p>
      <w:pPr>
        <w:jc w:val="right"/>
      </w:pPr>
      <w:r>
        <w:t>تو یہی ہر چیز میں حکمت تھی۔ حکمت کے اصول کو آپ نے ہر جگہ اپنایا</w:t>
      </w:r>
    </w:p>
    <w:p>
      <w:r>
        <w:rPr>
          <w:b/>
        </w:rPr>
        <w:t xml:space="preserve">[43:46] </w:t>
      </w:r>
      <w:r>
        <w:t>. isi wajah say aap ko itni kam mudat mein itni ziyada kamyabi hasil hui. jee. aah molana iqbal umri nay aap likha hai chennai say.</w:t>
      </w:r>
    </w:p>
    <w:p>
      <w:pPr>
        <w:jc w:val="right"/>
      </w:pPr>
      <w:r>
        <w:t>۔ اسی وجہ سے آپ کو اتنی کم مدت میں اتنی زیادہ کامیابی حاصل ہوئی۔ جی۔ آہ مولانا اقبال عمری نے آپ لکھا ہے چنئی سے۔</w:t>
      </w:r>
    </w:p>
    <w:p>
      <w:r>
        <w:rPr>
          <w:b/>
        </w:rPr>
        <w:t xml:space="preserve">[43:57] </w:t>
      </w:r>
      <w:r>
        <w:t>Wisdom par aap nay molana ki bohat si baatein yaad karain. jazak ALLAH aap. apa differentiation kay principle pe bhi main chahoon ga kay aap kuch batain kay understanding significant distinctions in practical matters to woh farq ko kaisay samjhein hum?</w:t>
      </w:r>
    </w:p>
    <w:p>
      <w:pPr>
        <w:jc w:val="right"/>
      </w:pPr>
      <w:r>
        <w:t>Wisdom پر آپ نے مولانا کی بہت سی باتیں یاد کرائیں۔ جزاک اللہ آپا۔ آپا differentiation کے principle پہ بھی میں چاہوں گا کہ آپ کچھ بتائیں کہ understanding significant distinctions in practical matters تو وہ فرق کو کیسے سمجھیں ہم؟</w:t>
      </w:r>
    </w:p>
    <w:p>
      <w:r>
        <w:rPr>
          <w:b/>
        </w:rPr>
        <w:t xml:space="preserve">[44:15] </w:t>
      </w:r>
      <w:r>
        <w:t>aah is is kay baray mein aap batain. hum aisa hota hai kay log jo hain farq ko nahi samjhtay. to kai baar aik baar aik sawal bhi aya tha kay aah hukumraan kay liye to kaha gaya hai kay jihad karna chahiye ho</w:t>
      </w:r>
    </w:p>
    <w:p>
      <w:pPr>
        <w:jc w:val="right"/>
      </w:pPr>
      <w:r>
        <w:t>آہ اس اس کے بارے میں آپ بتائیں۔ ہم ایسا ہوتا ہے کہ لوگ جو ہیں فرق کو نہیں سمجھتے۔ تو کئی بار ایک بار ایک سوال بھی آیا تھا کہ آہ حکمراں کے لیے تو کہا گیا ہے کہ جہاد کرنا چاہیے ہو</w:t>
      </w:r>
    </w:p>
    <w:p>
      <w:r>
        <w:rPr>
          <w:b/>
        </w:rPr>
        <w:t xml:space="preserve">[44:31] </w:t>
      </w:r>
      <w:r>
        <w:t>. to jo hadees hai aur bohat sari aisi hadeesain hain kay hukumraan kay khilaf jihad jo hai bilkul man'a hai kay chahay hukumraan kitna hi kharab ho, kitna hi ziyada woh zulm kar raha ho, kitna hi ziyada yahan tak kahay kay peeth par koray barsa raha ho, tab bhi us kay khilaf khurooj jaiz nahi.</w:t>
      </w:r>
    </w:p>
    <w:p>
      <w:pPr>
        <w:jc w:val="right"/>
      </w:pPr>
      <w:r>
        <w:t>۔ تو جو حدیث ہے اور بہت ساری ایسی حدیثیں ہیں کہ حکمراں کے خلاف جہاد جو ہے بالکل منع ہے کہ چاہے حکمراں کتنا ہی خراب ہو، کتنا ہی زیادہ وہ ظلم کر رہا ہو، کتنا ہی زیادہ یہاں تک کہے کہ پیٹھ پر کوڑے برسا رہا ہو، تب بھی اس کے خلاف خروج جائز نہیں۔</w:t>
      </w:r>
    </w:p>
    <w:p>
      <w:r>
        <w:rPr>
          <w:b/>
        </w:rPr>
        <w:t xml:space="preserve">[44:52] </w:t>
      </w:r>
      <w:r>
        <w:t>aur aik taraf hai kay afzal jihad jo hai woh zalim hukumraan kay samnay haq baat kehna hai. ab masla yeh hai kay log jihad kay mani ko nahi samjhay</w:t>
      </w:r>
    </w:p>
    <w:p>
      <w:pPr>
        <w:jc w:val="right"/>
      </w:pPr>
      <w:r>
        <w:t>اور ایک طرف ہے کہ افضل جہاد جو ہے وہ ظالم حکمراں کے سامنے حق بات کہنا ہے۔ اب مسئلہ یہ ہے کہ لوگ جہاد کے معنی کو نہیں سمجھ</w:t>
      </w:r>
    </w:p>
    <w:p>
      <w:r>
        <w:rPr>
          <w:b/>
        </w:rPr>
        <w:t xml:space="preserve">[45:02] </w:t>
      </w:r>
      <w:r>
        <w:t>tay. jihad kay mani hain struggle, mehnat karna. aur woh log us ko jang kay equivalent samjhtay hain. to ab aap sochiye kay aik zalim hukumraan ko ja kar naseehat karna to yeh to kisi jihad say kam nahi hai.</w:t>
      </w:r>
    </w:p>
    <w:p>
      <w:pPr>
        <w:jc w:val="right"/>
      </w:pPr>
      <w:r>
        <w:t>تے۔ جہاد کے معنی ہیں struggle، محنت کرنا۔ اور وہ لوگ اس کو جنگ کے equivalent سمجھتے ہیں۔ تو اب آپ سوچیے کہ ایک ظالم حکمراں کو جا کر نصیحت کرنا تو یہ تو کسی جہاد سے کم نہیں ہے۔</w:t>
      </w:r>
    </w:p>
    <w:p>
      <w:r>
        <w:rPr>
          <w:b/>
        </w:rPr>
        <w:t xml:space="preserve">[45:18] </w:t>
      </w:r>
      <w:r>
        <w:t>jihad is mani mein crusade kay mani mein hota hai kay khoob khoob mehnat karna. to misal kay tor par firoun say jab baat ki hazrat moosa alayh salam nay to woh bohat bara jihad tha woh.</w:t>
      </w:r>
    </w:p>
    <w:p>
      <w:pPr>
        <w:jc w:val="right"/>
      </w:pPr>
      <w:r>
        <w:t>جہاد اس معنی میں crusade کے معنی میں ہوتا ہے کہ خوب خوب محنت کرنا۔ تو مثال کے طور پر فرعون سے جب بات کی حضرت موسیٰ علیہ السلام نے تو وہ بہت بڑا جہاد تھا وہ۔</w:t>
      </w:r>
    </w:p>
    <w:p>
      <w:r>
        <w:rPr>
          <w:b/>
        </w:rPr>
        <w:t xml:space="preserve">[45:31] </w:t>
      </w:r>
      <w:r>
        <w:t>to bohat hi hamdardaana andaaz mein baat ki. khud ALLAH taala nay kaha kay bohat naramī say baat karna. to jo hadees hai kay afzal jihad zalim hukumraan kay samnay haq baat kehna hai.</w:t>
      </w:r>
    </w:p>
    <w:p>
      <w:pPr>
        <w:jc w:val="right"/>
      </w:pPr>
      <w:r>
        <w:t>تو بہت ہی ہمدردانہ انداز میں بات کی۔ خود اللہ تعالیٰ نے کہا کہ بہت نرمی سے بات کرنا۔ تو جو حدیث ہے کہ افضل جہاد ظالم حکمراں کے سامنے حق بات کرنا ہے۔</w:t>
      </w:r>
    </w:p>
    <w:p>
      <w:r>
        <w:rPr>
          <w:b/>
        </w:rPr>
        <w:t xml:space="preserve">[45:43] </w:t>
      </w:r>
      <w:r>
        <w:t>to us ko lay kay samjhtay hain log kay zalim hukumraan kay khilaf khurooj karna hai, us say jang karni hai, us ko unseat karna hai. ab doosri hadeesoon ko aap dakiye aur doosri hadeesain jo hain bilkul saaf clear yeh baat batati</w:t>
      </w:r>
    </w:p>
    <w:p>
      <w:pPr>
        <w:jc w:val="right"/>
      </w:pPr>
      <w:r>
        <w:t>تو اس کو لے کے سمجھتے ہیں لوگ کہ ظالم حکمراں کے خلاف خروج کرنا ہے، اس سے جنگ کرنی ہے، اس کو unseat کرنا ہے۔ اب دوسری حدیثوں کو آپ دیکھیے اور دوسری حدیثیں جو ہیں بالکل صاف clear یہ بات بتاتی</w:t>
      </w:r>
    </w:p>
    <w:p>
      <w:r>
        <w:rPr>
          <w:b/>
        </w:rPr>
        <w:t xml:space="preserve">[45:58] </w:t>
      </w:r>
      <w:r>
        <w:t>hain kay zalim hukumraan ki itaat karni hai, un say har giz takrao nahi karna hai. aur bohat ziyada sahih muslim mein to poora chapter hai kay kitab al fitan naam say, us mein yeh bohat sari hadeesain hain kay kitnay bhi hukumraan mein bigaar aa jaye kyunkay har cheez jo hai islam mein result oriented hai.</w:t>
      </w:r>
    </w:p>
    <w:p>
      <w:pPr>
        <w:jc w:val="right"/>
      </w:pPr>
      <w:r>
        <w:t>ہیں کہ ظالم حکمراں کی اطاعت کرنی ہے، ان سے ہرگز ٹکراؤ نہیں کرنا ہے۔ اور بہت زیادہ صحیح مسلم میں تو پورا چیپٹر ہے کہ کتاب الفتن نام سے، اس میں یہ بہت ساری حدیثیں ہیں کہ کتنے بھی حکمراں میں بگاڑ آ جائے کیونکہ ہر چیز جو ہے اسلام میں result oriented ہے۔</w:t>
      </w:r>
    </w:p>
    <w:p>
      <w:r>
        <w:rPr>
          <w:b/>
        </w:rPr>
        <w:t xml:space="preserve">[46:20] </w:t>
      </w:r>
      <w:r>
        <w:t>ab hum hukumraan kay khilaf jihad karain gay, jang karain gay to aur ziyada burai aye gi</w:t>
      </w:r>
    </w:p>
    <w:p>
      <w:pPr>
        <w:jc w:val="right"/>
      </w:pPr>
      <w:r>
        <w:t>اب ہم حکمراں کے خلاف جہاد کریں گے، جنگ کریں گے تو اور زیادہ برائی آئے گ</w:t>
      </w:r>
    </w:p>
    <w:p>
      <w:r>
        <w:rPr>
          <w:b/>
        </w:rPr>
        <w:t xml:space="preserve">[46:25] </w:t>
      </w:r>
      <w:r>
        <w:t>y. hukumraan jo hai aasani say koi apna takht o taaj chhod kar chala to jaye ga nahi. us kay pas ziyada saaz o saman hota hai, woh ziyada aah ziyada jo hai destruction karay ga.</w:t>
      </w:r>
    </w:p>
    <w:p>
      <w:pPr>
        <w:jc w:val="right"/>
      </w:pPr>
      <w:r>
        <w:t>ی۔ حکمراں جو ہے آسانی سے کوئی اپنا تخت و تاج چھوڑ کر چلا تو جائے گا نہیں۔ اس کے پاس زیادہ ساز و سامان ہوتا ہے، وہ زیادہ آہ زیادہ جو ہے destruction کرے گا۔</w:t>
      </w:r>
    </w:p>
    <w:p>
      <w:r>
        <w:rPr>
          <w:b/>
        </w:rPr>
        <w:t xml:space="preserve">[46:38] </w:t>
      </w:r>
      <w:r>
        <w:t>hamaray pas to itna saman bhi nahi hota. to yeh log jo hain yeh baaton ko nahi samjhtay, bas aik dam jang kay liye uth kharay hotay hain. aur us say nataija kuch bhi nahi milta.</w:t>
      </w:r>
    </w:p>
    <w:p>
      <w:pPr>
        <w:jc w:val="right"/>
      </w:pPr>
      <w:r>
        <w:t>ہمارے پاس تو اتنا سامان بھی نہیں ہوتا۔ تو یہ لوگ جو ہیں یہ باتوں کو نہیں سمجھتے، بس ایک دم جنگ کے لیے اٹھ کھڑے ہوتے ہیں۔ اور اس سے نتیجہ کچھ بھی نہیں ملتا۔</w:t>
      </w:r>
    </w:p>
    <w:p>
      <w:r>
        <w:rPr>
          <w:b/>
        </w:rPr>
        <w:t xml:space="preserve">[46:51] </w:t>
      </w:r>
      <w:r>
        <w:t>to yeh sari cheezain jo hain humain parhni chahiye kay hadeesoon hadees mein kya aya hai? hakim ki baatein suno, us ki itaat karo to us ka matlab kya hai?</w:t>
      </w:r>
    </w:p>
    <w:p>
      <w:pPr>
        <w:jc w:val="right"/>
      </w:pPr>
      <w:r>
        <w:t>تو یہ ساری چیزیں جو ہیں ہمیں پڑھنی چاہیے کہ حدیثوں حدیث میں کیا آیا ہے؟ حاکم کی باتیں سنو، اس کی اطاعت کرو تو اس کا مطلب کیا ہے؟</w:t>
      </w:r>
    </w:p>
    <w:p>
      <w:r>
        <w:rPr>
          <w:b/>
        </w:rPr>
        <w:t xml:space="preserve">[47:02] </w:t>
      </w:r>
      <w:r>
        <w:t>to us ka matlab wahi hai kay humain har haal mein peace ko qaim rakhna hai. to yahan tak kaha gaya hai kay agar tum ko bas namaz roza karnay day raha hai aur namaz roza agar na bhi karnay day raha hai to tum us kay khilaf jihad nahi karo, balkay woh jagah chhod kar doosri jagah chalay jao.</w:t>
      </w:r>
    </w:p>
    <w:p>
      <w:pPr>
        <w:jc w:val="right"/>
      </w:pPr>
      <w:r>
        <w:t>تو اس کا مطلب وہی ہے کہ ہمیں ہر حال میں peace کو قائم رکھنا ہے۔ تو یہاں تک کہا گیا ہے کہ اگر تم کو بس نماز روزہ کرنے دے رہا ہے اور نماز روزہ اگر نہ بھی کرنے دے رہا ہے تو تم اس کے خلاف جہاد نہیں کرو، بلکہ وہ جگہ چھوڑ کر دوسری جگہ چلے جاؤ۔</w:t>
      </w:r>
    </w:p>
    <w:p>
      <w:r>
        <w:rPr>
          <w:b/>
        </w:rPr>
        <w:t xml:space="preserve">[47:21] </w:t>
      </w:r>
      <w:r>
        <w:t>to is tarah say har halat mein us kay sath aah jihad nahi karna hai. jihad biman qital nahi karna hai.</w:t>
      </w:r>
    </w:p>
    <w:p>
      <w:pPr>
        <w:jc w:val="right"/>
      </w:pPr>
      <w:r>
        <w:t>تو اس طرح سے ہر حالت میں اس کے ساتھ آہ جہاد نہیں کرنا ہے۔ جہاد بمان قتال نہیں کرنا ہے۔</w:t>
      </w:r>
    </w:p>
    <w:p>
      <w:r>
        <w:rPr>
          <w:b/>
        </w:rPr>
        <w:t xml:space="preserve">[47:31] </w:t>
      </w:r>
      <w:r>
        <w:t>to yeh farq nahi mantay samjhtay log kay aik hota hai qoli naseehat aur aik hota hai amli takrao. to jo kaha gaya hai woh qoli naseehat kaha gaya hai.</w:t>
      </w:r>
    </w:p>
    <w:p>
      <w:pPr>
        <w:jc w:val="right"/>
      </w:pPr>
      <w:r>
        <w:t>تو یہ فرق نہیں مانتے سمجھتے لوگ کہ ایک ہوتا ہے قولی نصیحت اور ایک ہوتا ہے عملی ٹکراؤ۔ تو جو کہا گیا ہے وہ قولی نصیحت کہا گیا ہے۔</w:t>
      </w:r>
    </w:p>
    <w:p>
      <w:r>
        <w:rPr>
          <w:b/>
        </w:rPr>
        <w:t xml:space="preserve">[47:43] </w:t>
      </w:r>
      <w:r>
        <w:t>aur qoli naseehat jo hai woh sirf hukumraan thori.</w:t>
      </w:r>
    </w:p>
    <w:p>
      <w:pPr>
        <w:jc w:val="right"/>
      </w:pPr>
      <w:r>
        <w:t>اور قولی نصیحت جو ہے وہ صرف حکمراں تھوڑی۔</w:t>
      </w:r>
    </w:p>
    <w:p>
      <w:r>
        <w:rPr>
          <w:b/>
        </w:rPr>
        <w:t xml:space="preserve">[47:46] </w:t>
      </w:r>
      <w:r>
        <w:t>kisi kay andar bhi aap koi galat kaam kartay dain to aap us ko bohat hi hamdardi say, bohat hi shafqat say aur well wishing kay andaaz mein aap us ko batain kay yeh kaam woh galat kar raha hai aur us kay haq mein dua karain.</w:t>
      </w:r>
    </w:p>
    <w:p>
      <w:pPr>
        <w:jc w:val="right"/>
      </w:pPr>
      <w:r>
        <w:t>کسی کے اندر بھی آپ کوئی غلط کام کرتے دیکھیں تو آپ اس کو بہت ہی ہمدردی سے، بہت ہی شفقت سے اور well wishing کے انداز میں آپ اس کو بتائیں کہ یہ کام وہ غلط کر رہا ہے اور اس کے حق میں دعا کریں۔</w:t>
      </w:r>
    </w:p>
    <w:p>
      <w:r>
        <w:rPr>
          <w:b/>
        </w:rPr>
        <w:t xml:space="preserve">[48:00] </w:t>
      </w:r>
      <w:r>
        <w:t>aur baqayda kaha gaya hai kay tanhai mein us say mulaqat karain hukumraan say kyunkay agar sab kay samnay aap us ko bol dain gay to us ko to ego bhark jaye ga aur woh baat baat hum sunay ga hi nahi aah positively balkay aur ghussa ho jaye</w:t>
      </w:r>
    </w:p>
    <w:p>
      <w:pPr>
        <w:jc w:val="right"/>
      </w:pPr>
      <w:r>
        <w:t>اور باقاعدہ کہا گیا ہے کہ تنہائی میں اس سے ملاقات کریں حکمراں سے کیونکہ اگر سب کے سامنے آپ اس کو بول دیں گے تو اس کو تو ego بھڑک جائے گا اور وہ بات بات ہم سنے گا ہی نہیں آہ positively بلکہ اور غصہ ہو جائے</w:t>
      </w:r>
    </w:p>
    <w:p>
      <w:r>
        <w:rPr>
          <w:b/>
        </w:rPr>
        <w:t xml:space="preserve">[48:19] </w:t>
      </w:r>
      <w:r>
        <w:t>ga. to us ka koi nataija nahi niklay ga. to isi tareeqay say humain aah yeh bohat ziyada is baat ka dhiyan rakhna hai.</w:t>
      </w:r>
    </w:p>
    <w:p>
      <w:pPr>
        <w:jc w:val="right"/>
      </w:pPr>
      <w:r>
        <w:t>گا۔ تو اس کا کوئی نتیجہ نہیں نکلے گا۔ تو اسی طریقے سے ہمیں آہ یہ بہت زیادہ اس بات کا دھیان رکھنا ہے۔</w:t>
      </w:r>
    </w:p>
    <w:p>
      <w:r>
        <w:rPr>
          <w:b/>
        </w:rPr>
        <w:t xml:space="preserve">[48:29] </w:t>
      </w:r>
      <w:r>
        <w:t>khali hukumraani balkay kisi kay sath bhi inhi usoolon ko follow karna hai.</w:t>
      </w:r>
    </w:p>
    <w:p>
      <w:pPr>
        <w:jc w:val="right"/>
      </w:pPr>
      <w:r>
        <w:t>خالی حکمرانی بلکہ کسی کے ساتھ بھی انہی اصولوں کو follow کرنا ہے۔</w:t>
      </w:r>
    </w:p>
    <w:p>
      <w:r>
        <w:rPr>
          <w:b/>
        </w:rPr>
        <w:t xml:space="preserve">[48:35] </w:t>
      </w:r>
      <w:r>
        <w:t>abdullah ibn abbas ne farmaya ke agar tum ko kisi hukmran se yeh baat karni hai is tarah ki to tum ko chahiye ke tanhai mein karo, koi tumhare aur us ke darmiyan na ho.</w:t>
      </w:r>
    </w:p>
    <w:p>
      <w:pPr>
        <w:jc w:val="right"/>
      </w:pPr>
      <w:r>
        <w:t>عبداللہ ابن عباس نے فرمایا کہ اگر تم کو کسی حکمراں سے یہ بات کرنی ہے اس طرح کی تو تم کو چاہیے کہ تنہائی میں کرو، کوئی تمہارے اور اس کے درمیان نہ ہو۔</w:t>
      </w:r>
    </w:p>
    <w:p>
      <w:r>
        <w:rPr>
          <w:b/>
        </w:rPr>
        <w:t xml:space="preserve">[48:51] </w:t>
      </w:r>
      <w:r>
        <w:t>to hamein chahiye ke tum jo hadithain hain un ko un ke siyaq o sabak mein, un ke context mein dekhein. Out of context nahi dekhein.</w:t>
      </w:r>
    </w:p>
    <w:p>
      <w:pPr>
        <w:jc w:val="right"/>
      </w:pPr>
      <w:r>
        <w:t>تو ہمیں چاہیے کہ تم جو حدیثیں ہیں ان کو ان کے سیاق و سباق میں، ان کے context میں دیکھیں۔ Out of context نہیں دیکھیں۔</w:t>
      </w:r>
    </w:p>
    <w:p>
      <w:r>
        <w:rPr>
          <w:b/>
        </w:rPr>
        <w:t xml:space="preserve">[49:00] </w:t>
      </w:r>
      <w:r>
        <w:t>kyunke ek hadith len ge, us ko generalize karein ge to us ka mani kuch ka kuch nikal aye ga jabke doosri hadithain is ke khilaf hain. To bohat ziyada gehri nazar chahiye, tabhi hadithon ko hum samajh sakte hain.</w:t>
      </w:r>
    </w:p>
    <w:p>
      <w:pPr>
        <w:jc w:val="right"/>
      </w:pPr>
      <w:r>
        <w:t>کیونکہ ایک حدیث لیں گے، اس کو generalize کریں گے تو اس کا معنی کچھ کا کچھ نکل آئے گا جبکہ دوسری حدیثیں اس کے خلاف ہیں۔ تو بہت زیادہ گہری نظر چاہیے، تبھی حدیثوں کو ہم سمجھ سکتے ہیں۔</w:t>
      </w:r>
    </w:p>
    <w:p>
      <w:r>
        <w:rPr>
          <w:b/>
        </w:rPr>
        <w:t xml:space="preserve">[49:15] </w:t>
      </w:r>
      <w:r>
        <w:t>ji. To aap abhi aap ne jo bataya to us ke liye to bohat ziyada aah mein kahun ga planning ki zaroorat hai. Aah balkeh silent planning ki zaroorat hai.</w:t>
      </w:r>
    </w:p>
    <w:p>
      <w:pPr>
        <w:jc w:val="right"/>
      </w:pPr>
      <w:r>
        <w:t>جی۔ تو آپ ابھی آپ نے جو بتایا تو اس کے لیے تو بہت زیادہ آہ میں کہوں گا planning کی ضرورت ہے۔ آہ بلکہ silent planning کی ضرورت ہے۔</w:t>
      </w:r>
    </w:p>
    <w:p>
      <w:r>
        <w:rPr>
          <w:b/>
        </w:rPr>
        <w:t xml:space="preserve">[49:25] </w:t>
      </w:r>
      <w:r>
        <w:t>And like it is said that theright planning is realistic planning.</w:t>
      </w:r>
    </w:p>
    <w:p>
      <w:pPr>
        <w:jc w:val="right"/>
      </w:pPr>
      <w:r>
        <w:t>And like it is said that theright planning is realistic planning.</w:t>
      </w:r>
    </w:p>
    <w:p>
      <w:r>
        <w:rPr>
          <w:b/>
        </w:rPr>
        <w:t xml:space="preserve">[49:29] </w:t>
      </w:r>
      <w:r>
        <w:t>to aah silent planning ke hawale se aap kuch aur us ko aah aur us ko wazeh karein. Silent planning ko Maulana low profile mein kaam karne ko kehte thay.</w:t>
      </w:r>
    </w:p>
    <w:p>
      <w:pPr>
        <w:jc w:val="right"/>
      </w:pPr>
      <w:r>
        <w:t>تو آہ silent planning کے حوالے سے آپ کچھ اور اس کو آہ اور اس کو واضح کریں۔ Silent planning کو مولانا low profile میں کام کرنے کو کہتے تھے۔</w:t>
      </w:r>
    </w:p>
    <w:p>
      <w:r>
        <w:rPr>
          <w:b/>
        </w:rPr>
        <w:t xml:space="preserve">[49:41] </w:t>
      </w:r>
      <w:r>
        <w:t>itna ziyada low profile ke kehte thay ke logon ko telephone kar kar ke kehte thay ke aap log low profile mein kaam karein kyunke low profile mein kaam karne se koi masla khara nahi hota.</w:t>
      </w:r>
    </w:p>
    <w:p>
      <w:pPr>
        <w:jc w:val="right"/>
      </w:pPr>
      <w:r>
        <w:t>اتنا زیادہ low profile کہ کہتے تھے کہ لوگوں کو ٹیلی فون کر کر کے کہتے تھے کہ آپ لوگ low profile میں کام کریں کیونکہ low profile میں کام کرنے سے کوئی مسئلہ کھڑا نہیں ہوتا۔</w:t>
      </w:r>
    </w:p>
    <w:p>
      <w:r>
        <w:rPr>
          <w:b/>
        </w:rPr>
        <w:t xml:space="preserve">[49:54] </w:t>
      </w:r>
      <w:r>
        <w:t>jo opportunities jo available hain usi mein aadmi kaam karta hai. Lekin jab bare bare kaam karein to bare bare ijtimaat karein, is tarah ke kaam karein to woh us ko high profile kehte hain.</w:t>
      </w:r>
    </w:p>
    <w:p>
      <w:pPr>
        <w:jc w:val="right"/>
      </w:pPr>
      <w:r>
        <w:t>جو opportunities جو available ہیں اسی میں آدمی کام کرتا ہے۔ لیکن جب بڑے بڑے کام کریں تو بڑے بڑے اجتماعات کریں، اس طریقے کے کام کریں تو وہ اس کو high profile کہتے ہیں۔</w:t>
      </w:r>
    </w:p>
    <w:p>
      <w:r>
        <w:rPr>
          <w:b/>
        </w:rPr>
        <w:t xml:space="preserve">[50:09] </w:t>
      </w:r>
      <w:r>
        <w:t>is se koi natija nahi nikalta, bilawaja log mukhalif ban kar khare ho jate hain. To rasool Allah sal Allah alayh wasalam ne bohat ziyada silent planning ki hai.</w:t>
      </w:r>
    </w:p>
    <w:p>
      <w:pPr>
        <w:jc w:val="right"/>
      </w:pPr>
      <w:r>
        <w:t>اس سے کوئی نتیجہ نہیں نکلتا، بلاوجہ لوگ مخالف بن کر کھڑے ہو جاتے ہیں۔ تو رسول اللہ صلی اللہ علیہ وسلم نے بہت زیادہ silent planning کی ہے۔</w:t>
      </w:r>
    </w:p>
    <w:p>
      <w:r>
        <w:rPr>
          <w:b/>
        </w:rPr>
        <w:t xml:space="preserve">[50:20] </w:t>
      </w:r>
      <w:r>
        <w:t>mein ek do misaal aap ko doon gi</w:t>
      </w:r>
    </w:p>
    <w:p>
      <w:pPr>
        <w:jc w:val="right"/>
      </w:pPr>
      <w:r>
        <w:t>میں ایک دو مثال آپ کو دوں گی</w:t>
      </w:r>
    </w:p>
    <w:p>
      <w:r>
        <w:rPr>
          <w:b/>
        </w:rPr>
        <w:t xml:space="preserve">[50:22] </w:t>
      </w:r>
      <w:r>
        <w:t>. Jaise jab aap aah makkah chhod rahe thay, madina ja rahe thay to bohat hi khamoshi se aap ne poori planning ki. Bohat pehle se Hazrat Abu Bakr ne do oont tayyar karwaye aur kahin door desert mein us ko aah rakha taake woh tayyar rahe jab aap ko jana ho.</w:t>
      </w:r>
    </w:p>
    <w:p>
      <w:pPr>
        <w:jc w:val="right"/>
      </w:pPr>
      <w:r>
        <w:t>۔ جیسے جب آپ آہ مکہ چھوڑ رہے تھے، مدینہ جا رہے تھے تو بہت ہی خاموشی سے آپ نے پوری planning کی۔ بہت پہلے سے حضرت ابوبکر نے دو اونٹ تیار کروائے اور کہیں دور desert میں اس کو آہ رکھا تاکہ وہ تیار رہے جب آپ کو جانا ہو۔</w:t>
      </w:r>
    </w:p>
    <w:p>
      <w:r>
        <w:rPr>
          <w:b/>
        </w:rPr>
        <w:t xml:space="preserve">[50:42] </w:t>
      </w:r>
      <w:r>
        <w:t>phir us ke baad aap ne Hazrat Ali ko apne bistar par lita ke khamoshi se aadhi raat ko nikal gaye wahan se. Phir us ke baad seedha jo rasta tha aah makkah se madina, us raste par nahi gaye kyunke aap ko pata tha ke jo quraish hain woh peechhe niklein ge dhoondne ke liye.</w:t>
      </w:r>
    </w:p>
    <w:p>
      <w:pPr>
        <w:jc w:val="right"/>
      </w:pPr>
      <w:r>
        <w:t>پھر اس کے بعد آپ نے حضرت علی کو اپنے بستر پر لٹا کے خاموشی سے آدھی رات کو نکل گئے وہاں سے۔ پھر اس کے بعد سیدھا جو راستہ تھا آہ مکہ سے مدینہ، اس راستے پر نہیں گئے کیونکہ آپ کو پتہ تھا کہ جو قریش ہیں وہ پیچھے نکلیں گے ڈھونڈنے کے لیے۔</w:t>
      </w:r>
    </w:p>
    <w:p>
      <w:r>
        <w:rPr>
          <w:b/>
        </w:rPr>
        <w:t xml:space="preserve">[51:00] </w:t>
      </w:r>
      <w:r>
        <w:t>to aap ultay raste par gaye, ultay raste par ek ghar thor tha.</w:t>
      </w:r>
    </w:p>
    <w:p>
      <w:pPr>
        <w:jc w:val="right"/>
      </w:pPr>
      <w:r>
        <w:t>تو آپ الٹے راستے پر گئے، الٹے راستے پر ایک غار ثور تھا۔</w:t>
      </w:r>
    </w:p>
    <w:p>
      <w:r>
        <w:rPr>
          <w:b/>
        </w:rPr>
        <w:t xml:space="preserve">[51:04] </w:t>
      </w:r>
      <w:r>
        <w:t>wahan par aap kai dinon tak wahan par khamoshi se chhupe rahe. Phir jab laga ke hum sab quraish jo hain nikal chuke hain, ab dhoond dhoond ke talash kar ke thak gaye hain, tab ja ke aap wahan se nikal kar aap madina gaye.</w:t>
      </w:r>
    </w:p>
    <w:p>
      <w:pPr>
        <w:jc w:val="right"/>
      </w:pPr>
      <w:r>
        <w:t>وہاں پر آپ کئی دنوں تک وہاں پر خاموشی سے چھپے رہے۔ پھر جب لگا کہ ہم سب قریش جو ہیں نکل چکے ہیں، اب ڈھونڈ ڈھونڈ کے تلاش کر کے تھک گئے ہیں، تب جا کے آپ وہاں سے نکل کر آپ مدینہ گئے۔</w:t>
      </w:r>
    </w:p>
    <w:p>
      <w:r>
        <w:rPr>
          <w:b/>
        </w:rPr>
        <w:t xml:space="preserve">[51:18] </w:t>
      </w:r>
      <w:r>
        <w:t>to is tarah ke aap ne bohat sare kaam kiye kyunke yeh khamosh planning bohat zaroori hoti hai. Kyunke jahan logon ko maloom ho jaye ga, wahan log mukhalifat karna shuru kar dein ge.</w:t>
      </w:r>
    </w:p>
    <w:p>
      <w:pPr>
        <w:jc w:val="right"/>
      </w:pPr>
      <w:r>
        <w:t>تو اس طریقے کے آپ نے بہت سارے کام کیے کیونکہ یہ خاموش planning بہت ضروری ہوتی ہے۔ کیونکہ جہاں لوگوں کو معلوم ہو جائے گا، وہاں لوگ مخالفت کرنا شروع کر دیں گے۔</w:t>
      </w:r>
    </w:p>
    <w:p>
      <w:r>
        <w:rPr>
          <w:b/>
        </w:rPr>
        <w:t xml:space="preserve">[51:29] </w:t>
      </w:r>
      <w:r>
        <w:t>to isi tarah se aap ne fateh makkah mein kiya. Woh to bilkul masterpiece hai khamosh planning ka ke kisi ko bhi nahi maloom tha.</w:t>
      </w:r>
    </w:p>
    <w:p>
      <w:pPr>
        <w:jc w:val="right"/>
      </w:pPr>
      <w:r>
        <w:t>تو اسی طریقے سے آپ نے فتح مکہ میں کیا۔ وہ تو بالکل masterpiece ہے خاموش planning کا کہ کسی کو بھی نہیں معلوم تھا۔</w:t>
      </w:r>
    </w:p>
    <w:p>
      <w:r>
        <w:rPr>
          <w:b/>
        </w:rPr>
        <w:t xml:space="preserve">[51:38] </w:t>
      </w:r>
      <w:r>
        <w:t>Hazrat Abu Bakr ko bhi nahi maloom tha. Hazrat Abu Bakr ne Hazrat Aisha se poocha jo un ki beti theen, yeh tumhein kuch maloom hai? Unhon ne kaha mujhe bhi kuch nahi maloom.</w:t>
      </w:r>
    </w:p>
    <w:p>
      <w:pPr>
        <w:jc w:val="right"/>
      </w:pPr>
      <w:r>
        <w:t>حضرت ابوبکر کو بھی نہیں معلوم تھا۔ حضرت ابوبکر نے حضرت عائشہ سے پوچھا جو ان کی بیٹی تھیں، یہ تمہیں کچھ معلوم ہے؟ انہوں نے کہا مجھے بھی کچھ نہیں معلوم۔</w:t>
      </w:r>
    </w:p>
    <w:p>
      <w:r>
        <w:rPr>
          <w:b/>
        </w:rPr>
        <w:t xml:space="preserve">[51:47] </w:t>
      </w:r>
      <w:r>
        <w:t>to is tarah se aap ne planning ki aur bohat sare logon ko poore aas pas ke ilaqon mein logon ko phaila diya ke khabar lete rahein ke koi aisa to nahi yeh waqia hota ke log ja ke quraish ko khabar kar dein ke wahan par das hazar ki tadad mein log aa rahe hain.</w:t>
      </w:r>
    </w:p>
    <w:p>
      <w:pPr>
        <w:jc w:val="right"/>
      </w:pPr>
      <w:r>
        <w:t>تو اس طریقے سے آپ نے planning کی اور بہت سارے لوگوں کو پورے آس پاس کے علاقوں میں لوگوں کو پھیلا دیا کہ خبر لیتے رہیں کہ کوئی ایسا تو نہیں یہ واقعہ ہوتا کہ لوگ جا کے قریش کو خبر کر دیں کہ وہاں پر دس ہزار کی تعداد میں لوگ آ رہے ہیں۔</w:t>
      </w:r>
    </w:p>
    <w:p>
      <w:r>
        <w:rPr>
          <w:b/>
        </w:rPr>
        <w:t xml:space="preserve">[52:08] </w:t>
      </w:r>
      <w:r>
        <w:t>to isi wajah se to aap ki intelligence jo hai bohat zabardast thi.</w:t>
      </w:r>
    </w:p>
    <w:p>
      <w:pPr>
        <w:jc w:val="right"/>
      </w:pPr>
      <w:r>
        <w:t>تو اسی وجہ سے تو آپ کی intelligence جو ہے بہت زبردست تھی۔</w:t>
      </w:r>
    </w:p>
    <w:p>
      <w:r>
        <w:rPr>
          <w:b/>
        </w:rPr>
        <w:t xml:space="preserve">[52:14] </w:t>
      </w:r>
      <w:r>
        <w:t>sab baatein aap ko pata chal jati theen. Aur is mein to kaha jata hai ke Allah taala ne madad ki kyunke ek ek aadmi ne khamoshi se ek khat likh kar ek aurat ke sath rawana kiya tha ke us ke ghar wale family wale wahan rehte thay.</w:t>
      </w:r>
    </w:p>
    <w:p>
      <w:pPr>
        <w:jc w:val="right"/>
      </w:pPr>
      <w:r>
        <w:t>سب باتیں آپ کو پتہ چل جاتی تھیں۔ اور اس میں تو کہا جاتا ہے کہ اللہ تعالیٰ نے مدد کی کیونکہ ایک ایک آدمی نے خاموشی سے ایک خط لکھ کر ایک عورت کے ساتھ روانہ کیا تھا کہ اس کے گھر والے family والے وہاں رہتے تھے۔</w:t>
      </w:r>
    </w:p>
    <w:p>
      <w:r>
        <w:rPr>
          <w:b/>
        </w:rPr>
        <w:t xml:space="preserve">[52:29] </w:t>
      </w:r>
      <w:r>
        <w:t>us ne socha ke ab makkah mein itne sab log jayen ge, kahin jang hogi to un ko woh mare jayen ge. To us ne ek khat likh kar wapas bhujwaya.</w:t>
      </w:r>
    </w:p>
    <w:p>
      <w:pPr>
        <w:jc w:val="right"/>
      </w:pPr>
      <w:r>
        <w:t>اس نے سوچا کہ اب مکہ میں اتنے سب لوگ جائیں گے، کہیں جنگ ہوگی تو ان کو وہ مارے جائیں گے۔ تو اس نے ایک خط لکھ کر واپس بھجوایا۔</w:t>
      </w:r>
    </w:p>
    <w:p>
      <w:r>
        <w:rPr>
          <w:b/>
        </w:rPr>
        <w:t xml:space="preserve">[52:39] </w:t>
      </w:r>
      <w:r>
        <w:t>to Allah taala ne bata diya. To phir us ko maloom kiya gaya</w:t>
      </w:r>
    </w:p>
    <w:p>
      <w:pPr>
        <w:jc w:val="right"/>
      </w:pPr>
      <w:r>
        <w:t>تو اللہ تعالیٰ نے بتا دیا۔ تو پھر اس کو معلوم کیا گیا</w:t>
      </w:r>
    </w:p>
    <w:p>
      <w:r>
        <w:rPr>
          <w:b/>
        </w:rPr>
        <w:t xml:space="preserve">[52:44] </w:t>
      </w:r>
      <w:r>
        <w:t>to woh ek aurat ke pas woh khat nikla. To is tarah se aap ne khamosh planning ki, ek dam achaanak makkah mein dakhil ho gaye.</w:t>
      </w:r>
    </w:p>
    <w:p>
      <w:pPr>
        <w:jc w:val="right"/>
      </w:pPr>
      <w:r>
        <w:t>تو وہ ایک عورت کے پاس وہ خط نکلا۔ تو اس طریقے سے آپ نے خاموش planning کی، ایک دم اچانک مکہ میں داخل ہو گئے۔</w:t>
      </w:r>
    </w:p>
    <w:p>
      <w:r>
        <w:rPr>
          <w:b/>
        </w:rPr>
        <w:t xml:space="preserve">[52:54] </w:t>
      </w:r>
      <w:r>
        <w:t>to is ki wajah kya thi ke makkah wale jo hain jang ki tayyari na kar payein. To is tarah bloodshed nahi hoga. Aur wahan ja kar ailan kiya ke jo log bhi apne gharon mein rahein, un ko aman hai.</w:t>
      </w:r>
    </w:p>
    <w:p>
      <w:pPr>
        <w:jc w:val="right"/>
      </w:pPr>
      <w:r>
        <w:t>تو اس کی وجہ کیا تھی کہ مکہ والے جو ہیں جنگ کی تیاری نہ کر پائیں۔ تو اس طرح bloodshed نہیں ہوگا۔ اور وہاں جا کر اعلان کیا کہ جو لوگ بھی اپنے گھروں میں رہیں، ان کو امان ہے۔</w:t>
      </w:r>
    </w:p>
    <w:p>
      <w:r>
        <w:rPr>
          <w:b/>
        </w:rPr>
        <w:t xml:space="preserve">[53:08] </w:t>
      </w:r>
      <w:r>
        <w:t>jo kaba mein aa jaye, un ko aman hai.</w:t>
      </w:r>
    </w:p>
    <w:p>
      <w:pPr>
        <w:jc w:val="right"/>
      </w:pPr>
      <w:r>
        <w:t>جو کعبہ میں آ جائے، ان کو امان ہے۔</w:t>
      </w:r>
    </w:p>
    <w:p>
      <w:r>
        <w:rPr>
          <w:b/>
        </w:rPr>
        <w:t xml:space="preserve">[53:10] </w:t>
      </w:r>
      <w:r>
        <w:t>jo khaas khaas sardar thay jaisay abu sufyan, un ke ghar mein jo chala jaye, woh aman hai. to is tareeqay say sab ko aman di aur is ke baad tamam logon ko maaf kar diya.</w:t>
      </w:r>
    </w:p>
    <w:p>
      <w:pPr>
        <w:jc w:val="right"/>
      </w:pPr>
      <w:r>
        <w:t>جو خاص خاص سردار تھے جیسے ابو سفیان، ان کے گھر میں جو چلا جائے، وہ امان ہے۔ تو اس طریقے سے سب کو امان دی اور اس کے بعد تمام لوگوں کو معاف کر دیا۔</w:t>
      </w:r>
    </w:p>
    <w:p>
      <w:r>
        <w:rPr>
          <w:b/>
        </w:rPr>
        <w:t xml:space="preserve">[53:22] </w:t>
      </w:r>
      <w:r>
        <w:t>to yeh khamosh planning jo hai, is ki wajah say itna bara masla hal ho gaya ke makkah without bloodshed conquer ho gaya.</w:t>
      </w:r>
    </w:p>
    <w:p>
      <w:pPr>
        <w:jc w:val="right"/>
      </w:pPr>
      <w:r>
        <w:t>تو یہ خاموش planning جو ہے، اس کی وجہ سے اتنا بڑا مسئلہ حل ہو گیا کہ مکہ without bloodshed کانکر ہو گیا۔</w:t>
      </w:r>
    </w:p>
    <w:p>
      <w:r>
        <w:rPr>
          <w:b/>
        </w:rPr>
        <w:t xml:space="preserve">[53:31] </w:t>
      </w:r>
      <w:r>
        <w:t>ji. aah apa isi par phir aah aakhri sawal bhi poochna chahoon ga ke planning ka aik hissa yeh bhi hai, shura aah quran mein bohat emphasize kiya hai, which literally means consultation.</w:t>
      </w:r>
    </w:p>
    <w:p>
      <w:pPr>
        <w:jc w:val="right"/>
      </w:pPr>
      <w:r>
        <w:t>جی۔ آہ آپا اسی پر پھر آہ آخری سوال بھی پوچھنا چاہوں گا کہ planning کا ایک حصہ یہ بھی ہے، شوریٰ آہ قرآن میں بہت emphasize کیا ہے، which literally means consultation۔</w:t>
      </w:r>
    </w:p>
    <w:p>
      <w:r>
        <w:rPr>
          <w:b/>
        </w:rPr>
        <w:t xml:space="preserve">[53:43] </w:t>
      </w:r>
      <w:r>
        <w:t>to is ke baray mein bhi aap batayein ke is ke peechay kya hikmat hai? quran mein poora chapter hai aah</w:t>
      </w:r>
    </w:p>
    <w:p>
      <w:pPr>
        <w:jc w:val="right"/>
      </w:pPr>
      <w:r>
        <w:t>تو اس کے بارے میں بھی آپ بتائیں کہ اس کے پیچھے کیا حکمت ہے؟ قرآن میں پورا چیپٹر ہے آہ</w:t>
      </w:r>
    </w:p>
    <w:p>
      <w:r>
        <w:rPr>
          <w:b/>
        </w:rPr>
        <w:t xml:space="preserve">[53:51] </w:t>
      </w:r>
      <w:r>
        <w:t>shura par. asal mein jo bhi mamlaat hotay hain to is mein kai baar aisa hota hai ke akela insan jo hai woh faislay tak nahi puhanch pata.</w:t>
      </w:r>
    </w:p>
    <w:p>
      <w:pPr>
        <w:jc w:val="right"/>
      </w:pPr>
      <w:r>
        <w:t>شوریٰ پر۔ اصل میں جو بھی معاملات ہوتے ہیں تو اس میں کئی بار ایسا ہوتا ہے کہ اکیلا انسان جو ہے وہ فیصلے تک نہیں پہنچ پاتا۔</w:t>
      </w:r>
    </w:p>
    <w:p>
      <w:r>
        <w:rPr>
          <w:b/>
        </w:rPr>
        <w:t xml:space="preserve">[54:03] </w:t>
      </w:r>
      <w:r>
        <w:t>to har jagah yeh hota hai ke meeting hoti hai, log faislay kartay hain. aah doosray log jo members hotay hain, woh apni apni rai detay hain.</w:t>
      </w:r>
    </w:p>
    <w:p>
      <w:pPr>
        <w:jc w:val="right"/>
      </w:pPr>
      <w:r>
        <w:t>تو ہر جگہ یہ ہوتا ہے کہ میٹنگ ہوتی ہے، لوگ فیصلے کرتے ہیں۔ آہ دوسرے لوگ جو members ہوتے ہیں، وہ اپنی اپنی رائے دیتے ہیں۔</w:t>
      </w:r>
    </w:p>
    <w:p>
      <w:r>
        <w:rPr>
          <w:b/>
        </w:rPr>
        <w:t xml:space="preserve">[54:12] </w:t>
      </w:r>
      <w:r>
        <w:t>to rasool Allah sal Allah alayh wasallam to chounkay peghambar thay, to kai baar aap ko aah angel ke zariye hidayat mil jati thi, lekin aap bhi peghambar honay ke bawajood aap bhi bohat ziyada mashwara kartay thay.</w:t>
      </w:r>
    </w:p>
    <w:p>
      <w:pPr>
        <w:jc w:val="right"/>
      </w:pPr>
      <w:r>
        <w:t>تو رسول اللہ صلی اللہ علیہ وسلم تو چونکہ پیغمبر تھے، تو کئی بار آپ کو آہ angel کے ذریعے ہدایت مل جاتی تھی، لیکن آپ بھی پیغمبر ہونے کے باوجود آپ بھی بہت زیادہ مشورہ کرتے تھے۔</w:t>
      </w:r>
    </w:p>
    <w:p>
      <w:r>
        <w:rPr>
          <w:b/>
        </w:rPr>
        <w:t xml:space="preserve">[54:25] </w:t>
      </w:r>
      <w:r>
        <w:t>to mashwaray ka maulana ne likha hai ke collective thinking ka doosra naam jo hai woh consultation hai. aur aap quran mein is mein kaha gaya hai ke mamlaat mein in se mashwara</w:t>
      </w:r>
    </w:p>
    <w:p>
      <w:pPr>
        <w:jc w:val="right"/>
      </w:pPr>
      <w:r>
        <w:t>تو مشورے کا مولانا نے لکھا ہے کہ collective thinking کا دوسرا نام جو ہے وہ consultation ہے۔ اور آپ قرآن میں اس میں کہا گیا ہے کہ معاملات میں ان سے مشورہ</w:t>
      </w:r>
    </w:p>
    <w:p>
      <w:r>
        <w:rPr>
          <w:b/>
        </w:rPr>
        <w:t xml:space="preserve">[54:39] </w:t>
      </w:r>
      <w:r>
        <w:t>lo. kyunke dekhiye, har aadmi ka aah soch alag hoti hai, uska background alag hota hai, uska experiences alag hotay hain.</w:t>
      </w:r>
    </w:p>
    <w:p>
      <w:pPr>
        <w:jc w:val="right"/>
      </w:pPr>
      <w:r>
        <w:t>لو۔ کیونکہ دیکھیے، ہر آدمی کا آہ سوچ الگ ہوتی ہے، اس کا background الگ ہوتا ہے، اس کا experiences الگ ہوتے ہیں۔</w:t>
      </w:r>
    </w:p>
    <w:p>
      <w:r>
        <w:rPr>
          <w:b/>
        </w:rPr>
        <w:t xml:space="preserve">[54:48] </w:t>
      </w:r>
      <w:r>
        <w:t>to jab woh mashwara de ga to bohat sari rai samnay aye gi, is mein jo rai best hogi, us ko aap aah ikhtiyar kar lein.</w:t>
      </w:r>
    </w:p>
    <w:p>
      <w:pPr>
        <w:jc w:val="right"/>
      </w:pPr>
      <w:r>
        <w:t>تو جب وہ مشورہ دے گا تو بہت ساری رائے سامنے آئے گی، اس میں جو رائے best ہوگی، اس کو آپ آہ اختیار کر لیں۔</w:t>
      </w:r>
    </w:p>
    <w:p>
      <w:r>
        <w:rPr>
          <w:b/>
        </w:rPr>
        <w:t xml:space="preserve">[54:59] </w:t>
      </w:r>
      <w:r>
        <w:t>to is wajah say rasool Allah sal Allah alayh wasallam bohat ziyada mashwara kartay thay. aur aik baar aisa hua jo ghazwa e khandaq hui thi</w:t>
      </w:r>
    </w:p>
    <w:p>
      <w:pPr>
        <w:jc w:val="right"/>
      </w:pPr>
      <w:r>
        <w:t>تو اس وجہ سے رسول اللہ صلی اللہ علیہ وسلم بہت زیادہ مشورہ کرتے تھے۔ اور ایک بار ایسا ہوا جو غزوہ خندق ہوئی تھی</w:t>
      </w:r>
    </w:p>
    <w:p>
      <w:r>
        <w:rPr>
          <w:b/>
        </w:rPr>
        <w:t xml:space="preserve">[55:09] </w:t>
      </w:r>
      <w:r>
        <w:t>na. ji. to bohat bari tadad jo hai quraish ki army woh aa gayi thi. ab jang honay mein sirf tabahi hoti hai.</w:t>
      </w:r>
    </w:p>
    <w:p>
      <w:pPr>
        <w:jc w:val="right"/>
      </w:pPr>
      <w:r>
        <w:t>نا۔ جی۔ تو بہت بڑی تعداد جو ہے قریش کی آرمی وہ آ گئی تھی۔ اب جنگ ہونے میں صرف تباہی ہوتی ہے۔</w:t>
      </w:r>
    </w:p>
    <w:p>
      <w:r>
        <w:rPr>
          <w:b/>
        </w:rPr>
        <w:t xml:space="preserve">[55:18] </w:t>
      </w:r>
      <w:r>
        <w:t>to aap ne mashwara kiya to is mein aik salman farsi thay, woh iran ke rehne walay thay. to unhon ne kaha ke iran mein agar badshah log jab jang nahi chahtay hain to khandaq khod diya karte hain.</w:t>
      </w:r>
    </w:p>
    <w:p>
      <w:pPr>
        <w:jc w:val="right"/>
      </w:pPr>
      <w:r>
        <w:t>تو آپ نے مشورہ کیا تو اس میں ایک سلمان فارسی تھے، وہ ایران کے رہنے والے تھے۔ تو انہوں نے کہا کہ ایران میں اگر بادشاہ لوگ جب جنگ نہیں چاہتے ہیں تو خندق کھود دیا کرتے ہیں۔</w:t>
      </w:r>
    </w:p>
    <w:p>
      <w:r>
        <w:rPr>
          <w:b/>
        </w:rPr>
        <w:t xml:space="preserve">[55:31] </w:t>
      </w:r>
      <w:r>
        <w:t>to yeh rai jo hai rasool Allah sal Allah alayh wasallam ko bohat pasand aayi. aur aap ne apne tamam ashaab ke sath mil kar woh khandaq khodi thi, jis ki wajah say woh jang jo hai woh tal gayi.</w:t>
      </w:r>
    </w:p>
    <w:p>
      <w:pPr>
        <w:jc w:val="right"/>
      </w:pPr>
      <w:r>
        <w:t>تو یہ رائے جو ہے رسول اللہ صلی اللہ علیہ وسلم کو بہت پسند آئی۔ اور آپ نے اپنے تمام اصحاب کے ساتھ مل کر وہ خندق کھودی تھی، جس کی وجہ سے وہ جنگ جو ہے وہ ٹل گئی۔</w:t>
      </w:r>
    </w:p>
    <w:p>
      <w:r>
        <w:rPr>
          <w:b/>
        </w:rPr>
        <w:t xml:space="preserve">[55:43] </w:t>
      </w:r>
      <w:r>
        <w:t>to ab yeh hai ke aaj kal jo hai na log mashwara culture nahi samajhtay hain. woh apna mashwara dein ge aur agar un ke mashwaray par amal nahi kiya jaye ga to woh us ko bura mantay hain.</w:t>
      </w:r>
    </w:p>
    <w:p>
      <w:pPr>
        <w:jc w:val="right"/>
      </w:pPr>
      <w:r>
        <w:t>تو اب یہ ہے کہ آج کل جو ہے نا لوگ مشورہ کلچر نہیں سمجھتے ہیں۔ وہ اپنا مشورہ دیں گے اور اگر ان کے مشورے پر عمل نہیں کیا جائے گا تو وہ اس کو برا مانتے ہیں۔</w:t>
      </w:r>
    </w:p>
    <w:p>
      <w:r>
        <w:rPr>
          <w:b/>
        </w:rPr>
        <w:t xml:space="preserve">[55:56] </w:t>
      </w:r>
      <w:r>
        <w:t>woh us ko mashwaray ko aah sirf hamara kaam mashwara dena hai. jo aah jo hamara leader hota hai, woh manay ga ke kaun mashwara sahi hai aur kis mashwaray ko hamein accept karna chahiye.</w:t>
      </w:r>
    </w:p>
    <w:p>
      <w:pPr>
        <w:jc w:val="right"/>
      </w:pPr>
      <w:r>
        <w:t>وہ اس کو مشورے کو آہ صرف ہمارا کام مشورہ دینا ہے۔ جو آہ جو ہمارا لیڈر ہوتا ہے، وہ مانے گا کہ کون مشورہ صحیح ہے اور کس مشورے کو ہمیں accept کرنا چاہیے۔</w:t>
      </w:r>
    </w:p>
    <w:p>
      <w:r>
        <w:rPr>
          <w:b/>
        </w:rPr>
        <w:t xml:space="preserve">[56:12] </w:t>
      </w:r>
      <w:r>
        <w:t>to is mein jo hai sab se bara masla jo hai jo samajh mein aata hai, woh yeh hai ke hum hamara i jo hai, hamara ego jo hai, wohi masla ban jata hai.</w:t>
      </w:r>
    </w:p>
    <w:p>
      <w:pPr>
        <w:jc w:val="right"/>
      </w:pPr>
      <w:r>
        <w:t>تو اس میں جو ہے سب سے بڑا مسئلہ جو ہے جو سمجھ میں آتا ہے، وہ یہ ہے کہ ہم ہمارا آئی جو ہے، ہمارا ego جو ہے، وہی مسئلہ بن جاتا ہے۔</w:t>
      </w:r>
    </w:p>
    <w:p>
      <w:r>
        <w:rPr>
          <w:b/>
        </w:rPr>
        <w:t xml:space="preserve">[56:22] </w:t>
      </w:r>
      <w:r>
        <w:t>to</w:t>
      </w:r>
    </w:p>
    <w:p>
      <w:pPr>
        <w:jc w:val="right"/>
      </w:pPr>
      <w:r>
        <w:t>تو</w:t>
      </w:r>
    </w:p>
    <w:p>
      <w:r>
        <w:rPr>
          <w:b/>
        </w:rPr>
        <w:t xml:space="preserve">[56:23] </w:t>
      </w:r>
      <w:r>
        <w:t>ego agar keh dein hamaray mashwaray ko logon ne nahi mana, to yeh to mein kehti hoon ke jo abdullah ibn ubai tha, woh us ne isi baat par to jang e uhud mein aah apnay saathiyon ke sath do dhai so us ke saathi thay, alag ho gaye thay ke hamaray mashwaray ko nahi mana gaya.</w:t>
      </w:r>
    </w:p>
    <w:p>
      <w:pPr>
        <w:jc w:val="right"/>
      </w:pPr>
      <w:r>
        <w:t>ego اگر کہہ دیں ہمارے مشورے کو لوگوں نے نہیں مانا، تو یہ تو میں کہتی ہوں کہ جو عبداللہ ابن ابیہ تھا، وہ اس نے اسی بات پر تو جنگ احد میں آہ اپنے ساتھیوں کے ساتھ دو ڈھائی سو اس کے ساتھی تھے، الگ ہو گئے تھے کہ ہمارے مشورے کو نہیں مانا گیا۔</w:t>
      </w:r>
    </w:p>
    <w:p>
      <w:r>
        <w:rPr>
          <w:b/>
        </w:rPr>
        <w:t xml:space="preserve">[56:39] </w:t>
      </w:r>
      <w:r>
        <w:t>to yeh jo hai aik munafiq ka tareeqa hai ke mashwaray ko nahi mano to alag ho jao.</w:t>
      </w:r>
    </w:p>
    <w:p>
      <w:pPr>
        <w:jc w:val="right"/>
      </w:pPr>
      <w:r>
        <w:t>تو یہ جو ہے ایک منافق کا طریقہ ہے کہ مشورے کو نہیں مانو تو الگ ہو جاؤ۔</w:t>
      </w:r>
    </w:p>
    <w:p>
      <w:r>
        <w:rPr>
          <w:b/>
        </w:rPr>
        <w:t xml:space="preserve">[56:45] </w:t>
      </w:r>
      <w:r>
        <w:t>to hamein har halat mein is baat ka paband apne aap ko banana hai ke hum ko sirf mashwara dena hai, baqi jo decide karnay wala hai, woh decide karega ke kaun sa mashwara accept karna hai, kaun sa nahi karna hai.</w:t>
      </w:r>
    </w:p>
    <w:p>
      <w:pPr>
        <w:jc w:val="right"/>
      </w:pPr>
      <w:r>
        <w:t>تو ہمیں ہر حالت میں اس بات کا پابند اپنے آپ کو بنانا ہے کہ ہم کو صرف مشورہ دینا ہے، باقی جو decide کرنے والا ہے، وہ decide کرے گا کہ کون سا مشورہ accept کرنا ہے، کون سا نہیں کرنا ہے۔</w:t>
      </w:r>
    </w:p>
    <w:p>
      <w:r>
        <w:rPr>
          <w:b/>
        </w:rPr>
        <w:t xml:space="preserve">[57:02] </w:t>
      </w:r>
      <w:r>
        <w:t>kyunke jo believer hota hai na, uska yeh masla hi nahi hota ke is dunya mein us ki rai ko ahmiyat di gayi ke nahi di gayi, uska to sab kuch jo hai na, woh paradise hota hai, akhirat hota hai, khuda hota hai.</w:t>
      </w:r>
    </w:p>
    <w:p>
      <w:pPr>
        <w:jc w:val="right"/>
      </w:pPr>
      <w:r>
        <w:t>کیونکہ جو believer ہوتا ہے نا، اس کا یہ مسئلہ ہی نہیں ہوتا کہ اس دنیا میں اس کی رائے کو اہمیت دی گئی کہ نہیں دی گئی، اس کا تو سب کچھ جو ہے نا، وہ paradise ہوتا ہے، آخرت ہوتا ہے، خدا ہوتا ہے۔</w:t>
      </w:r>
    </w:p>
    <w:p>
      <w:r>
        <w:rPr>
          <w:b/>
        </w:rPr>
        <w:t xml:space="preserve">[57:15] </w:t>
      </w:r>
      <w:r>
        <w:t>to uska paradise to nahi chheeni, uska khuda se uska taluq to nahi toota. yeh asal cheez dekhnay ki hoti hai, na yeh ke us ki rai par amal hua ke nahi amal hua.</w:t>
      </w:r>
    </w:p>
    <w:p>
      <w:pPr>
        <w:jc w:val="right"/>
      </w:pPr>
      <w:r>
        <w:t>تو اس کا paradise تو نہیں چھینی، اس کا خدا سے اس کا تعلق تو نہیں ٹوٹا۔ یہ اصل چیز دیکھنے کی ہوتی ہے، نہ یہ کہ اس کی رائے پر عمل ہوا کہ نہیں عمل ہوا۔</w:t>
      </w:r>
    </w:p>
    <w:p>
      <w:r>
        <w:rPr>
          <w:b/>
        </w:rPr>
        <w:t xml:space="preserve">[57:26] </w:t>
      </w:r>
      <w:r>
        <w:t>to is ke ansar jo hain, woh bohat zabardast, unhon ne is ki misaal pesh ki hai ke ansar ne sari qurbaniyan jo hain, woh ansar ne dein.</w:t>
      </w:r>
    </w:p>
    <w:p>
      <w:pPr>
        <w:jc w:val="right"/>
      </w:pPr>
      <w:r>
        <w:t>تو اس کے انصار جو ہیں، وہ بہت زبردست، انہوں نے اس کی مثال پیش کی ہے کہ انصار نے ساری قربانیاں جو ہیں، وہ انصار نے دیں۔</w:t>
      </w:r>
    </w:p>
    <w:p>
      <w:r>
        <w:rPr>
          <w:b/>
        </w:rPr>
        <w:t xml:space="preserve">[57:37] </w:t>
      </w:r>
      <w:r>
        <w:t>aur itni ziyada matlab itni aisi qurbani shayad tareekh mein na di gayi hogi jo unhon ne deen. is ke bawajood woh back seat par rehne ke liye raazi hue.</w:t>
      </w:r>
    </w:p>
    <w:p>
      <w:pPr>
        <w:jc w:val="right"/>
      </w:pPr>
      <w:r>
        <w:t>اور اتنی زیادہ مطلب اتنی ایسی قربانی شاید تاریخ میں نہ دی گئی ہوگی جو انہوں نے دی۔ اس کے باوجود وہ back seat پر رہنے کے لیے راضی ہوئے۔</w:t>
      </w:r>
    </w:p>
    <w:p>
      <w:r>
        <w:rPr>
          <w:b/>
        </w:rPr>
        <w:t xml:space="preserve">[57:49] </w:t>
      </w:r>
      <w:r>
        <w:t>jab khilafat ka waqt aaya to hazrat abubakar, hazrat umar, hazrat ali, hazrat usman khalifa bane, un ko kuch bhi nahi mila.</w:t>
      </w:r>
    </w:p>
    <w:p>
      <w:pPr>
        <w:jc w:val="right"/>
      </w:pPr>
      <w:r>
        <w:t>جب خلافت کا وقت آیا تو حضرت ابوبکر، حضرت عمر، حضرت علی، حضرت عثمان خلیفہ بنے، ان کو کچھ بھی نہیں ملا۔</w:t>
      </w:r>
    </w:p>
    <w:p>
      <w:r>
        <w:rPr>
          <w:b/>
        </w:rPr>
        <w:t xml:space="preserve">[57:58] </w:t>
      </w:r>
      <w:r>
        <w:t>wo is par bhi raazi. kyunke un ki nazar jo thi, wo akhirat par thi. dunya ki cheezein jo hain, un ko mile na mile, wo koi un ke liye koi masla nahi tha.</w:t>
      </w:r>
    </w:p>
    <w:p>
      <w:pPr>
        <w:jc w:val="right"/>
      </w:pPr>
      <w:r>
        <w:t>وہ اس پر بھی راضی۔ کیونکہ ان کی نظر جو تھی، وہ آخرت پر تھی۔ دنیا کی چیزیں جو ہیں، ان کو ملے نہ ملے، وہ کوئی ان کے لیے کوئی مسئلہ نہیں تھا۔</w:t>
      </w:r>
    </w:p>
    <w:p>
      <w:r>
        <w:rPr>
          <w:b/>
        </w:rPr>
        <w:t xml:space="preserve">[58:09] </w:t>
      </w:r>
      <w:r>
        <w:t>to hamare liye bhi jo hai na, mission hum ah rasool ALLAH sallallahu alaihi wasallam hamare liye is</w:t>
      </w:r>
    </w:p>
    <w:p>
      <w:pPr>
        <w:jc w:val="right"/>
      </w:pPr>
      <w:r>
        <w:t>تو ہمارے لیے بھی جو ہے نا، mission ہم آہ رسول اللہ صلی اللہ علیہ وسلم ہمارے لیے اس</w:t>
      </w:r>
    </w:p>
    <w:p>
      <w:r>
        <w:rPr>
          <w:b/>
        </w:rPr>
        <w:t xml:space="preserve">[58:16] </w:t>
      </w:r>
      <w:r>
        <w:t>wo hain. hum ko aap ke ah uswe par amal karna hai. aap hamare liye example hain. to aaj kal ke logon ne wo bhi hero bana diya hai, example hain nahi aap.</w:t>
      </w:r>
    </w:p>
    <w:p>
      <w:pPr>
        <w:jc w:val="right"/>
      </w:pPr>
      <w:r>
        <w:t>وہ ہیں۔ ہم کو آپ کے آہ اسوے پر عمل کرنا ہے۔ آپ ہمارے لیے example ہیں۔ تو آج کل کے لوگوں نے وہ بھی ہیرو بنا دیا ہے، example ہیں نہیں آپ۔</w:t>
      </w:r>
    </w:p>
    <w:p>
      <w:r>
        <w:rPr>
          <w:b/>
        </w:rPr>
        <w:t xml:space="preserve">[58:27] </w:t>
      </w:r>
      <w:r>
        <w:t>isi liye hum aap se kuch example le kar apne apni is par amal nahi karte hain, apne masail ko hal karne par.</w:t>
      </w:r>
    </w:p>
    <w:p>
      <w:pPr>
        <w:jc w:val="right"/>
      </w:pPr>
      <w:r>
        <w:t>اسی لیے ہم آپ سے کچھ example لے کر اپنے اپنی اس پر عمل نہیں کرتے ہیں، اپنے مسائل کو حل کرنے پر۔</w:t>
      </w:r>
    </w:p>
    <w:p>
      <w:r>
        <w:rPr>
          <w:b/>
        </w:rPr>
        <w:t xml:space="preserve">[58:37] </w:t>
      </w:r>
      <w:r>
        <w:t>to ek ah jo hai, isi par ek mujhe yaad aaya ke ek ek khatoon theen, Jang-e-Uhud mein bohat sare log mare gaye the na, woh ghalati se pehle pehle phase mein to Musalman jeet</w:t>
      </w:r>
    </w:p>
    <w:p>
      <w:pPr>
        <w:jc w:val="right"/>
      </w:pPr>
      <w:r>
        <w:t>تو ایک آہ جو ہے، اسی پر ایک مجھے یاد آیا کہ ایک ایک خاتون تھیں، جنگ احد میں بہت سارے لوگ مارے گئے تھے نا، وہ غلطی سے پہلے پہلے phase میں تو مسلمان جیت</w:t>
      </w:r>
    </w:p>
    <w:p>
      <w:r>
        <w:rPr>
          <w:b/>
        </w:rPr>
        <w:t xml:space="preserve">[58:52] </w:t>
      </w:r>
      <w:r>
        <w:t>gaye the, doosre phase mein kuch ghalatiyon ki wajah se ah wo aa gaye peeche se. hazrat khalid jo hain, baad mein musalman hue to wo aa gaye apni fauj le kar aur bohat zyada maar kaat hui, bohat zyada mara logon ko unhon ne.</w:t>
      </w:r>
    </w:p>
    <w:p>
      <w:pPr>
        <w:jc w:val="right"/>
      </w:pPr>
      <w:r>
        <w:t>گئے تھے، دوسرے phase میں کچھ غلطیوں کی وجہ سے آہ وہ آ گئے پیچھے سے۔ حضرت خالد جو ہیں، بعد میں مسلمان ہوئے تو وہ آ گئے اپنی فوج لے کر اور بہت زیادہ مار کاٹ ہوئی، بہت زیادہ مارا لوگوں کو انہوں نے۔</w:t>
      </w:r>
    </w:p>
    <w:p>
      <w:r>
        <w:rPr>
          <w:b/>
        </w:rPr>
        <w:t xml:space="preserve">[59:07] </w:t>
      </w:r>
      <w:r>
        <w:t>to isi mein ek ek lady thi, sahabi'a, to un ke baap, un ke bete, un ke shohar sab is jang e uhud mein shaheed ho gaye the.</w:t>
      </w:r>
    </w:p>
    <w:p>
      <w:pPr>
        <w:jc w:val="right"/>
      </w:pPr>
      <w:r>
        <w:t>تو اسی میں ایک ایک lady تھی، صحابیہ، تو ان کے باپ، ان کے بیٹے، ان کے شوہر سب اس جنگ احد میں شہید ہو گئے تھے۔</w:t>
      </w:r>
    </w:p>
    <w:p>
      <w:r>
        <w:rPr>
          <w:b/>
        </w:rPr>
        <w:t xml:space="preserve">[59:19] </w:t>
      </w:r>
      <w:r>
        <w:t>to wo aayi pata karne ke liye to us ne us ko bataya gaya ke tumhare baap, bhai, bete sab khatam ho gaye. to us ne bas yahi kaha ke rasool ALLAH to khairiyat se hain.</w:t>
      </w:r>
    </w:p>
    <w:p>
      <w:pPr>
        <w:jc w:val="right"/>
      </w:pPr>
      <w:r>
        <w:t>تو وہ آئی پتہ کرنے کے لیے تو اس نے اس کو بتایا گیا کہ تمہارے باپ، بھائی، بیٹے سب ختم ہو گئے۔ تو اس نے بس یہی کہا کہ رسول اللہ تو خیریت سے ہیں۔</w:t>
      </w:r>
    </w:p>
    <w:p>
      <w:r>
        <w:rPr>
          <w:b/>
        </w:rPr>
        <w:t xml:space="preserve">[59:32] </w:t>
      </w:r>
      <w:r>
        <w:t>to logon ne kaha haan, rasool ALLAH khairiyat se hain. to us ne kaha ab rasool ALLAH ko mujhe dikha dijiye. to dikha diya to bohat us ne khuda ka shukar ada kiya.</w:t>
      </w:r>
    </w:p>
    <w:p>
      <w:pPr>
        <w:jc w:val="right"/>
      </w:pPr>
      <w:r>
        <w:t>تو لوگوں نے کہا ہاں، رسول اللہ خیریت سے ہیں۔ تو اس نے کہا اب رسول اللہ کو مجھے دکھا دیجیے۔ تو دکھا دیا تو بہت اس نے خدا کا شکر ادا کیا۔</w:t>
      </w:r>
    </w:p>
    <w:p>
      <w:r>
        <w:rPr>
          <w:b/>
        </w:rPr>
        <w:t xml:space="preserve">[59:41] </w:t>
      </w:r>
      <w:r>
        <w:t>to isi tareeqe se hamein bhi yeh sochna hai ke apni rai ko koi ahmiyat nahi deni. balke hamein dekhna hai ke mission to khairiyat se hai, mission to salamat hai, mission ko to koi nuqsan nahi ho raha hai.</w:t>
      </w:r>
    </w:p>
    <w:p>
      <w:pPr>
        <w:jc w:val="right"/>
      </w:pPr>
      <w:r>
        <w:t>تو اسی طریقے سے ہمیں بھی یہ سوچنا ہے کہ اپنی رائے کو کوئی اہمیت نہیں دینی۔ بلکہ ہمیں دیکھنا ہے کہ mission تو خیریت سے ہے، mission تو سلامت ہے، mission کو تو کوئی نقصان نہیں ہو رہا ہے۔</w:t>
      </w:r>
    </w:p>
    <w:p>
      <w:r>
        <w:rPr>
          <w:b/>
        </w:rPr>
        <w:t xml:space="preserve">[59:53] </w:t>
      </w:r>
      <w:r>
        <w:t>hamari rai ki kya hesiyat hai? hamari rai to koi hesiyat hi nahi hai. hamein to mission mein lagna hai, yahi mission khudai mission hai aur is mein hamein har halat mein lagna hai.</w:t>
      </w:r>
    </w:p>
    <w:p>
      <w:pPr>
        <w:jc w:val="right"/>
      </w:pPr>
      <w:r>
        <w:t>ہماری رائے کی کیا حیثیت ہے؟ ہماری رائے تو کوئی حیثیت ہی نہیں ہے۔ ہمیں تو mission میں لگنا ہے، یہی mission خدائی mission ہے اور اس میں ہمیں ہر حالت میں لگنا ہے۔</w:t>
      </w:r>
    </w:p>
    <w:p>
      <w:r>
        <w:rPr>
          <w:b/>
        </w:rPr>
        <w:t xml:space="preserve">[1:00:05] </w:t>
      </w:r>
      <w:r>
        <w:t>kabhi yeh nahi sochna hai ke hamari rai ko ahmiyat nahi di gayi, hamari baat nahi maani gayi.</w:t>
      </w:r>
    </w:p>
    <w:p>
      <w:pPr>
        <w:jc w:val="right"/>
      </w:pPr>
      <w:r>
        <w:t>کبھی یہ نہیں سوچنا ہے کہ ہماری رائے کو اہمیت نہیں دی گئی، ہماری بات نہیں مانی گئی۔</w:t>
      </w:r>
    </w:p>
    <w:p>
      <w:r>
        <w:rPr>
          <w:b/>
        </w:rPr>
        <w:t xml:space="preserve">[1:00:11] </w:t>
      </w:r>
      <w:r>
        <w:t>yeh sab bilkul munafiqana baatein hain aur hamein bohat sakhti se is baat ka khayal rakhna hai ke hum har halat mein mission ke khair khwah bane aur isi mein kamyabi hai, dunya ki bhi aur akhirat ki bhi.</w:t>
      </w:r>
    </w:p>
    <w:p>
      <w:pPr>
        <w:jc w:val="right"/>
      </w:pPr>
      <w:r>
        <w:t>یہ سب بالکل منافقانہ باتیں ہیں اور ہمیں بہت سختی سے اس بات کا خیال رکھنا ہے کہ ہم ہر حالت میں mission کے خیر خواہ بنے اور اسی میں کامیابی ہے، دنیا کی بھی اور آخرت کی بھی۔</w:t>
      </w:r>
    </w:p>
    <w:p>
      <w:r>
        <w:rPr>
          <w:b/>
        </w:rPr>
        <w:t xml:space="preserve">[1:00:29] </w:t>
      </w:r>
      <w:r>
        <w:t>ji jazak ALLAH apa, aaj bohat hi wisdom bhari baatein aap ne bataeen. ah thank you for today's session. so we will end today's session now, we will be back next Sunday ten thirty AM.</w:t>
      </w:r>
    </w:p>
    <w:p>
      <w:pPr>
        <w:jc w:val="right"/>
      </w:pPr>
      <w:r>
        <w:t>جی جزاک اللہ آپا، آج بہت ہی wisdom بھری باتیں آپ نے بتائیں۔ آہ thank you for today's session۔ So we will end today's session now، we will be back next Sunday ten thirty AM۔</w:t>
      </w:r>
    </w:p>
    <w:p>
      <w:r>
        <w:rPr>
          <w:b/>
        </w:rPr>
        <w:t xml:space="preserve">[1:00:40]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