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27 Mar 2011 Maulana Wahiduddin Khan</w:t>
      </w:r>
    </w:p>
    <w:p>
      <w:r>
        <w:t>https://www.youtube.com/watch?v=0jTDB9X7RZo</w:t>
      </w:r>
    </w:p>
    <w:p>
      <w:r>
        <w:rPr>
          <w:b/>
        </w:rPr>
        <w:t xml:space="preserve">[00:14] </w:t>
      </w:r>
      <w:r>
        <w:t>ah, we would also like to request the online viewers to write their locations clearly when they send in their questions.</w:t>
      </w:r>
    </w:p>
    <w:p>
      <w:pPr>
        <w:jc w:val="right"/>
      </w:pPr>
      <w:r>
        <w:t>अह, वी वुड आल्सो लाइक टू रिक्वेस्ट दी ऑनलाइन व्यूअर्स टू राइट देयर लोकेशन्स क्लियरली व्हेन दे सेंड इन देयर क्वेश्चन्स.</w:t>
      </w:r>
    </w:p>
    <w:p>
      <w:r>
        <w:rPr>
          <w:b/>
        </w:rPr>
        <w:t xml:space="preserve">[00:23] </w:t>
      </w:r>
      <w:r>
        <w:t>ok, we will start the question-answer session now.</w:t>
      </w:r>
    </w:p>
    <w:p>
      <w:pPr>
        <w:jc w:val="right"/>
      </w:pPr>
      <w:r>
        <w:t>ओके, वी विल स्टार्ट दी क्वेश्चन-आंसर सेशन नाउ।</w:t>
      </w:r>
    </w:p>
    <w:p>
      <w:r>
        <w:rPr>
          <w:b/>
        </w:rPr>
        <w:t xml:space="preserve">[00:27] </w:t>
      </w:r>
      <w:r>
        <w:t>maulana sharik hussain ne delhi se sawal kiya hai. ek sahab se mulaqat hui, unhone kaha ki sara shukr sirf allah ke liye hi hai. jin ahadees mein hai ki bando ka bhi shukr ada karna hai,</w:t>
      </w:r>
    </w:p>
    <w:p>
      <w:pPr>
        <w:jc w:val="right"/>
      </w:pPr>
      <w:r>
        <w:t>मौलाना शारिक हुसैन ने दिल्ली से सवाल किया है। एक साहब से मुलाकात हुई, उन्होंने कहा कि सारा शुक्र सिर्फ अल्लाह के लिए ही है। जिन अहदीस में है कि बंदों का भी शुक्र अदा करना है,</w:t>
      </w:r>
    </w:p>
    <w:p>
      <w:r>
        <w:rPr>
          <w:b/>
        </w:rPr>
        <w:t xml:space="preserve">[00:43] </w:t>
      </w:r>
      <w:r>
        <w:t>to un hadeeson ki tawji yeh ki jayegi ki bando ki taraf se ehsan ka mamla hone par unke liye sirf dua ki jaye, kyunki unka shukr karna unko khuda ke shukr mein sharik karne ke hum maane ban jayega. baraye karam, isko wazeh karein.</w:t>
      </w:r>
    </w:p>
    <w:p>
      <w:pPr>
        <w:jc w:val="right"/>
      </w:pPr>
      <w:r>
        <w:t>तो उन हदीसों की तौजी यह की जाएगी कि बंदों की तरफ से एहसान का मामला होने पर उनके लिए सिर्फ दुआ की जाए, क्योंकि उनका शुक्र करना उनको खुदा के शुक्र में शरीक करने के हम माने बन जाएगा। बराय करम, इसको वाज़ह करें।</w:t>
      </w:r>
    </w:p>
    <w:p>
      <w:r>
        <w:rPr>
          <w:b/>
        </w:rPr>
        <w:t xml:space="preserve">[01:04] </w:t>
      </w:r>
      <w:r>
        <w:t>dekhiye, ye khud-saakht baatein hain. apne dimagh se soch-soch karke nukte nikalna.</w:t>
      </w:r>
    </w:p>
    <w:p>
      <w:pPr>
        <w:jc w:val="right"/>
      </w:pPr>
      <w:r>
        <w:t>देखिए, ये खुद-साख़्त बातें हैं। अपने दिमाग से सोच-सोच करके नुक्ते निकालना।</w:t>
      </w:r>
    </w:p>
    <w:p>
      <w:r>
        <w:rPr>
          <w:b/>
        </w:rPr>
        <w:t xml:space="preserve">[01:14] </w:t>
      </w:r>
      <w:r>
        <w:t>sochna chahiye, dekhiye, apne dimagh ke nukton ko lekar nahi, hadees ke alfaaz ko, quran ke alfaaz ko lekar sochna chahiye. hadees mein hai ki "ma lam yashkur an-nasu lam yashkur Allah". jo aadmi insaan ka shukr nahi karega, wo khuda ka shukr bhi nahi karega.</w:t>
      </w:r>
    </w:p>
    <w:p>
      <w:pPr>
        <w:jc w:val="right"/>
      </w:pPr>
      <w:r>
        <w:t>सोचना चाहिए, देखिए, अपने दिमाग के नुक्तों को लेकर नहीं, हदीस के अल्फाज़ को, कुरान के अल्फाज़ को लेकर सोचना चाहिए। हदीस में है कि "مَا لَمْ يَشْكُرُ النَّاسُ لَمْ يَشْكُرُ اللَّهُ" । जो आदमी इंसान का शुक्र नहीं करेगा, वो खुदा का शुक्र भी नहीं करेगा।</w:t>
      </w:r>
    </w:p>
    <w:p>
      <w:r>
        <w:rPr>
          <w:b/>
        </w:rPr>
        <w:t xml:space="preserve">[01:36] </w:t>
      </w:r>
      <w:r>
        <w:t>isko base banakar sochiye. log kya karte hain? apne mind mein ek concept hai, ek mind mein ek khayal aa gaya hai, usko lekar sochne lagte hain.</w:t>
      </w:r>
    </w:p>
    <w:p>
      <w:pPr>
        <w:jc w:val="right"/>
      </w:pPr>
      <w:r>
        <w:t>इसको बेस बनाकर सोचिए। लोग क्या करते हैं? अपने माइंड में एक कांसेप्ट है, एक माइंड में एक ख्याल आ गया है, उसको लेकर सोचने लगते हैं।</w:t>
      </w:r>
    </w:p>
    <w:p>
      <w:r>
        <w:rPr>
          <w:b/>
        </w:rPr>
        <w:t xml:space="preserve">[01:51] </w:t>
      </w:r>
      <w:r>
        <w:t>yani apne mind ko lekar sochna hai. doora hai ki quran hadees mein jo aaya, usko lekar sochna. jab isko aap sochenge, to kahan pahunchenge aap?</w:t>
      </w:r>
    </w:p>
    <w:p>
      <w:pPr>
        <w:jc w:val="right"/>
      </w:pPr>
      <w:r>
        <w:t>यानी अपने माइंड को लेकर सोचना है। दोरा है कि कुरान हदीस में जो आया, उसको लेकर सोचना। जब इसको आप सोचेंगे, तो कहां पहुंचेंगे आप?</w:t>
      </w:r>
    </w:p>
    <w:p>
      <w:r>
        <w:rPr>
          <w:b/>
        </w:rPr>
        <w:t xml:space="preserve">[02:01] </w:t>
      </w:r>
      <w:r>
        <w:t>quran mein kai ayat yaad aayegi aapko ki allah ne ek seene mein do dil nahi banaye.</w:t>
      </w:r>
    </w:p>
    <w:p>
      <w:pPr>
        <w:jc w:val="right"/>
      </w:pPr>
      <w:r>
        <w:t>कुरान में कई आयत याद आएगी आपको कि अल्लाह ने एक सीने में दो दिल नहीं बनाए।</w:t>
      </w:r>
    </w:p>
    <w:p>
      <w:r>
        <w:rPr>
          <w:b/>
        </w:rPr>
        <w:t xml:space="preserve">[02:10] </w:t>
      </w:r>
      <w:r>
        <w:t>iska matlab kya hai? ki shukr ka jazba jo hai, rahega to mahdood nahi hoga. wo insaan ke liye shukr hoga, to khuda ka shukr hoga. khuda ka shukr hoga, to insaan ke liye shukr hoga. yeh matlab hai uska.</w:t>
      </w:r>
    </w:p>
    <w:p>
      <w:pPr>
        <w:jc w:val="right"/>
      </w:pPr>
      <w:r>
        <w:t>इसका मतलब क्या है? कि शुक्र का जज्बा जो है, रहेगा तो महदूद नहीं होगा। वो इंसान के लिए शुक्र होगा, तो खुदा का शुक्र होगा। खुदा का शुक्र होगा, तो इंसान के लिए शुक्र होगा। यह मतलब है उसका।</w:t>
      </w:r>
    </w:p>
    <w:p>
      <w:r>
        <w:rPr>
          <w:b/>
        </w:rPr>
        <w:t xml:space="preserve">[02:28] </w:t>
      </w:r>
      <w:r>
        <w:t>to shukr ka matlab hai eteraaf, acknowledge karna. to acknowledge karne ki spirit agar aapke andar aa jaye, to rukegi nahi kahin.</w:t>
      </w:r>
    </w:p>
    <w:p>
      <w:pPr>
        <w:jc w:val="right"/>
      </w:pPr>
      <w:r>
        <w:t>तो शुक्र का मतलब है एतराफ, अक्नॉलेज करना। तो अक्नॉलेज करने की स्पिरिट अगर आपके अंदर आ जाए, तो रुकेगी नहीं कहीं।</w:t>
      </w:r>
    </w:p>
    <w:p>
      <w:r>
        <w:rPr>
          <w:b/>
        </w:rPr>
        <w:t xml:space="preserve">[02:41] </w:t>
      </w:r>
      <w:r>
        <w:t>insaan ke bare mein aayegi, to khuda tak pahunchegi. khuda, insaan, khuda ka insaan tak pahunchegi. wo level alag-alag hoga. khuda ka shukr jo hai, wo fakl fitri hota hai. insaan ka shukr insani satah par hota hai. satah ka fark hai.</w:t>
      </w:r>
    </w:p>
    <w:p>
      <w:pPr>
        <w:jc w:val="right"/>
      </w:pPr>
      <w:r>
        <w:t>इंसान के बारे में आएगी, तो खुदा तक पहुंचेगी। खुदा, इंसान, खुदा का इंसान तक पहुंचेगी। वो लेवल अलग-अलग होगा। खुदा का शुक्र जो है, वो फकल फितरी होता है। इंसान का शुक्र इंसानी सतह पर होता है। सतह का फर्क है।</w:t>
      </w:r>
    </w:p>
    <w:p>
      <w:r>
        <w:rPr>
          <w:b/>
        </w:rPr>
        <w:t xml:space="preserve">[02:59] </w:t>
      </w:r>
      <w:r>
        <w:t>khuda ka shukr khudai satah par hoga. insaan ka shukr insani satah par hoga. to wahi eteraaf, wahi acknowledgement hoga, lekin satah alag-alag hogi. yeh hai quran ke alfaaz ko lekar ke sochna, hadees ke alfaaz ko lekar sochna. lekin log kya karte hain?</w:t>
      </w:r>
    </w:p>
    <w:p>
      <w:pPr>
        <w:jc w:val="right"/>
      </w:pPr>
      <w:r>
        <w:t>खुदा का शुक्र खुदाई सतह पर होगा। इंसान का शुक्र इंसानी सतह पर होगा। तो वही एतराफ, वही अक्नॉलेजमेंट होगा, लेकिन सतह अलग-अलग होगी। यह है कुरान के अल्फाज़ को लेकर के सोचना, हदीस के अल्फाज़ को लेकर सोचना। लेकिन लोग क्या करते हैं?</w:t>
      </w:r>
    </w:p>
    <w:p>
      <w:r>
        <w:rPr>
          <w:b/>
        </w:rPr>
        <w:t xml:space="preserve">[03:20] </w:t>
      </w:r>
      <w:r>
        <w:t>apne dimag mein khayal hai, usi ko lekar ke lagte hain. shayad shayari kehta hoon, tukbandi kehta hoon. main tukbandi to ek hai, sharana tafsir, yaani poetic interpretation. ek hai quranic interpretation. dono mein fark karna chahiye.</w:t>
      </w:r>
    </w:p>
    <w:p>
      <w:pPr>
        <w:jc w:val="right"/>
      </w:pPr>
      <w:r>
        <w:t>अपने दिमाग में ख्याल है, उसी को लेकर के लगते हैं। शायद शायरी कहता हूं, तुकबंदी कहता हूं। मैं तुकबंदी तो एक है, शराना तफसीर, यानी पोएटिक इंटरप्रिटेशन। एक है कुरानिक इंटरप्रिटेशन। दोनों में फर्क करना चाहिए।</w:t>
      </w:r>
    </w:p>
    <w:p>
      <w:r>
        <w:rPr>
          <w:b/>
        </w:rPr>
        <w:t xml:space="preserve">[03:42] </w:t>
      </w:r>
      <w:r>
        <w:t>mishra, please tell us what else to be follow for asking a question.</w:t>
      </w:r>
    </w:p>
    <w:p>
      <w:pPr>
        <w:jc w:val="right"/>
      </w:pPr>
      <w:r>
        <w:t>मिश्रा, प्लीज टेल अस व्हाट एल्स टू बी फॉलो फॉर आस्किंग अ क्वेश्चन।</w:t>
      </w:r>
    </w:p>
    <w:p>
      <w:r>
        <w:rPr>
          <w:b/>
        </w:rPr>
        <w:t xml:space="preserve">[03:50] </w:t>
      </w:r>
      <w:r>
        <w:t>bhai, dekhiye, mera tareeqa kya raha hai? question ko main sabse pehle apne aap se poochta hoon. log kya karte hain?</w:t>
      </w:r>
    </w:p>
    <w:p>
      <w:pPr>
        <w:jc w:val="right"/>
      </w:pPr>
      <w:r>
        <w:t>भाई, देखिए, मेरा तरीका क्या रहा है? क्वेश्चन को मैं सबसे पहले अपने आप से पूछता हूं। लोग क्या करते हैं?</w:t>
      </w:r>
    </w:p>
    <w:p>
      <w:r>
        <w:rPr>
          <w:b/>
        </w:rPr>
        <w:t xml:space="preserve">[04:02] </w:t>
      </w:r>
      <w:r>
        <w:t>doosre ko patthar maare, doosre ko waise hi question karte hain. doosre se question karna, mera tareeqa kabhi bhi nahi raha hai.</w:t>
      </w:r>
    </w:p>
    <w:p>
      <w:pPr>
        <w:jc w:val="right"/>
      </w:pPr>
      <w:r>
        <w:t>दूसरे को पत्थर मारे, दूसरे को वैसे ही क्वेश्चन करते हैं। दूसरे से क्वेश्चन करना, मेरा तरीका कभी भी नहीं रहा है।</w:t>
      </w:r>
    </w:p>
    <w:p>
      <w:r>
        <w:rPr>
          <w:b/>
        </w:rPr>
        <w:t xml:space="preserve">[04:11] </w:t>
      </w:r>
      <w:r>
        <w:t>mere mind mein koi sawal aayega, khud sochunga, kitabon ko consult karunga, dictionary dekhoonga. un sabke baad main yeh tay karunga ki ek question jo mujhe poochna chahiye. logon ka tareeqa kya hai?</w:t>
      </w:r>
    </w:p>
    <w:p>
      <w:pPr>
        <w:jc w:val="right"/>
      </w:pPr>
      <w:r>
        <w:t>मेरे माइंड में कोई सवाल आएगा, खुद सोचूंगा, किताबों को कंसल्ट करूंगा, डिक्शनरी देखूंगा। उन सबके बाद मैं यह तय करूंगा कि एक क्वेश्चन जो मुझे पूछना चाहिए। लोगों का तरीका क्या है?</w:t>
      </w:r>
    </w:p>
    <w:p>
      <w:r>
        <w:rPr>
          <w:b/>
        </w:rPr>
        <w:t xml:space="preserve">[04:28] </w:t>
      </w:r>
      <w:r>
        <w:t>bas ek khayal mind mein rahega aur usko question bana diya.</w:t>
      </w:r>
    </w:p>
    <w:p>
      <w:pPr>
        <w:jc w:val="right"/>
      </w:pPr>
      <w:r>
        <w:t>बस एक ख्याल माइंड में रहेगा और उसको क्वेश्चन बना दिया।</w:t>
      </w:r>
    </w:p>
    <w:p>
      <w:r>
        <w:rPr>
          <w:b/>
        </w:rPr>
        <w:t xml:space="preserve">[04:33] </w:t>
      </w:r>
      <w:r>
        <w:t>to yeh tareeqa sahi nahi hai. sahi tareeqa yeh hai ki aap sawal karne se pehle sochiye, sawal ko samjhiye, kitna aap jante hain, kitna nahi jante. aur phir jo alfaaz likha hai, aap bahut usko bhi repeat karein. yeh bhi nahi hai ki aap likh dein, bas likh kar ke aage badha dein. nahi, apne likhe hue sawal ko dobara padhna chahiye.</w:t>
      </w:r>
    </w:p>
    <w:p>
      <w:pPr>
        <w:jc w:val="right"/>
      </w:pPr>
      <w:r>
        <w:t>तो यह तरीका सही नहीं है। सही तरीका यह है कि आप सवाल करने से पहले सोचिए, सवाल को समझिए, कितना आप जानते हैं, कितना नहीं जानते। और फिर जो अल्फाज़ लिखा है, आप बहुत उसको भी रिपीट करें। यह भी नहीं है कि आप लिख दें, बस लिख कर के आगे बढ़ा दें। नहीं, अपने लिखे हुए सवाल को दोबारा पढ़ना चाहिए।</w:t>
      </w:r>
    </w:p>
    <w:p>
      <w:r>
        <w:rPr>
          <w:b/>
        </w:rPr>
        <w:t xml:space="preserve">[05:01] </w:t>
      </w:r>
      <w:r>
        <w:t>do baar, teen baar padhna chahiye, check karna chahiye, phir sawal karna chahiye. aisa sawal jo hai, sincere mind se kiya hua sawal hota hai. wahi asal mein sawal hai.</w:t>
      </w:r>
    </w:p>
    <w:p>
      <w:pPr>
        <w:jc w:val="right"/>
      </w:pPr>
      <w:r>
        <w:t>दो बार, तीन बार पढ़ना चाहिए, चेक करना चाहिए, फिर सवाल करना चाहिए। ऐसा सवाल जो है, सिंसियर माइंड से किया हुआ सवाल होता है। वही असल में सवाल है।</w:t>
      </w:r>
    </w:p>
    <w:p>
      <w:r>
        <w:rPr>
          <w:b/>
        </w:rPr>
        <w:t xml:space="preserve">[05:16] </w:t>
      </w:r>
      <w:r>
        <w:t>mrs bushra ne pakistan se sawal kiya hai. aaj ke har musalman ko rasool allah ki ummat par hone ka fakhr hai. woh apne aap ko jannat ka haqdar samajhte hain,</w:t>
      </w:r>
    </w:p>
    <w:p>
      <w:pPr>
        <w:jc w:val="right"/>
      </w:pPr>
      <w:r>
        <w:t>मिसेस बुशरा ने पाकिस्तान से सवाल किया है। आज के हर मुसलमान को रसूल अल्लाह की उम्मत पर होने का फक्र है। वह अपने आप को जन्नत का हकदार समझते हैं,</w:t>
      </w:r>
    </w:p>
    <w:p>
      <w:r>
        <w:rPr>
          <w:b/>
        </w:rPr>
        <w:t xml:space="preserve">[05:32] </w:t>
      </w:r>
      <w:r>
        <w:t>magar doosri taraf woh apni duties ko kyu nahi realize karte? yeh shaitan ka kaisa jaal hai jo insaan ke haq ki discovery ki raah mein rukawat hai?</w:t>
      </w:r>
    </w:p>
    <w:p>
      <w:pPr>
        <w:jc w:val="right"/>
      </w:pPr>
      <w:r>
        <w:t>मगर दूसरी तरफ वह अपनी ड्यूटीज को क्यों नहीं रिलाइज करते? यह शैतान का कैसा जाल है जो इंसान के हक की डिस्कवरी की राह में रुकावट है?</w:t>
      </w:r>
    </w:p>
    <w:p>
      <w:r>
        <w:rPr>
          <w:b/>
        </w:rPr>
        <w:t xml:space="preserve">[05:45] </w:t>
      </w:r>
      <w:r>
        <w:t>fakhr jo hai, wahi rukawat hai. fakhr kabhi bhi aapko amal karne ke liye nahi kahega.</w:t>
      </w:r>
    </w:p>
    <w:p>
      <w:pPr>
        <w:jc w:val="right"/>
      </w:pPr>
      <w:r>
        <w:t>फखर जो है, वही रुकावट है। फखर कभी भी आपको अमल करने के लिए नहीं कहेगा।</w:t>
      </w:r>
    </w:p>
    <w:p>
      <w:r>
        <w:rPr>
          <w:b/>
        </w:rPr>
        <w:t xml:space="preserve">[05:54] </w:t>
      </w:r>
      <w:r>
        <w:t>jahan fakhr aaya, amal khatm ho gaya.</w:t>
      </w:r>
    </w:p>
    <w:p>
      <w:pPr>
        <w:jc w:val="right"/>
      </w:pPr>
      <w:r>
        <w:t>जहां फखर आया, अमल खत्म हो गया।</w:t>
      </w:r>
    </w:p>
    <w:p>
      <w:r>
        <w:rPr>
          <w:b/>
        </w:rPr>
        <w:t xml:space="preserve">[06:00] </w:t>
      </w:r>
      <w:r>
        <w:t>to dekhiye, main yeh kahunga ki islam par ya deen par fakhr karna, yeh kahan se aata hai? aapko dekha, kya sahaba fakhr karte the?</w:t>
      </w:r>
    </w:p>
    <w:p>
      <w:pPr>
        <w:jc w:val="right"/>
      </w:pPr>
      <w:r>
        <w:t>तो देखिए, मैं यह कहूंगा कि इस्लाम पर या दीन पर फख्र करना, यह कहां से आता है? आपको देखा, क्या सहाबा फख्र करते थे?</w:t>
      </w:r>
    </w:p>
    <w:p>
      <w:r>
        <w:rPr>
          <w:b/>
        </w:rPr>
        <w:t xml:space="preserve">[06:13] </w:t>
      </w:r>
      <w:r>
        <w:t>koi bhi sahabi ne kabhi yeh kaha ki mujhe fakhr hai ki mujhe islam mil gaya, main musalman hoon? ek bhi nahi hai. to yeh badat hai.</w:t>
      </w:r>
    </w:p>
    <w:p>
      <w:pPr>
        <w:jc w:val="right"/>
      </w:pPr>
      <w:r>
        <w:t>कोई भी सहाबी ने कभी यह कहा कि मुझे फख्र है कि मुझे इस्लाम मिल गया, मैं मुसलमान हूं? एक भी नहीं है। तो यह बदत है।</w:t>
      </w:r>
    </w:p>
    <w:p>
      <w:r>
        <w:rPr>
          <w:b/>
        </w:rPr>
        <w:t xml:space="preserve">[06:22] </w:t>
      </w:r>
      <w:r>
        <w:t>yeh kehna ki mujhe fakhr hai ki main musalman hoon, yeh badat hai, saratwa badat hai, gunah hai, jalalat hai. balki main kahoon, gunah hai, gunah. usse amal kahan se niklega?</w:t>
      </w:r>
    </w:p>
    <w:p>
      <w:pPr>
        <w:jc w:val="right"/>
      </w:pPr>
      <w:r>
        <w:t>यह कहना कि मुझे फख्र है कि मैं मुसलमान हूं, यह बदत है, सरतवा बदत है, गुनाह है, जलालत है। बल्कि मैं कहूं, गुनाह है, गुनाह। उससे अमल कहां से निकलेगा?</w:t>
      </w:r>
    </w:p>
    <w:p>
      <w:r>
        <w:rPr>
          <w:b/>
        </w:rPr>
        <w:t xml:space="preserve">[06:33] </w:t>
      </w:r>
      <w:r>
        <w:t>sabse pehle fakhr pasandi ko mitaiye, tab amal niklega. fakhr pasandi to qatil hai, amal ki qatil,</w:t>
      </w:r>
    </w:p>
    <w:p>
      <w:pPr>
        <w:jc w:val="right"/>
      </w:pPr>
      <w:r>
        <w:t>सबसे पहले फख्र पसंदी को मिटाइए, तब अमल निकलेगा। फख्र पसंदी तो कातिल है, अमल की कातिल,</w:t>
      </w:r>
    </w:p>
    <w:p>
      <w:r>
        <w:rPr>
          <w:b/>
        </w:rPr>
        <w:t xml:space="preserve">[06:42] </w:t>
      </w:r>
      <w:r>
        <w:t>killer.</w:t>
      </w:r>
    </w:p>
    <w:p>
      <w:pPr>
        <w:jc w:val="right"/>
      </w:pPr>
      <w:r>
        <w:t>किलर।</w:t>
      </w:r>
    </w:p>
    <w:p>
      <w:r>
        <w:rPr>
          <w:b/>
        </w:rPr>
        <w:t xml:space="preserve">[06:47] </w:t>
      </w:r>
      <w:r>
        <w:t>ab dekhiye, fakhr jo log karte hain, kis baat par karte hain? fakhr karte hain tareekh par. tareekh par, yaani political adbat bana rakhi hai musalmanon ne. wo bhi, wo bhi, yaani, yaani khud-saakht hai. wo bhi</w:t>
      </w:r>
    </w:p>
    <w:p>
      <w:pPr>
        <w:jc w:val="right"/>
      </w:pPr>
      <w:r>
        <w:t>अब देखिए, फख्र जो लोग करते हैं, किस बात पर करते हैं? फख्र करते हैं तारीख पर। तारीख पर, यानी पॉलिटिकल अदबत बना रखी है मुसलमानों ने। वो भी, वो भी, यानी, यानी खुद-साख़्त है। वो भी</w:t>
      </w:r>
    </w:p>
    <w:p>
      <w:r>
        <w:rPr>
          <w:b/>
        </w:rPr>
        <w:t xml:space="preserve">[07:04] </w:t>
      </w:r>
      <w:r>
        <w:t>musalmanon ko jis tareekh par fakhr hai, wo tareekh, wo bhi unki apni banayi hui hai. real tareekh nahi hai, wo jis par wo fakhr karte hain. to baharhal, wo fakhr karte hain tareekh par. khuda par, rasool par thodi fakhr karte hain.</w:t>
      </w:r>
    </w:p>
    <w:p>
      <w:pPr>
        <w:jc w:val="right"/>
      </w:pPr>
      <w:r>
        <w:t>मुसलमानों को जिस तारीख पर फख्र है, वो तारीख, वो भी उनकी अपनी बनाई हुई है। रियल तारीख नहीं है, वो जिस पर वो फख्र करते हैं। तो बहरहाल, वो फख्र करते हैं तारीख पर। खुदा पर, रसूल पर थोड़ी फख्र करते हैं।</w:t>
      </w:r>
    </w:p>
    <w:p>
      <w:r>
        <w:rPr>
          <w:b/>
        </w:rPr>
        <w:t xml:space="preserve">[07:24] </w:t>
      </w:r>
      <w:r>
        <w:t>to jab, jab tareekh par fakhr karenge, to kya hoga? tareekh aapse kahegi ki amal karo. jab aap khuda ko lekar sochenge, tab amal karne ka jazba paida hoga. kyunki khuda jo hai, wo aapse,</w:t>
      </w:r>
    </w:p>
    <w:p>
      <w:pPr>
        <w:jc w:val="right"/>
      </w:pPr>
      <w:r>
        <w:t>तो जब, जब तारीख पर फख्र करेंगे, तो क्या होगा? तारीख आपसे कहेगी कि अमल करो। जब आप खुदा को लेकर सोचेंगे, तब अमल करने का जज्बा पैदा होगा। क्योंकि खुदा जो है, वो आपसे,</w:t>
      </w:r>
    </w:p>
    <w:p>
      <w:r>
        <w:rPr>
          <w:b/>
        </w:rPr>
        <w:t xml:space="preserve">[07:38] </w:t>
      </w:r>
      <w:r>
        <w:t>aapse sawal karega. khuda ke samne aap accountable hain.</w:t>
      </w:r>
    </w:p>
    <w:p>
      <w:pPr>
        <w:jc w:val="right"/>
      </w:pPr>
      <w:r>
        <w:t>आपसे सवाल करेगा। खुदा के सामने आप अकाउंटेबल हैं।</w:t>
      </w:r>
    </w:p>
    <w:p>
      <w:r>
        <w:rPr>
          <w:b/>
        </w:rPr>
        <w:t xml:space="preserve">[07:43] </w:t>
      </w:r>
      <w:r>
        <w:t>rasool par ko lekar sochenge, apne deen ko to rasool ki ko model banayenge. rasool ke ahkam ko sochenge. to musalman atke hue hain apni qaumi tareekh par. masla yahan hai,</w:t>
      </w:r>
    </w:p>
    <w:p>
      <w:pPr>
        <w:jc w:val="right"/>
      </w:pPr>
      <w:r>
        <w:t>रसूल पर को लेकर सोचेंगे, अपने दीन को तो रसूल की को मॉडल बनाएंगे। रसूल के احکام को सोचेंगे। तो मुसलमान अटके हुए हैं अपनी कौमी तारीख पर। मसला यहां है,</w:t>
      </w:r>
    </w:p>
    <w:p>
      <w:r>
        <w:rPr>
          <w:b/>
        </w:rPr>
        <w:t xml:space="preserve">[07:58] </w:t>
      </w:r>
      <w:r>
        <w:t>musalman atke hue hain apni qaumi tareekh par. wo pahunche hi nahin khuda tak, rasool tak pahunche hi nahin. wo</w:t>
      </w:r>
    </w:p>
    <w:p>
      <w:pPr>
        <w:jc w:val="right"/>
      </w:pPr>
      <w:r>
        <w:t>मुसलमान अटके हुए हैं अपनी कौमी तारीख पर। वो पहुंचे ही नहीं खुदा तक, रसूल तक पहुंचे ही नहीं। वो</w:t>
      </w:r>
    </w:p>
    <w:p>
      <w:r>
        <w:rPr>
          <w:b/>
        </w:rPr>
        <w:t xml:space="preserve">[08:04] </w:t>
      </w:r>
      <w:r>
        <w:t>jiski shakal yahi hai ke logon ko bataya jaye ke tum jo model hai islam mein, wo sahaba karam hain. yeh socho ke tumhara jo deen hai, kya sahaba hai?</w:t>
      </w:r>
    </w:p>
    <w:p>
      <w:pPr>
        <w:jc w:val="right"/>
      </w:pPr>
      <w:r>
        <w:t>जिसकी शक्ल यही है कि लोगों को बताया जाए कि तुम जो मॉडल है इस्लाम में, वो सहाबा कराम हैं। यह सोचो कि तुम्हारा जो दीन है, क्या सहाबा है?</w:t>
      </w:r>
    </w:p>
    <w:p>
      <w:r>
        <w:rPr>
          <w:b/>
        </w:rPr>
        <w:t xml:space="preserve">[08:15] </w:t>
      </w:r>
      <w:r>
        <w:t>kahan iska namuna milta hai? nahin milta to chodo usko. usko batil samjho, batil samajh ke usko door ho jao.</w:t>
      </w:r>
    </w:p>
    <w:p>
      <w:pPr>
        <w:jc w:val="right"/>
      </w:pPr>
      <w:r>
        <w:t>कहां इसका नमूना मिलता है? नहीं मिलता तो छोड़ो उसको। उसको बातिल समझो, बातिल समझ के उसको दूर हो जाओ।</w:t>
      </w:r>
    </w:p>
    <w:p>
      <w:r>
        <w:rPr>
          <w:b/>
        </w:rPr>
        <w:t xml:space="preserve">[08:24] </w:t>
      </w:r>
      <w:r>
        <w:t>to jab tak sahaba ke model se judge ka mizaj nahin aayega, tab tak musalmani ki salah nahin ho sakti hai.</w:t>
      </w:r>
    </w:p>
    <w:p>
      <w:pPr>
        <w:jc w:val="right"/>
      </w:pPr>
      <w:r>
        <w:t>तो जब तक सहाबा के मॉडल से जज का मिजाज नहीं आएगा, तब तक मुसलमानी की सलाह नहीं हो सकती है।</w:t>
      </w:r>
    </w:p>
    <w:p>
      <w:r>
        <w:rPr>
          <w:b/>
        </w:rPr>
        <w:t xml:space="preserve">[08:34] </w:t>
      </w:r>
      <w:r>
        <w:t>mister amir bin yusuf ne pakistan se likha hai. jihadi log quran ki ayat number 75, surah nisa ke mahfoom ko bahut sunate hain. maulana sahib, iski wazahat farmayein. wo kya ayat hai?</w:t>
      </w:r>
    </w:p>
    <w:p>
      <w:pPr>
        <w:jc w:val="right"/>
      </w:pPr>
      <w:r>
        <w:t>मिस्टर आमिर बिन यूसुफ ने पाकिस्तान से लिखा है। जिहादी लोग कुरान की आयत नंबर 75, सूरह निसा के महफूम को बहुत सुनाते हैं। मौलाना साहब, इसकी वजाहत फरमाएं। वो क्या आयत है?</w:t>
      </w:r>
    </w:p>
    <w:p>
      <w:r>
        <w:rPr>
          <w:b/>
        </w:rPr>
        <w:t xml:space="preserve">[08:51] </w:t>
      </w:r>
      <w:r>
        <w:t>mujhe aapko yaad hai? maulana, wo hai: "How should you not fight for the cause of God and for the helpless old men, women, and children?</w:t>
      </w:r>
    </w:p>
    <w:p>
      <w:pPr>
        <w:jc w:val="right"/>
      </w:pPr>
      <w:r>
        <w:t>मुझे आपको याद है? मौलाना, वो है: "How should you not fight for the cause of God and for the helpless old men, women, and children?</w:t>
      </w:r>
    </w:p>
    <w:p>
      <w:r>
        <w:rPr>
          <w:b/>
        </w:rPr>
        <w:t xml:space="preserve">[09:04] </w:t>
      </w:r>
      <w:r>
        <w:t>Deliver us, Lord, from the city of wrongdoers. Grant us a protector out of Your grace and grant us a supporter out of Your grace."</w:t>
      </w:r>
    </w:p>
    <w:p>
      <w:pPr>
        <w:jc w:val="right"/>
      </w:pPr>
      <w:r>
        <w:t>Deliver us, Lord, from the city of wrongdoors. Grant us a protector out of Your grace and grant us a supporter out of Your grace."</w:t>
      </w:r>
    </w:p>
    <w:p>
      <w:r>
        <w:rPr>
          <w:b/>
        </w:rPr>
        <w:t xml:space="preserve">[09:19] </w:t>
      </w:r>
      <w:r>
        <w:t>yeh, yeh is ayat se jo cheez nikalti hai, wo yeh hai ke halat mazloom mein ho to wahan ladne ka hukam hai. aaj ka musalman halat mazloom mein kaun hai?</w:t>
      </w:r>
    </w:p>
    <w:p>
      <w:pPr>
        <w:jc w:val="right"/>
      </w:pPr>
      <w:r>
        <w:t>ये, ये इस आयत से जो चीज निकलती है, वो ये है कि हालत मजलूम में हो तो वहां लड़ने का हुकम है। आज का मुसलमान हालत मजलूम में कौन है?</w:t>
      </w:r>
    </w:p>
    <w:p>
      <w:r>
        <w:rPr>
          <w:b/>
        </w:rPr>
        <w:t xml:space="preserve">[09:28] </w:t>
      </w:r>
      <w:r>
        <w:t>aaj bhi khakar mota ho raha hai. wo jis mulk mein jaiye, khoob that se rehte hain log. yeh halat mazloom mein musalman kahan phanse hue hain?</w:t>
      </w:r>
    </w:p>
    <w:p>
      <w:pPr>
        <w:jc w:val="right"/>
      </w:pPr>
      <w:r>
        <w:t>आज भी खाकर मोटा हो रहा है। वो जिस मुल्क में जाइए, खूब ठाट से रहते हैं लोग। ये हालत मजलूम में मुसलमान कहां फंसे हुए हैं?</w:t>
      </w:r>
    </w:p>
    <w:p>
      <w:r>
        <w:rPr>
          <w:b/>
        </w:rPr>
        <w:t xml:space="preserve">[09:39] </w:t>
      </w:r>
      <w:r>
        <w:t>ab to sarkashi karke wo apne ko, yani, mubtala kiye hue hain. masail sarkashi. abhi main jo middle east mein jo protest ho rahe hain, tv par maine dekha to khoob mote-mote log the. wo to kaun?</w:t>
      </w:r>
    </w:p>
    <w:p>
      <w:pPr>
        <w:jc w:val="right"/>
      </w:pPr>
      <w:r>
        <w:t>अब तो सरकशी करके वो अपने को, यानी, मुब्तला किए हुए हैं। मसाइल सरकशी। अभी मैं जो मिडिल ईस्ट में जो प्रोटेस्ट हो रहे हैं, टीवी पर मैंने देखा तो खूब मोटे-मोटे लोग थे। वो तो कौन?</w:t>
      </w:r>
    </w:p>
    <w:p>
      <w:r>
        <w:rPr>
          <w:b/>
        </w:rPr>
        <w:t xml:space="preserve">[09:54] </w:t>
      </w:r>
      <w:r>
        <w:t>mazloom mein kaun hai? wo</w:t>
      </w:r>
    </w:p>
    <w:p>
      <w:pPr>
        <w:jc w:val="right"/>
      </w:pPr>
      <w:r>
        <w:t>मजलूम में कौन है? वो</w:t>
      </w:r>
    </w:p>
    <w:p>
      <w:r>
        <w:rPr>
          <w:b/>
        </w:rPr>
        <w:t xml:space="preserve">[09:58] </w:t>
      </w:r>
      <w:r>
        <w:t>hatta ke bol raha tha baqayda ke mere paas paisa bhi hai, mere paas ohda bhi hai, mere paas ghar bhi hai, mere paas children bhi hai. yeh, yeh khud hi bol raha hai. wo to halat mazloom mein kaun hai?</w:t>
      </w:r>
    </w:p>
    <w:p>
      <w:pPr>
        <w:jc w:val="right"/>
      </w:pPr>
      <w:r>
        <w:t>हत्ता कि बोल रहा था बाकायदा कि मेरे पास पैसा भी है, मेरे पास ओहदा भी है, मेरे पास घर भी है, मेरे पास चिल्ड्रन भी है। ये, ये खुद ही बोल रहा है। वो तो हालत मजलूम में कौन है?</w:t>
      </w:r>
    </w:p>
    <w:p>
      <w:r>
        <w:rPr>
          <w:b/>
        </w:rPr>
        <w:t xml:space="preserve">[10:11] </w:t>
      </w:r>
      <w:r>
        <w:t>is ayat ka talluq hai us, us surat haal se jab musalman halat mazloom mein ho. aaj kisi duniya, kisi musalman mein musalman halat mazloom mein nahin hai. khoob that se rehte hain, sab kuch unhein mila hua hai.</w:t>
      </w:r>
    </w:p>
    <w:p>
      <w:pPr>
        <w:jc w:val="right"/>
      </w:pPr>
      <w:r>
        <w:t>इस आयत का ताल्लुक है उस, उस सूरत हाल से जब मुसलमान हालत मजलूम में हो। आज किसी दुनिया, किसी मुसलमान में मुसलमान हालत मजलूम में नहीं है। खूब ठाट से रहते हैं, सब कुछ उन्हें मिला हुआ है।</w:t>
      </w:r>
    </w:p>
    <w:p>
      <w:r>
        <w:rPr>
          <w:b/>
        </w:rPr>
        <w:t xml:space="preserve">[10:23] </w:t>
      </w:r>
      <w:r>
        <w:t>sarkashi karke problem create kiye hue hain musalman. isliye bilkul batil hai. is, is ayat ka hawala dena gunah hai, gunah.</w:t>
      </w:r>
    </w:p>
    <w:p>
      <w:pPr>
        <w:jc w:val="right"/>
      </w:pPr>
      <w:r>
        <w:t>सरकशी करके प्रॉब्लम क्रिएट किए हुए हैं मुसलमान। इसलिए बिल्कुल बातिल है। इस, इस आयत का हवाला देना गुनाह है, गुनाह।</w:t>
      </w:r>
    </w:p>
    <w:p>
      <w:r>
        <w:rPr>
          <w:b/>
        </w:rPr>
        <w:t xml:space="preserve">[10:36] </w:t>
      </w:r>
      <w:r>
        <w:t>maulana iqbal umri ne tamil nadu se likha hai. marne ke baad muhas hoga. isi liye har mazhab mein najat ki mukhtalif shakal hain, jaise kafara, awagaman, etc. magar sahi shakal mein najat ka dawa islam ka hai. hum madhu ko kaise samjhayein, iske bare mein batayein.</w:t>
      </w:r>
    </w:p>
    <w:p>
      <w:pPr>
        <w:jc w:val="right"/>
      </w:pPr>
      <w:r>
        <w:t>मौलाना इकबाल उमरी ने तमिलनाडु से लिखा है। मरने के बाद मुहास होगा। इसीलिए हर मजहब में नजात की मुख्तलिफ शक्ल हैं, जैसे कफारा, आवागमन, एट्स। मगर सही शक्ल में नजात का दावा इस्लाम का है। हम मधु को कैसे समझाएं, इसके बारे में बताएं।</w:t>
      </w:r>
    </w:p>
    <w:p>
      <w:r>
        <w:rPr>
          <w:b/>
        </w:rPr>
        <w:t xml:space="preserve">[11:04] </w:t>
      </w:r>
      <w:r>
        <w:t>dekhiye, basic baat yeh hai ke authentic source of divine guidance kya hai?</w:t>
      </w:r>
    </w:p>
    <w:p>
      <w:pPr>
        <w:jc w:val="right"/>
      </w:pPr>
      <w:r>
        <w:t>देखिए, बेसिक बात यह है कि ऑथेंटिक सोर्स ऑफ डिवाइन गाइडेंस क्या है?</w:t>
      </w:r>
    </w:p>
    <w:p>
      <w:r>
        <w:rPr>
          <w:b/>
        </w:rPr>
        <w:t xml:space="preserve">[11:14] </w:t>
      </w:r>
      <w:r>
        <w:t>yani khuda ki hidayat ko janne ka musra zariya kya hai? to</w:t>
      </w:r>
    </w:p>
    <w:p>
      <w:pPr>
        <w:jc w:val="right"/>
      </w:pPr>
      <w:r>
        <w:t>यानी खुदा की हिदायत को जानने का मुसरा जरिया क्या है? तो</w:t>
      </w:r>
    </w:p>
    <w:p>
      <w:r>
        <w:rPr>
          <w:b/>
        </w:rPr>
        <w:t xml:space="preserve">[11:22] </w:t>
      </w:r>
      <w:r>
        <w:t>elmi, elmi taur par jab bhi koi sochega, elmi taur par, to siway quran ke koi bhi authentic source nahin paega. wo kyunke baqiya jo kitabein hain, wo ya to mythology hain ya wo distort ho chuka, distortion ho chuka hai. unke andar</w:t>
      </w:r>
    </w:p>
    <w:p>
      <w:pPr>
        <w:jc w:val="right"/>
      </w:pPr>
      <w:r>
        <w:t>इल्मी, इल्मी तौर पर जब भी कोई सोचेगा, इल्मी तौर पर, तो सिवाय कुरान के कोई भी ऑथेंटिक सोर्स नहीं पाएगा। वो क्योंकि बकीया जो किताबें हैं, वो या तो माइथोलॉजी हैं या वो डिस्टॉर्ट हो चुका, डिस्टॉर्शन हो चुका है। उनके अंदर</w:t>
      </w:r>
    </w:p>
    <w:p>
      <w:r>
        <w:rPr>
          <w:b/>
        </w:rPr>
        <w:t xml:space="preserve">[11:39] </w:t>
      </w:r>
      <w:r>
        <w:t>unko koi, unko koi history nahin hai. to wo authentic soch nahin ban sakti hai. yeh scholars ka faisla hai, bade scholars ka. is par baqayda kitabein likhi gayi hain. ek, ek, ek mustaqil fan hai. isko kehte hain historical criticism.</w:t>
      </w:r>
    </w:p>
    <w:p>
      <w:pPr>
        <w:jc w:val="right"/>
      </w:pPr>
      <w:r>
        <w:t>उनको कोई, उनको कोई हिस्ट्री नहीं है। तो वो ऑथेंटिक सोच नहीं बन सकती है। यह स्कॉलर्स का फैसला है, बड़े स्कॉलर्स का। इस पर बाकायदा किताबें लिखी गई हैं। एक, एक, एक मुस्तकिल फन है। इसको कहते हैं हिस्टोरिकल क्रिटिसिजम।</w:t>
      </w:r>
    </w:p>
    <w:p>
      <w:r>
        <w:rPr>
          <w:b/>
        </w:rPr>
        <w:t xml:space="preserve">[11:59] </w:t>
      </w:r>
      <w:r>
        <w:t>ek mustaqil discipline hai yeh, jiske do naam hain: higher criticism, historical criticism. mustaqil higher criticism aur historical criticism. usmein yeh proof ho chuka hai ke siway quran ke koi bhi kitab aisi nahin hai jo, yani,</w:t>
      </w:r>
    </w:p>
    <w:p>
      <w:pPr>
        <w:jc w:val="right"/>
      </w:pPr>
      <w:r>
        <w:t>एक मुस्तकिल डिसिप्लिन है ये, जिसके दो नाम हैं: हायर क्रिटिसिजम, हिस्टोरिकल क्रिटिसिजम। मुस्तकिल हायर क्रिटिसिजम और हिस्टोरिकल क्रिटिसिजम। उसमें ये प्रूफ हो चुका है कि सिवाय कुरान के कोई भी किताब ऐसी नहीं है जो, यानी,</w:t>
      </w:r>
    </w:p>
    <w:p>
      <w:r>
        <w:rPr>
          <w:b/>
        </w:rPr>
        <w:t xml:space="preserve">[12:21] </w:t>
      </w:r>
      <w:r>
        <w:t>mehfooz ho. sab mein milawat hai, sab mein. maslan, koi aisi kitab hai jisko sirf translation available hai. aaj uska pata hi nahin ke uska asal kya tha. to agar aadmi sincere ho,</w:t>
      </w:r>
    </w:p>
    <w:p>
      <w:pPr>
        <w:jc w:val="right"/>
      </w:pPr>
      <w:r>
        <w:t>महफूज हो। सब में मिलावट है, सब में। मसलन, कोई ऐसी किताब है जिसको सिर्फ ट्रांसलेशन अवेलेबल है। आज उसका पता ही नहीं कि उसका असल क्या था। तो अगर आदमी सिंसियर हो,</w:t>
      </w:r>
    </w:p>
    <w:p>
      <w:r>
        <w:rPr>
          <w:b/>
        </w:rPr>
        <w:t xml:space="preserve">[12:36] </w:t>
      </w:r>
      <w:r>
        <w:t>to usko manna padega ke</w:t>
      </w:r>
    </w:p>
    <w:p>
      <w:pPr>
        <w:jc w:val="right"/>
      </w:pPr>
      <w:r>
        <w:t>तो उसको मानना पड़ेगा कि</w:t>
      </w:r>
    </w:p>
    <w:p>
      <w:r>
        <w:rPr>
          <w:b/>
        </w:rPr>
        <w:t xml:space="preserve">[12:39] </w:t>
      </w:r>
      <w:r>
        <w:t>sirf quran hi ek mehfooz kitab hai. jab yeh maan lega, to najat ka tasawwur jo quran mein diya gaya, wo manna padega usko. aur wo hai jajal ka jaza mantaq. jo apni, apne aap ko, jo apna taskiya karega, taskiya uske liye najat hai.</w:t>
      </w:r>
    </w:p>
    <w:p>
      <w:pPr>
        <w:jc w:val="right"/>
      </w:pPr>
      <w:r>
        <w:t>सिर्फ कुरान ही एक महफूज किताब है। जब ये मान लेगा, तो नजात का तसव्वुर जो कुरान में दिया गया, वो मानना पड़ेगा उसको। और वो है जजाल का जजा मंतका। जो अपनी, अपने आप को, जो अपना तस्किया करेगा, तस्किया उसके लिए नजात है।</w:t>
      </w:r>
    </w:p>
    <w:p>
      <w:r>
        <w:rPr>
          <w:b/>
        </w:rPr>
        <w:t xml:space="preserve">[12:57] </w:t>
      </w:r>
      <w:r>
        <w:t>aur koi doosri cheez najat ke zariye nahin ban sakti. to kitab ki mehfooziyat jab tak aadmi samjhe, na samjhe, us waqt tak usko wo bahas karega aur baat ka sara nahin milega usko.</w:t>
      </w:r>
    </w:p>
    <w:p>
      <w:pPr>
        <w:jc w:val="right"/>
      </w:pPr>
      <w:r>
        <w:t>और कोई दूसरी चीज नजात के जरिए नहीं बन सकती। तो किताब की महफूजियत जब तक आदमी समझे, ना समझे, उस वक्त तक उसको वो बहस करेगा और बात का सरा नहीं मिलेगा उसको।</w:t>
      </w:r>
    </w:p>
    <w:p>
      <w:r>
        <w:rPr>
          <w:b/>
        </w:rPr>
        <w:t xml:space="preserve">[13:20] </w:t>
      </w:r>
      <w:r>
        <w:t>maulana, THERE IS A COMMENT, WHICH HAS COME FROM MR RAMESH SIDDIQUI FROM NEW DELHI. HE HAS WRITTEN: "YESTERDAY, I MET SHEIKH ABDUL RAHMAN AL SUDAIS, IMAM OF HARAM. I HAD, I HAD A WORD ABOUT THE MISSION OF CPS. HE SAID TO ME THAT HE HAS YOUR ARABIC COMMENTARY OF QURAN AND THE ARABIC TRANSLATION OF GOD ARISES, WHICH IS AL ISLAM YATHDA. I WILL MOVE ON TO THE NEXT QUESTION." bahut</w:t>
      </w:r>
    </w:p>
    <w:p>
      <w:pPr>
        <w:jc w:val="right"/>
      </w:pPr>
      <w:r>
        <w:t>मौलाना, देयर इज अ कमेंट, व्हिच हैज कम फ्रॉम मिस्टर रामेश सिद्दीकी फ्रॉम न्यू दिल्ली। ही हैज रिटन: "यस्टरडे, आई मेट शेख अब्दुल रहमान अल सुदेश, इमाम ऑफ हरम। आई हैड, आई हैड अ वर्ड अबाउट द मिशन ऑफ सीपीएस। ही सेड टू मी दैट ही हैज योर अरेबिक कमेंट्री ऑफ कुरान एंड द अरेबिक ट्रांसलेशन ऑफ गॉड अराइजस, व्हिच इज अल इस्लाम यथदा। आई विल मूव ऑन टू द नेक्स्ट क्वेश्चन।" बहुत</w:t>
      </w:r>
    </w:p>
    <w:p>
      <w:r>
        <w:rPr>
          <w:b/>
        </w:rPr>
        <w:t xml:space="preserve">[13:50] </w:t>
      </w:r>
      <w:r>
        <w:t>khushi ki baat hai, bahut khushi ki baat hai. Allah taala hamein mazeed raahein khole hamare liye. Agla sawal Maulana Fayyaz Umri ka hai, Gulbarga se. Unhone likha hai,</w:t>
      </w:r>
    </w:p>
    <w:p>
      <w:pPr>
        <w:jc w:val="right"/>
      </w:pPr>
      <w:r>
        <w:t>खुशी की बात है, बहुत खुशी की बात है। अल्लाह ताला हमें मजीद राहें खोले हमारे लिए। अगला सवाल मौलाना फैयाज उमरी का है, गुलबर्गा से। उन्होंने लिखा है,</w:t>
      </w:r>
    </w:p>
    <w:p>
      <w:r>
        <w:rPr>
          <w:b/>
        </w:rPr>
        <w:t xml:space="preserve">[14:06] </w:t>
      </w:r>
      <w:r>
        <w:t>"Suratul Fajr mein aaya hai ke Allah aur malaika saf dar saf aayenge. Iski wazahat karein."</w:t>
      </w:r>
    </w:p>
    <w:p>
      <w:pPr>
        <w:jc w:val="right"/>
      </w:pPr>
      <w:r>
        <w:t>"सूरतुल फजर में आया है कि अल्लाह और मलाइका सफ दर सफ आएंगे। इसकी वजाहत करें।"</w:t>
      </w:r>
    </w:p>
    <w:p>
      <w:r>
        <w:rPr>
          <w:b/>
        </w:rPr>
        <w:t xml:space="preserve">[14:17] </w:t>
      </w:r>
      <w:r>
        <w:t>Ab zahir hai ke actual taur par kya hoga, yeh to koi janta nahi hai.</w:t>
      </w:r>
    </w:p>
    <w:p>
      <w:pPr>
        <w:jc w:val="right"/>
      </w:pPr>
      <w:r>
        <w:t>अब जाहिर है कि एक्चुअल तौर पर क्या होगा, यह तो कोई जानता नहीं है।</w:t>
      </w:r>
    </w:p>
    <w:p>
      <w:r>
        <w:rPr>
          <w:b/>
        </w:rPr>
        <w:t xml:space="preserve">[14:23] </w:t>
      </w:r>
      <w:r>
        <w:t>Lekin badhai, uska matlab yahi hai ke</w:t>
      </w:r>
    </w:p>
    <w:p>
      <w:pPr>
        <w:jc w:val="right"/>
      </w:pPr>
      <w:r>
        <w:t>लेकिन बधाई, उसका मतलब यही है कि</w:t>
      </w:r>
    </w:p>
    <w:p>
      <w:r>
        <w:rPr>
          <w:b/>
        </w:rPr>
        <w:t xml:space="preserve">[14:32] </w:t>
      </w:r>
      <w:r>
        <w:t>ke abhi hum nazar nahi aate. Humko, hum Allah ko dekhte nahi. Sab kuch ghaib mein hai. To qayamat had faasil hai. Qayamat ke baad kuch, kuch ghaib mein nahi rahegi. Sab kuch khul jayega.</w:t>
      </w:r>
    </w:p>
    <w:p>
      <w:pPr>
        <w:jc w:val="right"/>
      </w:pPr>
      <w:r>
        <w:t>कि अभी हम नजर नहीं आते। हमको, हम अल्लाह को देखते नहीं। सब कुछ गैब में है। तो कयामत हद फासिल है। कयामत के बाद कुछ, कुछ गैब में नहीं रहेगी। सब कुछ खुल जाएगा।</w:t>
      </w:r>
    </w:p>
    <w:p>
      <w:r>
        <w:rPr>
          <w:b/>
        </w:rPr>
        <w:t xml:space="preserve">[14:52] </w:t>
      </w:r>
      <w:r>
        <w:t>Wo haqeeqat hai jo aaj ghaibi bani hui hai. Allah ka wajood, farishton ka wajood, jahannum ka wajood, jannat ka wajood. Yeh aaj jo hai, ghaibi haqiqatein bani hui hain. Aaj wo hamare liye aqeedey ka darja rakhti hain. Lekin qayamat ke baad parda hat jayega,</w:t>
      </w:r>
    </w:p>
    <w:p>
      <w:pPr>
        <w:jc w:val="right"/>
      </w:pPr>
      <w:r>
        <w:t>वो हकीकत है जो आज गैबी बनी हुई है। अल्लाह का वजूद, फरिश्तों का वजूद, जहन्नम का वजूद, जन्नत का वजूद। ये आज जो है, गैबी हकीकतें बनी हुई हैं। आज वो हमारे लिए अकीदे का दर्जा रखती हैं। लेकिन कयामत के बाद पर्दा हट जाएगा,</w:t>
      </w:r>
    </w:p>
    <w:p>
      <w:r>
        <w:rPr>
          <w:b/>
        </w:rPr>
        <w:t xml:space="preserve">[15:11] </w:t>
      </w:r>
      <w:r>
        <w:t>parda hat jayega.</w:t>
      </w:r>
    </w:p>
    <w:p>
      <w:pPr>
        <w:jc w:val="right"/>
      </w:pPr>
      <w:r>
        <w:t>पर्दा हट जाएगा।</w:t>
      </w:r>
    </w:p>
    <w:p>
      <w:r>
        <w:rPr>
          <w:b/>
        </w:rPr>
        <w:t xml:space="preserve">[15:15] </w:t>
      </w:r>
      <w:r>
        <w:t>Sab kuch aaya, khule taur par dikhai dene lagega.</w:t>
      </w:r>
    </w:p>
    <w:p>
      <w:pPr>
        <w:jc w:val="right"/>
      </w:pPr>
      <w:r>
        <w:t>सब कुछ आया, खुले तौर पर दिखाई देने लगेगा।</w:t>
      </w:r>
    </w:p>
    <w:p>
      <w:r>
        <w:rPr>
          <w:b/>
        </w:rPr>
        <w:t xml:space="preserve">[15:24] </w:t>
      </w:r>
      <w:r>
        <w:t>Jaise Quran Majeed mein, yahi baat Quran Majeed mein in alfaz mein kahi gayi hai ke "Fak shafan ke gata ka to gata" maane parda. Yaani parda hata diya jayega to sab kuch dikhai dega. To</w:t>
      </w:r>
    </w:p>
    <w:p>
      <w:pPr>
        <w:jc w:val="right"/>
      </w:pPr>
      <w:r>
        <w:t>जैसे कुरान मजीद में, यही बात कुरान मजीद में इन अल्फाज में कही गई है कि "फक शफन के गता का तो गता" माने पर्दा। यानी पर्दा हटा दिया जाएगा तो सब कुछ दिखाई देगा। तो</w:t>
      </w:r>
    </w:p>
    <w:p>
      <w:r>
        <w:rPr>
          <w:b/>
        </w:rPr>
        <w:t xml:space="preserve">[15:41] </w:t>
      </w:r>
      <w:r>
        <w:t>Farishte jo hain, jook dar jook aayenge aur Allah taala ka bhi zahoor hoga. Lekin fil waqt kya hoga, isko koi insaan nahi janta. Hum isko mujammal taur par samajh sakte hain ke aisa hoga.</w:t>
      </w:r>
    </w:p>
    <w:p>
      <w:pPr>
        <w:jc w:val="right"/>
      </w:pPr>
      <w:r>
        <w:t>फरिश्ते जो हैं, जूक दर जूक आएंगे और अल्लाह ताला का भी जहूर होगा। लेकिन फिल वाकत क्या होगा, इसको कोई इंसान नहीं जानता। हम इसको मुजम तौर पर समझ सकते हैं कि ऐसा होगा।</w:t>
      </w:r>
    </w:p>
    <w:p>
      <w:r>
        <w:rPr>
          <w:b/>
        </w:rPr>
        <w:t xml:space="preserve">[15:59] </w:t>
      </w:r>
      <w:r>
        <w:t>Maulana Asrar Umri ne Tamil Nadu se likha hai, "Insaan apni mahdoodiyat ko kaise daryaft karein?" Maulana, iske bare mein batayein.</w:t>
      </w:r>
    </w:p>
    <w:p>
      <w:pPr>
        <w:jc w:val="right"/>
      </w:pPr>
      <w:r>
        <w:t>मौलाना असरार उमरी ने तमिलनाडु से लिखा है, "इंसान अपनी महदूदियत को कैसे दरयाफ्त करें?" मौलाना, इसके बारे में बताएं।</w:t>
      </w:r>
    </w:p>
    <w:p>
      <w:r>
        <w:rPr>
          <w:b/>
        </w:rPr>
        <w:t xml:space="preserve">[16:13] </w:t>
      </w:r>
      <w:r>
        <w:t>Wo to har lamha maudoodiyat jaan sakta hai aadmi. Abhi dekhiye, aapka aaj raat ko Earth Day tha. Earth Day tha, kya tha naam?</w:t>
      </w:r>
    </w:p>
    <w:p>
      <w:pPr>
        <w:jc w:val="right"/>
      </w:pPr>
      <w:r>
        <w:t>वो तो हर लम्हा मादू दियत जान सकता है आदमी। अभी देखिए, आपका आज रात को अर्थ डे था। अर्थ डे था, क्या था नाम?</w:t>
      </w:r>
    </w:p>
    <w:p>
      <w:r>
        <w:rPr>
          <w:b/>
        </w:rPr>
        <w:t xml:space="preserve">[16:29] </w:t>
      </w:r>
      <w:r>
        <w:t>Earth Hour, Earth Hour tha. 8:30 se 9:30 tak, aaj hi raat ki baat hai. Earth Hour, Earth Hour mein kya tha ke light band karna tha. Yaani ek ghante tak raat light band kar rakhna tha. To humne apne yahan 8:30 se 9:30 tak light band rakhi.</w:t>
      </w:r>
    </w:p>
    <w:p>
      <w:pPr>
        <w:jc w:val="right"/>
      </w:pPr>
      <w:r>
        <w:t>अर्थ आवर, अर्थ आवर था। 8:30 से 9:30 तक, आज ही रात की बात है। अर्थ आवर, अर्थ आवर में क्या था कि लाइट बंद करना था। यानी एक घंटे तक रात लाइट बंद कर रखना था। तो हमने अपने यहां 8:30 से 9:30 तक लाइट बंद रखी।</w:t>
      </w:r>
    </w:p>
    <w:p>
      <w:r>
        <w:rPr>
          <w:b/>
        </w:rPr>
        <w:t xml:space="preserve">[16:51] </w:t>
      </w:r>
      <w:r>
        <w:t>To achanak kya mehsoos hua ke ab aankh hai, main dekh nahi sakta. Jab tak jal rahi thi, to main dekh pata tha. Ab jo light nahi hai, to main aankh hai, main dekh nahi sakta. Yeh to hai tajurba aapne</w:t>
      </w:r>
    </w:p>
    <w:p>
      <w:pPr>
        <w:jc w:val="right"/>
      </w:pPr>
      <w:r>
        <w:t>तो अचानक क्या महसूस हुआ कि अब आंख है, मैं देख नहीं सकता। जब तक जल रही थी, तो मैं देख पाता था। अब जो लाइट नहीं है, तो मैं आंख है, मैं देख नहीं सकता। यह तो है तजुर्बा आपने</w:t>
      </w:r>
    </w:p>
    <w:p>
      <w:r>
        <w:rPr>
          <w:b/>
        </w:rPr>
        <w:t xml:space="preserve">[17:09] </w:t>
      </w:r>
      <w:r>
        <w:t>majdoodiyat ka.</w:t>
      </w:r>
    </w:p>
    <w:p>
      <w:pPr>
        <w:jc w:val="right"/>
      </w:pPr>
      <w:r>
        <w:t>माजूदियत का।</w:t>
      </w:r>
    </w:p>
    <w:p>
      <w:r>
        <w:rPr>
          <w:b/>
        </w:rPr>
        <w:t xml:space="preserve">[17:14] </w:t>
      </w:r>
      <w:r>
        <w:t>Yahi to tajurba hai. Aap pani peete hain, to aap sochiye ke aap pani bana sakte hain. To yeh bhi tajurba majdoodiyat ka hai ke main, yaani pani nahi bana sakta. Agar mujhe pani ki zaroorat hai,</w:t>
      </w:r>
    </w:p>
    <w:p>
      <w:pPr>
        <w:jc w:val="right"/>
      </w:pPr>
      <w:r>
        <w:t>यही तो तजुर्बा है। आप पानी पीते हैं, तो आप सोचिए कि आप पानी बना सकते हैं। तो यह भी तजुर्बा माजूदियत का है कि मैं, यानी पानी नहीं बना सकता। अगर मुझे पानी की जरूरत है,</w:t>
      </w:r>
    </w:p>
    <w:p>
      <w:r>
        <w:rPr>
          <w:b/>
        </w:rPr>
        <w:t xml:space="preserve">[17:29] </w:t>
      </w:r>
      <w:r>
        <w:t>Yaani meri, meri yahan had aa jati hai ke main khud pani banaoon.</w:t>
      </w:r>
    </w:p>
    <w:p>
      <w:pPr>
        <w:jc w:val="right"/>
      </w:pPr>
      <w:r>
        <w:t>यानी मेरी, मेरी यहां हद आ जाती है कि मैं खुद पानी बनाऊं।</w:t>
      </w:r>
    </w:p>
    <w:p>
      <w:r>
        <w:rPr>
          <w:b/>
        </w:rPr>
        <w:t xml:space="preserve">[17:35] </w:t>
      </w:r>
      <w:r>
        <w:t>Bol raha hoon main, ek lamhe mein mere bolna band ho sakta hai. Apni zindagi mein maine aise log dekhe hain ke khoob achhe the, tandurust. Unki bol band ho gayi, bol nahi sakte the. Wo aise hi bas dekhte rehte the. Aise log dekh, memory bahut achhi thi. Achanak memory chali gayi. Ab kuch, kisi ko pehchante nahi the. Wo</w:t>
      </w:r>
    </w:p>
    <w:p>
      <w:pPr>
        <w:jc w:val="right"/>
      </w:pPr>
      <w:r>
        <w:t>बोल रहा हूं मैं, एक लम्हे में मेरे बोलना बंद हो सकता है। अपनी जिंदगी में मैंने ऐसे लोग देखे हैं कि खूब अच्छे थे, तंदुरुस्त। उनकी बोल बंद हो गई, बोल नहीं सकते थे। वो ऐसे ही बस देखते रहते थे। ऐसे लोग देख, मेमोरी बहुत अच्छी थी। अचानक मेमोरी चली गई। अब कुछ, किसी को पहचानते नहीं थे। वो</w:t>
      </w:r>
    </w:p>
    <w:p>
      <w:r>
        <w:rPr>
          <w:b/>
        </w:rPr>
        <w:t xml:space="preserve">[17:57] </w:t>
      </w:r>
      <w:r>
        <w:t>to lama. To maudoodiyat ka tajurba to har lamha, har, har cheez mein ho sakta hai. Sirf jo hai ke shoor bedaar ho, aap hassas ho. Har lamha, har lamha. Ismein koi, kisi, yaani</w:t>
      </w:r>
    </w:p>
    <w:p>
      <w:pPr>
        <w:jc w:val="right"/>
      </w:pPr>
      <w:r>
        <w:t>तो लामा। तो मादू दियत का तजुर्बा तो हर लम्हा, हर, हर चीज में हो सकता है। सिर्फ जो है कि शूर बेदार हो, आप हसास हो। हर लम्हा, हर लम्हा। इसमें कोई, किसी, यानी</w:t>
      </w:r>
    </w:p>
    <w:p>
      <w:r>
        <w:rPr>
          <w:b/>
        </w:rPr>
        <w:t xml:space="preserve">[18:15] </w:t>
      </w:r>
      <w:r>
        <w:t>Banawati taur par kisi course ki zaroorat nahi hai. Jo har lamha, jo aapki zindagi hai, usmein har waqt aapko iska tajurba hota rehta hai.</w:t>
      </w:r>
    </w:p>
    <w:p>
      <w:pPr>
        <w:jc w:val="right"/>
      </w:pPr>
      <w:r>
        <w:t>बनावटी तौर पर किसी कोर्स की जरूरत नहीं है। जो हर लम्हा, जो आपकी जिंदगी है, उसमें हर वक्त आपको इसका तजुर्बा होता रहता है।</w:t>
      </w:r>
    </w:p>
    <w:p>
      <w:r>
        <w:rPr>
          <w:b/>
        </w:rPr>
        <w:t xml:space="preserve">[18:26] </w:t>
      </w:r>
      <w:r>
        <w:t>Main to har second mein tajurba karta hoon, har minute tajurba karta hoon, har lamha tajurba karta hoon apni majdoodiyat ka. To cheez kya hai?</w:t>
      </w:r>
    </w:p>
    <w:p>
      <w:pPr>
        <w:jc w:val="right"/>
      </w:pPr>
      <w:r>
        <w:t>मैं तो हर सेकंड में तजुर्बा करता हूं, हर मिनट तजुर्बा करता हूं, हर लम्हा तजुर्बा करता हूं अपनी माजूदियत का। तो चीज क्या है?</w:t>
      </w:r>
    </w:p>
    <w:p>
      <w:r>
        <w:rPr>
          <w:b/>
        </w:rPr>
        <w:t xml:space="preserve">[18:40] </w:t>
      </w:r>
      <w:r>
        <w:t>Shoor ki bedari, soch ki bedari,</w:t>
      </w:r>
    </w:p>
    <w:p>
      <w:pPr>
        <w:jc w:val="right"/>
      </w:pPr>
      <w:r>
        <w:t>शूर की बेदारी, सोच की बेदारी,</w:t>
      </w:r>
    </w:p>
    <w:p>
      <w:r>
        <w:rPr>
          <w:b/>
        </w:rPr>
        <w:t xml:space="preserve">[18:47] </w:t>
      </w:r>
      <w:r>
        <w:t>Mind ko activate karna. Bas aur kuch nahi. Warna sartaapa hum, yaani, yaani hum ek, ek aisa wajood hain jo sartaapa mahdood wajood hai. To har waqt uske tajurba saamne aate rehte hain.</w:t>
      </w:r>
    </w:p>
    <w:p>
      <w:pPr>
        <w:jc w:val="right"/>
      </w:pPr>
      <w:r>
        <w:t>माइंड को एक्टिवेट करना। बस और कुछ नहीं। वरना सरतापा हम, यानी, यानी हम एक, एक ऐसा वजूद हैं जो सरतापा महदूद वजूद है। तो हर वक्त उसके तजुर्बा सामने आते रहते हैं।</w:t>
      </w:r>
    </w:p>
    <w:p>
      <w:r>
        <w:rPr>
          <w:b/>
        </w:rPr>
        <w:t xml:space="preserve">[19:07] </w:t>
      </w:r>
      <w:r>
        <w:t>Agar zinda shoor ho hamare andar, soch jaagi hui ho, to har waqt hamein mehsoos hoga ke dekho, yahan main aaj saabit hua. Dekho, yahan majood, majood aa gayi.</w:t>
      </w:r>
    </w:p>
    <w:p>
      <w:pPr>
        <w:jc w:val="right"/>
      </w:pPr>
      <w:r>
        <w:t>अगर जिंदा शूर हो हमारे अंदर, सोच जागी हुई हो, तो हर वक्त हमें महसूस होगा कि देखो, यहां मैं आज साबित हुआ। देखो, यहां मजूद, मजूद आ गई।</w:t>
      </w:r>
    </w:p>
    <w:p>
      <w:r>
        <w:rPr>
          <w:b/>
        </w:rPr>
        <w:t xml:space="preserve">[19:24] </w:t>
      </w:r>
      <w:r>
        <w:t>Jaise main ek martaba gaya, ek Kalb Ahmedabad mein ek factory ek sahib ne lagayi thi. Nayi, wo engineer the. To wo nayi factory thi, wo le gaye. Ab usko to unhone kaha, baatcheet karte hue,</w:t>
      </w:r>
    </w:p>
    <w:p>
      <w:pPr>
        <w:jc w:val="right"/>
      </w:pPr>
      <w:r>
        <w:t>जैसे मैं एक मर्तबा गया, एक कालब अहमदाबाद में एक फैक्ट्री एक साब ने लगाई थी। नई, वो इंजीनियर थे। तो वो नई फैक्ट्री थी, वो ले गए। अब उसको तो उन्होंने कहा, बातचीत करते हुए,</w:t>
      </w:r>
    </w:p>
    <w:p>
      <w:r>
        <w:rPr>
          <w:b/>
        </w:rPr>
        <w:t xml:space="preserve">[19:41] </w:t>
      </w:r>
      <w:r>
        <w:t>mere paas koi manager nahin hai. yaani mba ka jo course hota hai, us course ko karke management sikhha ho, aisa aadmi mere paas nahin. main engineer hoon, to technology ke etbaar se main factory ko</w:t>
      </w:r>
    </w:p>
    <w:p>
      <w:pPr>
        <w:jc w:val="right"/>
      </w:pPr>
      <w:r>
        <w:t>"मेरे पास कोई मैनेजर नहीं है। यानी एमबीए का जो कोर्स होता है, उस कोर्स को करके मैनेजमेंट सिखा हो, ऐसा आदमी मेरे पास नहीं। मैं इंजीनियर हूं, तो टेक्नोलॉजी के एतबार से मैं फैक्ट्री को</w:t>
      </w:r>
    </w:p>
    <w:p>
      <w:r>
        <w:rPr>
          <w:b/>
        </w:rPr>
        <w:t xml:space="preserve">[19:59] </w:t>
      </w:r>
      <w:r>
        <w:t>dekhbhaal kar sakta hoon." to isko batate hue unhon ne kaha ki ye jumla bole the vo ki apni to limit aa jaati hai management site par. apni to limit aa jaati hai</w:t>
      </w:r>
    </w:p>
    <w:p>
      <w:pPr>
        <w:jc w:val="right"/>
      </w:pPr>
      <w:r>
        <w:t>देखभाल कर सकता हूं।" तो इसको बताते हुए उन्होंने कहा कि ये जुमला बोले थे वो कि अपनी तो लिमिट आ जाती है मैनेजमेंट साइट पर। अपनी तो लिमिट आ जाती है</w:t>
      </w:r>
    </w:p>
    <w:p>
      <w:r>
        <w:rPr>
          <w:b/>
        </w:rPr>
        <w:t xml:space="preserve">[20:16] </w:t>
      </w:r>
      <w:r>
        <w:t>management site par.</w:t>
      </w:r>
    </w:p>
    <w:p>
      <w:pPr>
        <w:jc w:val="right"/>
      </w:pPr>
      <w:r>
        <w:t>मैनेजमेंट साइट पर।</w:t>
      </w:r>
    </w:p>
    <w:p>
      <w:r>
        <w:rPr>
          <w:b/>
        </w:rPr>
        <w:t xml:space="preserve">[20:24] </w:t>
      </w:r>
      <w:r>
        <w:t>to yeh insaan ka haal hai</w:t>
      </w:r>
    </w:p>
    <w:p>
      <w:pPr>
        <w:jc w:val="right"/>
      </w:pPr>
      <w:r>
        <w:t>तो यह इंसान का हाल है</w:t>
      </w:r>
    </w:p>
    <w:p>
      <w:r>
        <w:rPr>
          <w:b/>
        </w:rPr>
        <w:t xml:space="preserve">[20:30] </w:t>
      </w:r>
      <w:r>
        <w:t>ki apni to limit aa jaati hai management site par. to apni to limit aa jaati hai is par. is par har waqt aap, abhi to limit aa jaati hai bolne ke had par, paani ke us par, har cheez par, aankh dekhne par. kyunki koi bhi cheez aisi nahin hai jahan hum, yaani majudiyat ke shikar na ho. cheez ye hai ki hum sochte nahin hain, daryaft nahin kar paate.</w:t>
      </w:r>
    </w:p>
    <w:p>
      <w:pPr>
        <w:jc w:val="right"/>
      </w:pPr>
      <w:r>
        <w:t>कि अपनी तो लिमिट आ जाती है मैनेजमेंट साइट पर। तो अपनी तो लिमिट आ जाती है इस पर। इस पर हर वक्त आप, अभी तो लिमिट आ जाती है बोलने के हद पर, पानी के उस पर, हर चीज पर, आंख देखने पर। क्योंकि कोई भी चीज ऐसी नहीं है जहां हम, यानी मजूदियत के शिकार ना हो। चीज ये है कि हम सोचते नहीं हैं, दरयाफ्त नहीं कर पाते।</w:t>
      </w:r>
    </w:p>
    <w:p>
      <w:r>
        <w:rPr>
          <w:b/>
        </w:rPr>
        <w:t xml:space="preserve">[20:53] </w:t>
      </w:r>
      <w:r>
        <w:t>varna har lamha hamara, har tajarba yaad dilata hai humko apni limitations ka.</w:t>
      </w:r>
    </w:p>
    <w:p>
      <w:pPr>
        <w:jc w:val="right"/>
      </w:pPr>
      <w:r>
        <w:t>वरना हर लम्हा हमारा, हर तजुर्बा याद दिलाता है हमको अपनी लिमिटेशंस का।</w:t>
      </w:r>
    </w:p>
    <w:p>
      <w:r>
        <w:rPr>
          <w:b/>
        </w:rPr>
        <w:t xml:space="preserve">[21:02] </w:t>
      </w:r>
      <w:r>
        <w:t>maulana inayatullah umri ne bengaluru se likha hai, "qayamat, jannat aur jahannum ki mukammal tafseelat sirf quran mein hai ya aur koi mazhabi kitab mein bhi hai?</w:t>
      </w:r>
    </w:p>
    <w:p>
      <w:pPr>
        <w:jc w:val="right"/>
      </w:pPr>
      <w:r>
        <w:t>मौलाना इनायतुल्लाह उमरी ने बेंगलुरु से लिखा है, "कयामत, जन्नत और जहन्नम की मुकम्मल तफसीलात सिर्फ कुरान में है या और कोई मजहबी किताब में भी है?</w:t>
      </w:r>
    </w:p>
    <w:p>
      <w:r>
        <w:rPr>
          <w:b/>
        </w:rPr>
        <w:t xml:space="preserve">[21:16] </w:t>
      </w:r>
      <w:r>
        <w:t>iske baare mein aap bataein."</w:t>
      </w:r>
    </w:p>
    <w:p>
      <w:pPr>
        <w:jc w:val="right"/>
      </w:pPr>
      <w:r>
        <w:t>इसके बारे में आप बताएं।"</w:t>
      </w:r>
    </w:p>
    <w:p>
      <w:r>
        <w:rPr>
          <w:b/>
        </w:rPr>
        <w:t xml:space="preserve">[21:20] </w:t>
      </w:r>
      <w:r>
        <w:t>main samajhta hoon ki har mazhab mein hai, lekin zaahir hai ki authentic taur par to sirf quran hadis hi mein hai. aur jitne mazhab hain, sab mein kahin na kahin tareeke se vo cheez hai maujood. kahin bahut hi halke andaaz mein hai, kahin taaqatwar andaaz mein hai,</w:t>
      </w:r>
    </w:p>
    <w:p>
      <w:pPr>
        <w:jc w:val="right"/>
      </w:pPr>
      <w:r>
        <w:t>मैं समझता हूं कि हर मजहब में है, लेकिन जाहिर है कि ऑथेंटिक तौर पर तो सिर्फ कुरान हदीस ही में है। और जितने मजहब हैं, सब में कहीं ना कहीं तरीके से वो चीज है मौजूद। कहीं बहुत ही हल्के अंदाज में है, कहीं ताकतवर अंदाज में है,</w:t>
      </w:r>
    </w:p>
    <w:p>
      <w:r>
        <w:rPr>
          <w:b/>
        </w:rPr>
        <w:t xml:space="preserve">[21:40] </w:t>
      </w:r>
      <w:r>
        <w:t>kahin bigde hue andaaz mein hai. to kisi na kisi etbaar se uska tasavvur maujood hai.</w:t>
      </w:r>
    </w:p>
    <w:p>
      <w:pPr>
        <w:jc w:val="right"/>
      </w:pPr>
      <w:r>
        <w:t>कहीं बिगड़े हुए अंदाज में है। तो किसी ना किसी एतबार से उसका तसव्वुर मौजूद है।</w:t>
      </w:r>
    </w:p>
    <w:p>
      <w:r>
        <w:rPr>
          <w:b/>
        </w:rPr>
        <w:t xml:space="preserve">[21:52] </w:t>
      </w:r>
      <w:r>
        <w:t>maslan, jo mazhab punarjanm ko maanta hai, wahan bhi swarg aur nar ka tasavvur maujood hai.</w:t>
      </w:r>
    </w:p>
    <w:p>
      <w:pPr>
        <w:jc w:val="right"/>
      </w:pPr>
      <w:r>
        <w:t>मसलन, जो मजहब पुनर्जन्म को मानता है, वहां भी स्वर्ग और नर का तसव्वुर मौजूद है।</w:t>
      </w:r>
    </w:p>
    <w:p>
      <w:r>
        <w:rPr>
          <w:b/>
        </w:rPr>
        <w:t xml:space="preserve">[22:01] </w:t>
      </w:r>
      <w:r>
        <w:t>lekin zyada yaqeeni shakal mein, mustar shakal mein, authentic shakal mein agar aapko jaanna hai, to vo quran mein milega aur hadis mein milega. kyunki vo mehfooz kitab hai.</w:t>
      </w:r>
    </w:p>
    <w:p>
      <w:pPr>
        <w:jc w:val="right"/>
      </w:pPr>
      <w:r>
        <w:t>लेकिन ज्यादा यकीनी शक्ल में, मुस्तर शक्ल में, ऑथेंटिक शक्ल में अगर आपको जानना है, तो वो कुरान में मिलेगा और हदीस में मिलेगा। क्योंकि वो महफूज किताब है।</w:t>
      </w:r>
    </w:p>
    <w:p>
      <w:r>
        <w:rPr>
          <w:b/>
        </w:rPr>
        <w:t xml:space="preserve">[22:16] </w:t>
      </w:r>
      <w:r>
        <w:t>maulana abdul basit umri ne doha qatar se likha hai, "maulana, scientific framework aur traditional framework ka matlab kya hai?</w:t>
      </w:r>
    </w:p>
    <w:p>
      <w:pPr>
        <w:jc w:val="right"/>
      </w:pPr>
      <w:r>
        <w:t>मौलाना अब्दुल बासित उमरी ने दोहा कतर से लिखा है, "मौलाना, साइंटिफिक फ्रेमवर्क और ट्रेडिशनल फ्रेमवर्क का मतलब क्या है?</w:t>
      </w:r>
    </w:p>
    <w:p>
      <w:r>
        <w:rPr>
          <w:b/>
        </w:rPr>
        <w:t xml:space="preserve">[22:26] </w:t>
      </w:r>
      <w:r>
        <w:t>iske baare mein bataein."</w:t>
      </w:r>
    </w:p>
    <w:p>
      <w:pPr>
        <w:jc w:val="right"/>
      </w:pPr>
      <w:r>
        <w:t>इसके बारे में बताएं।"</w:t>
      </w:r>
    </w:p>
    <w:p>
      <w:r>
        <w:rPr>
          <w:b/>
        </w:rPr>
        <w:t xml:space="preserve">[22:30] </w:t>
      </w:r>
      <w:r>
        <w:t>main is baare mein hamari kitabein padhi hain. aapse bahut zyada is par likha gaya hai. khulasa yeh hai ki traditional framework yeh tha pehle ki mafrooz par hua karta tha,</w:t>
      </w:r>
    </w:p>
    <w:p>
      <w:pPr>
        <w:jc w:val="right"/>
      </w:pPr>
      <w:r>
        <w:t>मैं इस बारे में हमारी किताबें पढ़ी हैं। आपसे बहुत ज्यादा इस पर लिखा गया है। खुलासा यह है कि ट्रेडिशनल फ्रेमवर्क यह था पहले कि मफूज पर हुआ करता था,</w:t>
      </w:r>
    </w:p>
    <w:p>
      <w:r>
        <w:rPr>
          <w:b/>
        </w:rPr>
        <w:t xml:space="preserve">[22:43] </w:t>
      </w:r>
      <w:r>
        <w:t>explanation par.</w:t>
      </w:r>
    </w:p>
    <w:p>
      <w:pPr>
        <w:jc w:val="right"/>
      </w:pPr>
      <w:r>
        <w:t>एस्पलेशन पर।</w:t>
      </w:r>
    </w:p>
    <w:p>
      <w:r>
        <w:rPr>
          <w:b/>
        </w:rPr>
        <w:t xml:space="preserve">[22:48] </w:t>
      </w:r>
      <w:r>
        <w:t>maslan, pehle maan liya gaya tha ki paani jo hai, yeh devta ke jata se nikalta hai. aap log padhte the ki devta koi hai, koi jata hai uski, usse paani nikal ke aa raha hai, nadi mein beh raha hai. to yeh ek mafrooz tha. isse kisi ne tehqeeq nahin ki thi.</w:t>
      </w:r>
    </w:p>
    <w:p>
      <w:pPr>
        <w:jc w:val="right"/>
      </w:pPr>
      <w:r>
        <w:t>मसलन, पहले मान लिया गया था कि पानी जो है, यह देवता के जटा से निकलता है। आप लोग पढ़ते थे कि देवता कोई है, कोई जटा है उसकी, उससे पानी निकल के आ रहा है, नदी में बह रहा है। तो यह एक मफूज था। इससे किसी ने तहकीक नहीं की थी।</w:t>
      </w:r>
    </w:p>
    <w:p>
      <w:r>
        <w:rPr>
          <w:b/>
        </w:rPr>
        <w:t xml:space="preserve">[23:05] </w:t>
      </w:r>
      <w:r>
        <w:t>ab science ne tehqeeq ki, maloom hua ki iska kisi devta se taalluq nahin hai. iska ek process hai. to pehle zamane mein mafrooz hua karte the. un mafrooz par bana rakh kar ke log maan lete the.</w:t>
      </w:r>
    </w:p>
    <w:p>
      <w:pPr>
        <w:jc w:val="right"/>
      </w:pPr>
      <w:r>
        <w:t>अब साइंस ने तहकीक की, मालूम हुआ कि इसका किसी देवता से ताल्लुक नहीं है। इसका एक प्रोसेस है। तो पहले जमाने में मफूज हुआ करते थे। उन मफूज पर बना रख कर के लोग मान लेते थे।</w:t>
      </w:r>
    </w:p>
    <w:p>
      <w:r>
        <w:rPr>
          <w:b/>
        </w:rPr>
        <w:t xml:space="preserve">[23:25] </w:t>
      </w:r>
      <w:r>
        <w:t>maslan, main apne zamane mein dekha hai, apne bachpan mein ki chechak log chechak ka ilaaj nahin karte the. kyunki samajhte ki chechak ka ilaaj nahin karna hai. chechak devta ke vayas aati hai. devta ko khush karo, ilaaj karoge to devta gussa ho jayega aur chechak badh jayegi.</w:t>
      </w:r>
    </w:p>
    <w:p>
      <w:pPr>
        <w:jc w:val="right"/>
      </w:pPr>
      <w:r>
        <w:t>मसलन, मैं अपने जमाने में देखा है, अपने बचपन में कि चेचक लोग चेचक का इलाज नहीं करते थे। क्योंकि समझते कि चेचक का इलाज नहीं करना है। चेचक देवता के वयस आती है। देवता को खुश करो, इलाज करोगे तो देवता गुस्सा हो जाएगा और चेचक बढ़ जाएगी।</w:t>
      </w:r>
    </w:p>
    <w:p>
      <w:r>
        <w:rPr>
          <w:b/>
        </w:rPr>
        <w:t xml:space="preserve">[23:42] </w:t>
      </w:r>
      <w:r>
        <w:t>apne bachpan mein dekha hai maine. to yeh aaj tak chala ja raha hai ki log, yaani scrutiny nahin karte, cheezon ki mafrooz par rai bana lete hain. scientific framework yeh hai ki aap haqayiq par rai banayein,</w:t>
      </w:r>
    </w:p>
    <w:p>
      <w:pPr>
        <w:jc w:val="right"/>
      </w:pPr>
      <w:r>
        <w:t>अपने बचपन में देखा है मैंने। तो यह आज तक चला जा रहा है कि लोग, यानी स्क्रूटनी नहीं करते, चीजों की मफूज पर राय बना लेते हैं। साइंटिफिक फ्रेमवर्क यह है कि आप हकाय पर राय बनाएं,</w:t>
      </w:r>
    </w:p>
    <w:p>
      <w:r>
        <w:rPr>
          <w:b/>
        </w:rPr>
        <w:t xml:space="preserve">[23:59] </w:t>
      </w:r>
      <w:r>
        <w:t>proved fact par rai banayein, sabitsuda haqayiq par rai banayein. to ek hai, aai, yaani, yaani maazi se chala hua, maa-baap, baap-dada se suna hua ek mafrooz hai. usi par rai banate chale ja rahe hain aap. aur yeh kahe ki haqayiq ki chhaanbeen karein. jab vo sabit ho jaye, to us us par bana rakh kar ke apni rai qayam karein.</w:t>
      </w:r>
    </w:p>
    <w:p>
      <w:pPr>
        <w:jc w:val="right"/>
      </w:pPr>
      <w:r>
        <w:t>प्रूव्ड फैक्ट पर राय बनाएं, साबितशुदा हकाय पर राय बनाएं। तो एक है, आय, यानी, यानी माजी से चला हुआ, मां-बाप, बाप-दादा से सुना हुआ एक मफूज है। उसी पर राय बनाते चले जा रहे हैं आप। और यह कहे कि हकाय की छानबीन करें। जब वो साबित हो जाए, तो उस उस पर बना रख कर के अपनी राय कायम करें।</w:t>
      </w:r>
    </w:p>
    <w:p>
      <w:r>
        <w:rPr>
          <w:b/>
        </w:rPr>
        <w:t xml:space="preserve">[24:24] </w:t>
      </w:r>
      <w:r>
        <w:t>to khulasa yeh hai ki ek tareeke mein mafrooz par rai qayam kiya kar jaati hai aur doosre tareeke mein sabitsuda haqayiq par rai qayam ki jaati hai. yeh fark hai dono mein.</w:t>
      </w:r>
    </w:p>
    <w:p>
      <w:pPr>
        <w:jc w:val="right"/>
      </w:pPr>
      <w:r>
        <w:t>तो खुलासा यह है कि एक तरीके में मफूज पर राय कायम किया कर जाती है और दूसरे तरीके में साबितशुदा हकाय पर राय कायम की जाती है। यह फर्क है दोनों में।</w:t>
      </w:r>
    </w:p>
    <w:p>
      <w:r>
        <w:rPr>
          <w:b/>
        </w:rPr>
        <w:t xml:space="preserve">[24:40] </w:t>
      </w:r>
      <w:r>
        <w:t>maulana ka ek aur sawal hai. unhon ne likha hai, "what is the significant of tasbeeh after namaz?"</w:t>
      </w:r>
    </w:p>
    <w:p>
      <w:pPr>
        <w:jc w:val="right"/>
      </w:pPr>
      <w:r>
        <w:t>मौलाना का एक और सवाल है। उन्होंने लिखा है, "व्हाट इज द सिग्निफिकेंट ऑफ तस्बीह आफ्टर नमाज?"</w:t>
      </w:r>
    </w:p>
    <w:p>
      <w:r>
        <w:rPr>
          <w:b/>
        </w:rPr>
        <w:t xml:space="preserve">[24:49] </w:t>
      </w:r>
      <w:r>
        <w:t>haan, dekhiye, ismein bahut saari riwayatein hain. log samajhte hain ki vo jo mashhoor ek hai, 33 baar, 33 baar, 33 baar, 34 baar, vahi ek riwayat nahin hai. aur bahut si riwayatein hain, doosre alfaaz hain.</w:t>
      </w:r>
    </w:p>
    <w:p>
      <w:pPr>
        <w:jc w:val="right"/>
      </w:pPr>
      <w:r>
        <w:t>हां, देखिए, इसमें बहुत सारी रिवायतें हैं। लोग समझते हैं कि वो जो मशहूर एक है, 33 बार, 33 बार, 33 बार, 34 बार, वही एक रिवायत नहीं है। और बहुत सी रिवायतें हैं, दूसरे अल्फाज हैं।</w:t>
      </w:r>
    </w:p>
    <w:p>
      <w:r>
        <w:rPr>
          <w:b/>
        </w:rPr>
        <w:t xml:space="preserve">[25:06] </w:t>
      </w:r>
      <w:r>
        <w:t>to is par gaur karne se samajh mein aata hai ki asal cheez dana shuwari nahin hai. kuch alfaaz ko ginna nahin hai. asli yeh hai ki namaz ke baad kuch der tak aap par namaz ki kishat taari rahe.</w:t>
      </w:r>
    </w:p>
    <w:p>
      <w:pPr>
        <w:jc w:val="right"/>
      </w:pPr>
      <w:r>
        <w:t>तो इस पर गौर करने से समझ में आता है कि असल चीज दाना शुवारी नहीं है। कुछ अल्फाज को गिनना नहीं है। असली यह है कि नमाज के बाद कुछ देर तक आप पर नमाज कीशत तारी रहे।</w:t>
      </w:r>
    </w:p>
    <w:p>
      <w:r>
        <w:rPr>
          <w:b/>
        </w:rPr>
        <w:t xml:space="preserve">[25:22] </w:t>
      </w:r>
      <w:r>
        <w:t>yani allah ki tasbeeh, allah ki badai, allah ki hamd, yeh sab aap sochte rahe baith kar ke. to ek bahut hi, yani, illustrative waqea hai ki hazrat umar rasoolullah ke zamane ka waqea hai ki rasoolullah ne namaz padhai.</w:t>
      </w:r>
    </w:p>
    <w:p>
      <w:pPr>
        <w:jc w:val="right"/>
      </w:pPr>
      <w:r>
        <w:t>यानी अल्लाह की तस्बीह, अल्लाह की बड़ाई, अल्लाह की हमद, यह सब आप सोचते रहे बैठ कर के। तो एक बहुत ही, यानी, इलस्ट्रेटिव वाकया है कि हजरत उमर रसूलल्लाह के जमाने का वाकया है कि रसूलल्लाह ने नमाज पढ़ाई।</w:t>
      </w:r>
    </w:p>
    <w:p>
      <w:r>
        <w:rPr>
          <w:b/>
        </w:rPr>
        <w:t xml:space="preserve">[25:41] </w:t>
      </w:r>
      <w:r>
        <w:t>jaise salam fahra, aapne ek aadmi fauran khada ho gaya sunnat padhne ke liye. to rasoolullah, to hazrat umar ne uske uske kandhe ko aise karke aap baitho bithadiya. usko ijlis, ijlis baitho.</w:t>
      </w:r>
    </w:p>
    <w:p>
      <w:pPr>
        <w:jc w:val="right"/>
      </w:pPr>
      <w:r>
        <w:t>जैसे सलाम फहरा, आपने एक आदमी फौरन खड़ा हो गया सुन्नत पढ़ने के लिए। तो रसूलल्लाह, तो हजरत उमर ने उसके उसके कंधे को ऐसे करके आप बैठो बैठा दिया। उसको इजलिस, इजलिस बैठो।</w:t>
      </w:r>
    </w:p>
    <w:p>
      <w:r>
        <w:rPr>
          <w:b/>
        </w:rPr>
        <w:t xml:space="preserve">[26:01] </w:t>
      </w:r>
      <w:r>
        <w:t>to unhone rasoolullah ke zamane ka waqea yeh hai ki salam pherne ke baad fauran khada ho gaya sunnat padhne ke liye. to hazrat umar ne kaha ki ijlis baith. to us waqt hazrat umar ne farmaya tha ki pichhli qaum isliye halak hui ki unke do namaz ke beech mein farz nahi hota tha.</w:t>
      </w:r>
    </w:p>
    <w:p>
      <w:pPr>
        <w:jc w:val="right"/>
      </w:pPr>
      <w:r>
        <w:t>तो उन्होंने रसूलल्लाह के जमाने का वाकया यह है कि सलाम फेरने के बाद फौरन खड़ा हो गया सुन्नत पढ़ने के लिए। तो हजरत उमर ने कहा कि इजलिस बैठ। तो उस वक्त हजरत उमर ने फरमाया था कि पिछली कौम इसलिए हलाक हुई कि उनके दो नमाज के बीच में फर्ज नहीं होता था।</w:t>
      </w:r>
    </w:p>
    <w:p>
      <w:r>
        <w:rPr>
          <w:b/>
        </w:rPr>
        <w:t xml:space="preserve">[26:20] </w:t>
      </w:r>
      <w:r>
        <w:t>ek namaz khatam ki, dard doosri namaz shuru kardi.</w:t>
      </w:r>
    </w:p>
    <w:p>
      <w:pPr>
        <w:jc w:val="right"/>
      </w:pPr>
      <w:r>
        <w:t>एक नमाज खत्म की, दर्द दूसरी नमाज शुरू कर दी।</w:t>
      </w:r>
    </w:p>
    <w:p>
      <w:r>
        <w:rPr>
          <w:b/>
        </w:rPr>
        <w:t xml:space="preserve">[26:26] </w:t>
      </w:r>
      <w:r>
        <w:t>pichhli qaum isliye halak hui ki unki do namaz ke beech mein farz nahi hota tha. yani ek namaz aapne padhi, uske baad aapko sochna chahiye ki humne kya padha. humne alham padha, humne assalam walikum rahmatullah padha, humne yeh padha, humne woh padha. usko sochte rahiye, allah ki badai, allah ki tasbeeh karte rahiye.</w:t>
      </w:r>
    </w:p>
    <w:p>
      <w:pPr>
        <w:jc w:val="right"/>
      </w:pPr>
      <w:r>
        <w:t>पिछली कौम इसलिए हलाक हुई कि उनकी दो नमाज के बीच में फर्ज नहीं होता था। यानी एक नमाज आपने पढ़ी, उसके बाद आपको सोचना चाहिए कि हमने क्या पढ़ा। हमने अलहम पढ़ा, हमने अस्सलाम वालेकुम रहमतुल्लाह पढ़ा, हमने यह पढ़ा, हमने वो पढ़ा। उसको सोचते रहिए, अल्लाह की बड़ाई, अल्लाह की तस्बीह करते रहिए।</w:t>
      </w:r>
    </w:p>
    <w:p>
      <w:r>
        <w:rPr>
          <w:b/>
        </w:rPr>
        <w:t xml:space="preserve">[26:48] </w:t>
      </w:r>
      <w:r>
        <w:t>koi zaroori nahi ki aap un alfaz ko lekar gine. usko un alfaz ke baghair bhi aap soch sakte hain. to maqsad yeh hai ki namaz ke khatme par woh namaz ki spirit kuch der tak aap par taari rahe. to pichhli qaum ne kaha tha, unhone farm farm ko namaz samajh liya tha. farm</w:t>
      </w:r>
    </w:p>
    <w:p>
      <w:pPr>
        <w:jc w:val="right"/>
      </w:pPr>
      <w:r>
        <w:t>कोई जरूरी नहीं कि आप उन अल्फाज को लेकर गिने। उसको उन अल्फाज के बगैर भी आप सोच सकते हैं। तो मकसद यह है कि नमाज के खात्मे पर वो नमाज की स्पिरिट कुछ देर तक आप पर तारी रहे। तो पिछली कौम ने कहा था, उन्होंने फर्म फार्म को नमाज समझ लिया था। फार्म</w:t>
      </w:r>
    </w:p>
    <w:p>
      <w:r>
        <w:rPr>
          <w:b/>
        </w:rPr>
        <w:t xml:space="preserve">[27:10] </w:t>
      </w:r>
      <w:r>
        <w:t>pichhli qaumon mein jo bigad aaya, farm yani shakal ko namaz samajh liya. chaar rakat namaz padhi, dhad se phir doosre do rakat sunnat shuru kardi. yeh bhi ek farm, woh bhi ek farm. yani spirited salat aap padhenge, aap rooh se bhari hui salat aap padhenge. to mumkin nahi ki aap jaldi se uthe doosre rakat padhne ke liye. aap sochenge, sochenge, sochenge.</w:t>
      </w:r>
    </w:p>
    <w:p>
      <w:pPr>
        <w:jc w:val="right"/>
      </w:pPr>
      <w:r>
        <w:t>पिछली कौमों में जो बिगाड़ आया, फार्म यानी शक्ल को नमाज समझ लिया। चार रकात नमाज पढ़ी, धड़ से फिर दूसरे दो रकात सुन्नत शुरू कर दी। यह भी एक फार्म, वो भी एक फार्म। यानी स्पिरिटेड सलात आप पढ़ेंगे, आप रूह से भरी हुई सलात आप पढ़ेंगे। तो मुमकिन नहीं कि आप जल्दी से उठे दूसरे रकात पढ़ने के लिए। आप सोचेंगे, सोचेंगे, सोचेंगे।</w:t>
      </w:r>
    </w:p>
    <w:p>
      <w:r>
        <w:rPr>
          <w:b/>
        </w:rPr>
        <w:t xml:space="preserve">[27:36] </w:t>
      </w:r>
      <w:r>
        <w:t>jo aap allah ke aage jhuke hain, allah ki hamd bain ki hai aur log insano par salamati bheji hai waghera waghera. bas sochte rahenge, sochte rahenge, sochte rahenge. to yeh us tasbeeh ka ki rooh yeh hai</w:t>
      </w:r>
    </w:p>
    <w:p>
      <w:pPr>
        <w:jc w:val="right"/>
      </w:pPr>
      <w:r>
        <w:t>जो आप अल्लाह के आगे झुके हैं, अल्लाह की हमद बैन की है और लोग इंसानों पर सलामती भेजी है वगैरह वगैरह। बस सोचते रहेंगे, सोचते रहेंगे, सोचते रहेंगे। तो यह उस तस्बीह का कि रूह यह है</w:t>
      </w:r>
    </w:p>
    <w:p>
      <w:r>
        <w:rPr>
          <w:b/>
        </w:rPr>
        <w:t xml:space="preserve">[27:53] </w:t>
      </w:r>
      <w:r>
        <w:t>ki ek namaz ke baad doosri namaz dhad se mat shuru kardo, balki yaad karte raho rooh salat ko. jo namaz mein tumne padha hai, usko, usko, usko tajdeed kar, usko revive karte raho. aur it is but natural. agar aap rooh, agar aap</w:t>
      </w:r>
    </w:p>
    <w:p>
      <w:pPr>
        <w:jc w:val="right"/>
      </w:pPr>
      <w:r>
        <w:t>कि एक नमाज के बाद दूसरी नमाज धड़ से मत शुरू कर दो, बल्कि याद करते रहो रूह सलात को। जो नमाज में तुमने पढ़ा है, उसको, उसको, उसको तजदीद कर, उसको रिवाइव करते रहो। और इट इज बट नेचुरल। अगर आप रूह, अगर आप</w:t>
      </w:r>
    </w:p>
    <w:p>
      <w:r>
        <w:rPr>
          <w:b/>
        </w:rPr>
        <w:t xml:space="preserve">[28:13] </w:t>
      </w:r>
      <w:r>
        <w:t>namaz padhenge rooh wali namaz, to kabhi aisa nahi hoga ki dhad se uth kar ke lagaye. jab aap farm wali namaz padhte ho, aisa hota hai. jo log namaz ko farm samajhte hain, to bachaar rakat ho gaya. dur ka tod padh lo, dhad dhad.</w:t>
      </w:r>
    </w:p>
    <w:p>
      <w:pPr>
        <w:jc w:val="right"/>
      </w:pPr>
      <w:r>
        <w:t>नमाज पढ़ेंगे रूह वाली नमाज, तो कभी ऐसा नहीं होगा कि धड़ से उठ कर के लगाए। जब आप फार्म वाली नमाज पढ़ते हो, ऐसा होता है। जो लोग नमाज को फार्म समझते हैं, तो बचार रकात हो गया। दुर का तोड़ पढ़ लो, धड़ धड़।</w:t>
      </w:r>
    </w:p>
    <w:p>
      <w:r>
        <w:rPr>
          <w:b/>
        </w:rPr>
        <w:t xml:space="preserve">[28:29] </w:t>
      </w:r>
      <w:r>
        <w:t>to hazrat umar ne ka matlab yeh tha ki jab namaz sirf farm ka, jab log farm ko namaz samajh lete hain, to yeh hota hai. aur jab rooh ke saath namaz padhi jaye, to aisa kabhi nahi hoga. to baith ke kuch der aap, yani allah ki tasbeeh karenge, allah ko yaad karenge, allah ki badai aapke jahan bema aayegi. kuch der baithe rahenge aap. woh kaifiyat salat kuch der tak aur mazeed taari rahegi.</w:t>
      </w:r>
    </w:p>
    <w:p>
      <w:pPr>
        <w:jc w:val="right"/>
      </w:pPr>
      <w:r>
        <w:t>तो हजरत उमर ने का मतलब यह था कि जब नमाज सिर्फ फार्म का, जब लोग फार्म को नमाज समझ लेते हैं, तो यह होता है। और जब रूह के साथ नमाज पढ़ी जाए, तो ऐसा कभी नहीं होगा। तो बैठ के कुछ देर आप, यानी अल्लाह की तस्बीह करेंगे, अल्लाह को याद करेंगे, अल्लाह की बड़ाई आपके जहां बेमा आएगी। कुछ देर बैठे रहेंगे आप। वो कैफियत सलात कुछ देर तक और मजीद तारी रहेगी।</w:t>
      </w:r>
    </w:p>
    <w:p>
      <w:r>
        <w:rPr>
          <w:b/>
        </w:rPr>
        <w:t xml:space="preserve">[28:55] </w:t>
      </w:r>
      <w:r>
        <w:t>yeh matlab hai in riwayaton ka.</w:t>
      </w:r>
    </w:p>
    <w:p>
      <w:pPr>
        <w:jc w:val="right"/>
      </w:pPr>
      <w:r>
        <w:t>यह मतलब है इन रिवायतों का।</w:t>
      </w:r>
    </w:p>
    <w:p>
      <w:r>
        <w:rPr>
          <w:b/>
        </w:rPr>
        <w:t xml:space="preserve">[29:01] </w:t>
      </w:r>
      <w:r>
        <w:t>maulana musheer ahmad ne tamil nadu se likha hai, "sari duniya mein musalman duniya ki zindagi ke liye ehtejaji hain. akhirat ki najaat ke liye ehtejaj kyu nahi uska sabab kiya hai?"</w:t>
      </w:r>
    </w:p>
    <w:p>
      <w:pPr>
        <w:jc w:val="right"/>
      </w:pPr>
      <w:r>
        <w:t>मौलाना मुशीर अहमद ने तमिलनाडु से लिखा है, "सारी दुनिया में मुसलमान दुनिया की जिंदगी के लिए एहतेजाजी हैं। आखिरत की नजात के लिए एहतेजाज क्यों नहीं उसका सबब किया है?</w:t>
      </w:r>
    </w:p>
    <w:p>
      <w:r>
        <w:rPr>
          <w:b/>
        </w:rPr>
        <w:t xml:space="preserve">[29:16] </w:t>
      </w:r>
      <w:r>
        <w:t>iske bare mein bataye."</w:t>
      </w:r>
    </w:p>
    <w:p>
      <w:pPr>
        <w:jc w:val="right"/>
      </w:pPr>
      <w:r>
        <w:t>इसके बारे में बताएं।"</w:t>
      </w:r>
    </w:p>
    <w:p>
      <w:r>
        <w:rPr>
          <w:b/>
        </w:rPr>
        <w:t xml:space="preserve">[29:19] </w:t>
      </w:r>
      <w:r>
        <w:t>akhirat ke liye ehtejaj nahi kiya jata. akhirat ki introspection kiya jata hai. ehtejaj to siyasat hai, qaumi siyasat. agar akhirat ke liye ehtejaj hone lage, to bhi woh kuch nahi rahega. woh bhi, woh bhi siyasat ban jayegi. woh akhirat ke liye agar protest hone lage, ehtejaj hone lage, demonstrate hone lage, to woh akhirat nahi hogi. woh, woh to ek aur siyasat ho jayegi.</w:t>
      </w:r>
    </w:p>
    <w:p>
      <w:pPr>
        <w:jc w:val="right"/>
      </w:pPr>
      <w:r>
        <w:t>आखिरत के लिए एहतेजाज नहीं किया जाता। आखिरत की इंट्रोस्पेक्शन किया जाता है। एहतेजाज तो सियासत है, कौमी सियासत। अगर आखिरत के लिए एहतेजाज होने लगे, तो भी वो कुछ नहीं रहेगा। वो भी, वो भी सियासत बन जाएगी। वो आखिरत के लिए अगर प्रोटेस्ट होने लगे, एहतेजाज होने लगे, डेमोंस्ट्रेट होने लगे, तो वो आखिरत नहीं होगी। वो, वो तो एक और सियासत हो जाएगी।</w:t>
      </w:r>
    </w:p>
    <w:p>
      <w:r>
        <w:rPr>
          <w:b/>
        </w:rPr>
        <w:t xml:space="preserve">[29:45] </w:t>
      </w:r>
      <w:r>
        <w:t>yeh jo musalman kar rahe hain, woh to qaumi siyasat hai. musalman apne qaumi mazhab padhe hain. islam se koi talluq nahi unka. woh qaumi siyasat, unke iske liye woh protest karte rehte hain, ehtejaj karte rehte hain. aur akhirat to aapko chup kar deti hai.</w:t>
      </w:r>
    </w:p>
    <w:p>
      <w:pPr>
        <w:jc w:val="right"/>
      </w:pPr>
      <w:r>
        <w:t>यह जो मुसलमान कर रहे हैं, वह तो कौमी सियासत है। मुसलमान अपने कौमी मजहब पढ़े हैं। इस्लाम से कोई ताल्लुक नहीं उनका। वो कौमी सियासत, उनके इसके लिए वो प्रोटेस्ट करते रहते हैं, एहतेजाज करते रहते हैं। और आखिरत तो आपको चुप कर देती है।</w:t>
      </w:r>
    </w:p>
    <w:p>
      <w:r>
        <w:rPr>
          <w:b/>
        </w:rPr>
        <w:t xml:space="preserve">[30:06] </w:t>
      </w:r>
      <w:r>
        <w:t>aapko introspection, mahasba ada karti hai aapke andar.</w:t>
      </w:r>
    </w:p>
    <w:p>
      <w:pPr>
        <w:jc w:val="right"/>
      </w:pPr>
      <w:r>
        <w:t>आपको इंट्रोस्पेक्शन, महसबा अदा करती है आपके अंदर।</w:t>
      </w:r>
    </w:p>
    <w:p>
      <w:r>
        <w:rPr>
          <w:b/>
        </w:rPr>
        <w:t xml:space="preserve">[30:13] </w:t>
      </w:r>
      <w:r>
        <w:t>apne, apne aap ko lekar sochte hain. aapki zimmedari ko lekar sochte hain. aap to ehtejaj ka lafz jo hai, woh akhirat ke liye sahi nahi hai. woh sirf qaumi siyasat ke liye sahi hai. akhirat ke liye bilkul irrelevant hai. woh.</w:t>
      </w:r>
    </w:p>
    <w:p>
      <w:pPr>
        <w:jc w:val="right"/>
      </w:pPr>
      <w:r>
        <w:t>अपने, अपने आप को लेकर सोचते हैं। आपकी जिम्मेदारी को लेकर सोचते हैं। आप तो एहतेजाज का लफ्ज जो है, वो आखिरत के लिए सही नहीं है। वो सिर्फ कौमी सियासत के लिए सही है। आखिरत के लिए बिल्कुल इरेलीवेंट है। वो।</w:t>
      </w:r>
    </w:p>
    <w:p>
      <w:r>
        <w:rPr>
          <w:b/>
        </w:rPr>
        <w:t xml:space="preserve">[30:30] </w:t>
      </w:r>
      <w:r>
        <w:t>mister mohammed ajjad tasleem ne delhi se likha hai, "what are the main differences between sunni and shia sects?"</w:t>
      </w:r>
    </w:p>
    <w:p>
      <w:pPr>
        <w:jc w:val="right"/>
      </w:pPr>
      <w:r>
        <w:t>मिस्टर मोहम्मद अज्जद तस्लीम ने दिल्ली से लिखा है, "व्हाट आर द मेन डिफरेंसेस बिटवीन सुन्नी एंड शिया सेक्ट्स?</w:t>
      </w:r>
    </w:p>
    <w:p>
      <w:r>
        <w:rPr>
          <w:b/>
        </w:rPr>
        <w:t xml:space="preserve">[30:40] </w:t>
      </w:r>
      <w:r>
        <w:t>according to a wide spread notion, people belong to shia sect are not considered or treated as muslims. is it true according to islamic perspective?"</w:t>
      </w:r>
    </w:p>
    <w:p>
      <w:pPr>
        <w:jc w:val="right"/>
      </w:pPr>
      <w:r>
        <w:t>अकॉर्डिंग टू अ वाइड स्प्रेड नोशन, पीपल बिलोंग टू शिया सेक्ट आर नॉट कंसीडर्ड और ट्रीटेड एज मुस्लिम्स। इज इट ट्रू अकॉर्डिंग टू इस्लामिक पर्सपेक्टिव?</w:t>
      </w:r>
    </w:p>
    <w:p>
      <w:r>
        <w:rPr>
          <w:b/>
        </w:rPr>
        <w:t xml:space="preserve">[30:52] </w:t>
      </w:r>
      <w:r>
        <w:t>what is your comment?"</w:t>
      </w:r>
    </w:p>
    <w:p>
      <w:pPr>
        <w:jc w:val="right"/>
      </w:pPr>
      <w:r>
        <w:t>व्हाट इज योर कमेंट?"</w:t>
      </w:r>
    </w:p>
    <w:p>
      <w:r>
        <w:rPr>
          <w:b/>
        </w:rPr>
        <w:t xml:space="preserve">[30:55] </w:t>
      </w:r>
      <w:r>
        <w:t>dekhiye, isme hulu ki wajah se aisa hua hai. shia sunni mein koi itna bada fark nahi tha pehle. hulu ki wajah se ab aisa ho gaya ki woh unko samajhte hain ki woh muslim nahi hai. woh unko samajhte hain ki muslim nahi hai. woh aap dekhte hain ki ladaiyan ho rahi hain</w:t>
      </w:r>
    </w:p>
    <w:p>
      <w:pPr>
        <w:jc w:val="right"/>
      </w:pPr>
      <w:r>
        <w:t>देखिए, इसमें हुलू की वजह से ऐसा हुआ है। शिया सुन्नी में कोई इतना बड़ा फर्क नहीं था पहले। हुलू की वजह से अब ऐसा हो गया कि वो उनको समझते हैं कि वो मुस्लिम नहीं है। वो उनको समझते हैं कि मुस्लिम नहीं है। वो आप देखते हैं कि लड़ाइयां हो रही हैं</w:t>
      </w:r>
    </w:p>
    <w:p>
      <w:r>
        <w:rPr>
          <w:b/>
        </w:rPr>
        <w:t xml:space="preserve">[31:11] </w:t>
      </w:r>
      <w:r>
        <w:t>pakistan mein. to baqayda ladaiyan ho rahi hain. yeh sab hulu ki wajah se hota hai. basically kuch bhi fark nahi tha. wahi quran, wahi hadith, sab kuch tha. sirf yeh fark tha ki rasoolullah ke baad khilafat ka haq kaun hai, haqdar kaun hai. bas. to shia</w:t>
      </w:r>
    </w:p>
    <w:p>
      <w:pPr>
        <w:jc w:val="right"/>
      </w:pPr>
      <w:r>
        <w:t>पाकिस्तान में। तो बाकायदा लड़ाइयां हो रही हैं। यह सब होलू की वजह से होता है। बेसिकली कुछ भी फर्क नहीं था। वही कुरान, वही हदीस, सब कुछ था। सिर्फ यह फर्क था कि रसूलल्लाह के बाद खिलाफत का हक कौन है, हकदार कौन है। बस। तो शिया</w:t>
      </w:r>
    </w:p>
    <w:p>
      <w:r>
        <w:rPr>
          <w:b/>
        </w:rPr>
        <w:t xml:space="preserve">[31:32] </w:t>
      </w:r>
      <w:r>
        <w:t>jo group tha, woh samajhte the ki khilafat ka haqdar ahle bait hain. aur sunni group, jisko hum kehte hain, us waqt sunni ka lafz nahi tha. to woh samajhte hain ki nahi, is tarah se faisla kiska hoga. basically yahi fark tha. bas aur kuch nahi. ab hulu karte karte, hulu karte karte, idhar se bhi hulu, udhar se dono taraf hulu hua. ab ek poora mazhab ban gaya hai.</w:t>
      </w:r>
    </w:p>
    <w:p>
      <w:pPr>
        <w:jc w:val="right"/>
      </w:pPr>
      <w:r>
        <w:t>जो ग्रुप था, वो समझते थे कि खिलाफत का हकदार अहले बैत हैं। और सुन्नी ग्रुप, जिसको हम कहते हैं, उस वक्त सुन्नी का लफ्ज नहीं था। तो वो समझते हैं कि नहीं, इस तरह से फैसला किसका होगा। बेसिकली यही फर्क था। बस और कुछ नहीं। अब हुलू करते करते, हुलू करते करते, इधर से भी हुलू, उधर से दोनों तरफ हुलू हुआ। अब एक पूरा मजहब बन गया है।</w:t>
      </w:r>
    </w:p>
    <w:p>
      <w:r>
        <w:rPr>
          <w:b/>
        </w:rPr>
        <w:t xml:space="preserve">[31:55] </w:t>
      </w:r>
      <w:r>
        <w:t>to haq haqiyat mein kuch bhi fark nahi. aaj bhi quran wahi shiyon ka bhi hai, wahi jo musalmano ka hai, sunniyon ka. yeh jo mashhoor hai ki unka quran doosra hai, galat hai. bilkul shia ka shia quran bhi wahi hai jo sunniyon ka jo quran hai. koi fark nahi usmein.</w:t>
      </w:r>
    </w:p>
    <w:p>
      <w:pPr>
        <w:jc w:val="right"/>
      </w:pPr>
      <w:r>
        <w:t>तो हक हकियत में कुछ भी फर्क नहीं। आज भी कुरान वही सीयों का भी है, वही जो मुसलमानों का है, सुन्नीयों का। ये जो मशहूर है कि उनका कुरान दूसरा है, गलत है। बिल्कुल शिया का शिया कुरान भी वही है जो सुन्नीयों का जो कुरान है। कोई फर्क नहीं उसमें।</w:t>
      </w:r>
    </w:p>
    <w:p>
      <w:r>
        <w:rPr>
          <w:b/>
        </w:rPr>
        <w:t xml:space="preserve">[32:13] </w:t>
      </w:r>
      <w:r>
        <w:t>to khulasa yahi hai ke maujooda shia jo hai, wo hulu ke nateeje bani hai. aur isme hulu mein shiyon ka dakhal nahi hai, sunniyon ka bhi dakhal hai. inhone فتवे diye aur bahasen ki. ek daav khada kiya shiyon ke khilaf.</w:t>
      </w:r>
    </w:p>
    <w:p>
      <w:pPr>
        <w:jc w:val="right"/>
      </w:pPr>
      <w:r>
        <w:t>तो खुलासा यही है कि मौजूदा शिया जो है, वो हुलू के नतीजे बनी है। और इसमें हुलू में शियों का दखल नहीं है, सुन्नीयों का भी दखल है। इन्होंने فتवे दिए और बहसें कीं। एक दाव खड़ा किया शियों के खिलाफ।</w:t>
      </w:r>
    </w:p>
    <w:p>
      <w:r>
        <w:rPr>
          <w:b/>
        </w:rPr>
        <w:t xml:space="preserve">[32:29] </w:t>
      </w:r>
      <w:r>
        <w:t>to unhone uska radd amal bhi hua, unki taraf se hua. to dono ke amal aur radd amal se itna zyada doori ho gayi. warna haqiyat mein koi aisi doori nahi thi.</w:t>
      </w:r>
    </w:p>
    <w:p>
      <w:pPr>
        <w:jc w:val="right"/>
      </w:pPr>
      <w:r>
        <w:t>तो उन्होंने उसका रद्द अमल भी हुआ, उनकी तरफ से हुआ। तो दोनों के अमल और रद्द अमल से इतना ज्यादा दूरी हो गई। वरना हकियत में कोई ऐसी दूरी नहीं थी।</w:t>
      </w:r>
    </w:p>
    <w:p>
      <w:r>
        <w:rPr>
          <w:b/>
        </w:rPr>
        <w:t xml:space="preserve">[32:46] </w:t>
      </w:r>
      <w:r>
        <w:t>mister gps bhalwa ne dilli se likha hai, "maulana, after the establishment of paradise, as you have mentioned, will it remain permanent?</w:t>
      </w:r>
    </w:p>
    <w:p>
      <w:pPr>
        <w:jc w:val="right"/>
      </w:pPr>
      <w:r>
        <w:t>मिस्टर जीपीएस भालवा ने दिल्ली से लिखा है, "मौलाना, आफ्टर द एस्टेब्लिशमेंट ऑफ पैराडाइस, एज यू हैव मेंशन, विल इट रिमेन परमानेंट?</w:t>
      </w:r>
    </w:p>
    <w:p>
      <w:r>
        <w:rPr>
          <w:b/>
        </w:rPr>
        <w:t xml:space="preserve">[32:58] </w:t>
      </w:r>
      <w:r>
        <w:t>aur the mans tendency to unfold nature will after a considerable time bring the paradise also to the same stage as the world is today?"</w:t>
      </w:r>
    </w:p>
    <w:p>
      <w:pPr>
        <w:jc w:val="right"/>
      </w:pPr>
      <w:r>
        <w:t>और द मैनस टेंडेंसी टू अनफोल्ड नेचर विल आफ्टर अ कंसीडरेबल टाइम ब्रिंग द पैराडाइस आल्सो टू द सेम स्टेज एज द वर्ल्ड इज टुडे?"</w:t>
      </w:r>
    </w:p>
    <w:p>
      <w:r>
        <w:rPr>
          <w:b/>
        </w:rPr>
        <w:t xml:space="preserve">[33:11] </w:t>
      </w:r>
      <w:r>
        <w:t>yeh bahut interesting question hai.</w:t>
      </w:r>
    </w:p>
    <w:p>
      <w:pPr>
        <w:jc w:val="right"/>
      </w:pPr>
      <w:r>
        <w:t>यह बहुत इंटरेस्टिंग क्वेश्चन है।</w:t>
      </w:r>
    </w:p>
    <w:p>
      <w:r>
        <w:rPr>
          <w:b/>
        </w:rPr>
        <w:t xml:space="preserve">[33:17] </w:t>
      </w:r>
      <w:r>
        <w:t>dekhiye, jahan tak main samjha hoon, wo yeh hai ke teesra koi duniya banne wali nahi hai. yahi do hi duniya hai: ek present world, doosra world here after. aur nature confolding, chunke</w:t>
      </w:r>
    </w:p>
    <w:p>
      <w:pPr>
        <w:jc w:val="right"/>
      </w:pPr>
      <w:r>
        <w:t>देखिए, जहां तक मैं समझा हूं, वो यह है कि तीसरा कोई दुनिया बनने वाली नहीं है। यही दो ही दुनिया है: एक प्रेजेंट वर्ल्ड, दूसरा वर्ल्ड हियर आफ्टर। और नेचर कंफोल्डिंग, चूंकि</w:t>
      </w:r>
    </w:p>
    <w:p>
      <w:r>
        <w:rPr>
          <w:b/>
        </w:rPr>
        <w:t xml:space="preserve">[33:36] </w:t>
      </w:r>
      <w:r>
        <w:t>unlimited to ab ja hi nahiengi. kyunke wo itni zyada, itni zyada hai ke wo kabhi khatm hi na ho.</w:t>
      </w:r>
    </w:p>
    <w:p>
      <w:pPr>
        <w:jc w:val="right"/>
      </w:pPr>
      <w:r>
        <w:t>अनलिमिटेड तो अब जा ही नहींगी। क्योंकि वो इतनी ज्यादा, इतनी ज्यादा है कि वो कभी खत्म ही ना हो।</w:t>
      </w:r>
    </w:p>
    <w:p>
      <w:r>
        <w:rPr>
          <w:b/>
        </w:rPr>
        <w:t xml:space="preserve">[33:47] </w:t>
      </w:r>
      <w:r>
        <w:t>quran mein ek wahi taddu, rahmatullah, la tasuha, ginti mein nahi aata. wo maane fazat kalimatuallah. to jo world of nature hai, wo unlimited hai. usme to kyun unfolding bhi unlimited taur par jaari rahegi.</w:t>
      </w:r>
    </w:p>
    <w:p>
      <w:pPr>
        <w:jc w:val="right"/>
      </w:pPr>
      <w:r>
        <w:t>कुरान में एक वही तदू, रहमतुल्लाह, ला तसुहा, गिनती में नहीं आता। वो माने फजत कलमातुल्लाह। तो जो वर्ल्ड ऑफ नेचर है, वो अनलिमिटेड है। उसमें तो क्यों अनफोल्डिंग भी अनलिमिटेड तौर पर जारी रहेगी।</w:t>
      </w:r>
    </w:p>
    <w:p>
      <w:r>
        <w:rPr>
          <w:b/>
        </w:rPr>
        <w:t xml:space="preserve">[34:04] </w:t>
      </w:r>
      <w:r>
        <w:t>to paradise ki koi had nahi hai. paradise jo hai, eternity ka doosra naam hai. paradise ke sath eternity judi hui hai. bilkul koi teesra world nahi hai.</w:t>
      </w:r>
    </w:p>
    <w:p>
      <w:pPr>
        <w:jc w:val="right"/>
      </w:pPr>
      <w:r>
        <w:t>तो पैराडाइस की कोई हद नहीं है। पैराडाइस जो है, इटरनिटी का दूसरा नाम है। पैराडाइस के साथ इटरनिटी जुड़ी हुई है। बिल्कुल कोई तीसरा वर्ल्ड नहीं है।</w:t>
      </w:r>
    </w:p>
    <w:p>
      <w:r>
        <w:rPr>
          <w:b/>
        </w:rPr>
        <w:t xml:space="preserve">[34:18] </w:t>
      </w:r>
      <w:r>
        <w:t>doctor uvaid siddiqui ne nai dilli se likha hai, "please explain how does believing in god help in developing positive thinking?"</w:t>
      </w:r>
    </w:p>
    <w:p>
      <w:pPr>
        <w:jc w:val="right"/>
      </w:pPr>
      <w:r>
        <w:t>डॉक्टर उवेद सिद्दीकी ने नई दिल्ली से लिखा है, "प्लीज एक्सप्लेन हाउ डज बिलीविंग इन गॉड हेल्प इन डेवलपिंग पॉजिटिव थिंकिंग?"</w:t>
      </w:r>
    </w:p>
    <w:p>
      <w:r>
        <w:rPr>
          <w:b/>
        </w:rPr>
        <w:t xml:space="preserve">[34:32] </w:t>
      </w:r>
      <w:r>
        <w:t>dekhiye, allah par aqeed rakhna aisa nahi hai jaise hum is cover par aqeed rakhte hain. isse humein hamari personality mein koi shak nahi lagega. lekin allah par aqeed maane ke aap aise hasti ko manna, jiske samne aap accountable hain, aap</w:t>
      </w:r>
    </w:p>
    <w:p>
      <w:pPr>
        <w:jc w:val="right"/>
      </w:pPr>
      <w:r>
        <w:t>देखिए, अल्लाह पर अकीद रखना ऐसा नहीं है जैसे हम इस कवर पर अकीद रखते हैं। इससे हमें हमारी पर्सनालिटी में कोई शक नहीं लगेगा। लेकिन अल्लाह पर अकीद माने कि आप ऐसे हस्ती को मानना, जिसके सामने आप अकाउंटेबल हैं, आप</w:t>
      </w:r>
    </w:p>
    <w:p>
      <w:r>
        <w:rPr>
          <w:b/>
        </w:rPr>
        <w:t xml:space="preserve">[34:53] </w:t>
      </w:r>
      <w:r>
        <w:t>jo aapka hisab lega, jo aapko jannat mein aur jahannum mein dalne ki taqat rakhta hai, yeh cheez to aapko criticize kar deti hai. jo aadmi criticize ho jaye, wahi to positive thinker hai.</w:t>
      </w:r>
    </w:p>
    <w:p>
      <w:pPr>
        <w:jc w:val="right"/>
      </w:pPr>
      <w:r>
        <w:t>जो आपका हिसाब लेगा, जो आपको जन्नत में और जहन्नम में डालने की ताकत रखता है, यह चीज तो आपको क्रिटिसाइज कर देती है। जो आदमी क्रिटिसाइज हो जाए, वही तो पॉजिटिव थिंकर है।</w:t>
      </w:r>
    </w:p>
    <w:p>
      <w:r>
        <w:rPr>
          <w:b/>
        </w:rPr>
        <w:t xml:space="preserve">[35:08] </w:t>
      </w:r>
      <w:r>
        <w:t>positive thinking jo hai, do tarike se aati hai. ya to aap bahut zyada aapke andar scientific thinking ho, bahut aap objective ho. aap bahut zyada, agar itna objective koi hota nahi,</w:t>
      </w:r>
    </w:p>
    <w:p>
      <w:pPr>
        <w:jc w:val="right"/>
      </w:pPr>
      <w:r>
        <w:t>पॉजिटिव थिंकिंग जो है, दो तरीके से आती है। या तो आप बहुत ज्यादा आपके अंदर साइंटिफिक थिंकिंग हो, बहुत आप ऑब्जेक्टिव हो। आप बहुत ज्यादा, अगर इतना ऑब्जेक्टिव कोई होता नहीं,</w:t>
      </w:r>
    </w:p>
    <w:p>
      <w:r>
        <w:rPr>
          <w:b/>
        </w:rPr>
        <w:t xml:space="preserve">[35:23] </w:t>
      </w:r>
      <w:r>
        <w:t>puri tarah complaction ho,</w:t>
      </w:r>
    </w:p>
    <w:p>
      <w:pPr>
        <w:jc w:val="right"/>
      </w:pPr>
      <w:r>
        <w:t>पूरी तरह कॉम्प्लेक्शन हो,</w:t>
      </w:r>
    </w:p>
    <w:p>
      <w:r>
        <w:rPr>
          <w:b/>
        </w:rPr>
        <w:t xml:space="preserve">[35:26] </w:t>
      </w:r>
      <w:r>
        <w:t>to puri tarah complaction ho, bahut objective ho, tab aata hai positive thinking. aur doosra, ek allah ka khauf bahut zyada ho. koi allah ka khauf bahut zyada ho, to aap tamam bias nikal jate hain. subjective thinking khatm ho jati hai.</w:t>
      </w:r>
    </w:p>
    <w:p>
      <w:pPr>
        <w:jc w:val="right"/>
      </w:pPr>
      <w:r>
        <w:t>तो पूरी तरह कॉम्प्लेक्शन हो, बहुत ऑब्जेक्टिव हो, तब आता है पॉजिटिव थिंकिंग। और दूसरा, एक अल्लाह का खौफ बहुत ज्यादा हो। कोई अल्लाह का खौफ बहुत ज्यादा हो, तो आप तमाम बायस निकल जाते हैं। सब्जेक्टिव थिंकिंग खत्म हो जाती है।</w:t>
      </w:r>
    </w:p>
    <w:p>
      <w:r>
        <w:rPr>
          <w:b/>
        </w:rPr>
        <w:t xml:space="preserve">[35:44] </w:t>
      </w:r>
      <w:r>
        <w:t>aiz thinking aati hai. doosri ka naam hai positive thinking.</w:t>
      </w:r>
    </w:p>
    <w:p>
      <w:pPr>
        <w:jc w:val="right"/>
      </w:pPr>
      <w:r>
        <w:t>आइज थिंकिंग आती है। दूसरी का नाम है पॉजिटिव थिंकिंग।</w:t>
      </w:r>
    </w:p>
    <w:p>
      <w:r>
        <w:rPr>
          <w:b/>
        </w:rPr>
        <w:t xml:space="preserve">[35:51] </w:t>
      </w:r>
      <w:r>
        <w:t>to main samajhta hoon ke objective thinking ya scientific thinking se jo aati hai positivity, uski to ek had hai. lekin khuda ke khauf se jo aati hai positivity, khuda ka aqeed ke maane, khuda ka khauf se juda hua hai. bilkul usse jo positive thinking aati hai,</w:t>
      </w:r>
    </w:p>
    <w:p>
      <w:pPr>
        <w:jc w:val="right"/>
      </w:pPr>
      <w:r>
        <w:t>तो मैं समझता हूं कि ऑब्जेक्टिव थिंकिंग या साइंटिफिक थिंकिंग से जो आती है पॉजिटिविटी, उसकी तो एक हद है। लेकिन खुदा के खौफ से जो आती है पॉजिटिविटी, खुदा का अकीदा के माने, खुदा का खौफ से जुड़ा हुआ है। बिल्कुल उससे जो पॉजिटिव थिंकिंग आती है,</w:t>
      </w:r>
    </w:p>
    <w:p>
      <w:r>
        <w:rPr>
          <w:b/>
        </w:rPr>
        <w:t xml:space="preserve">[36:09] </w:t>
      </w:r>
      <w:r>
        <w:t>wo uski koi limit nahi hai.</w:t>
      </w:r>
    </w:p>
    <w:p>
      <w:pPr>
        <w:jc w:val="right"/>
      </w:pPr>
      <w:r>
        <w:t>वो उसकी कोई लिमिट नहीं है।</w:t>
      </w:r>
    </w:p>
    <w:p>
      <w:r>
        <w:rPr>
          <w:b/>
        </w:rPr>
        <w:t xml:space="preserve">[36:15] </w:t>
      </w:r>
      <w:r>
        <w:t>doctor farida khanam ne dilli se likha hai, "why is it that becoming grateful is the most difficult thing? that is why man has failed in this test. now it seems to be too late to reform ourselves. please comment."</w:t>
      </w:r>
    </w:p>
    <w:p>
      <w:pPr>
        <w:jc w:val="right"/>
      </w:pPr>
      <w:r>
        <w:t>डॉक्टर फरीदा खानम ने दिल्ली से लिखा है, "व्हाई इज इट दैट बिकमिंग ग्रेटफुल इज द मोस्ट डिफिकल्ट थिंग? दैट इज व्हाई मैन हैज फेल्ड इन दिस टेस्ट। नाउ इट सीम्स टू बी टू लेट टू रिफॉर्म आवर सेल्व्स। प्लीज कमेंट।"</w:t>
      </w:r>
    </w:p>
    <w:p>
      <w:r>
        <w:rPr>
          <w:b/>
        </w:rPr>
        <w:t xml:space="preserve">[36:37] </w:t>
      </w:r>
      <w:r>
        <w:t>asal mein insaan ke andar dekhiye, ego ki jagah bahut zyada badha hua hai. bahut zyada usse pride aata hai, self respect aata hai, main aata hai, anaya. to uski wajah se kya hai?</w:t>
      </w:r>
    </w:p>
    <w:p>
      <w:pPr>
        <w:jc w:val="right"/>
      </w:pPr>
      <w:r>
        <w:t>असल में इंसान के अंदर देखिए, ईगो की जगह बहुत ज्यादा बढ़ा हुआ है। बहुत ज्यादा उससे प्राइड आता है, सेल्फ रिस्पेक्ट आता है, मैं आता है, अनाया। तो उसकी वजह से क्या है?</w:t>
      </w:r>
    </w:p>
    <w:p>
      <w:r>
        <w:rPr>
          <w:b/>
        </w:rPr>
        <w:t xml:space="preserve">[36:56] </w:t>
      </w:r>
      <w:r>
        <w:t>yaani acknowledge karne ke maane hai ke ek cheez jo hai, doosre ke khane mein dalna.</w:t>
      </w:r>
    </w:p>
    <w:p>
      <w:pPr>
        <w:jc w:val="right"/>
      </w:pPr>
      <w:r>
        <w:t>यानी अक्नॉलेज करने के माने है कि एक चीज जो है, दूसरे के खाने में डालना।</w:t>
      </w:r>
    </w:p>
    <w:p>
      <w:r>
        <w:rPr>
          <w:b/>
        </w:rPr>
        <w:t xml:space="preserve">[37:04] </w:t>
      </w:r>
      <w:r>
        <w:t>jab aap kisi ka اعتراف karte hain, to iska matlab yeh hai ke aapne usko doosre khane mein dal diya.</w:t>
      </w:r>
    </w:p>
    <w:p>
      <w:pPr>
        <w:jc w:val="right"/>
      </w:pPr>
      <w:r>
        <w:t>जब आप किसी का اعتراف करते हैं, तो इसका मतलब यह है कि आपने उसको दूसरे खाने में डाल दिया।</w:t>
      </w:r>
    </w:p>
    <w:p>
      <w:r>
        <w:rPr>
          <w:b/>
        </w:rPr>
        <w:t xml:space="preserve">[37:16] </w:t>
      </w:r>
      <w:r>
        <w:t>jaise mujhe koi cheez de, koi aadmi ek laptop de, to main jab uska dhoom se اعتراف karunga, to maane ke maine usko doosre khane mein dal diya. to log kya karte hain?</w:t>
      </w:r>
    </w:p>
    <w:p>
      <w:pPr>
        <w:jc w:val="right"/>
      </w:pPr>
      <w:r>
        <w:t>जैसे मुझे कोई चीज दे, कोई आदमी एक लैपटॉप दे, तो मैं जब उसका धूम से اعتراف करूंगा, तो माने कि मैंने उसको दूसरे खाने में डाल दिया। तो लोग क्या करते हैं?</w:t>
      </w:r>
    </w:p>
    <w:p>
      <w:r>
        <w:rPr>
          <w:b/>
        </w:rPr>
        <w:t xml:space="preserve">[37:29] </w:t>
      </w:r>
      <w:r>
        <w:t>patch up kar lete hain, ghuma phira kar bolte hain. to apne fakhr ko baak rakhne ke liye, apne so called</w:t>
      </w:r>
    </w:p>
    <w:p>
      <w:pPr>
        <w:jc w:val="right"/>
      </w:pPr>
      <w:r>
        <w:t>पैच अप कर लेते हैं, घुमा फिरा कर बोलते हैं। तो अपने फخر को बाक रखने के लिए, अपने सो कॉल्ड</w:t>
      </w:r>
    </w:p>
    <w:p>
      <w:r>
        <w:rPr>
          <w:b/>
        </w:rPr>
        <w:t xml:space="preserve">[37:37] </w:t>
      </w:r>
      <w:r>
        <w:t>self respect ko baak rakhne ke liye, yeh sab kiya jata hai. aur allah ka dar agar sahi maynon mein aa jaye, to isse khatm ho jati hai ye sab cheezein. aadmi criticize ho jata hai.</w:t>
      </w:r>
    </w:p>
    <w:p>
      <w:pPr>
        <w:jc w:val="right"/>
      </w:pPr>
      <w:r>
        <w:t>सेल्फ रिस्पेक्ट को बाक रखने के लिए, यह सब किया जाता है। और अल्लाह का डर अगर सही मायनों में आ जाए, तो इससे खत्म हो जाती है ये सब चीजें। आदमी क्रिटिसाइज हो जाता है।</w:t>
      </w:r>
    </w:p>
    <w:p>
      <w:r>
        <w:rPr>
          <w:b/>
        </w:rPr>
        <w:t xml:space="preserve">[37:50] </w:t>
      </w:r>
      <w:r>
        <w:t>ye, ye</w:t>
      </w:r>
    </w:p>
    <w:p>
      <w:pPr>
        <w:jc w:val="right"/>
      </w:pPr>
      <w:r>
        <w:t>ये, ये</w:t>
      </w:r>
    </w:p>
    <w:p>
      <w:r>
        <w:rPr>
          <w:b/>
        </w:rPr>
        <w:t xml:space="preserve">[37:51] </w:t>
      </w:r>
      <w:r>
        <w:t>question hai. ji, miss nagma siddiqi ne dilli se likha hai, "many people are seeing these natural calamities as cause and effect result. how can we make them realize the divine hand in these incidents?"</w:t>
      </w:r>
    </w:p>
    <w:p>
      <w:pPr>
        <w:jc w:val="right"/>
      </w:pPr>
      <w:r>
        <w:t>क्वेश्चन है। जी, मिस नगमा सिद्दीकी ने दिल्ली से लिखा है, "मेनी पीपल आर सीइंग दीज नेचुरल कैलेमिटीज एज कॉज एंड इफेक्ट रिजल्ट। हाउ कैन वी मेक देम रिलाइज द डिवाइन हैंड इन दीज इंसिडेंट्स?"</w:t>
      </w:r>
    </w:p>
    <w:p>
      <w:r>
        <w:rPr>
          <w:b/>
        </w:rPr>
        <w:t xml:space="preserve">[38:12] </w:t>
      </w:r>
      <w:r>
        <w:t>nahin, dekhiye, scientist to aisa kehte nahin. aam log kehte honge. scientist isko cause and effect nahin batate, kyunke yeh har usko paar kar chuka hai. abhi jo aa raha hai, har had ko paar kar chuka hai.</w:t>
      </w:r>
    </w:p>
    <w:p>
      <w:pPr>
        <w:jc w:val="right"/>
      </w:pPr>
      <w:r>
        <w:t>नहीं, देखिए, साइंटिस्ट तो ऐसा कहते नहीं। आम लोग कहते होंगे। साइंटिस्ट इसको कॉज एंड इफेक्ट नहीं बताते, क्योंकि यह हर उसको पार कर चुका है। अभी जो आ रहा है, हर हद को पार कर चुका है।</w:t>
      </w:r>
    </w:p>
    <w:p>
      <w:r>
        <w:rPr>
          <w:b/>
        </w:rPr>
        <w:t xml:space="preserve">[38:30] </w:t>
      </w:r>
      <w:r>
        <w:t>jo cheez had na paar kare, wahan to aap keh sakte hain aisa. halanki wahan bhi, yaani cause and effect jo hai, woh kafi hai. khud cause and effect kisne paida kiya?</w:t>
      </w:r>
    </w:p>
    <w:p>
      <w:pPr>
        <w:jc w:val="right"/>
      </w:pPr>
      <w:r>
        <w:t>जो चीज हद ना पार करे, वहां तो आप कह सकते हैं ऐसा। हालांकि वहां भी, यानी कॉज एंड इफेक्ट जो है, वो काफी है। खुद कॉज एंड इफेक्ट किसने पैदा किया?</w:t>
      </w:r>
    </w:p>
    <w:p>
      <w:r>
        <w:rPr>
          <w:b/>
        </w:rPr>
        <w:t xml:space="preserve">[38:41] </w:t>
      </w:r>
      <w:r>
        <w:t>cause and effect kisne paida kiya? wahi to koi usko paida karne wala hai.</w:t>
      </w:r>
    </w:p>
    <w:p>
      <w:pPr>
        <w:jc w:val="right"/>
      </w:pPr>
      <w:r>
        <w:t>कॉज एंड इफेक्ट किसने पैदा किया? वही तो कोई उसको पैदा करने वाला है।</w:t>
      </w:r>
    </w:p>
    <w:p>
      <w:r>
        <w:rPr>
          <w:b/>
        </w:rPr>
        <w:t xml:space="preserve">[38:50] </w:t>
      </w:r>
      <w:r>
        <w:t>zameen ke andar jo lava hai, woh jo active hota hai, to kisne usko active kiya? yeh bhi sawal paida hota hai.</w:t>
      </w:r>
    </w:p>
    <w:p>
      <w:pPr>
        <w:jc w:val="right"/>
      </w:pPr>
      <w:r>
        <w:t>जमीन के अंदर जो लावा है, वो जो एक्टिव होता है, तो किसने उसको एक्टिव किया? ये भी सवाल पैदा होता है।</w:t>
      </w:r>
    </w:p>
    <w:p>
      <w:r>
        <w:rPr>
          <w:b/>
        </w:rPr>
        <w:t xml:space="preserve">[39:03] </w:t>
      </w:r>
      <w:r>
        <w:t>ek to yeh sawal. doosri hai ki ab jo is waqt jo aa raha hai, woh us, us normal limit se zyada hai. normal limit jo hua karti thi, us se bahut zyada hai. to yeh to khud science daan hairaan hain ki aakhir yeh normal limit se zyada kyun aisa ho raha hai?</w:t>
      </w:r>
    </w:p>
    <w:p>
      <w:pPr>
        <w:jc w:val="right"/>
      </w:pPr>
      <w:r>
        <w:t>एक तो यह सवाल। दूसरी है कि अब जो इस वक्त जो आ रहा है, वो उस, उस नॉर्मल लिमिट से ज्यादा है। नॉर्मल लिमिट जो हुआ करती थी, उससे बहुत ज्यादा है। तो यह तो खुद साइंस दान हैरान है कि आखिर यह नॉर्मल लिमिट से ज्यादा क्यों ऐसा हो रहा है?</w:t>
      </w:r>
    </w:p>
    <w:p>
      <w:r>
        <w:rPr>
          <w:b/>
        </w:rPr>
        <w:t xml:space="preserve">[39:20] </w:t>
      </w:r>
      <w:r>
        <w:t>kya mamla hai yeh?</w:t>
      </w:r>
    </w:p>
    <w:p>
      <w:pPr>
        <w:jc w:val="right"/>
      </w:pPr>
      <w:r>
        <w:t>क्या मामला है यह?</w:t>
      </w:r>
    </w:p>
    <w:p>
      <w:r>
        <w:rPr>
          <w:b/>
        </w:rPr>
        <w:t xml:space="preserve">[39:24] </w:t>
      </w:r>
      <w:r>
        <w:t>to iski main samajhta hoon ki isko explain nahin kiya ja sakta jab tak yeh na maane ki is mein divine intervention ka mamla hai. ye.</w:t>
      </w:r>
    </w:p>
    <w:p>
      <w:pPr>
        <w:jc w:val="right"/>
      </w:pPr>
      <w:r>
        <w:t>तो इसकी मैं समझता हूं कि इसको एक्सप्लेन नहीं किया जा सकता जब तक यह ना माने कि इसमें डिवाइन इंटरवेंशन का मामला है। ये।</w:t>
      </w:r>
    </w:p>
    <w:p>
      <w:r>
        <w:rPr>
          <w:b/>
        </w:rPr>
        <w:t xml:space="preserve">[39:33] </w:t>
      </w:r>
      <w:r>
        <w:t>doctor farida khanam ne dilli se likha hai, "a number of programs were held in honor of imam haram. the imam as well as other speakers lavish praise of the companions, but they did not tell how we should follow the companions and what role we have to play in the guidance of the companions in present times. what is your comment on this?"</w:t>
      </w:r>
    </w:p>
    <w:p>
      <w:pPr>
        <w:jc w:val="right"/>
      </w:pPr>
      <w:r>
        <w:t>डॉक्टर फरीदा खानम ने दिल्ली से लिखा है, "अ नंबर ऑफ प्रोग्राम्स वर हेल्ड इन ऑनर ऑफ इमाम हरम। द इमाम एज वेल एज अदर स्पीकर्स लविश प्रेज ऑफ द कंपैनियंस, बट दे डिड नॉट टेल हाउ वी शुड फॉलो द कंपैनियंस एंड व्हाट रोल वी हैव टू प्ले इन द गाइडेंस ऑफ द कंपैनियंस इन प्रेजेंट टाइम्स। व्हाट इज योर कमेंट ऑन दिस?</w:t>
      </w:r>
    </w:p>
    <w:p>
      <w:r>
        <w:rPr>
          <w:b/>
        </w:rPr>
        <w:t xml:space="preserve">[39:59] </w:t>
      </w:r>
      <w:r>
        <w:t>" pehli baat yeh hai ki companion ne kya is tarah ke stage khada kiya tha? kabhi is stage to badat hai. bataiye ki kab sahaba ne is stage bana kar ke taareefein ki aur abu bakr ki umr ki taareefein mein</w:t>
      </w:r>
    </w:p>
    <w:p>
      <w:pPr>
        <w:jc w:val="right"/>
      </w:pPr>
      <w:r>
        <w:t>" पहली बात यह है कि कंपैनियन ने क्या इस तरह के स्टेज खड़ा किया था? कभी इस स्टेज तो बदत है। बताइए कि कब सहाबा ने इस स्टेज बना कर के तारीफें की और अबू बकर की उम्र की तारीफें में</w:t>
      </w:r>
    </w:p>
    <w:p>
      <w:r>
        <w:rPr>
          <w:b/>
        </w:rPr>
        <w:t xml:space="preserve">[40:15] </w:t>
      </w:r>
      <w:r>
        <w:t>tak karne lage? yeh to, yeh to sata badat hai. yeh khud yeh tareeqa stage banana aur fakhar bayan karna, taareefein karna, bade-bade alfaaz bolna, yeh khud apne aap mein badat hai. sahaba ke tareeqe khilaf hai. sahaba ka tareeqa jo introspection hai, introspection, woh to koi karta nahin.</w:t>
      </w:r>
    </w:p>
    <w:p>
      <w:pPr>
        <w:jc w:val="right"/>
      </w:pPr>
      <w:r>
        <w:t>तक करने लगे? ये तो, ये तो सता बदत है। ये खुद यह तरीका स्टेज बनाना और फखर बयान करना, तारीफें करना, बड़े-बड़े अल्फाज बोलना, यह खुद अपने आप में बदत है। सहाबा के तरीके खिलाफ है। सहाबा का तरीका जो इंट्रोस्पेक्शन है, इंट्रोस्पेक्शन, वो तो कोई करता नहीं।</w:t>
      </w:r>
    </w:p>
    <w:p>
      <w:r>
        <w:rPr>
          <w:b/>
        </w:rPr>
        <w:t xml:space="preserve">[40:36] </w:t>
      </w:r>
      <w:r>
        <w:t>isko, usko, usko main kaha karta hoon stage activism. aajkal zamane mein tarah tarah activism nikle hain: judicious activism aur media activism. aur kya-kya activism?</w:t>
      </w:r>
    </w:p>
    <w:p>
      <w:pPr>
        <w:jc w:val="right"/>
      </w:pPr>
      <w:r>
        <w:t>इसको, उसको, उसको मैं कहा करता हूं स्टेज एक्टिविज्म। आजकल जमाने में तरह-तरह एक्टिविज्म निकले हैं: जुडिशियस एक्टिविज्म और मीडिया एक्टिविज्म। और क्या-क्या एक्टिविज्म?</w:t>
      </w:r>
    </w:p>
    <w:p>
      <w:r>
        <w:rPr>
          <w:b/>
        </w:rPr>
        <w:t xml:space="preserve">[40:51] </w:t>
      </w:r>
      <w:r>
        <w:t>bahut sare. usi mein se ek yeh hai stage activism.</w:t>
      </w:r>
    </w:p>
    <w:p>
      <w:pPr>
        <w:jc w:val="right"/>
      </w:pPr>
      <w:r>
        <w:t>बहुत सारे। उसी में से एक यह है स्टेज एक्टिविज्म।</w:t>
      </w:r>
    </w:p>
    <w:p>
      <w:r>
        <w:rPr>
          <w:b/>
        </w:rPr>
        <w:t xml:space="preserve">[40:54] </w:t>
      </w:r>
      <w:r>
        <w:t>iska taluq na islam se hai, na iska koi faida hai. millat ki islaah se koi faida iska nahin hai. ek aadmi bhi is se uski islaah nahin hogi. yaani ek aadmi bhi aisa nahin hai, aap dhoondh ke nikaliye jo is stage activism ke baad yeh kahe ki aaj se maine sahaba ke model ko apna liya, apni zindagi ko badal liya. maine falana-falana galti jo mere andar thi sahaba ke khilaf, woh theek kar liya. ek aadmi mujhe jhoot ke bataiye,</w:t>
      </w:r>
    </w:p>
    <w:p>
      <w:pPr>
        <w:jc w:val="right"/>
      </w:pPr>
      <w:r>
        <w:t>इसका ताल्लुक ना इस्लाम से है, ना इसका कोई फायदा है। मिल्लत की इस्लाह से कोई फायदा इसका नहीं है। एक आदमी भी इससे उसकी इस्लाह नहीं होगी। यानी एक आदमी भी ऐसा नहीं है, आपढूंढ के निकालिए जो इस स्टेज एक्टिविज्म के बाद यह कहे कि आज से मैंने सहाबा के मॉडल को अपना लिया, अपनी जिंदगी को बदल लिया। मैंने फलां-फलां गलती जो मेरे अंदर थी सहाबा के खिलाफ, वोठीक कर लिया। एक आदमी मुझे झूठ के बताइए,</w:t>
      </w:r>
    </w:p>
    <w:p>
      <w:r>
        <w:rPr>
          <w:b/>
        </w:rPr>
        <w:t xml:space="preserve">[41:21] </w:t>
      </w:r>
      <w:r>
        <w:t>yeh stage activism hai. iska koi faida na duniya mein hai, na akhirat mein hai. yeh to media mein chand din ka tamasha hai. uske baad paisa khatam.</w:t>
      </w:r>
    </w:p>
    <w:p>
      <w:pPr>
        <w:jc w:val="right"/>
      </w:pPr>
      <w:r>
        <w:t>यह स्टेज एक्टिविज्म है। इसका कोई फायदा ना दुनिया में है, ना आखिरत में है। यह तो मीडिया में चंद दिन का तमाशा है। उसके बाद पैसा खत्म।</w:t>
      </w:r>
    </w:p>
    <w:p>
      <w:r>
        <w:rPr>
          <w:b/>
        </w:rPr>
        <w:t xml:space="preserve">[41:34] </w:t>
      </w:r>
      <w:r>
        <w:t>miss sadiya khan ne dilli se likha hai, "will man play any role in the making, sustaining and developing of the next world?" please comment.</w:t>
      </w:r>
    </w:p>
    <w:p>
      <w:pPr>
        <w:jc w:val="right"/>
      </w:pPr>
      <w:r>
        <w:t>मिस सादिया खान ने दिल्ली से लिखा है, "विल मैन प्ले एनी रोल इन द मेकिंग, सस्टेनिंग एंड डेवलपिंग ऑफ द नेक्स्ट वर्ल्ड?" प्लीज कमेंट।</w:t>
      </w:r>
    </w:p>
    <w:p>
      <w:r>
        <w:rPr>
          <w:b/>
        </w:rPr>
        <w:t xml:space="preserve">[41:53] </w:t>
      </w:r>
      <w:r>
        <w:t>ab main to yahi samajhta hoon ki woh allah taala ka mamla hai. us duniya ko banana allah taala ka mamla hai. hum to sirf yeh hain ki deserving content ban sake, wahan settle hone ke liye. khud us duniya ko banana,</w:t>
      </w:r>
    </w:p>
    <w:p>
      <w:pPr>
        <w:jc w:val="right"/>
      </w:pPr>
      <w:r>
        <w:t>अब मैं तो यही समझता हूं कि वह अल्लाह ताला का मामला है। उस दुनिया को बनाना अल्लाह ताला का मामला है। हम तो सिर्फ यह हैं कि डिजर्विंग कंटेंट बन सके, वहां सेटल होने के लिए। खुद उस दुनिया को बनाना,</w:t>
      </w:r>
    </w:p>
    <w:p>
      <w:r>
        <w:rPr>
          <w:b/>
        </w:rPr>
        <w:t xml:space="preserve">[42:12] </w:t>
      </w:r>
      <w:r>
        <w:t>koi maine kaha right in the making, to us duniya ko banana to sarasar allah taala ka mamla hai. hamein jo karna hai, woh yeh hai ki hum apne ko uska</w:t>
      </w:r>
    </w:p>
    <w:p>
      <w:pPr>
        <w:jc w:val="right"/>
      </w:pPr>
      <w:r>
        <w:t>कोई मैंने कहा राइट इन द मेकिंग, तो उस दुनिया को बनाना तो सरतसर अल्लाह ताला का मामला है। हमें जो करना है, वो यह है कि हम अपने को उसका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