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24 May 2009 Maulana Wahiduddin Khan</w:t>
      </w:r>
    </w:p>
    <w:p>
      <w:r>
        <w:t>https://www.youtube.com/watch?v=Ek6Ct3LZGOs</w:t>
      </w:r>
    </w:p>
    <w:p>
      <w:r>
        <w:rPr>
          <w:b/>
        </w:rPr>
        <w:t xml:space="preserve">[00:13] </w:t>
      </w:r>
      <w:r>
        <w:t>this question is from mr. basit jamal. maulana, give some verses of quran on conspiracy, that is, what attitude should be adopted when somebody conspires against you.</w:t>
      </w:r>
    </w:p>
    <w:p>
      <w:pPr>
        <w:jc w:val="right"/>
      </w:pPr>
      <w:r>
        <w:t>This question is from Mr. Basit Jamal. مولانا، give some verses of Quran on conspiracy, that is, what attitude should be adopted when somebody conspires against you.</w:t>
      </w:r>
    </w:p>
    <w:p>
      <w:r>
        <w:rPr>
          <w:b/>
        </w:rPr>
        <w:t xml:space="preserve">[00:30] </w:t>
      </w:r>
      <w:r>
        <w:t>haan, yeh bahut hi relevant sawal hai. quran mein ek aayat hai: "wa in tasbiru fatattaqu la yadhurukum qayduhum shai'an".</w:t>
      </w:r>
    </w:p>
    <w:p>
      <w:pPr>
        <w:jc w:val="right"/>
      </w:pPr>
      <w:r>
        <w:t>ہاں، یہ بہت ہی ریلیونٹ سوال ہے۔ قرآن میں ایک آیت ہے: "وَإِنْ تَسْبِرُوا فَتَتَّقُوا لَا يُذُرْكُمْ قَيْدُهُمْ شَيْئًا" ۔</w:t>
      </w:r>
    </w:p>
    <w:p>
      <w:r>
        <w:rPr>
          <w:b/>
        </w:rPr>
        <w:t xml:space="preserve">[00:44] </w:t>
      </w:r>
      <w:r>
        <w:t>qayd ke maani wahi hote hain jis ko hum kehte hain conspiracy,</w:t>
      </w:r>
    </w:p>
    <w:p>
      <w:pPr>
        <w:jc w:val="right"/>
      </w:pPr>
      <w:r>
        <w:t>قید کے معنی وہی ہوتے ہیں جس کو ہم کہتے ہیں conspiracy،</w:t>
      </w:r>
    </w:p>
    <w:p>
      <w:r>
        <w:rPr>
          <w:b/>
        </w:rPr>
        <w:t xml:space="preserve">[00:48] </w:t>
      </w:r>
      <w:r>
        <w:t>sazish. theek wahi maani hain. to yeh is aayat mein bataya gaya hai ki agar tumhare andar sabr ho aur allah ka darr ho,</w:t>
      </w:r>
    </w:p>
    <w:p>
      <w:pPr>
        <w:jc w:val="right"/>
      </w:pPr>
      <w:r>
        <w:t>سازش۔ ٹھیک وہی معنی ہیں۔ تو یہ اس آیت میں بتایا گیا ہے کہ اگر تمہارے اندر صبر ہو اور اللہ کا ڈر ہو،</w:t>
      </w:r>
    </w:p>
    <w:p>
      <w:r>
        <w:rPr>
          <w:b/>
        </w:rPr>
        <w:t xml:space="preserve">[01:02] </w:t>
      </w:r>
      <w:r>
        <w:t>do cheezein, to unki conspiracy, unki sazish tum ko kuch bhi nuksan nahin pahunchayegi.</w:t>
      </w:r>
    </w:p>
    <w:p>
      <w:pPr>
        <w:jc w:val="right"/>
      </w:pPr>
      <w:r>
        <w:t>دو چیزیں، تو ان کی conspiracy، ان کی سازش تم کو کچھ بھی نقصان نہیں پہنچائے گی۔</w:t>
      </w:r>
    </w:p>
    <w:p>
      <w:r>
        <w:rPr>
          <w:b/>
        </w:rPr>
        <w:t xml:space="preserve">[01:10] </w:t>
      </w:r>
      <w:r>
        <w:t>yahan bhi hai: kuch bhi nuksan nahin pahunchayegi. is se kya mila? ki lack of, yaani sabr o taqwa lack kar raha ho, yeh problem hai.</w:t>
      </w:r>
    </w:p>
    <w:p>
      <w:pPr>
        <w:jc w:val="right"/>
      </w:pPr>
      <w:r>
        <w:t>یہاں بھی ہے: کچھ بھی نقصان نہیں پہنچائے گی۔ اس سے کیا ملا؟ کہ lack of، یعنی صبر و تقویٰ lack کر رہا ہو، یہ problem ہے۔</w:t>
      </w:r>
    </w:p>
    <w:p>
      <w:r>
        <w:rPr>
          <w:b/>
        </w:rPr>
        <w:t xml:space="preserve">[01:25] </w:t>
      </w:r>
      <w:r>
        <w:t>conspiracy hai, yeh problem nahi hai.</w:t>
      </w:r>
    </w:p>
    <w:p>
      <w:pPr>
        <w:jc w:val="right"/>
      </w:pPr>
      <w:r>
        <w:t>conspiracy ہے، یہ problem نہیں ہے۔</w:t>
      </w:r>
    </w:p>
    <w:p>
      <w:r>
        <w:rPr>
          <w:b/>
        </w:rPr>
        <w:t xml:space="preserve">[01:30] </w:t>
      </w:r>
      <w:r>
        <w:t>yani saazish ka hona, yeh problem nahi hai. sabr o taqwa ka na hona, yeh problem hai. kitni bari baat hai Quran ki is ayat ke jab bhi aap ko lage ke koi aap ka saazish kar raha hai aap ke khilaaf,</w:t>
      </w:r>
    </w:p>
    <w:p>
      <w:pPr>
        <w:jc w:val="right"/>
      </w:pPr>
      <w:r>
        <w:t>یعنی سازش کا ہونا، یہ problem نہیں ہے۔ صبر و تقویٰ کا نہ ہونا، یہ problem ہے۔ کتنی بڑی بات ہے قرآن کی اس آیت کہ جب بھی آپ کو لگے کہ کوئی آپ کا سازش کر رہا ہے آپ کے خلاف،</w:t>
      </w:r>
    </w:p>
    <w:p>
      <w:r>
        <w:rPr>
          <w:b/>
        </w:rPr>
        <w:t xml:space="preserve">[01:46] </w:t>
      </w:r>
      <w:r>
        <w:t>aap ke liye problem bana hua hai, to jaldi se dhoondhiye apne andar</w:t>
      </w:r>
    </w:p>
    <w:p>
      <w:pPr>
        <w:jc w:val="right"/>
      </w:pPr>
      <w:r>
        <w:t>آپ کے لیے problem بنا ہوا ہے، تو جلدی سے ڈھونڈیے اپنے اندر</w:t>
      </w:r>
    </w:p>
    <w:p>
      <w:r>
        <w:rPr>
          <w:b/>
        </w:rPr>
        <w:t xml:space="preserve">[01:51] </w:t>
      </w:r>
      <w:r>
        <w:t>ke kahin aisa to nahi ke hamara sabr aur taqwa nikal gaya hai.</w:t>
      </w:r>
    </w:p>
    <w:p>
      <w:pPr>
        <w:jc w:val="right"/>
      </w:pPr>
      <w:r>
        <w:t>کہ کہیں ایسا تو نہیں کہ ہمارا صبر اور تقویٰ نکل گیا ہے۔</w:t>
      </w:r>
    </w:p>
    <w:p>
      <w:r>
        <w:rPr>
          <w:b/>
        </w:rPr>
        <w:t xml:space="preserve">[01:58] </w:t>
      </w:r>
      <w:r>
        <w:t>log kya karte hain ke wahan dhoondhne lagte hain, wahan, jabke woh cheez yahan par hai. is ayat ka koi doosra matlab nahi ho sakta is ke siwa.</w:t>
      </w:r>
    </w:p>
    <w:p>
      <w:pPr>
        <w:jc w:val="right"/>
      </w:pPr>
      <w:r>
        <w:t>لوگ کیا کرتے ہیں کہ وہاں ڈھونڈنے لگتے ہیں، وہاں، جبکہ وہ چیز یہاں پر ہے۔ اس آیت کا کوئی دوسرا مطلب نہیں ہو سکتا اس کے سوا۔</w:t>
      </w:r>
    </w:p>
    <w:p>
      <w:r>
        <w:rPr>
          <w:b/>
        </w:rPr>
        <w:t xml:space="preserve">[02:10] </w:t>
      </w:r>
      <w:r>
        <w:t>"wa in tasbiru fa tattaqu la yadhurukum qaiduhum shai'an" . ke asal cheez jo hai, woh yeh hai ke</w:t>
      </w:r>
    </w:p>
    <w:p>
      <w:pPr>
        <w:jc w:val="right"/>
      </w:pPr>
      <w:r>
        <w:t>"وَإِنْ تَسْبِرُوا فَتَتَّقُوا لَا يُذُرُكُمْ قَيْدُهُمْ شَيْئًا" ۔ کہ اصل چیز جو ہے، وہ یہ ہے کہ</w:t>
      </w:r>
    </w:p>
    <w:p>
      <w:r>
        <w:rPr>
          <w:b/>
        </w:rPr>
        <w:t xml:space="preserve">[02:17] </w:t>
      </w:r>
      <w:r>
        <w:t>sabr o taqwa lack kar raha ho, woh woh mafqood ho gaya ho. yeh masla nahi hai ke koi saazish kar raha hai. saazish karte rahenge. saazish is a part of nature.</w:t>
      </w:r>
    </w:p>
    <w:p>
      <w:pPr>
        <w:jc w:val="right"/>
      </w:pPr>
      <w:r>
        <w:t>صبر و تقویٰ lack کر رہا ہو، وہ وہ مفقود ہو گیا ہو۔ یہ مسئلہ نہیں ہے کہ کوئی سازش کر رہا ہے۔ سازش کرتے رہیں گے۔ سازش is a part of nature۔</w:t>
      </w:r>
    </w:p>
    <w:p>
      <w:r>
        <w:rPr>
          <w:b/>
        </w:rPr>
        <w:t xml:space="preserve">[02:31] </w:t>
      </w:r>
      <w:r>
        <w:t>to saazish hai ya nahi hai, yeh masla nahi hai.</w:t>
      </w:r>
    </w:p>
    <w:p>
      <w:pPr>
        <w:jc w:val="right"/>
      </w:pPr>
      <w:r>
        <w:t>تو سازش ہے یا نہیں ہے، یہ مسئلہ نہیں ہے۔</w:t>
      </w:r>
    </w:p>
    <w:p>
      <w:r>
        <w:rPr>
          <w:b/>
        </w:rPr>
        <w:t xml:space="preserve">[02:36] </w:t>
      </w:r>
      <w:r>
        <w:t>tum apne ko is se bacha sakte ho is tarah se ke apne andar sabr o taqwa paida karo. is se zyada aur kya ho sakta hai? yani is se bari daleel aur kya ho sakti hai?</w:t>
      </w:r>
    </w:p>
    <w:p>
      <w:pPr>
        <w:jc w:val="right"/>
      </w:pPr>
      <w:r>
        <w:t>تم اپنے کو اس سے بچا سکتے ہو اس طرح سے کہ اپنے اندر صبر و تقویٰ پیدا کرو۔ اس سے زیادہ اور کیا ہو سکتا ہے؟ یعنی اس سے بڑی دلیل اور کیا ہو سکتی ہے؟</w:t>
      </w:r>
    </w:p>
    <w:p>
      <w:r>
        <w:rPr>
          <w:b/>
        </w:rPr>
        <w:t xml:space="preserve">[02:50] </w:t>
      </w:r>
      <w:r>
        <w:t>is se bari daleel to koi nahi ho sakti hai.</w:t>
      </w:r>
    </w:p>
    <w:p>
      <w:pPr>
        <w:jc w:val="right"/>
      </w:pPr>
      <w:r>
        <w:t>اس سے بڑی دلیل تو کوئی نہیں ہو سکتی ہے۔</w:t>
      </w:r>
    </w:p>
    <w:p>
      <w:r>
        <w:rPr>
          <w:b/>
        </w:rPr>
        <w:t xml:space="preserve">[02:57] </w:t>
      </w:r>
      <w:r>
        <w:t>to main samajhta hoon ke masla yeh hai ke log Quran ko guide book ke taur par lete hi nahi. use sochte bhi nahi. ke aap sochenge, tabhi to is ayat se aap baat milegi aap ko.</w:t>
      </w:r>
    </w:p>
    <w:p>
      <w:pPr>
        <w:jc w:val="right"/>
      </w:pPr>
      <w:r>
        <w:t>تو میں سمجھتا ہوں کہ مسئلہ یہ ہے کہ لوگ قرآن کو گائیڈ بک کے طور پر لیتے ہی نہیں۔ اسے سوچتے بھی نہیں۔ کہ آپ سوچیں گے، تبھی تو اس آیت سے آپ بات ملے گی آپ کو۔</w:t>
      </w:r>
    </w:p>
    <w:p>
      <w:r>
        <w:rPr>
          <w:b/>
        </w:rPr>
        <w:t xml:space="preserve">[03:08] </w:t>
      </w:r>
      <w:r>
        <w:t>guidance milegi. yeh to kahan se milegi?</w:t>
      </w:r>
    </w:p>
    <w:p>
      <w:pPr>
        <w:jc w:val="right"/>
      </w:pPr>
      <w:r>
        <w:t>گائیڈنس ملے گی۔ یہ تو کہاں سے ملے گی؟</w:t>
      </w:r>
    </w:p>
    <w:p>
      <w:r>
        <w:rPr>
          <w:b/>
        </w:rPr>
        <w:t xml:space="preserve">[03:16] </w:t>
      </w:r>
      <w:r>
        <w:t>This question is from Salesh from Singapore. There is a very popular myth amongst non-Muslims that there are a lot of idols, including Hindu gods, inside the Mecca.</w:t>
      </w:r>
    </w:p>
    <w:p>
      <w:pPr>
        <w:jc w:val="right"/>
      </w:pPr>
      <w:r>
        <w:t>This question is from Salesh from Singapore. There is a very popular myth amongst non-Muslims that there are a lot of idols, including Hindu gods, inside the Mecca.</w:t>
      </w:r>
    </w:p>
    <w:p>
      <w:r>
        <w:rPr>
          <w:b/>
        </w:rPr>
        <w:t xml:space="preserve">[03:30] </w:t>
      </w:r>
      <w:r>
        <w:t>Is it true? What is the reality behind this?</w:t>
      </w:r>
    </w:p>
    <w:p>
      <w:pPr>
        <w:jc w:val="right"/>
      </w:pPr>
      <w:r>
        <w:t>Is it true? What is the reality behind this?</w:t>
      </w:r>
    </w:p>
    <w:p>
      <w:r>
        <w:rPr>
          <w:b/>
        </w:rPr>
        <w:t xml:space="preserve">[03:35] </w:t>
      </w:r>
      <w:r>
        <w:t>dekhen, aaj to kuch bhi nahi hai, lekin yani seven century ke first quarter mein jab Rasool Allah wahan aaye, us waqt Kaba mein 360 but rakhe hue the.</w:t>
      </w:r>
    </w:p>
    <w:p>
      <w:pPr>
        <w:jc w:val="right"/>
      </w:pPr>
      <w:r>
        <w:t>دیکھیں، آج تو کچھ بھی نہیں ہے، لیکن یعنی سیون سینچری کے فرسٹ کوارٹر میں جب رسول اللہ وہاں آئے، اس وقت کعبہ میں 360 بت رکھے ہوئے تھے۔</w:t>
      </w:r>
    </w:p>
    <w:p>
      <w:r>
        <w:rPr>
          <w:b/>
        </w:rPr>
        <w:t xml:space="preserve">[03:52] </w:t>
      </w:r>
      <w:r>
        <w:t>us waqt. woh bhi Hindu guard nahi the, woh yeh bhi galat hai. Hindu guard nahi the. woh Arab tribes ke guard the. Laat aur Uzza, Manat, yeh sab.</w:t>
      </w:r>
    </w:p>
    <w:p>
      <w:pPr>
        <w:jc w:val="right"/>
      </w:pPr>
      <w:r>
        <w:t>اس وقت۔ وہ بھی ہندو گارڈ نہیں تھے، وہ یہ بھی غلط ہے۔ ہندو گارڈ نہیں تھے۔ وہ عرب ٹرائبس کے گارڈ تھے۔ لات اور عزہ، منات، یہ سب۔</w:t>
      </w:r>
    </w:p>
    <w:p>
      <w:r>
        <w:rPr>
          <w:b/>
        </w:rPr>
        <w:t xml:space="preserve">[04:05] </w:t>
      </w:r>
      <w:r>
        <w:t>Arabon mein 360 tribes the, chhote chhote.</w:t>
      </w:r>
    </w:p>
    <w:p>
      <w:pPr>
        <w:jc w:val="right"/>
      </w:pPr>
      <w:r>
        <w:t>عربوں میں 360 ٹرائب تھے، چھوٹے چھوٹے۔</w:t>
      </w:r>
    </w:p>
    <w:p>
      <w:r>
        <w:rPr>
          <w:b/>
        </w:rPr>
        <w:t xml:space="preserve">[04:11] </w:t>
      </w:r>
      <w:r>
        <w:t>to har har qabeelay ka, qabeelay qabeelay ka but ek juda tha. kisi ka Hubal tha, kisi ka Safa tha. to har qabeela apna ek but tha, us ko poochta tha woh.</w:t>
      </w:r>
    </w:p>
    <w:p>
      <w:pPr>
        <w:jc w:val="right"/>
      </w:pPr>
      <w:r>
        <w:t>تو ہر ہر قبیلے کا، قبیلے قبیلے کا بت ایک جدا تھا۔ کسی کا حبل تھا، کسی کا صفا تھا۔ تو ہر قبیلہ اپنا ایک بت تھا، اس کو پوچھتا تھا وہ۔</w:t>
      </w:r>
    </w:p>
    <w:p>
      <w:r>
        <w:rPr>
          <w:b/>
        </w:rPr>
        <w:t xml:space="preserve">[04:21] </w:t>
      </w:r>
      <w:r>
        <w:t>to Quraish ne, Quraish jo leader the,</w:t>
      </w:r>
    </w:p>
    <w:p>
      <w:pPr>
        <w:jc w:val="right"/>
      </w:pPr>
      <w:r>
        <w:t>تو قریش نے، قریش جو لیڈر تھے،</w:t>
      </w:r>
    </w:p>
    <w:p>
      <w:r>
        <w:rPr>
          <w:b/>
        </w:rPr>
        <w:t xml:space="preserve">[04:27] </w:t>
      </w:r>
      <w:r>
        <w:t>unhon ne kya kiya? har qabeelay ka but la kar Kaba pe rakh diya. to to jo jitne bhi log the, har type ke, woh barabar aate rehte the apne buton ki ziyarat ke liye, us ko nazrana chadhane ke liye.</w:t>
      </w:r>
    </w:p>
    <w:p>
      <w:pPr>
        <w:jc w:val="right"/>
      </w:pPr>
      <w:r>
        <w:t>انہوں نے کیا کیا؟ ہر قبیلے کا بت لا کر کعبہ پہ رکھ دیا۔ تو تو جو جتنے بھی لوگ تھے، ہر ٹائپ کے، وہ برابر آتے رہتے تھے اپنے بتوں کی زیارت کے لیے، اس کو نذرانہ چڑھانے کے لیے۔</w:t>
      </w:r>
    </w:p>
    <w:p>
      <w:r>
        <w:rPr>
          <w:b/>
        </w:rPr>
        <w:t xml:space="preserve">[04:45] </w:t>
      </w:r>
      <w:r>
        <w:t>to Makkah walon ko bohat faida is se hota tha. is se ek ek ek barabar ek ek tourism qaim ho gaya tha wahan.</w:t>
      </w:r>
    </w:p>
    <w:p>
      <w:pPr>
        <w:jc w:val="right"/>
      </w:pPr>
      <w:r>
        <w:t>تو مکہ والوں کو بہت فائدہ اس سے ہوتا تھا۔ اس سے ایک ایک ایک برابر ایک ایک ٹورزم قائم ہو گیا تھا وہاں۔</w:t>
      </w:r>
    </w:p>
    <w:p>
      <w:r>
        <w:rPr>
          <w:b/>
        </w:rPr>
        <w:t xml:space="preserve">[04:54] </w:t>
      </w:r>
      <w:r>
        <w:t>tourism. is se bazaar lagte the wahan par un ko. tarah tarah ke commercial faide the.</w:t>
      </w:r>
    </w:p>
    <w:p>
      <w:pPr>
        <w:jc w:val="right"/>
      </w:pPr>
      <w:r>
        <w:t>ٹورزم۔ اس سے بازار لگتے تھے وہاں پر ان کو۔ طرح طرح کے کمرشل فائدے تھے۔</w:t>
      </w:r>
    </w:p>
    <w:p>
      <w:r>
        <w:rPr>
          <w:b/>
        </w:rPr>
        <w:t xml:space="preserve">[05:04] </w:t>
      </w:r>
      <w:r>
        <w:t>to yeh ek waqea hai ke us waqt, yani 610 mein, wahan par but rakhe hue the Kaba mein. jis ko ke taqreeban 20 saal ke baad wahan se sab, jab saare ke saare log Islam mein aa gaye, sab ke sab,</w:t>
      </w:r>
    </w:p>
    <w:p>
      <w:pPr>
        <w:jc w:val="right"/>
      </w:pPr>
      <w:r>
        <w:t>تو یہ ایک واقعہ ہے کہ اس وقت، یعنی 610 میں، وہاں پر بت رکھے ہوئے تھے کعبہ میں۔ جس کو کہ تقریباً 20 سال کے بعد وہاں سے سب، جب سارے کے سارے لوگ اسلام میں آ گئے، سب کے سب،</w:t>
      </w:r>
    </w:p>
    <w:p>
      <w:r>
        <w:rPr>
          <w:b/>
        </w:rPr>
        <w:t xml:space="preserve">[05:19] </w:t>
      </w:r>
      <w:r>
        <w:t>to phir is ka koi matlab nahi raha. use nikaal diye gaye, woh saaf kar diya gaya.</w:t>
      </w:r>
    </w:p>
    <w:p>
      <w:pPr>
        <w:jc w:val="right"/>
      </w:pPr>
      <w:r>
        <w:t>تو پھر اس کا کوئی مطلب نہیں رہا۔ اسے نکال دیے گئے، وہ صاف کر دیا گیا۔</w:t>
      </w:r>
    </w:p>
    <w:p>
      <w:r>
        <w:rPr>
          <w:b/>
        </w:rPr>
        <w:t xml:space="preserve">[05:24] </w:t>
      </w:r>
      <w:r>
        <w:t>ab wahan kuch bhi nahi hai. jo aisa kahe, woh galat kehta hai. kuch Hindu jo hai, jo black stone wahan par hai, Hajar al-Aswad, us ko us ko kehte hain ke woh yani idol.</w:t>
      </w:r>
    </w:p>
    <w:p>
      <w:pPr>
        <w:jc w:val="right"/>
      </w:pPr>
      <w:r>
        <w:t>اب وہاں کچھ بھی نہیں ہے۔ جو ایسا کہے، وہ غلط کہتا ہے۔ کچھ ہندو جو ہے، جو بلیک اسٹون وہاں پر ہے، حجر اسود، اس کو اس کو کہتے ہیں کہ وہ یعنی آئیڈل۔</w:t>
      </w:r>
    </w:p>
    <w:p>
      <w:r>
        <w:rPr>
          <w:b/>
        </w:rPr>
        <w:t xml:space="preserve">[05:37] </w:t>
      </w:r>
      <w:r>
        <w:t>yeh bilkul baseless baat hai.</w:t>
      </w:r>
    </w:p>
    <w:p>
      <w:pPr>
        <w:jc w:val="right"/>
      </w:pPr>
      <w:r>
        <w:t>یہ بالکل بیسلیس بات ہے۔</w:t>
      </w:r>
    </w:p>
    <w:p>
      <w:r>
        <w:rPr>
          <w:b/>
        </w:rPr>
        <w:t xml:space="preserve">[05:40] </w:t>
      </w:r>
      <w:r>
        <w:t>simply ek stone hai woh bas. is mein tareekh hai. Hazrat Ibrahim jo thay, unhon ne Kaba ko banaya.</w:t>
      </w:r>
    </w:p>
    <w:p>
      <w:pPr>
        <w:jc w:val="right"/>
      </w:pPr>
      <w:r>
        <w:t>سمپلی ایک اسٹون ہے وہ بس۔ اس میں تاریخ ہے۔ حضرت ابراہیم جو تھے، انہوں نے کعبہ کو بنایا۔</w:t>
      </w:r>
    </w:p>
    <w:p>
      <w:r>
        <w:rPr>
          <w:b/>
        </w:rPr>
        <w:t xml:space="preserve">[05:51] </w:t>
      </w:r>
      <w:r>
        <w:t>is ki building jo pehle banai thi, woh Hazrat Ibrahim ne banai thi. to jab bench ke khari ho gayi woh,</w:t>
      </w:r>
    </w:p>
    <w:p>
      <w:pPr>
        <w:jc w:val="right"/>
      </w:pPr>
      <w:r>
        <w:t>اس کی بلڈنگ جو پہلے بنائی تھی، وہ حضرت ابراہیم نے بنائی تھی۔ تو جب بنچ کے کھڑی ہو گئی وہ،</w:t>
      </w:r>
    </w:p>
    <w:p>
      <w:r>
        <w:rPr>
          <w:b/>
        </w:rPr>
        <w:t xml:space="preserve">[05:59] </w:t>
      </w:r>
      <w:r>
        <w:t>to aap ne. ke bete thay Ismail, un se kaha ke bhai ek ek different color ka ek stone le aao. cross color ka. kyunke hum is ko kone pe laga dein ge to woh ek pehchan ho gi ke yahan se tawaf shuru karna hai.</w:t>
      </w:r>
    </w:p>
    <w:p>
      <w:pPr>
        <w:jc w:val="right"/>
      </w:pPr>
      <w:r>
        <w:t>تو آپ نے۔ کے بیٹے تھے اسماعیل، ان سے کہا کہ بھئی ایک ایک ڈفرنٹ کلر کا ایک اسٹون لے آؤ۔ کراس کلر کا۔ کیونکہ ہم اس کو کونے پہ لگا دیں گے تو وہ ایک پہچان ہو گی کہ یہاں سے طواف شروع کرنا ہے۔</w:t>
      </w:r>
    </w:p>
    <w:p>
      <w:r>
        <w:rPr>
          <w:b/>
        </w:rPr>
        <w:t xml:space="preserve">[06:14] </w:t>
      </w:r>
      <w:r>
        <w:t>kyunke saat bar ghoomna parta hai.</w:t>
      </w:r>
    </w:p>
    <w:p>
      <w:pPr>
        <w:jc w:val="right"/>
      </w:pPr>
      <w:r>
        <w:t>کیونکہ سات بار گھومنا پڑتا ہے۔</w:t>
      </w:r>
    </w:p>
    <w:p>
      <w:r>
        <w:rPr>
          <w:b/>
        </w:rPr>
        <w:t xml:space="preserve">[06:16] </w:t>
      </w:r>
      <w:r>
        <w:t>to koi starting point to ho ga. yani kaise aap determine karein ke mera saat poora ho gaya? to is ke liye aap ko ek starting point chahiye.</w:t>
      </w:r>
    </w:p>
    <w:p>
      <w:pPr>
        <w:jc w:val="right"/>
      </w:pPr>
      <w:r>
        <w:t>تو کوئی سٹارٹنگ پوائنٹ تو ہو گا۔ یعنی کیسے آپ ڈیٹرمن کریں کہ میرا سات پورا ہو گیا؟ تو اس کے لیے آپ کو ایک سٹارٹنگ پوائنٹ چاہیے۔</w:t>
      </w:r>
    </w:p>
    <w:p>
      <w:r>
        <w:rPr>
          <w:b/>
        </w:rPr>
        <w:t xml:space="preserve">[06:25] </w:t>
      </w:r>
      <w:r>
        <w:t>to Hazrat Ibrahim ne kaha ke cross color ka jo rang tha is ka Kaba ka, wohi pathar ka bana hua tha. is se alag rang.</w:t>
      </w:r>
    </w:p>
    <w:p>
      <w:pPr>
        <w:jc w:val="right"/>
      </w:pPr>
      <w:r>
        <w:t>تو حضرت ابراہیم نے کہا کہ کراس کلر کا جو رنگ تھا اس کا کعبہ کا، وہی پتھر کا بنا ہوا تھا۔ اس سے الگ رنگ۔</w:t>
      </w:r>
    </w:p>
    <w:p>
      <w:r>
        <w:rPr>
          <w:b/>
        </w:rPr>
        <w:t xml:space="preserve">[06:35] </w:t>
      </w:r>
      <w:r>
        <w:t>taake pehchan mein aa jaye.</w:t>
      </w:r>
    </w:p>
    <w:p>
      <w:pPr>
        <w:jc w:val="right"/>
      </w:pPr>
      <w:r>
        <w:t>تاکہ پہچان میں آ جائے۔</w:t>
      </w:r>
    </w:p>
    <w:p>
      <w:r>
        <w:rPr>
          <w:b/>
        </w:rPr>
        <w:t xml:space="preserve">[06:38] </w:t>
      </w:r>
      <w:r>
        <w:t>to pathar wahan pathar pahar se koi pathar laye, woh aas pas pahar tha wahan par. cross color ka pathar. is ko wahan ek kone pe laga diya aap.</w:t>
      </w:r>
    </w:p>
    <w:p>
      <w:pPr>
        <w:jc w:val="right"/>
      </w:pPr>
      <w:r>
        <w:t>تو پتھر وہاں پتھر پہاڑ سے کوئی پتھر لائے، وہ آس پاس پہاڑ تھا وہاں پر۔ کراس کلر کا پتھر۔ اس کو وہاں ایک کونے پہ لگا دیا آپ۔</w:t>
      </w:r>
    </w:p>
    <w:p>
      <w:r>
        <w:rPr>
          <w:b/>
        </w:rPr>
        <w:t xml:space="preserve">[06:49] </w:t>
      </w:r>
      <w:r>
        <w:t>to is ko wahin se starting point ban gaya woh. wahin se shuru karte hain saat bar tawaf. bas. is ka koi talluq na ho. yani idols se hai na idol worship se hai.</w:t>
      </w:r>
    </w:p>
    <w:p>
      <w:pPr>
        <w:jc w:val="right"/>
      </w:pPr>
      <w:r>
        <w:t>تو اس کو وہیں سے سٹارٹنگ پوائنٹ بن گیا وہ۔ وہیں سے شروع کرتے ہیں سات بار طواف۔ بس۔ اس کا کوئی تعلق نہ ہو۔ یعنی آئیڈلز سے ہے نہ آئیڈل ورشپ سے ہے۔</w:t>
      </w:r>
    </w:p>
    <w:p>
      <w:r>
        <w:rPr>
          <w:b/>
        </w:rPr>
        <w:t xml:space="preserve">[07:00] </w:t>
      </w:r>
      <w:r>
        <w:t>bilkul baseless baatein hain.</w:t>
      </w:r>
    </w:p>
    <w:p>
      <w:pPr>
        <w:jc w:val="right"/>
      </w:pPr>
      <w:r>
        <w:t>بالکل بیسلیس باتیں ہیں۔</w:t>
      </w:r>
    </w:p>
    <w:p>
      <w:r>
        <w:rPr>
          <w:b/>
        </w:rPr>
        <w:t xml:space="preserve">[07:04] </w:t>
      </w:r>
      <w:r>
        <w:t>This question is from Dr. Fareeda Khanum. The Quran says that the children are trial for man. What does it mean?</w:t>
      </w:r>
    </w:p>
    <w:p>
      <w:pPr>
        <w:jc w:val="right"/>
      </w:pPr>
      <w:r>
        <w:t>This question is from Dr. فریدہ خانم. The Quran says that the children are trial for man. What does it mean?</w:t>
      </w:r>
    </w:p>
    <w:p>
      <w:r>
        <w:rPr>
          <w:b/>
        </w:rPr>
        <w:t xml:space="preserve">[07:17] </w:t>
      </w:r>
      <w:r>
        <w:t>haan, Quran mein dekhein ek ayat hai: "إن من أزواجكم وأولادكم أعدو فاذروه" ۔</w:t>
      </w:r>
    </w:p>
    <w:p>
      <w:pPr>
        <w:jc w:val="right"/>
      </w:pPr>
      <w:r>
        <w:t>ہاں، قرآن میں دیکھیں ایک آیت ہے: "إن من أزواجكم وأولادكم أعدو فاذروه" ۔</w:t>
      </w:r>
    </w:p>
    <w:p>
      <w:r>
        <w:rPr>
          <w:b/>
        </w:rPr>
        <w:t xml:space="preserve">[07:25] </w:t>
      </w:r>
      <w:r>
        <w:t>tumhari biwion mein aur tumhari aulad mein dushman hain, un se bacho. un se bacho. tumhari biwion mein aur tumhari aulad mein tumhare dushman hain, tum se bacho.</w:t>
      </w:r>
    </w:p>
    <w:p>
      <w:pPr>
        <w:jc w:val="right"/>
      </w:pPr>
      <w:r>
        <w:t>تمہاری بیویوں میں اور تمہاری اولاد میں دشمن ہیں، ان سے بچو۔ ان سے بچو۔ تمہاری بیویوں میں اور تمہاری اولاد میں تمہارے دشمن ہیں، تم سے بچو۔</w:t>
      </w:r>
    </w:p>
    <w:p>
      <w:r>
        <w:rPr>
          <w:b/>
        </w:rPr>
        <w:t xml:space="preserve">[07:39] </w:t>
      </w:r>
      <w:r>
        <w:t>mein jahan tak samjha hoon is ka matlab ke woh woh tumhare concern badal dete hain. priority badal dete hain. ek believer jo hai, ek woman jo hai, us ki priority Khuda hona chahiye.</w:t>
      </w:r>
    </w:p>
    <w:p>
      <w:pPr>
        <w:jc w:val="right"/>
      </w:pPr>
      <w:r>
        <w:t>میں جہاں تک سمجھا ہوں اس کا مطلب کہ وہ وہ تمہارے کنسرن بدل دیتے ہیں۔ پرائرٹی بدل دیتے ہیں۔ ایک بیلیور جو ہے، ایک وومن جو ہے، اس کی پرائرٹی خدا ہونا چاہیے۔</w:t>
      </w:r>
    </w:p>
    <w:p>
      <w:r>
        <w:rPr>
          <w:b/>
        </w:rPr>
        <w:t xml:space="preserve">[07:52] </w:t>
      </w:r>
      <w:r>
        <w:t>us ka concern Khuda hona chahiye. lekin yeh log jo hai badal dete hain is ko.</w:t>
      </w:r>
    </w:p>
    <w:p>
      <w:pPr>
        <w:jc w:val="right"/>
      </w:pPr>
      <w:r>
        <w:t>اس کا کنسرن خدا ہونا چاہیے۔ لیکن یہ لوگ جو ہے بدل دیتے ہیں اس کو۔</w:t>
      </w:r>
    </w:p>
    <w:p>
      <w:r>
        <w:rPr>
          <w:b/>
        </w:rPr>
        <w:t xml:space="preserve">[07:58] </w:t>
      </w:r>
      <w:r>
        <w:t>sole concern jo ban jata hai aulad aur family aur ghar. to yeh bohat hi bari ayat hai yeh. woh dushman hain woh tumhare.</w:t>
      </w:r>
    </w:p>
    <w:p>
      <w:pPr>
        <w:jc w:val="right"/>
      </w:pPr>
      <w:r>
        <w:t>سول کنسرن جو بن جاتا ہے اولاد اور فیملی اور گھر۔ تو یہ بہت ہی بڑی آیت ہے یہ۔ وہ دشمن ہیں وہ تمہارے۔</w:t>
      </w:r>
    </w:p>
    <w:p>
      <w:r>
        <w:rPr>
          <w:b/>
        </w:rPr>
        <w:t xml:space="preserve">[08:07] </w:t>
      </w:r>
      <w:r>
        <w:t>yani woh paidaishi dushman nahi hain. yani dushman by birth nahi hain woh.</w:t>
      </w:r>
    </w:p>
    <w:p>
      <w:pPr>
        <w:jc w:val="right"/>
      </w:pPr>
      <w:r>
        <w:t>یعنی وہ پیدائشی دشمن نہیں ہیں۔ یعنی دشمن بائے برتھ نہیں ہیں وہ۔</w:t>
      </w:r>
    </w:p>
    <w:p>
      <w:r>
        <w:rPr>
          <w:b/>
        </w:rPr>
        <w:t xml:space="preserve">[08:14] </w:t>
      </w:r>
      <w:r>
        <w:t>lekin woh tumhare liye trial hain. yani azmaish hain. ke kahin aisa na ho ke un ke chakar mein par kar ke tum apna concern badal do. jo hona chahiye Khuda ke liye, woh un ko un ke liye kar do.</w:t>
      </w:r>
    </w:p>
    <w:p>
      <w:pPr>
        <w:jc w:val="right"/>
      </w:pPr>
      <w:r>
        <w:t>لیکن وہ تمہارے لیے ٹرائل ہیں۔ یعنی آزمائش ہیں۔ کہ کہیں ایسا نہ ہو کہ ان کے چکر میں پڑ کر کہ تم اپنا کنسرن بدل دو۔ جو ہونا چاہیے خدا کے لیے، وہ ان کو ان کے لیے کر دو۔</w:t>
      </w:r>
    </w:p>
    <w:p>
      <w:r>
        <w:rPr>
          <w:b/>
        </w:rPr>
        <w:t xml:space="preserve">[08:29] </w:t>
      </w:r>
      <w:r>
        <w:t>yeh hai. to priority basis par aadmi ko sirf Khuda ke Khuda ko lena chahiye, lena hai. apna concern sirf Khuda ko banana hai.</w:t>
      </w:r>
    </w:p>
    <w:p>
      <w:pPr>
        <w:jc w:val="right"/>
      </w:pPr>
      <w:r>
        <w:t>یہ ہے۔ تو پرائرٹی بیسز پر آدمی کو صرف خدا کے خدا کو لینا چاہیے، لینا ہے۔ اپنا کنسرن صرف خدا کو بنانا ہے۔</w:t>
      </w:r>
    </w:p>
    <w:p>
      <w:r>
        <w:rPr>
          <w:b/>
        </w:rPr>
        <w:t xml:space="preserve">[08:40] </w:t>
      </w:r>
      <w:r>
        <w:t>mein ne is se pehle aap ko bataya tha ke ek American writer ne kitab likhi hai Islam par. to bohat hi study kiya is ne. to is mein woh bohat sahi kehta hai</w:t>
      </w:r>
    </w:p>
    <w:p>
      <w:pPr>
        <w:jc w:val="right"/>
      </w:pPr>
      <w:r>
        <w:t>میں نے اس سے پہلے آپ کو بتایا تھا کہ ایک امریکن رائٹر نے کتاب لکھی ہے اسلام پر۔ تو بہت ہی سٹڈی کیا اس نے۔ تو اس میں وہ بہت صحیح کہتا ہے</w:t>
      </w:r>
    </w:p>
    <w:p>
      <w:r>
        <w:rPr>
          <w:b/>
        </w:rPr>
        <w:t xml:space="preserve">[08:51] </w:t>
      </w:r>
      <w:r>
        <w:t>ke "the greatest concern of Islam is Allah" ۔ to greatest concern jo hai woh Allah hona chahiye.</w:t>
      </w:r>
    </w:p>
    <w:p>
      <w:pPr>
        <w:jc w:val="right"/>
      </w:pPr>
      <w:r>
        <w:t>کہ "the greatest concern of Islam is Allah" ۔ تو greatest concern جو ہے وہ اللہ ہونا چاہیے۔</w:t>
      </w:r>
    </w:p>
    <w:p>
      <w:r>
        <w:rPr>
          <w:b/>
        </w:rPr>
        <w:t xml:space="preserve">[09:01] </w:t>
      </w:r>
      <w:r>
        <w:t>lekin yeh log jo hain badal dete hain. yani aulad greatest concern ban jati hai.</w:t>
      </w:r>
    </w:p>
    <w:p>
      <w:pPr>
        <w:jc w:val="right"/>
      </w:pPr>
      <w:r>
        <w:t>لیکن یہ لوگ جو ہیں بدل دیتے ہیں۔ یعنی اولاد greatest concern بن جاتی ہے۔</w:t>
      </w:r>
    </w:p>
    <w:p>
      <w:r>
        <w:rPr>
          <w:b/>
        </w:rPr>
        <w:t xml:space="preserve">[09:09] </w:t>
      </w:r>
      <w:r>
        <w:t>family greatest concern ban jati hai. bohat bara isi ko kaha gaya Quran mein ke woh to dushman hain tumhare. woh tumhare dushman hain.</w:t>
      </w:r>
    </w:p>
    <w:p>
      <w:pPr>
        <w:jc w:val="right"/>
      </w:pPr>
      <w:r>
        <w:t>فیملی greatest concern بن جاتی ہے۔ بہت بڑا اسی کو کہا گیا قرآن میں کہ وہ تو دشمن ہیں تمہارے۔ وہ تمہارے دشمن ہیں۔</w:t>
      </w:r>
    </w:p>
    <w:p>
      <w:r>
        <w:rPr>
          <w:b/>
        </w:rPr>
        <w:t xml:space="preserve">[09:20] </w:t>
      </w:r>
      <w:r>
        <w:t>bohat zyada sochne ki ayat hai. "إن من أولادكم وأزواجكم أعدو فاذروه" ۔</w:t>
      </w:r>
    </w:p>
    <w:p>
      <w:pPr>
        <w:jc w:val="right"/>
      </w:pPr>
      <w:r>
        <w:t>بہت زیادہ سوچنے کی آیت ہے۔ "إن من أولادكم وأزواجكم أعدو فاذروه" ۔</w:t>
      </w:r>
    </w:p>
    <w:p>
      <w:r>
        <w:rPr>
          <w:b/>
        </w:rPr>
        <w:t xml:space="preserve">[09:27] </w:t>
      </w:r>
      <w:r>
        <w:t>tumhari biwiyan aur tumhari aulad tumhare dushman hain, dushman. un se bacho. un se bacho. is ka matlab yeh nahi ke woh by birth dushman hain.</w:t>
      </w:r>
    </w:p>
    <w:p>
      <w:pPr>
        <w:jc w:val="right"/>
      </w:pPr>
      <w:r>
        <w:t>تمہاری بیویاں اور تمہاری اولاد تمہارے دشمن ہیں، دشمن۔ ان سے بچو۔ ان سے بچو۔ اس کا مطلب یہ نہیں کہ وہ بائے برتھ دشمن ہیں۔</w:t>
      </w:r>
    </w:p>
    <w:p>
      <w:r>
        <w:rPr>
          <w:b/>
        </w:rPr>
        <w:t xml:space="preserve">[09:37] </w:t>
      </w:r>
      <w:r>
        <w:t>by birth koi dushman nahi hota hai.</w:t>
      </w:r>
    </w:p>
    <w:p>
      <w:pPr>
        <w:jc w:val="right"/>
      </w:pPr>
      <w:r>
        <w:t>بائے برتھ کوئی دشمن نہیں ہوتا ہے۔</w:t>
      </w:r>
    </w:p>
    <w:p>
      <w:r>
        <w:rPr>
          <w:b/>
        </w:rPr>
        <w:t xml:space="preserve">[09:42] </w:t>
      </w:r>
      <w:r>
        <w:t>un se jo attachment hota hai, un se jo dil ka taluq hota hai, us se jo mohabbat hoti hai, us ki wajah se woh aik shift late hain, woh shift. aur bohat hi gradual tareeqa aata hai, shift aata hai.</w:t>
      </w:r>
    </w:p>
    <w:p>
      <w:pPr>
        <w:jc w:val="right"/>
      </w:pPr>
      <w:r>
        <w:t>ان سے جو اٹیچمنٹ ہوتا ہے، ان سے جو دل کا تعلق ہوتا ہے، اس سے جو محبت ہوتی ہے، اس کی وجہ سے وہ ایک شفٹ لاتے ہیں، وہ شفٹ۔ اور بہت ہی گریجول طریقہ آتا ہے، شفٹ آتا ہے۔</w:t>
      </w:r>
    </w:p>
    <w:p>
      <w:r>
        <w:rPr>
          <w:b/>
        </w:rPr>
        <w:t xml:space="preserve">[09:55] </w:t>
      </w:r>
      <w:r>
        <w:t>unconsciously aata hai. aadmi ko pata nahi chalta ke meri priority badal gayi. mera concern badal gaya.</w:t>
      </w:r>
    </w:p>
    <w:p>
      <w:pPr>
        <w:jc w:val="right"/>
      </w:pPr>
      <w:r>
        <w:t>انکانسلی آتا ہے۔ آدمی کو پتہ نہیں چلتا کہ میری پرائرٹی بدل گئی۔ میرا کنسرن بدل گیا۔</w:t>
      </w:r>
    </w:p>
    <w:p>
      <w:r>
        <w:rPr>
          <w:b/>
        </w:rPr>
        <w:t xml:space="preserve">[10:03] </w:t>
      </w:r>
      <w:r>
        <w:t>lekin bohat bara bhayanak anjaam hota hai insaan ka.</w:t>
      </w:r>
    </w:p>
    <w:p>
      <w:pPr>
        <w:jc w:val="right"/>
      </w:pPr>
      <w:r>
        <w:t>لیکن بہت بڑا بھیانک انجام ہوتا ہے انسان کا۔</w:t>
      </w:r>
    </w:p>
    <w:p>
      <w:r>
        <w:rPr>
          <w:b/>
        </w:rPr>
        <w:t xml:space="preserve">[10:11] </w:t>
      </w:r>
      <w:r>
        <w:t>yeh kab insaan jaan paye ga? introspection ke zariye jaan paye ga. soche, soche, soche, soche. baghair introspection ke koi bhi aadmi samajh nahi sakta ke kya haal mera hua hai.</w:t>
      </w:r>
    </w:p>
    <w:p>
      <w:pPr>
        <w:jc w:val="right"/>
      </w:pPr>
      <w:r>
        <w:t>یہ کب انسان جان پائے گا؟ انٹراسپیکشن کے ذریعے جان پائے گا۔ سوچے، سوچے، سوچے، سوچے۔ بغیر انٹراسپیکشن کے کوئی بھی آدمی سمجھ نہیں سکتا کہ کیا حال میرا ہوا ہے۔</w:t>
      </w:r>
    </w:p>
    <w:p>
      <w:r>
        <w:rPr>
          <w:b/>
        </w:rPr>
        <w:t xml:space="preserve">[10:23] </w:t>
      </w:r>
      <w:r>
        <w:t>mera tajurba dekhen, jis ko bhi dekhen, us ka supreme concern us ki family hai, us ki aulad hai.</w:t>
      </w:r>
    </w:p>
    <w:p>
      <w:pPr>
        <w:jc w:val="right"/>
      </w:pPr>
      <w:r>
        <w:t>میرا تجربہ دیکھیں، جس کو بھی دیکھیں، اس کا سپریم کنسرن اس کی فیملی ہے، اس کی اولاد ہے۔</w:t>
      </w:r>
    </w:p>
    <w:p>
      <w:r>
        <w:rPr>
          <w:b/>
        </w:rPr>
        <w:t xml:space="preserve">[10:29] </w:t>
      </w:r>
      <w:r>
        <w:t>sab ko mein dekhta hoon. chahe ghareeb ho ya ameer, namaz wala ho ya be namaz wala, daadhi wala ho ya be daadhi wala, aalim ho ya ghair aalim, sab ka yahi haal hai.</w:t>
      </w:r>
    </w:p>
    <w:p>
      <w:pPr>
        <w:jc w:val="right"/>
      </w:pPr>
      <w:r>
        <w:t>سب کو میں دیکھتا ہوں۔ چاہے غریب ہو یا امیر، نماز والا ہو یا بے نماز والا، داڑھی والا ہو یا بے داڑھی والا، عالم ہو یا غیر عالم، سب کا یہی حال ہے۔</w:t>
      </w:r>
    </w:p>
    <w:p>
      <w:r>
        <w:rPr>
          <w:b/>
        </w:rPr>
        <w:t xml:space="preserve">[10:42] </w:t>
      </w:r>
      <w:r>
        <w:t>to goya ke har aik ne in logon ko apna dushman bana rakha hai.</w:t>
      </w:r>
    </w:p>
    <w:p>
      <w:pPr>
        <w:jc w:val="right"/>
      </w:pPr>
      <w:r>
        <w:t>تو گویا کہ ہر ایک نے ان لوگوں کو اپنا دشمن بنا رکھا ہے۔</w:t>
      </w:r>
    </w:p>
    <w:p>
      <w:r>
        <w:rPr>
          <w:b/>
        </w:rPr>
        <w:t xml:space="preserve">[10:50] </w:t>
      </w:r>
      <w:r>
        <w:t>bari khatarnak baat hai yeh. bohat ziyada khatarnak baat hai.</w:t>
      </w:r>
    </w:p>
    <w:p>
      <w:pPr>
        <w:jc w:val="right"/>
      </w:pPr>
      <w:r>
        <w:t>بڑی خطرناک بات ہے یہ۔ بہت زیادہ خطرناک بات ہے۔</w:t>
      </w:r>
    </w:p>
    <w:p>
      <w:r>
        <w:rPr>
          <w:b/>
        </w:rPr>
        <w:t xml:space="preserve">[10:58] </w:t>
      </w:r>
      <w:r>
        <w:t>aur is mein yeh hota hai, mein ne dekha apni aankh se ke wahi same ghalti apna bachcha kare to dikhai nahi deta aadmi ko. wahi doosra kare to us ko doctor par lagate hain.</w:t>
      </w:r>
    </w:p>
    <w:p>
      <w:pPr>
        <w:jc w:val="right"/>
      </w:pPr>
      <w:r>
        <w:t>اور اس میں یہ ہوتا ہے، میں نے دیکھا اپنی آنکھ سے کہ وہی سیف غلطی اپنا بچہ کرے تو دکھائی نہیں دیتا آدمی کو۔ وہی دوسرا کرے تو اس کو ڈاکٹر پر لگاتے ہیں۔</w:t>
      </w:r>
    </w:p>
    <w:p>
      <w:r>
        <w:rPr>
          <w:b/>
        </w:rPr>
        <w:t xml:space="preserve">[11:07] </w:t>
      </w:r>
      <w:r>
        <w:t>mein ne khud dekha apni aankh se ke doosre ke bete ne wahi same ghalti ki. bas patang ura raha tha aik. mein ne to apni aankh se dekha.</w:t>
      </w:r>
    </w:p>
    <w:p>
      <w:pPr>
        <w:jc w:val="right"/>
      </w:pPr>
      <w:r>
        <w:t>میں نے خود دیکھا اپنی آنکھ سے کہ دوسرے کے بیٹے نے وہی سیم غلطی کی۔ بس پتنگ اڑا رہا تھا ایک۔ میں نے تو اپنی آنکھ سے دیکھا۔</w:t>
      </w:r>
    </w:p>
    <w:p>
      <w:r>
        <w:rPr>
          <w:b/>
        </w:rPr>
        <w:t xml:space="preserve">[11:16] </w:t>
      </w:r>
      <w:r>
        <w:t>muhalle ka aik ladka patang ura raha tha to us ko doctor par kar rahe the. to patang urate ho, school le jate hain yeh woh. inhi ko mein ne dekha ke ab in ka apna beta patang ura raha tha, dekhte hain khush ho rahe the.</w:t>
      </w:r>
    </w:p>
    <w:p>
      <w:pPr>
        <w:jc w:val="right"/>
      </w:pPr>
      <w:r>
        <w:t>محلے کا ایک لڑکا پتنگ اڑا رہا تھا تو اس کو ڈاکٹر پر کر رہے تھے۔ تو پتنگ اڑاتے ہو، اسکول لے جاتے ہیں یہ وہ۔ انہی کو میں نے دیکھا کہ اب ان کا اپنا بیٹا پتنگ اڑا رہا تھا، دیکھتے ہیں خوش ہو رہے تھے۔</w:t>
      </w:r>
    </w:p>
    <w:p>
      <w:r>
        <w:rPr>
          <w:b/>
        </w:rPr>
        <w:t xml:space="preserve">[11:26] </w:t>
      </w:r>
      <w:r>
        <w:t>kehta hai, "achha</w:t>
      </w:r>
    </w:p>
    <w:p>
      <w:pPr>
        <w:jc w:val="right"/>
      </w:pPr>
      <w:r>
        <w:t>کہتا ہے، "اچھ</w:t>
      </w:r>
    </w:p>
    <w:p>
      <w:r>
        <w:rPr>
          <w:b/>
        </w:rPr>
        <w:t xml:space="preserve">[11:27] </w:t>
      </w:r>
      <w:r>
        <w:t>patang ura raha hai yeh." to aadmi ki, aadmi blind hota hai, blind. hadith mein aata hai ke "hubbuka shaya yoomi wusum" .</w:t>
      </w:r>
    </w:p>
    <w:p>
      <w:pPr>
        <w:jc w:val="right"/>
      </w:pPr>
      <w:r>
        <w:t>ا پتنگ اڑا رہا ہے یہ۔" تو آدمی کی، آدمی بلائنڈ ہوتا ہے، بلائنڈ۔ حدیث میں آتا ہے کہ "حبک الشاء یومی وسم" ۔</w:t>
      </w:r>
    </w:p>
    <w:p>
      <w:r>
        <w:rPr>
          <w:b/>
        </w:rPr>
        <w:t xml:space="preserve">[11:39] </w:t>
      </w:r>
      <w:r>
        <w:t>yani mohabbat tum ko andha bhara bana deti hai. to aulad se mohabbat, family se mohabbat, aadmi ko blind kar deti hai.</w:t>
      </w:r>
    </w:p>
    <w:p>
      <w:pPr>
        <w:jc w:val="right"/>
      </w:pPr>
      <w:r>
        <w:t>یعنی محبت تم کو اندھا بھرا بنا دیتی ہے۔ تو اولاد سے محبت، فیملی سے محبت، آدمی کو بلائنڈ کر دیتی ہے۔</w:t>
      </w:r>
    </w:p>
    <w:p>
      <w:r>
        <w:rPr>
          <w:b/>
        </w:rPr>
        <w:t xml:space="preserve">[11:49] </w:t>
      </w:r>
      <w:r>
        <w:t>to dekha, kuch dikhai nahi deta us ko. use bohat mercy se introspection jab kare ga aadmi, tab jaan paye ga.</w:t>
      </w:r>
    </w:p>
    <w:p>
      <w:pPr>
        <w:jc w:val="right"/>
      </w:pPr>
      <w:r>
        <w:t>تو دیکھا، کچھ دکھائی نہیں دیتا اس کو۔ اسے بہت مرسیلی سے انٹراسپیکشن جب کرے گا آدمی، تب جان پائے گا۔</w:t>
      </w:r>
    </w:p>
    <w:p>
      <w:r>
        <w:rPr>
          <w:b/>
        </w:rPr>
        <w:t xml:space="preserve">[11:58] </w:t>
      </w:r>
      <w:r>
        <w:t>warna jaan nahi paye ga, isi haal mein mar jaye ga woh.</w:t>
      </w:r>
    </w:p>
    <w:p>
      <w:pPr>
        <w:jc w:val="right"/>
      </w:pPr>
      <w:r>
        <w:t>ورنہ جان نہیں پائے گا، اسی حال میں مر جائے گا وہ۔</w:t>
      </w:r>
    </w:p>
    <w:p>
      <w:r>
        <w:rPr>
          <w:b/>
        </w:rPr>
        <w:t xml:space="preserve">[12:04] </w:t>
      </w:r>
      <w:r>
        <w:t>This question is from Mr. Ejaz Ahmed, Bangalore. Many present-day leaders and alims of repute propagate negative ideology.</w:t>
      </w:r>
    </w:p>
    <w:p>
      <w:pPr>
        <w:jc w:val="right"/>
      </w:pPr>
      <w:r>
        <w:t>This question is from Mr. اعجاز احمد, Bangalore. Many present-day leaders and alims of repute propagate negative ideology.</w:t>
      </w:r>
    </w:p>
    <w:p>
      <w:r>
        <w:rPr>
          <w:b/>
        </w:rPr>
        <w:t xml:space="preserve">[12:15] </w:t>
      </w:r>
      <w:r>
        <w:t>How should the common man counter this?</w:t>
      </w:r>
    </w:p>
    <w:p>
      <w:pPr>
        <w:jc w:val="right"/>
      </w:pPr>
      <w:r>
        <w:t>How should the common man counter this?</w:t>
      </w:r>
    </w:p>
    <w:p>
      <w:r>
        <w:rPr>
          <w:b/>
        </w:rPr>
        <w:t xml:space="preserve">[12:21] </w:t>
      </w:r>
      <w:r>
        <w:t>phir se parhiye? Many present-day leaders and alims of repute propagate negative ideology. How should the common man counter this?</w:t>
      </w:r>
    </w:p>
    <w:p>
      <w:pPr>
        <w:jc w:val="right"/>
      </w:pPr>
      <w:r>
        <w:t>پھر سے پڑھیے؟ Many present-day leaders and alims of repute propagate negative ideology. How should the common man counter this?</w:t>
      </w:r>
    </w:p>
    <w:p>
      <w:r>
        <w:rPr>
          <w:b/>
        </w:rPr>
        <w:t xml:space="preserve">[12:38] </w:t>
      </w:r>
      <w:r>
        <w:t>bhai, dunya to imtehan hai. aql di hai Allah taala ne aap ko pehchanne ke liye. to pehchaniye.</w:t>
      </w:r>
    </w:p>
    <w:p>
      <w:pPr>
        <w:jc w:val="right"/>
      </w:pPr>
      <w:r>
        <w:t>بھئی، دنیا تو امتحان ہے۔ عقل دی ہے اللہ تعالیٰ نے آپ کو پہچاننے کے لیے۔ تو پہچانیے۔</w:t>
      </w:r>
    </w:p>
    <w:p>
      <w:r>
        <w:rPr>
          <w:b/>
        </w:rPr>
        <w:t xml:space="preserve">[12:49] </w:t>
      </w:r>
      <w:r>
        <w:t>mein isi delhi mein jaanta hoon aise logon ko ke aik shakhs hai, woh aik badnaam party se taluq rakhta hai.</w:t>
      </w:r>
    </w:p>
    <w:p>
      <w:pPr>
        <w:jc w:val="right"/>
      </w:pPr>
      <w:r>
        <w:t>میں اسی دلی میں جانتا ہوں ایسے لوگوں کو کہ ایک شخص ہے، وہ ایک بدنام پارٹی سے تعلق رکھتا ہے۔</w:t>
      </w:r>
    </w:p>
    <w:p>
      <w:r>
        <w:rPr>
          <w:b/>
        </w:rPr>
        <w:t xml:space="preserve">[12:58] </w:t>
      </w:r>
      <w:r>
        <w:t>badnaam, jo musalman is ko bura samajhte hain. mein naam nahi loon ga. badnaam political party jo musalmanon ke darmiyan hai, usi ka aik aadmi dukan lagaye hue hai.</w:t>
      </w:r>
    </w:p>
    <w:p>
      <w:pPr>
        <w:jc w:val="right"/>
      </w:pPr>
      <w:r>
        <w:t>بدنام، جو مسلمان اس کو برا سمجھتے ہیں۔ میں نام نہیں لوں گا۔ بدنام پولیٹیکل پارٹی جو مسلمانوں کے درمیان ہے، اسی کا ایک آدمی دکان لگائے ہوئے ہے۔</w:t>
      </w:r>
    </w:p>
    <w:p>
      <w:r>
        <w:rPr>
          <w:b/>
        </w:rPr>
        <w:t xml:space="preserve">[13:10] </w:t>
      </w:r>
      <w:r>
        <w:t>aur cheez bohat achhi milti hai us ko. to musalman wahan ja kar kharidte hain us se. mein ne poocha ke bhai, yeh kya baat hai? kaha, "woh political baat alag hai, yeh baat alag hai."</w:t>
      </w:r>
    </w:p>
    <w:p>
      <w:pPr>
        <w:jc w:val="right"/>
      </w:pPr>
      <w:r>
        <w:t>اور چیز بہت اچھی ملتی ہے اس کو۔ تو مسلمان وہاں جا کر خریدتے ہیں اس سے۔ میں نے پوچھا کہ بھئی، یہ کیا بات ہے؟ کہا، "وہ پولیٹیکل بات الگ ہے، یہ بات الگ ہے۔"</w:t>
      </w:r>
    </w:p>
    <w:p>
      <w:r>
        <w:rPr>
          <w:b/>
        </w:rPr>
        <w:t xml:space="preserve">[13:22] </w:t>
      </w:r>
      <w:r>
        <w:t>to yahan par aap pehchan apne, yahan par aap ne pehchan liya. to deen mein kyun nahin pehchan paate? to baharhal mein yeh kahunga ke koi bhi cheez excuse nahin hai.</w:t>
      </w:r>
    </w:p>
    <w:p>
      <w:pPr>
        <w:jc w:val="right"/>
      </w:pPr>
      <w:r>
        <w:t>تو یہاں پر آپ پہچان اپنے، یہاں پر آپ نے پہچان لیا۔ تو دین میں کیوں نہیں پہچان پاتے؟ تو بہرحال میں یہ کہوں گا کہ کوئی بھی چیز ایکسکیوز نہیں ہے۔</w:t>
      </w:r>
    </w:p>
    <w:p>
      <w:r>
        <w:rPr>
          <w:b/>
        </w:rPr>
        <w:t xml:space="preserve">[13:33] </w:t>
      </w:r>
      <w:r>
        <w:t>aadmi apni aql ko istemal kare, apni reason ko istemal kare, soch bichar kare.</w:t>
      </w:r>
    </w:p>
    <w:p>
      <w:pPr>
        <w:jc w:val="right"/>
      </w:pPr>
      <w:r>
        <w:t>آدمی اپنی عقل کو استعمال کرے، اپنی ریزن کو استعمال کرے، سوچ بچار کرے۔</w:t>
      </w:r>
    </w:p>
    <w:p>
      <w:r>
        <w:rPr>
          <w:b/>
        </w:rPr>
        <w:t xml:space="preserve">[13:40] </w:t>
      </w:r>
      <w:r>
        <w:t>to kuch bhi mushkil nahin hai janna, yeh negative hai ya positive hai, yeh sahi hai ya galat hai. aur study kare woh, analysis kare woh.</w:t>
      </w:r>
    </w:p>
    <w:p>
      <w:pPr>
        <w:jc w:val="right"/>
      </w:pPr>
      <w:r>
        <w:t>تو کچھ بھی مشکل نہیں ہے جاننا، یہ نیگیٹیو ہے یا پازیٹیو ہے، یہ صحیح ہے یا غلط ہے۔ اور اسٹڈی کرے وہ، انالیسز کرے وہ۔</w:t>
      </w:r>
    </w:p>
    <w:p>
      <w:r>
        <w:rPr>
          <w:b/>
        </w:rPr>
        <w:t xml:space="preserve">[13:52] </w:t>
      </w:r>
      <w:r>
        <w:t>apne personal mamlaat mein to khud bhi karta hai yeh sab kaam. personal mamlaat mein bahar to khud jaanch karta hai, jaanch jaanch kar ke</w:t>
      </w:r>
    </w:p>
    <w:p>
      <w:pPr>
        <w:jc w:val="right"/>
      </w:pPr>
      <w:r>
        <w:t>اپنے پرسنل معاملات میں تو خود بھی کرتا ہے یہ سب کام۔ پرسنل معاملات میں باہر تو خود جانچ کرتا ہے، جانچ جانچ کر کے</w:t>
      </w:r>
    </w:p>
    <w:p>
      <w:r>
        <w:rPr>
          <w:b/>
        </w:rPr>
        <w:t xml:space="preserve">[14:01] </w:t>
      </w:r>
      <w:r>
        <w:t>kaam karta hai apna. to wahi jo personal mamlaat karta hai, woh yahan bhi kare. itna hi to hai ke jo kuch aap karte hain personal mamle mein, wahi deen ke mamle mein karen aap.</w:t>
      </w:r>
    </w:p>
    <w:p>
      <w:pPr>
        <w:jc w:val="right"/>
      </w:pPr>
      <w:r>
        <w:t>کام کرتا ہے اپنا۔ تو وہی جو پرسنل معاملات کرتا ہے، وہ یہاں بھی کرے۔ اتنا ہی تو ہے کہ جو کچھ آپ کرتے ہیں پرسنل معاملے میں، وہی دین کے معاملے میں کریں آپ۔</w:t>
      </w:r>
    </w:p>
    <w:p>
      <w:r>
        <w:rPr>
          <w:b/>
        </w:rPr>
        <w:t xml:space="preserve">[14:13] </w:t>
      </w:r>
      <w:r>
        <w:t>to kabhi bhi bhatkenge nahin. kabhi bhi nahin bhatkenge.</w:t>
      </w:r>
    </w:p>
    <w:p>
      <w:pPr>
        <w:jc w:val="right"/>
      </w:pPr>
      <w:r>
        <w:t>تو کبھی بھی بھٹکیں گے نہیں۔ کبھی بھی نہیں بھٹکیں گے۔</w:t>
      </w:r>
    </w:p>
    <w:p>
      <w:r>
        <w:rPr>
          <w:b/>
        </w:rPr>
        <w:t xml:space="preserve">[14:21] </w:t>
      </w:r>
      <w:r>
        <w:t>mera bhi experience to yahi hai. This question is from Miss Rachana from Singapore. In your last lecture, you had mentioned that Qiyamat will come all of a sudden.</w:t>
      </w:r>
    </w:p>
    <w:p>
      <w:pPr>
        <w:jc w:val="right"/>
      </w:pPr>
      <w:r>
        <w:t>میرا بھی ایکسپیرینس تو یہی ہے۔ This question is from Miss Rachana from Singapore. In your last lecture, you had mentioned that Qiyamat will come all of a sudden.</w:t>
      </w:r>
    </w:p>
    <w:p>
      <w:r>
        <w:rPr>
          <w:b/>
        </w:rPr>
        <w:t xml:space="preserve">[14:35] </w:t>
      </w:r>
      <w:r>
        <w:t>What will be the trigger point for Qiyamat</w:t>
      </w:r>
    </w:p>
    <w:p>
      <w:pPr>
        <w:jc w:val="right"/>
      </w:pPr>
      <w:r>
        <w:t>What will be the trigger point for Qiyamat</w:t>
      </w:r>
    </w:p>
    <w:p>
      <w:r>
        <w:rPr>
          <w:b/>
        </w:rPr>
        <w:t xml:space="preserve">[14:38] </w:t>
      </w:r>
      <w:r>
        <w:t>? If all people follow theright path, can Qiyamat be avoided or is it inevitable?</w:t>
      </w:r>
    </w:p>
    <w:p>
      <w:pPr>
        <w:jc w:val="right"/>
      </w:pPr>
      <w:r>
        <w:t>? If all people follow theright path, can Qiyamat be avoided or is it inevitable?</w:t>
      </w:r>
    </w:p>
    <w:p>
      <w:r>
        <w:rPr>
          <w:b/>
        </w:rPr>
        <w:t xml:space="preserve">[14:51] </w:t>
      </w:r>
      <w:r>
        <w:t>dekhen, jahan tak mein janta hoon, jo padha hai maine,</w:t>
      </w:r>
    </w:p>
    <w:p>
      <w:pPr>
        <w:jc w:val="right"/>
      </w:pPr>
      <w:r>
        <w:t>دیکھیں، جہاں تک میں جانتا ہوں، جو پڑھا ہے میں نے،</w:t>
      </w:r>
    </w:p>
    <w:p>
      <w:r>
        <w:rPr>
          <w:b/>
        </w:rPr>
        <w:t xml:space="preserve">[14:58] </w:t>
      </w:r>
      <w:r>
        <w:t>to woh yahi hai jaisa ke hadith mein aaya hai ke qayamat bure logon par aayegi. hadith mein aata hai ke is waqt tak qayamat nahin aayegi jab tak dunya mein Allah Allah karne wale log baqi hain.</w:t>
      </w:r>
    </w:p>
    <w:p>
      <w:pPr>
        <w:jc w:val="right"/>
      </w:pPr>
      <w:r>
        <w:t>تو وہ یہی ہے جیسا کہ حدیث میں آیا ہے کہ قیامت برے لوگوں پر آئے گی۔ حدیث میں آتا ہے کہ اس وقت تک قیامت نہیں آئے گی جب تک دنیا میں اللہ اللہ کرنے والے لوگ باقی ہیں۔</w:t>
      </w:r>
    </w:p>
    <w:p>
      <w:r>
        <w:rPr>
          <w:b/>
        </w:rPr>
        <w:t xml:space="preserve">[15:13] </w:t>
      </w:r>
      <w:r>
        <w:t>ek bhi Allah Allah karne wala baqi hai to qayamat nahin aayegi.</w:t>
      </w:r>
    </w:p>
    <w:p>
      <w:pPr>
        <w:jc w:val="right"/>
      </w:pPr>
      <w:r>
        <w:t>ایک بھی اللہ اللہ کرنے والا باقی ہے تو قیامت نہیں آئے گی۔</w:t>
      </w:r>
    </w:p>
    <w:p>
      <w:r>
        <w:rPr>
          <w:b/>
        </w:rPr>
        <w:t xml:space="preserve">[15:17] </w:t>
      </w:r>
      <w:r>
        <w:t>dekhen, is hadith ka matlab be log nahin samajhte. yeh is se matlab discussion nahin hai ke ungliyon par Allah Allah Allah Allah Allah Allah ke bas ruki rahegi.</w:t>
      </w:r>
    </w:p>
    <w:p>
      <w:pPr>
        <w:jc w:val="right"/>
      </w:pPr>
      <w:r>
        <w:t>دیکھیں، اس حدیث کا مطلب بے لوگ نہیں سمجھتے۔ یہ اس سے مطلب ڈسکشن نہیں ہے کہ انگلیوں پر اللہ اللہ اللہ اللہ اللہ اللہ کے بس رکی رہے گی۔</w:t>
      </w:r>
    </w:p>
    <w:p>
      <w:r>
        <w:rPr>
          <w:b/>
        </w:rPr>
        <w:t xml:space="preserve">[15:26] </w:t>
      </w:r>
      <w:r>
        <w:t>yeh bilkul absent baat hai. nahin, is ka matlab yeh hai ke Allah ko apna concern banane wale</w:t>
      </w:r>
    </w:p>
    <w:p>
      <w:pPr>
        <w:jc w:val="right"/>
      </w:pPr>
      <w:r>
        <w:t>یہ بالکل ایبسنٹ بات ہے۔ نہیں، اس کا مطلب یہ ہے کہ اللہ کو اپنا کنسرن بنانے والے</w:t>
      </w:r>
    </w:p>
    <w:p>
      <w:r>
        <w:rPr>
          <w:b/>
        </w:rPr>
        <w:t xml:space="preserve">[15:35] </w:t>
      </w:r>
      <w:r>
        <w:t>log jab dunya mein nahin rahenge, Allah ko priority base pe lene wale jab dunya mein nahin rahenge, Allah se sahi maano mein darne wale dunya mein nahin rahenge to qayamat aa jayegi.</w:t>
      </w:r>
    </w:p>
    <w:p>
      <w:pPr>
        <w:jc w:val="right"/>
      </w:pPr>
      <w:r>
        <w:t>لوگ جب دنیا میں نہیں رہیں گے، اللہ کو پرائرٹی بیس پہ لینے والے جب دنیا میں نہیں رہیں گے، اللہ سے صحیح معنوں میں ڈرنے والے دنیا میں نہیں رہیں گے تو قیامت آ جائے گی۔</w:t>
      </w:r>
    </w:p>
    <w:p>
      <w:r>
        <w:rPr>
          <w:b/>
        </w:rPr>
        <w:t xml:space="preserve">[15:49] </w:t>
      </w:r>
      <w:r>
        <w:t>kyun? yeh dunya jo hai, yeh koi</w:t>
      </w:r>
    </w:p>
    <w:p>
      <w:pPr>
        <w:jc w:val="right"/>
      </w:pPr>
      <w:r>
        <w:t>کیوں؟ یہ دنیا جو ہے، یہ کوئی</w:t>
      </w:r>
    </w:p>
    <w:p>
      <w:r>
        <w:rPr>
          <w:b/>
        </w:rPr>
        <w:t xml:space="preserve">[15:53] </w:t>
      </w:r>
      <w:r>
        <w:t>hamara yani hamari property nahin hai. yeh jo planet hai, yeh jo life support system hai, yahan par itni sari jo hamari cheezen hain, di gayi hain hum ko.</w:t>
      </w:r>
    </w:p>
    <w:p>
      <w:pPr>
        <w:jc w:val="right"/>
      </w:pPr>
      <w:r>
        <w:t>ہمارا یعنی ہماری پراپرٹی نہیں ہے۔ یہ جو پلینٹ ہے، یہ جو لائف سپورٹ سسٹم ہے، یہاں پر اتنی ساری جو ہماری چیزیں ہیں، دی گئی ہیں ہم کو۔</w:t>
      </w:r>
    </w:p>
    <w:p>
      <w:r>
        <w:rPr>
          <w:b/>
        </w:rPr>
        <w:t xml:space="preserve">[16:06] </w:t>
      </w:r>
      <w:r>
        <w:t>yeh koi hum, yeh koi hum, is ka hum matlab right ke nahin mili hain.</w:t>
      </w:r>
    </w:p>
    <w:p>
      <w:pPr>
        <w:jc w:val="right"/>
      </w:pPr>
      <w:r>
        <w:t>یہ کوئی ہم، یہ کوئی ہم، اس کا ہم مطلب رائٹ کے نہیں ملی ہیں۔</w:t>
      </w:r>
    </w:p>
    <w:p>
      <w:r>
        <w:rPr>
          <w:b/>
        </w:rPr>
        <w:t xml:space="preserve">[16:12] </w:t>
      </w:r>
      <w:r>
        <w:t>yeh test ke liye mili hain. yaad rakhen, koi bhi cheez kisi ko right ke taur par nahin mili, sirf test ke liye. test ka matlab kya hai?</w:t>
      </w:r>
    </w:p>
    <w:p>
      <w:pPr>
        <w:jc w:val="right"/>
      </w:pPr>
      <w:r>
        <w:t>یہ ٹیسٹ کے لیے ملی ہیں۔ یاد رکھیں، کوئی بھی چیز کسی کو رائٹ کے طور پر نہیں ملی، صرف ٹیسٹ کے لیے۔ ٹیسٹ کا معنی کیا ہے؟</w:t>
      </w:r>
    </w:p>
    <w:p>
      <w:r>
        <w:rPr>
          <w:b/>
        </w:rPr>
        <w:t xml:space="preserve">[16:22] </w:t>
      </w:r>
      <w:r>
        <w:t>yeh dekhne ke liye ke kaun sacha hai, kaun jhootha hai, kaun apni</w:t>
      </w:r>
    </w:p>
    <w:p>
      <w:pPr>
        <w:jc w:val="right"/>
      </w:pPr>
      <w:r>
        <w:t>یہ دیکھنے کے لیے کہ کون سچا ہے، کون جھوٹا ہے، کون اپنی</w:t>
      </w:r>
    </w:p>
    <w:p>
      <w:r>
        <w:rPr>
          <w:b/>
        </w:rPr>
        <w:t xml:space="preserve">[16:31] </w:t>
      </w:r>
      <w:r>
        <w:t>freedom ko misuse karta hai, kaun is ko proper tareeqe se use karta hai. to is hadith ka matlab mein yeh samjhaun ke jo woh hai ke ek bhi aadmi Allah Allah karne wala jab na rahe to Khuda dekh raha hai, dekh raha hai, dekh raha hai.</w:t>
      </w:r>
    </w:p>
    <w:p>
      <w:pPr>
        <w:jc w:val="right"/>
      </w:pPr>
      <w:r>
        <w:t>فریڈم کو مس یوز کرتا ہے، کون اس کو پراپر طریقے سے یوز کرتا ہے۔ تو اس حدیث کا مطلب میں یہ سمجھاؤں کہ جو وہ ہے کہ ایک بھی آدمی اللہ اللہ کرنے والا جب نہ رہے تو خدا دیکھ رہا ہے، دیکھ رہا ہے، دیکھ رہا ہے۔</w:t>
      </w:r>
    </w:p>
    <w:p>
      <w:r>
        <w:rPr>
          <w:b/>
        </w:rPr>
        <w:t xml:space="preserve">[16:48] </w:t>
      </w:r>
      <w:r>
        <w:t>is ka selection ka jo kaam hai, woh chal raha hai. yahan tak jab Khuda dekhega ke ab woh doori close ho gaya, ab koi aadmi jo paida hoga dunya mein, sirf bigdega, woh banne wala hai hi nahin.</w:t>
      </w:r>
    </w:p>
    <w:p>
      <w:pPr>
        <w:jc w:val="right"/>
      </w:pPr>
      <w:r>
        <w:t>اس کا سلیکشن کا جو کام ہے، وہ چل رہا ہے۔ یہاں تک جب خدا دیکھے گا کہ اب وہ ڈوری کلوز ہو گیا، اب کوئی آدمی جو پیدا ہوگا دنیا میں، صرف بگڑے گا، وہ بننے والا ہے ہی نہیں۔</w:t>
      </w:r>
    </w:p>
    <w:p>
      <w:r>
        <w:rPr>
          <w:b/>
        </w:rPr>
        <w:t xml:space="preserve">[17:03] </w:t>
      </w:r>
      <w:r>
        <w:t>woh</w:t>
      </w:r>
    </w:p>
    <w:p>
      <w:pPr>
        <w:jc w:val="right"/>
      </w:pPr>
      <w:r>
        <w:t>وہ</w:t>
      </w:r>
    </w:p>
    <w:p>
      <w:r>
        <w:rPr>
          <w:b/>
        </w:rPr>
        <w:t xml:space="preserve">[17:07] </w:t>
      </w:r>
      <w:r>
        <w:t>to Khuda watch kar raha hai, Khuda ke angel watch kar rahe hain. to jab Khuda ka yeh faisla hoga ke ab koi aadmi aisa paida hone wala nahin hai, kyunke itna culture itna bigad chuka hai, society itni bigad chuki hai, conditionen itni kharab ho chuki hain</w:t>
      </w:r>
    </w:p>
    <w:p>
      <w:pPr>
        <w:jc w:val="right"/>
      </w:pPr>
      <w:r>
        <w:t>تو خدا واچ کر رہا ہے، خدا کے اینجل واچ کر رہے ہیں۔ تو جب خدا کا یہ فیصلہ ہوگا کہ اب کوئی آدمی ایسا پیدا ہونے والا نہیں ہے، کیونکہ اتنا کلچر اتنا بگڑ چکا ہے، سوسائٹی اتنی بگڑ چکی ہے، کنڈیشنیں اتنی خراب ہو چکی ہیں</w:t>
      </w:r>
    </w:p>
    <w:p>
      <w:r>
        <w:rPr>
          <w:b/>
        </w:rPr>
        <w:t xml:space="preserve">[17:29] </w:t>
      </w:r>
      <w:r>
        <w:t>ke jo aayega, usi mein condition hota rahega.</w:t>
      </w:r>
    </w:p>
    <w:p>
      <w:pPr>
        <w:jc w:val="right"/>
      </w:pPr>
      <w:r>
        <w:t>کہ جو آئے گا، اسی میں کنڈیشن ہوتا رہے گا۔</w:t>
      </w:r>
    </w:p>
    <w:p>
      <w:r>
        <w:rPr>
          <w:b/>
        </w:rPr>
        <w:t xml:space="preserve">[17:34] </w:t>
      </w:r>
      <w:r>
        <w:t>to jab yeh haal, jab yeh hoga to qayamat aa jayegi, kyunke iske baad koi kyun rahe duniya mein? yeh yeh duniya ko phir bhi rahe. yeh duniya justification kho denge log.</w:t>
      </w:r>
    </w:p>
    <w:p>
      <w:pPr>
        <w:jc w:val="right"/>
      </w:pPr>
      <w:r>
        <w:t>تو جب یہ حال، جب یہ ہوگا تو قیامت آ جائے گی، کیونکہ اس کے بعد کوئی کیوں رہے دنیا میں؟ یہ یہ دنیا کو پھر بھی رہے۔ یہ دنیا جسٹیفیکیشن کھو دیں گے لوگ۔</w:t>
      </w:r>
    </w:p>
    <w:p>
      <w:r>
        <w:rPr>
          <w:b/>
        </w:rPr>
        <w:t xml:space="preserve">[17:48] </w:t>
      </w:r>
      <w:r>
        <w:t>justification tab tak rehta hai jab tak ke kuch aadmi nikal rahe hain, jo apne khud creator ko manne wale,</w:t>
      </w:r>
    </w:p>
    <w:p>
      <w:pPr>
        <w:jc w:val="right"/>
      </w:pPr>
      <w:r>
        <w:t>جسٹیفیکیشن تب تک رہتا ہے جب تک کہ کچھ آدمی نکل رہے ہیں، جو اپنے خود کریٹر کو ماننے والے،</w:t>
      </w:r>
    </w:p>
    <w:p>
      <w:r>
        <w:rPr>
          <w:b/>
        </w:rPr>
        <w:t xml:space="preserve">[17:56] </w:t>
      </w:r>
      <w:r>
        <w:t>ke creator ko acknowledge karne wale. jab society itni bigad jayegi ke aise log paida hona band ho jayenge to justification khatm ho jayega.</w:t>
      </w:r>
    </w:p>
    <w:p>
      <w:pPr>
        <w:jc w:val="right"/>
      </w:pPr>
      <w:r>
        <w:t>کہ کریٹر کو اکنالج کرنے والے۔ جب سوسائٹی اتنی بگڑ جائے گی کہ ایسے لوگ پیدا ہونا بند ہو جائیں گے تو جسٹیفیکیشن ختم ہو جائے گا۔</w:t>
      </w:r>
    </w:p>
    <w:p>
      <w:r>
        <w:rPr>
          <w:b/>
        </w:rPr>
        <w:t xml:space="preserve">[18:08] </w:t>
      </w:r>
      <w:r>
        <w:t>justification ke khatm hone ka naam qayamat ka yani where justification ends,</w:t>
      </w:r>
    </w:p>
    <w:p>
      <w:pPr>
        <w:jc w:val="right"/>
      </w:pPr>
      <w:r>
        <w:t>جسٹیفیکیشن کے ختم ہونے کا نام قیامت کا یعنی ویئر جسٹیفیکیشن اینڈز،</w:t>
      </w:r>
    </w:p>
    <w:p>
      <w:r>
        <w:rPr>
          <w:b/>
        </w:rPr>
        <w:t xml:space="preserve">[18:17] </w:t>
      </w:r>
      <w:r>
        <w:t>qayamat begins. jahan justification khatm hota hai, wahin se qayamat shuru ho jati hai. yeh matlab hai qayamat ka</w:t>
      </w:r>
    </w:p>
    <w:p>
      <w:pPr>
        <w:jc w:val="right"/>
      </w:pPr>
      <w:r>
        <w:t>قیامت بگنز۔ جہاں جسٹیفیکیشن ختم ہوتا ہے، وہیں سے قیامت شروع ہو جاتی ہے۔ یہ مطلب ہے قیامت کا</w:t>
      </w:r>
    </w:p>
    <w:p>
      <w:r>
        <w:rPr>
          <w:b/>
        </w:rPr>
        <w:t xml:space="preserve">[18:28] </w:t>
      </w:r>
      <w:r>
        <w:t>ya doom dega. mani I would like to repeat Mr. Ejaz Ahmed's question again. What he had asked was: How can a common man counter the negative ideology which is propagated by present-day Muslim leaders and alim?</w:t>
      </w:r>
    </w:p>
    <w:p>
      <w:pPr>
        <w:jc w:val="right"/>
      </w:pPr>
      <w:r>
        <w:t>یا ڈوم دے گا۔ معنی I would like to repeat Mr. اعجاز احمد's question again. What he had asked was: How can a common man counter the negative ideology which is propagated by present-day Muslim leaders and alim?</w:t>
      </w:r>
    </w:p>
    <w:p>
      <w:r>
        <w:rPr>
          <w:b/>
        </w:rPr>
        <w:t xml:space="preserve">[18:48] </w:t>
      </w:r>
      <w:r>
        <w:t>main ne sahih nahi kiya to bataiye kya galti ki? His question was that present-day Muslim nahi, explain kiye padh diya aap ne? Ji Maulana, what he had asked was that in the present time, the Muslim leaders and alim propagate negative ideology.</w:t>
      </w:r>
    </w:p>
    <w:p>
      <w:pPr>
        <w:jc w:val="right"/>
      </w:pPr>
      <w:r>
        <w:t>میں نے صحیح نہیں کیا تو بتائیے کیا غلطی کی؟ His question was that present-day Muslim نہیں، ایکسپلین کیے پڑھ دیا آپ نے؟ جی مولانا، what he had asked was that in the present time, the Muslim leaders and alim propagate negative ideology.</w:t>
      </w:r>
    </w:p>
    <w:p>
      <w:r>
        <w:rPr>
          <w:b/>
        </w:rPr>
        <w:t xml:space="preserve">[19:04] </w:t>
      </w:r>
      <w:r>
        <w:t>So how can a common man counter this</w:t>
      </w:r>
    </w:p>
    <w:p>
      <w:pPr>
        <w:jc w:val="right"/>
      </w:pPr>
      <w:r>
        <w:t>So how can a common man counter this</w:t>
      </w:r>
    </w:p>
    <w:p>
      <w:r>
        <w:rPr>
          <w:b/>
        </w:rPr>
        <w:t xml:space="preserve">[19:06] </w:t>
      </w:r>
      <w:r>
        <w:t>? woh to likha hua hai, explain kijiye na kya? woh to main jo main ne samjha, woh main ne kar diya. ab jo nahi samjha, woh bataiye aap. Maulana, you talked about how people should know that they are negative.</w:t>
      </w:r>
    </w:p>
    <w:p>
      <w:pPr>
        <w:jc w:val="right"/>
      </w:pPr>
      <w:r>
        <w:t>? وہ تو لکھا ہوا ہے، ایکسپلین کیجیے نا کیا؟ وہ تو میں جو میں نے سمجھا، وہ میں نے کر دیا۔ اب جو نہیں سمجھا، وہ بتائیے آپ۔ مولانا، you talked about how people should know that they are negative.</w:t>
      </w:r>
    </w:p>
    <w:p>
      <w:r>
        <w:rPr>
          <w:b/>
        </w:rPr>
        <w:t xml:space="preserve">[19:18] </w:t>
      </w:r>
      <w:r>
        <w:t>whereas he had asked was that how can common people counter the ideology, the negative ideology that they are propagating?</w:t>
      </w:r>
    </w:p>
    <w:p>
      <w:pPr>
        <w:jc w:val="right"/>
      </w:pPr>
      <w:r>
        <w:t>Whereas he had asked was that how can common people counter the ideology, the negative ideology that they are propagating?</w:t>
      </w:r>
    </w:p>
    <w:p>
      <w:r>
        <w:rPr>
          <w:b/>
        </w:rPr>
        <w:t xml:space="preserve">[19:27] </w:t>
      </w:r>
      <w:r>
        <w:t>bhai, iska bahut hi saada sa jo main keh chuka hoon ke Quran ko aap Quran se judge karen. aap Quran se judge karen.</w:t>
      </w:r>
    </w:p>
    <w:p>
      <w:pPr>
        <w:jc w:val="right"/>
      </w:pPr>
      <w:r>
        <w:t>بھئی، اس کا بہت ہی سادہ سا جو میں کہہ چکا ہوں کہ قرآن کو آپ قرآن سے جج کریں۔ آپ قرآن سے جج کریں۔</w:t>
      </w:r>
    </w:p>
    <w:p>
      <w:r>
        <w:rPr>
          <w:b/>
        </w:rPr>
        <w:t xml:space="preserve">[19:36] </w:t>
      </w:r>
      <w:r>
        <w:t>MashaAllah, jaise aaj jo qissa hua ke Greece mein Urdu paper ke mutabiq hazaron Musalman street par nikal aaye aur tod phod ki unhone.</w:t>
      </w:r>
    </w:p>
    <w:p>
      <w:pPr>
        <w:jc w:val="right"/>
      </w:pPr>
      <w:r>
        <w:t>ماشاءاللہ، جیسے آج جو قصہ ہوا کہ گریس میں اردو پیپر کے مطابق ہزاروں مسلمان اسٹریٹ پر نکل آئے اور توڑ پھوڑ کی انہوں نے۔</w:t>
      </w:r>
    </w:p>
    <w:p>
      <w:r>
        <w:rPr>
          <w:b/>
        </w:rPr>
        <w:t xml:space="preserve">[19:48] </w:t>
      </w:r>
      <w:r>
        <w:t>to aap isko judge karen Quran se.</w:t>
      </w:r>
    </w:p>
    <w:p>
      <w:pPr>
        <w:jc w:val="right"/>
      </w:pPr>
      <w:r>
        <w:t>تو آپ اس کو جج کریں قرآن سے۔</w:t>
      </w:r>
    </w:p>
    <w:p>
      <w:r>
        <w:rPr>
          <w:b/>
        </w:rPr>
        <w:t xml:space="preserve">[19:53] </w:t>
      </w:r>
      <w:r>
        <w:t>yeh nahi ke aap judge karen akhbari reporting se. akhbari report ko dekh kar agar aap rai banayein aap to yeh galat hoga Islam ke mutabiq.</w:t>
      </w:r>
    </w:p>
    <w:p>
      <w:pPr>
        <w:jc w:val="right"/>
      </w:pPr>
      <w:r>
        <w:t>یہ نہیں کہ آپ جج کریں اخباری رپورٹنگ سے۔ اخباری رپورٹ کو دیکھ کر اگر آپ رائے بنائیں آپ تو یہ غلط ہوگا اسلام کے مطابق۔</w:t>
      </w:r>
    </w:p>
    <w:p>
      <w:r>
        <w:rPr>
          <w:b/>
        </w:rPr>
        <w:t xml:space="preserve">[20:07] </w:t>
      </w:r>
      <w:r>
        <w:t>aur phir jo aur waqiyat main ne bataye aap ko, woh sab le kar aap sochen, aap compare karen. in comparison that you understand ke wahi Quran hai jisko hum jab pesh kiya,</w:t>
      </w:r>
    </w:p>
    <w:p>
      <w:pPr>
        <w:jc w:val="right"/>
      </w:pPr>
      <w:r>
        <w:t>اور پھر جو اور واقعات میں نے بتائے آپ کو، وہ سب لے کر آپ سوچیں، آپ کمپیئر کریں۔ ان کمپیریزن دیٹ یو انڈرسٹینڈ کہ وہی قرآن ہے جس کو ہم جب پیش کیا،</w:t>
      </w:r>
    </w:p>
    <w:p>
      <w:r>
        <w:rPr>
          <w:b/>
        </w:rPr>
        <w:t xml:space="preserve">[20:21] </w:t>
      </w:r>
      <w:r>
        <w:t>hum ne jab pesh kiya to logon ne isko izzat se adab se liya. to wahan kyun aisa ho raha hai?</w:t>
      </w:r>
    </w:p>
    <w:p>
      <w:pPr>
        <w:jc w:val="right"/>
      </w:pPr>
      <w:r>
        <w:t>ہم نے جب پیش کیا تو لوگوں نے اس کو عزت سے ادب سے لیا۔ تو وہاں کیوں ایسا ہو رہا ہے؟</w:t>
      </w:r>
    </w:p>
    <w:p>
      <w:r>
        <w:rPr>
          <w:b/>
        </w:rPr>
        <w:t xml:space="preserve">[20:28] </w:t>
      </w:r>
      <w:r>
        <w:t>to ja fasaq bin fat'h tehqeeq karo, tehqeeq karo, tehqeeq karo. to pata kahan chalega ke bhai woh soldier, woh jo woh jo constable tha, woh bechara jante the yeh kya cheez hai.</w:t>
      </w:r>
    </w:p>
    <w:p>
      <w:pPr>
        <w:jc w:val="right"/>
      </w:pPr>
      <w:r>
        <w:t>تو جا فاسق بین فتح تحقیق کرو، تحقیق کرو، تحقیق کرو۔ تو پتہ کہاں چلے گا کہ بھئی وہ سولجر، وہ جو وہ جو کانسٹیبل تھا، وہ بیچارہ جانتے تھے یہ کیا چیز ہے۔</w:t>
      </w:r>
    </w:p>
    <w:p>
      <w:r>
        <w:rPr>
          <w:b/>
        </w:rPr>
        <w:t xml:space="preserve">[20:40] </w:t>
      </w:r>
      <w:r>
        <w:t>woh laga use chheen'ne, woh gir pada to woh to anjaan mein hua. isko kya pata ke yeh Quran hai? yeh</w:t>
      </w:r>
    </w:p>
    <w:p>
      <w:pPr>
        <w:jc w:val="right"/>
      </w:pPr>
      <w:r>
        <w:t>وہ لگا اسے چھیننے، وہ گر پڑا تو وہ تو انجان میں ہوا۔ اس کو کیا پتہ کہ یہ قرآن ہے؟ یہ</w:t>
      </w:r>
    </w:p>
    <w:p>
      <w:r>
        <w:rPr>
          <w:b/>
        </w:rPr>
        <w:t xml:space="preserve">[20:47] </w:t>
      </w:r>
      <w:r>
        <w:t>to aap kehte hain ke usne behurmati ki. aakhir yahi Musalman, jo yahi Musalman yani aam taur par hota hai, Quran haath se chhoot gir jata hai.</w:t>
      </w:r>
    </w:p>
    <w:p>
      <w:pPr>
        <w:jc w:val="right"/>
      </w:pPr>
      <w:r>
        <w:t>تو آپ کہتے ہیں کہ اس نے بے حرمتی کی۔ آخر یہی مسلمان، جو یہی مسلمان یعنی عام طور پر ہوتا ہے، قرآن ہاتھ سے چھوٹ گر جاتا ہے۔</w:t>
      </w:r>
    </w:p>
    <w:p>
      <w:r>
        <w:rPr>
          <w:b/>
        </w:rPr>
        <w:t xml:space="preserve">[20:56] </w:t>
      </w:r>
      <w:r>
        <w:t>utha kar ke choomenge, choom kar phir rakh denge. woh wahan gir gaya to hungama kar rahe hain aap. why this contradiction?</w:t>
      </w:r>
    </w:p>
    <w:p>
      <w:pPr>
        <w:jc w:val="right"/>
      </w:pPr>
      <w:r>
        <w:t>اٹھا کر کے چومیں گے، چوم کر پھر رکھ دیں گے۔ وہ وہاں گر گیا تو ہنگامہ کر رہے ہیں آپ۔ وائی دس کنٹراڈکشن؟</w:t>
      </w:r>
    </w:p>
    <w:p>
      <w:r>
        <w:rPr>
          <w:b/>
        </w:rPr>
        <w:t xml:space="preserve">[21:05] </w:t>
      </w:r>
      <w:r>
        <w:t>ek Iraqi Musalman ke haath mein Quran tha,</w:t>
      </w:r>
    </w:p>
    <w:p>
      <w:pPr>
        <w:jc w:val="right"/>
      </w:pPr>
      <w:r>
        <w:t>ایک عراقی مسلمان کے ہاتھ میں قرآن تھا،</w:t>
      </w:r>
    </w:p>
    <w:p>
      <w:r>
        <w:rPr>
          <w:b/>
        </w:rPr>
        <w:t xml:space="preserve">[21:12] </w:t>
      </w:r>
      <w:r>
        <w:t>us ne is mein dhyan na diya ke kitaab hai yeh. to us ne lena chaha, us ne kaha nahi nahi, yeh Quran main nahi dunga. to isi mein kuch chheen jhapta hui to woh gir gaya Quran.</w:t>
      </w:r>
    </w:p>
    <w:p>
      <w:pPr>
        <w:jc w:val="right"/>
      </w:pPr>
      <w:r>
        <w:t>اس نے اس میں دھیان نہ دیا کہ کتاب ہے یہ۔ تو اس نے لینا چاہا، اس نے کہا نہیں نہیں، یہ قرآن میں نہیں دوں گا۔ تو اسی میں کچھ چھین جھپٹ ہوئی تو وہ گر گیا قرآن۔</w:t>
      </w:r>
    </w:p>
    <w:p>
      <w:r>
        <w:rPr>
          <w:b/>
        </w:rPr>
        <w:t xml:space="preserve">[21:23] </w:t>
      </w:r>
      <w:r>
        <w:t>to aakhir har ghar mein aisa hota hai, Quran gir jata hai. to aap kya karte hain? uthate hain, choom kar ke rakh dete hain isko. to wahan par hungama kyun kar rahe hain aap?</w:t>
      </w:r>
    </w:p>
    <w:p>
      <w:pPr>
        <w:jc w:val="right"/>
      </w:pPr>
      <w:r>
        <w:t>تو آخر ہر گھر میں ایسا ہوتا ہے، قرآن گر جاتا ہے۔ تو آپ کیا کرتے ہیں؟ اٹھاتے ہیں، چوم کر کے رکھ دیتے ہیں اس کو۔ تو وہاں پر ہنگامہ کیوں کر رہے ہیں آپ؟</w:t>
      </w:r>
    </w:p>
    <w:p>
      <w:r>
        <w:rPr>
          <w:b/>
        </w:rPr>
        <w:t xml:space="preserve">[21:33] </w:t>
      </w:r>
      <w:r>
        <w:t>why this contradiction?</w:t>
      </w:r>
    </w:p>
    <w:p>
      <w:pPr>
        <w:jc w:val="right"/>
      </w:pPr>
      <w:r>
        <w:t>وائی دس کنٹراڈکشن؟</w:t>
      </w:r>
    </w:p>
    <w:p>
      <w:r>
        <w:rPr>
          <w:b/>
        </w:rPr>
        <w:t xml:space="preserve">[21:37] </w:t>
      </w:r>
      <w:r>
        <w:t>to Quran ko criteria banaya jaye, yahi ek ek hi solution iska hai. koi bhi waqea ho, apna ho ya doosron ka, us ke baad is ke bare mein yeh dekha hai ke Quran kya kya bolta hai.</w:t>
      </w:r>
    </w:p>
    <w:p>
      <w:pPr>
        <w:jc w:val="right"/>
      </w:pPr>
      <w:r>
        <w:t>تو قرآن کو کرائٹیریا بنایا جائے، یہی ایک ایک ہی سلویوشن اس کا ہے۔ کوئی بھی واقعہ ہو، اپنا ہو یا دوسروں کا، اس کے بعد اس کے بارے میں یہ دیکھا ہے کہ قرآن کیا کیا بولتا ہے۔</w:t>
      </w:r>
    </w:p>
    <w:p>
      <w:r>
        <w:rPr>
          <w:b/>
        </w:rPr>
        <w:t xml:space="preserve">[21:53] </w:t>
      </w:r>
      <w:r>
        <w:t>musalmanon ne yahi chhod diya hai</w:t>
      </w:r>
    </w:p>
    <w:p>
      <w:pPr>
        <w:jc w:val="right"/>
      </w:pPr>
      <w:r>
        <w:t>مسلمانوں نے یہی چھوڑ دیا ہے</w:t>
      </w:r>
    </w:p>
    <w:p>
      <w:r>
        <w:rPr>
          <w:b/>
        </w:rPr>
        <w:t xml:space="preserve">[21:55] </w:t>
      </w:r>
      <w:r>
        <w:t>ke quran ko le kar rai nahin banate, apne mind se rai banate hain. This question is from Mr.</w:t>
      </w:r>
    </w:p>
    <w:p>
      <w:pPr>
        <w:jc w:val="right"/>
      </w:pPr>
      <w:r>
        <w:t>کہ قرآن کو لے کر رائے نہیں بناتے، اپنے مائنڈ سے رائے بناتے ہیں۔ میں سمجھتا ہوں کہ اس کے ساتھ کوئی دوسرا سلویوشن نہیں ہے۔ This question is from Mr.</w:t>
      </w:r>
    </w:p>
    <w:p>
      <w:r>
        <w:rPr>
          <w:b/>
        </w:rPr>
        <w:t xml:space="preserve">[22:07] </w:t>
      </w:r>
      <w:r>
        <w:t>Nafeez Shiraz Delhi. hindu dharm mein punar janam ka system hai</w:t>
      </w:r>
    </w:p>
    <w:p>
      <w:pPr>
        <w:jc w:val="right"/>
      </w:pPr>
      <w:r>
        <w:t>Nafeez Shiraz Delhi. ہندو دھرم میں پُنِ جنم کا سسٹم ہے</w:t>
      </w:r>
    </w:p>
    <w:p>
      <w:r>
        <w:rPr>
          <w:b/>
        </w:rPr>
        <w:t xml:space="preserve">[22:13] </w:t>
      </w:r>
      <w:r>
        <w:t>yani ek insan kai baar janam leta hai. islam ka is bare mein kya nazariya hai? nahin, islam mein aisa hargiz nahin hai.</w:t>
      </w:r>
    </w:p>
    <w:p>
      <w:pPr>
        <w:jc w:val="right"/>
      </w:pPr>
      <w:r>
        <w:t>یعنی ایک انسان کئی بار جنم لیتا ہے۔ اسلام کا اس بارے میں کیا نظریہ ہے؟ نہیں، اسلام میں ایسا ہرگز نہیں ہے۔</w:t>
      </w:r>
    </w:p>
    <w:p>
      <w:r>
        <w:rPr>
          <w:b/>
        </w:rPr>
        <w:t xml:space="preserve">[22:23] </w:t>
      </w:r>
      <w:r>
        <w:t>islam ke nazariye ki bilkul galat baat hai yeh. insan ek hi baar paida hota hai, ek hi baar</w:t>
      </w:r>
    </w:p>
    <w:p>
      <w:pPr>
        <w:jc w:val="right"/>
      </w:pPr>
      <w:r>
        <w:t>اسلام کے نظریے کی بالکل غلط بات ہے یہ۔ انسان ایک ہی بار پیدا ہوتا ہے، ایک ہی بار</w:t>
      </w:r>
    </w:p>
    <w:p>
      <w:r>
        <w:rPr>
          <w:b/>
        </w:rPr>
        <w:t xml:space="preserve">[22:30] </w:t>
      </w:r>
      <w:r>
        <w:t>phir ek hi baar marta hai, phir ek hi baar paida hota hai. jo cycle of birth jo hai, woh islam mein nahin hai, qatan nahin hai. aur woh bhi, woh bhi un ke haan bhi bohat hi ambiguity hai.</w:t>
      </w:r>
    </w:p>
    <w:p>
      <w:pPr>
        <w:jc w:val="right"/>
      </w:pPr>
      <w:r>
        <w:t>پھر ایک ہی بار مرتا ہے، پھر ایک ہی بار پیدا ہوتا ہے۔ جو سائیکل آف برتھ جو ہے، وہ اسلام میں نہیں ہے، قطعاً نہیں ہے۔ اور وہ بھی، وہ بھی ان کے ہاں بھی بہت ہی ایمبیگوسی ہے۔</w:t>
      </w:r>
    </w:p>
    <w:p>
      <w:r>
        <w:rPr>
          <w:b/>
        </w:rPr>
        <w:t xml:space="preserve">[22:42] </w:t>
      </w:r>
      <w:r>
        <w:t>iski koi scientific base nahin hai, kuch bhi nahin. bas mante hain, khali</w:t>
      </w:r>
    </w:p>
    <w:p>
      <w:pPr>
        <w:jc w:val="right"/>
      </w:pPr>
      <w:r>
        <w:t>اس کی کوئی سائنٹیفک بیس نہیں ہے، کچھ بھی نہیں۔ بس مانتے ہیں، خالی</w:t>
      </w:r>
    </w:p>
    <w:p>
      <w:r>
        <w:rPr>
          <w:b/>
        </w:rPr>
        <w:t xml:space="preserve">[22:47] </w:t>
      </w:r>
      <w:r>
        <w:t>koi iski scientific base nahin hai. moti baat hai, yeh dekhiye ke woh aadmi mein pehle tha isi duniya mein, phir mein paida hua.</w:t>
      </w:r>
    </w:p>
    <w:p>
      <w:pPr>
        <w:jc w:val="right"/>
      </w:pPr>
      <w:r>
        <w:t>کوئی اس کی سائنٹیفک بیس نہیں ہے۔ موٹی بات ہے، یہ دیکھیے کہ وہ آدمی میں پہلے تھا اسی دنیا میں، پھر میں پیدا ہوا۔</w:t>
      </w:r>
    </w:p>
    <w:p>
      <w:r>
        <w:rPr>
          <w:b/>
        </w:rPr>
        <w:t xml:space="preserve">[22:55] </w:t>
      </w:r>
      <w:r>
        <w:t>to mujhe yeh bhi memory hona chahiye na? woh meri memory hona chahiye ke mein pehle kya tha. dekhiye, science ne approve kar diya hai</w:t>
      </w:r>
    </w:p>
    <w:p>
      <w:pPr>
        <w:jc w:val="right"/>
      </w:pPr>
      <w:r>
        <w:t>تو مجھے یہ بھی میموری ہونا چاہیے نا؟ وہ میری میموری ہونا چاہیے کہ میں پہلے کیا تھا۔ دیکھیے، سائنس نے اپروو کر دیا ہے</w:t>
      </w:r>
    </w:p>
    <w:p>
      <w:r>
        <w:rPr>
          <w:b/>
        </w:rPr>
        <w:t xml:space="preserve">[23:05] </w:t>
      </w:r>
      <w:r>
        <w:t>ke memory insan ka integral part hai. meri personality jo hai, dobara paida hogi to memory ke sath paida hogi.</w:t>
      </w:r>
    </w:p>
    <w:p>
      <w:pPr>
        <w:jc w:val="right"/>
      </w:pPr>
      <w:r>
        <w:t>کہ میموری انسان کا انٹیگرل پارٹ ہے۔ میری پرسنیلٹی جو ہے، دوبارہ پیدا ہوگی تو میموری کے ساتھ پیدا ہوگی۔</w:t>
      </w:r>
    </w:p>
    <w:p>
      <w:r>
        <w:rPr>
          <w:b/>
        </w:rPr>
        <w:t xml:space="preserve">[23:14] </w:t>
      </w:r>
      <w:r>
        <w:t>woh yani personality jo hai, agar dobara paida hoti hai to memory ke sath paida hogi.</w:t>
      </w:r>
    </w:p>
    <w:p>
      <w:pPr>
        <w:jc w:val="right"/>
      </w:pPr>
      <w:r>
        <w:t>وہ یعنی پرسنیلٹی جو ہے، اگر دوبارہ پیدا ہوتی ہے تو میموری کے ساتھ پیدا ہوگی۔</w:t>
      </w:r>
    </w:p>
    <w:p>
      <w:r>
        <w:rPr>
          <w:b/>
        </w:rPr>
        <w:t xml:space="preserve">[23:21] </w:t>
      </w:r>
      <w:r>
        <w:t>to memory kahan adab ho gayi? woh kisi ko pata hi nahin ke mein kya tha pehle.</w:t>
      </w:r>
    </w:p>
    <w:p>
      <w:pPr>
        <w:jc w:val="right"/>
      </w:pPr>
      <w:r>
        <w:t>تو میموری کہاں ادب ہو گئی؟ وہ کسی کو پتہ ہی نہیں کہ میں کیا تھا پہلے۔</w:t>
      </w:r>
    </w:p>
    <w:p>
      <w:r>
        <w:rPr>
          <w:b/>
        </w:rPr>
        <w:t xml:space="preserve">[23:28] </w:t>
      </w:r>
      <w:r>
        <w:t>to yeh bilkul yani un scientific nazariya hai. woh log mante hain, behrahal is ke suppression ke suppression ke siwa is mein koi base nahin hai.</w:t>
      </w:r>
    </w:p>
    <w:p>
      <w:pPr>
        <w:jc w:val="right"/>
      </w:pPr>
      <w:r>
        <w:t>تو یہ بالکل یعنی ان سائنٹیفک نظریہ ہے۔ وہ لوگ مانتے ہیں، بہرحال اس کے سپریسیشن کے سپریسیشن کے سوا اس میں کوئی بیس نہیں ہے۔</w:t>
      </w:r>
    </w:p>
    <w:p>
      <w:r>
        <w:rPr>
          <w:b/>
        </w:rPr>
        <w:t xml:space="preserve">[23:38] </w:t>
      </w:r>
      <w:r>
        <w:t>iski baqi islam mein qatan aisa nahin hai. islam mein bas ek zindagi aadmi jeeta hai, is ka record tayar hota hai, farishte karte hain, phir woh marta hai.</w:t>
      </w:r>
    </w:p>
    <w:p>
      <w:pPr>
        <w:jc w:val="right"/>
      </w:pPr>
      <w:r>
        <w:t>اس کی باقی اسلام میں قطعاً ایسا نہیں ہے۔ اسلام میں بس ایک زندگی آدمی جیتا ہے، اس کا ریکارڈ تیار ہوتا ہے، فرشتے کرتے ہیں، پھر وہ مرتا ہے۔</w:t>
      </w:r>
    </w:p>
    <w:p>
      <w:r>
        <w:rPr>
          <w:b/>
        </w:rPr>
        <w:t xml:space="preserve">[23:48] </w:t>
      </w:r>
      <w:r>
        <w:t>marne ke baad phir</w:t>
      </w:r>
    </w:p>
    <w:p>
      <w:pPr>
        <w:jc w:val="right"/>
      </w:pPr>
      <w:r>
        <w:t>مرنے کے بعد پھر</w:t>
      </w:r>
    </w:p>
    <w:p>
      <w:r>
        <w:rPr>
          <w:b/>
        </w:rPr>
        <w:t xml:space="preserve">[23:50] </w:t>
      </w:r>
      <w:r>
        <w:t>hadith mein aata hai, dekhiye ke maut ke baad mat faqat qamat qyamat mara qyamat shuru ho gayi.</w:t>
      </w:r>
    </w:p>
    <w:p>
      <w:pPr>
        <w:jc w:val="right"/>
      </w:pPr>
      <w:r>
        <w:t>حدیث میں آتا ہے، دیکھیے کہ موت کے بعد مات فقط قامت قیامت مرا قیامت شروع ہوگئی۔</w:t>
      </w:r>
    </w:p>
    <w:p>
      <w:r>
        <w:rPr>
          <w:b/>
        </w:rPr>
        <w:t xml:space="preserve">[24:00] </w:t>
      </w:r>
      <w:r>
        <w:t>aur hadith mein aata hai ke qabar jo hai, qabar woh kya hai? woh</w:t>
      </w:r>
    </w:p>
    <w:p>
      <w:pPr>
        <w:jc w:val="right"/>
      </w:pPr>
      <w:r>
        <w:t>اور حدیث میں آتا ہے کہ قبر جو ہے، قبر وہ کیا ہے؟ وہ</w:t>
      </w:r>
    </w:p>
    <w:p>
      <w:r>
        <w:rPr>
          <w:b/>
        </w:rPr>
        <w:t xml:space="preserve">[24:08] </w:t>
      </w:r>
      <w:r>
        <w:t>ya to jannat ke baghon mein se ek bagh hai ya qabar ke gadon mein se gadha hai. raudhatun min riyad jannah wa hafratun min hafratun nar to bas wohi zindagi continue rehti hai.</w:t>
      </w:r>
    </w:p>
    <w:p>
      <w:pPr>
        <w:jc w:val="right"/>
      </w:pPr>
      <w:r>
        <w:t>یا تو جنت کے باغوں میں سے ایک باغ ہے یا قبر کے گڑھوں میں سے گڑھا ہے۔ روضۃ من راد جنہ و حفرۃ من حفر النار تو بس وہی زندگی کنٹینیو رہتی ہے۔</w:t>
      </w:r>
    </w:p>
    <w:p>
      <w:r>
        <w:rPr>
          <w:b/>
        </w:rPr>
        <w:t xml:space="preserve">[24:22] </w:t>
      </w:r>
      <w:r>
        <w:t>ek beech mein gap hai maut ka. bas</w:t>
      </w:r>
    </w:p>
    <w:p>
      <w:pPr>
        <w:jc w:val="right"/>
      </w:pPr>
      <w:r>
        <w:t>ایک بیچ میں گیپ ہے موت کا۔ بس</w:t>
      </w:r>
    </w:p>
    <w:p>
      <w:r>
        <w:rPr>
          <w:b/>
        </w:rPr>
        <w:t xml:space="preserve">[24:24] </w:t>
      </w:r>
      <w:r>
        <w:t>yeh islam ka concept hai. This question is from Muhammad Asif Riyaz from Delhi. What is a mission</w:t>
      </w:r>
    </w:p>
    <w:p>
      <w:pPr>
        <w:jc w:val="right"/>
      </w:pPr>
      <w:r>
        <w:t>یہ اسلام کا کانسیپٹ ہے۔ This question is from محمد اصف ریاض فرام دہلی۔ What is a mission</w:t>
      </w:r>
    </w:p>
    <w:p>
      <w:r>
        <w:rPr>
          <w:b/>
        </w:rPr>
        <w:t xml:space="preserve">[24:35] </w:t>
      </w:r>
      <w:r>
        <w:t>? How should we carry on the mission? mission ka matlab hota hai yani ek hai follow karna.</w:t>
      </w:r>
    </w:p>
    <w:p>
      <w:pPr>
        <w:jc w:val="right"/>
      </w:pPr>
      <w:r>
        <w:t>? How should we carry on the mission? مشن کا مطلب ہوتا ہے یعنی ایک ہے فالو کرنا۔</w:t>
      </w:r>
    </w:p>
    <w:p>
      <w:r>
        <w:rPr>
          <w:b/>
        </w:rPr>
        <w:t xml:space="preserve">[24:47] </w:t>
      </w:r>
      <w:r>
        <w:t>to follow karne mein ek aap khud kisi baat pe jana, aap khud follow kar rahe hain is ko. mission yeh hai ke doosron tak pahunchana.</w:t>
      </w:r>
    </w:p>
    <w:p>
      <w:pPr>
        <w:jc w:val="right"/>
      </w:pPr>
      <w:r>
        <w:t>تو فالو کرنے میں ایک آپ خود کسی بات پہ جانا، آپ خود فالو کر رہے ہیں اس کو۔ مشن یہ ہے کہ دوسروں تک پہنچانا۔</w:t>
      </w:r>
    </w:p>
    <w:p>
      <w:r>
        <w:rPr>
          <w:b/>
        </w:rPr>
        <w:t xml:space="preserve">[24:55] </w:t>
      </w:r>
      <w:r>
        <w:t>mission mein expansion shamil hai. expansion to aap ko ek sachai mili, us sachai ko aap ne pakad liya, us ko follow kar rahe hain aap.</w:t>
      </w:r>
    </w:p>
    <w:p>
      <w:pPr>
        <w:jc w:val="right"/>
      </w:pPr>
      <w:r>
        <w:t>مشن میں ایکسپینشن شامل ہے۔ ایکسپینشن تو آپ کو ایک سچائی ملی، اس سچائی کو آپ نے پکڑ لیا، اس کو فالو کر رہے ہیں آپ۔</w:t>
      </w:r>
    </w:p>
    <w:p>
      <w:r>
        <w:rPr>
          <w:b/>
        </w:rPr>
        <w:t xml:space="preserve">[25:06] </w:t>
      </w:r>
      <w:r>
        <w:t>to yeh ek shakal hai. doosri yeh hai ke aap ke andar yeh jazba paida ho ke doosre bhi is sachai ko janen. to peaceful tareeqe se, khair khwahi ke sath, mohabbat ke sath</w:t>
      </w:r>
    </w:p>
    <w:p>
      <w:pPr>
        <w:jc w:val="right"/>
      </w:pPr>
      <w:r>
        <w:t>تو یہ ایک شکل ہے۔ دوسری یہ ہے کہ آپ کے اندر یہ جذبہ پیدا ہو کہ دوسرے بھی اس سچائی کو جانیں۔ تو پیس فل طریقے سے، خیر خواہی کے ساتھ، محبت کے ساتھ</w:t>
      </w:r>
    </w:p>
    <w:p>
      <w:r>
        <w:rPr>
          <w:b/>
        </w:rPr>
        <w:t xml:space="preserve">[25:15] </w:t>
      </w:r>
      <w:r>
        <w:t>aap doosron ki us ko disseminate karen. us ko doosron tak convey karne ki koshish karen. to yeh that is mission.</w:t>
      </w:r>
    </w:p>
    <w:p>
      <w:pPr>
        <w:jc w:val="right"/>
      </w:pPr>
      <w:r>
        <w:t>آپ دوسروں کی اس کو ڈسیمینیٹ کریں۔ اس کو دوسروں تک کنوے کرنے کی کوشش کریں۔ تو یہ دیٹ از مشن۔</w:t>
      </w:r>
    </w:p>
    <w:p>
      <w:r>
        <w:rPr>
          <w:b/>
        </w:rPr>
        <w:t xml:space="preserve">[25:25] </w:t>
      </w:r>
      <w:r>
        <w:t>to sachai agar sach mach mili hai kisi ko to sachai apne aap mein mission ban jati hai.</w:t>
      </w:r>
    </w:p>
    <w:p>
      <w:pPr>
        <w:jc w:val="right"/>
      </w:pPr>
      <w:r>
        <w:t>تو سچائی اگر سچ مچ ملی ہے کسی کو تو سچائی اپنے آپ میں مشن بن جاتی ہے۔</w:t>
      </w:r>
    </w:p>
    <w:p>
      <w:r>
        <w:rPr>
          <w:b/>
        </w:rPr>
        <w:t xml:space="preserve">[25:33] </w:t>
      </w:r>
      <w:r>
        <w:t>sachai yani truth with the capital t agar mil gaya kisi ko to wo wo rukaye ga nahi. wo aadmi chahe ga doosron ko mein bataon. baqi yeh kaam jo hai ladne phirne ka nahi hai.</w:t>
      </w:r>
    </w:p>
    <w:p>
      <w:pPr>
        <w:jc w:val="right"/>
      </w:pPr>
      <w:r>
        <w:t>سچائی یعنی ٹروتھ ود دی کیپیٹل ٹی اگر مل گیا کسی کو تو وہ وہ رکائے گا نہیں۔ وہ آدمی چاہے گا دوسروں کو میں بتاؤں۔ باقی یہ کام جو ہے لڑنے پھرنے کا نہیں ہے۔</w:t>
      </w:r>
    </w:p>
    <w:p>
      <w:r>
        <w:rPr>
          <w:b/>
        </w:rPr>
        <w:t xml:space="preserve">[25:47] </w:t>
      </w:r>
      <w:r>
        <w:t>yeh to mohabbat se, pyar se</w:t>
      </w:r>
    </w:p>
    <w:p>
      <w:pPr>
        <w:jc w:val="right"/>
      </w:pPr>
      <w:r>
        <w:t>یہ تو محبت سے، پیار سے</w:t>
      </w:r>
    </w:p>
    <w:p>
      <w:r>
        <w:rPr>
          <w:b/>
        </w:rPr>
        <w:t xml:space="preserve">[25:49] </w:t>
      </w:r>
      <w:r>
        <w:t>aur aur sachi khair khwahi ke sath hota hai. agar sachi khair yeh debate bhi nahi hai. debate jo hai wo wo kuch bhi nahi hai.</w:t>
      </w:r>
    </w:p>
    <w:p>
      <w:pPr>
        <w:jc w:val="right"/>
      </w:pPr>
      <w:r>
        <w:t>اور اور سچی خیر خواہی کے ساتھ ہوتا ہے۔ اگر سچی خیر یہ ڈیبیٹ بھی نہیں ہے۔ ڈیبیٹ جو ہے وہ وہ کچھ بھی نہیں ہے۔</w:t>
      </w:r>
    </w:p>
    <w:p>
      <w:r>
        <w:rPr>
          <w:b/>
        </w:rPr>
        <w:t xml:space="preserve">[26:01] </w:t>
      </w:r>
      <w:r>
        <w:t>jab tak aap ke dil mein ek ek bar mein tha wahan carbon bhopal mein to ek sahib aaye, unhon ne kaha ke aap dawat ki dawat ki baat karte hain.</w:t>
      </w:r>
    </w:p>
    <w:p>
      <w:pPr>
        <w:jc w:val="right"/>
      </w:pPr>
      <w:r>
        <w:t>جب تک آپ کے دل میں ایک ایک بار میں تھا وہاں کاربن بھوپال میں تو ایک صاحب آئے، انہوں نے کہا کہ آپ دعوت کی دعوت کی بات کرتے ہیں۔</w:t>
      </w:r>
    </w:p>
    <w:p>
      <w:r>
        <w:rPr>
          <w:b/>
        </w:rPr>
        <w:t xml:space="preserve">[26:09] </w:t>
      </w:r>
      <w:r>
        <w:t>dawat kya? dawat sab log kar rahe hain.</w:t>
      </w:r>
    </w:p>
    <w:p>
      <w:pPr>
        <w:jc w:val="right"/>
      </w:pPr>
      <w:r>
        <w:t>دعوت کیا؟ دعوت سب لوگ کر رہے ہیں۔</w:t>
      </w:r>
    </w:p>
    <w:p>
      <w:r>
        <w:rPr>
          <w:b/>
        </w:rPr>
        <w:t xml:space="preserve">[26:12] </w:t>
      </w:r>
      <w:r>
        <w:t>dawat ko sab sab log kar rahe hain.</w:t>
      </w:r>
    </w:p>
    <w:p>
      <w:pPr>
        <w:jc w:val="right"/>
      </w:pPr>
      <w:r>
        <w:t>دعوت کو سب سب لوگ کر رہے ہیں۔</w:t>
      </w:r>
    </w:p>
    <w:p>
      <w:r>
        <w:rPr>
          <w:b/>
        </w:rPr>
        <w:t xml:space="preserve">[26:16] </w:t>
      </w:r>
      <w:r>
        <w:t>mein ne kaha ke</w:t>
      </w:r>
    </w:p>
    <w:p>
      <w:pPr>
        <w:jc w:val="right"/>
      </w:pPr>
      <w:r>
        <w:t>میں نے کہا کہ</w:t>
      </w:r>
    </w:p>
    <w:p>
      <w:r>
        <w:rPr>
          <w:b/>
        </w:rPr>
        <w:t xml:space="preserve">[26:20] </w:t>
      </w:r>
      <w:r>
        <w:t>ke madu se pyar karna parta hai, tab dawat ka aghaz hota hai. madu ke liye aap ke dil mein mohabbat nahi hai to dawat kya hai?</w:t>
      </w:r>
    </w:p>
    <w:p>
      <w:pPr>
        <w:jc w:val="right"/>
      </w:pPr>
      <w:r>
        <w:t>کہ معدو سے پیار کرنا پڑتا ہے، تب دعوت کا آغاز ہوتا ہے۔ معدو کے لیے آپ کے دل میں محبت نہیں ہے تو دعوت کیا ہے؟</w:t>
      </w:r>
    </w:p>
    <w:p>
      <w:r>
        <w:rPr>
          <w:b/>
        </w:rPr>
        <w:t xml:space="preserve">[26:29] </w:t>
      </w:r>
      <w:r>
        <w:t>kuch bhi nahi, nothing hai. wo to yeh leadership hai, wo leadership hai, wo dawat nahi hai. to mission ka matlab yeh hai ke jo sachai aap ko mili hai, us sachai ko aap phailayen, doosron tak pohanchayen,</w:t>
      </w:r>
    </w:p>
    <w:p>
      <w:pPr>
        <w:jc w:val="right"/>
      </w:pPr>
      <w:r>
        <w:t>کچھ بھی نہیں، نتھنگ ہے۔ وہ تو یہ لیڈری ہے، وہ لیڈری ہے، وہ دعوت نہیں ہے۔ تو مشن کا مطلب یہ ہے کہ جو سچائی آپ کو ملی ہے، اس سچائی کو آپ پھیلائیں، دوسروں تک پہنچائیں،</w:t>
      </w:r>
    </w:p>
    <w:p>
      <w:r>
        <w:rPr>
          <w:b/>
        </w:rPr>
        <w:t xml:space="preserve">[26:44] </w:t>
      </w:r>
      <w:r>
        <w:t>us ko disseminate karen. lekin is se peaceful hon, aap poori tarah se peaceful hon. agar peaceful nahi hain to phir mission nahi hai, wo yeh to ladai bhadai hai.</w:t>
      </w:r>
    </w:p>
    <w:p>
      <w:pPr>
        <w:jc w:val="right"/>
      </w:pPr>
      <w:r>
        <w:t>اس کو ڈسیمینیٹ کریں۔ لیکن اس سے پیس فل ہوں، آپ پوری طریقے سے پیس فل ہوں۔ اگر پیس فل نہیں ہیں تو پھر مشن نہیں ہے، وہ یہ تو لڑائی بھڑائی ہے۔</w:t>
      </w:r>
    </w:p>
    <w:p>
      <w:r>
        <w:rPr>
          <w:b/>
        </w:rPr>
        <w:t xml:space="preserve">[26:55] </w:t>
      </w:r>
      <w:r>
        <w:t>This question is from Miss Sammer Sherwani, Delhi. Muslims har kaam karne se pehle istikhara karte hain</w:t>
      </w:r>
    </w:p>
    <w:p>
      <w:pPr>
        <w:jc w:val="right"/>
      </w:pPr>
      <w:r>
        <w:t>This question is from مس سمر شیروانی، دہلی۔ مسلمز ہر کام کرنے سے پہلے استقارہ کرتے ہیں</w:t>
      </w:r>
    </w:p>
    <w:p>
      <w:r>
        <w:rPr>
          <w:b/>
        </w:rPr>
        <w:t xml:space="preserve">[27:03] </w:t>
      </w:r>
      <w:r>
        <w:t>aur jo bhi result is mein aata hai, use mante hain, chahe wo un ke liye nuqsan deh kyun na ho. yeh kahan tak sahi hai?</w:t>
      </w:r>
    </w:p>
    <w:p>
      <w:pPr>
        <w:jc w:val="right"/>
      </w:pPr>
      <w:r>
        <w:t>اور جو بھی رزلٹ اس میں آتا ہے، اسے مانتے ہیں، چاہے وہ ان کے لیے نقصان دہ کیوں نہ ہو۔ یہ کہاں تک صحیح ہے؟</w:t>
      </w:r>
    </w:p>
    <w:p>
      <w:r>
        <w:rPr>
          <w:b/>
        </w:rPr>
        <w:t xml:space="preserve">[27:15] </w:t>
      </w:r>
      <w:r>
        <w:t>matlab yahan tak koi karta hai, koi bhi nahi karta. yeh istikhara ek ek tv aata hai, ek qtv aata hai to istikhara hota hai. to wo to mazak hai, regular se bilkul wo istikhara thori hai.</w:t>
      </w:r>
    </w:p>
    <w:p>
      <w:pPr>
        <w:jc w:val="right"/>
      </w:pPr>
      <w:r>
        <w:t>مطلب یہاں تک کوئی کرتا ہے، کوئی بھی نہیں کرتا۔ یہ استخارہ ایک ایک ٹی وی آتا ہے، ایک کیو ٹی وی آتا ہے تو استخارہ ہوتا ہے۔ تو وہ تو مذاق ہے، ریگولر سے بالکل وہ استخارہ تھوڑی ہے۔</w:t>
      </w:r>
    </w:p>
    <w:p>
      <w:r>
        <w:rPr>
          <w:b/>
        </w:rPr>
        <w:t xml:space="preserve">[27:25] </w:t>
      </w:r>
      <w:r>
        <w:t>wo</w:t>
      </w:r>
    </w:p>
    <w:p>
      <w:pPr>
        <w:jc w:val="right"/>
      </w:pPr>
      <w:r>
        <w:t>وہ</w:t>
      </w:r>
    </w:p>
    <w:p>
      <w:r>
        <w:rPr>
          <w:b/>
        </w:rPr>
        <w:t xml:space="preserve">[27:27] </w:t>
      </w:r>
      <w:r>
        <w:t>wo istikhara nahi hai. aap shayad isi ko istikhara samajhte honge jo qtv pe aata hai. wo to ek drama hai, bilkul istikhara to bohat hi oonchi cheez hai.</w:t>
      </w:r>
    </w:p>
    <w:p>
      <w:pPr>
        <w:jc w:val="right"/>
      </w:pPr>
      <w:r>
        <w:t>وہ استخارہ نہیں ہے۔ آپ شاید اسی کو استخارہ سمجھتے ہوں گے جو کیو ٹی وی پہ آتا ہے۔ وہ تو ایک ڈرامہ ہے، بالکل استخارہ تو بہت ہی اونچی چیز ہے۔</w:t>
      </w:r>
    </w:p>
    <w:p>
      <w:r>
        <w:rPr>
          <w:b/>
        </w:rPr>
        <w:t xml:space="preserve">[27:41] </w:t>
      </w:r>
      <w:r>
        <w:t>istikhara ek bohat bari ibadat hai, yaad rakhiye,</w:t>
      </w:r>
    </w:p>
    <w:p>
      <w:pPr>
        <w:jc w:val="right"/>
      </w:pPr>
      <w:r>
        <w:t>استخارہ ایک بہت بڑی عبادت ہے، یاد رکھیے،</w:t>
      </w:r>
    </w:p>
    <w:p>
      <w:r>
        <w:rPr>
          <w:b/>
        </w:rPr>
        <w:t xml:space="preserve">[27:44] </w:t>
      </w:r>
      <w:r>
        <w:t>bohat bari ibadat hai. istikhara koi mazak nahi hai.</w:t>
      </w:r>
    </w:p>
    <w:p>
      <w:pPr>
        <w:jc w:val="right"/>
      </w:pPr>
      <w:r>
        <w:t>بہت بڑی عبادت ہے۔ استخارہ کوئی مذاق نہیں ہے۔</w:t>
      </w:r>
    </w:p>
    <w:p>
      <w:r>
        <w:rPr>
          <w:b/>
        </w:rPr>
        <w:t xml:space="preserve">[27:53] </w:t>
      </w:r>
      <w:r>
        <w:t>is par mein ne likha hai, aaj article hum par jab nikalta hai, magazine to mein ne istikhare par ek mazmoon likha hai. istikhara jo hai, bohat hi sahi hai.</w:t>
      </w:r>
    </w:p>
    <w:p>
      <w:pPr>
        <w:jc w:val="right"/>
      </w:pPr>
      <w:r>
        <w:t>اس پر میں نے لکھا ہے، آج آرٹیکل ہم پر جب نکلتا ہے، میگزین تو میں نے استخارے پر ایک مضمون لکھا ہے۔ استخارہ جو ہے، بہت ہی صحیح ہے۔</w:t>
      </w:r>
    </w:p>
    <w:p>
      <w:r>
        <w:rPr>
          <w:b/>
        </w:rPr>
        <w:t xml:space="preserve">[28:02] </w:t>
      </w:r>
      <w:r>
        <w:t>Bukhari mein riwayat maujood hai is ke baray mein. hadith mein aata hai ke sahaba kehte hain kaan yalmuru al istikhara kama yalmuru al quran</w:t>
      </w:r>
    </w:p>
    <w:p>
      <w:pPr>
        <w:jc w:val="right"/>
      </w:pPr>
      <w:r>
        <w:t>بخاری میں روایت موجود ہے اس کے بارے میں۔ حدیث میں آتا ہے کہ صحابہ کہتے ہیں کان یالمر الاستخارۃ کما یالمر القران</w:t>
      </w:r>
    </w:p>
    <w:p>
      <w:r>
        <w:rPr>
          <w:b/>
        </w:rPr>
        <w:t xml:space="preserve">[28:15] </w:t>
      </w:r>
      <w:r>
        <w:t>kaan yalmuru al istikhara kama yalmuru al quran rasool Allah hum ko istikhara is tarah sikhate the jis tarah aap ko quran sikhate the.</w:t>
      </w:r>
    </w:p>
    <w:p>
      <w:pPr>
        <w:jc w:val="right"/>
      </w:pPr>
      <w:r>
        <w:t>کان یالمر الاستخارۃ کما یالمر القران رسول اللہ ہم کو استخارہ اس طرح سکھاتے تھے جس طرح آپ کو قرآن سکھاتے تھے۔</w:t>
      </w:r>
    </w:p>
    <w:p>
      <w:r>
        <w:rPr>
          <w:b/>
        </w:rPr>
        <w:t xml:space="preserve">[28:27] </w:t>
      </w:r>
      <w:r>
        <w:t>aur jo aata hai qtv pe, to wo to mazak hota hai, wo to kuch bhi nahi hota. ridiculous hai, bilkul isi ko aap istikhara samajhte hain. baqi agar aap ko samajhna hai ke istikhara kya cheez hai to aap mera article parhiye, wo detail mein mein ne diya hai.</w:t>
      </w:r>
    </w:p>
    <w:p>
      <w:pPr>
        <w:jc w:val="right"/>
      </w:pPr>
      <w:r>
        <w:t>اور جو آتا ہے کیو ٹی وی پہ، تو وہ تو مذاق ہوتا ہے، وہ تو کچھ بھی نہیں ہوتا۔ ریڈیکولیس ہے، بالکل اسی کو آپ استخارہ سمجھتے ہیں۔ باقی اگر آپ کو سمجھنا ہے کہ استخارہ کیا چیز ہے تو آپ میرا آرٹیکل پڑھیے، وہ ڈیٹیل میں میں نے دیا ہے۔</w:t>
      </w:r>
    </w:p>
    <w:p>
      <w:r>
        <w:rPr>
          <w:b/>
        </w:rPr>
        <w:t xml:space="preserve">[28:43] </w:t>
      </w:r>
      <w:r>
        <w:t>risala inshallah</w:t>
      </w:r>
    </w:p>
    <w:p>
      <w:pPr>
        <w:jc w:val="right"/>
      </w:pPr>
      <w:r>
        <w:t>رسالہ انشاءاللہ</w:t>
      </w:r>
    </w:p>
    <w:p>
      <w:r>
        <w:rPr>
          <w:b/>
        </w:rPr>
        <w:t xml:space="preserve">[28:46] </w:t>
      </w:r>
      <w:r>
        <w:t>This question is from Mr Abdul Rehman, Delhi. Maulana sahib, in the context of Muslims, it is observed that intellectual people are more conditioned than even general public.</w:t>
      </w:r>
    </w:p>
    <w:p>
      <w:pPr>
        <w:jc w:val="right"/>
      </w:pPr>
      <w:r>
        <w:t>This question is from مسٹر عبدالرحمن، دہلی۔ مولانا صاحب، ان دا کانٹیکسٹ آف مسلمز، اٹ از ابزروڈ دیٹ انٹلیکچول پیپل آر مور کنڈیشن دین ایون جنرل پبلک۔</w:t>
      </w:r>
    </w:p>
    <w:p>
      <w:r>
        <w:rPr>
          <w:b/>
        </w:rPr>
        <w:t xml:space="preserve">[29:01] </w:t>
      </w:r>
      <w:r>
        <w:t>as you have rightly pointed out, their condition is based on birth, family status, and the position they are enjoying.</w:t>
      </w:r>
    </w:p>
    <w:p>
      <w:pPr>
        <w:jc w:val="right"/>
      </w:pPr>
      <w:r>
        <w:t>ایز یو ہیو رائٹلی پوائنٹڈ آؤٹ، دیر کنڈیشن از بیسڈ ان برتھ، فیملی سٹیٹس، اینڈ دا پوزیشن دے آر انجوائنگ۔</w:t>
      </w:r>
    </w:p>
    <w:p>
      <w:r>
        <w:rPr>
          <w:b/>
        </w:rPr>
        <w:t xml:space="preserve">[29:11] </w:t>
      </w:r>
      <w:r>
        <w:t>since intellectual people are capable to influence others, it is necessary for them to be right thinking people. kindly elaborate as how to target this group for their deconditioning.</w:t>
      </w:r>
    </w:p>
    <w:p>
      <w:pPr>
        <w:jc w:val="right"/>
      </w:pPr>
      <w:r>
        <w:t>سنس انٹلیکچول پیپل آر کیپیبل ٹو انفلوئنس ادر، اٹ از نیسیسری فار دیم ٹو بی رائٹ تھنکنگ پیپل۔ کائنڈلی ایلیبوریٹ ایز ہاؤ ٹو ٹارگٹ دس گروپ فار دیر ڈی کنڈیشننگ۔</w:t>
      </w:r>
    </w:p>
    <w:p>
      <w:r>
        <w:rPr>
          <w:b/>
        </w:rPr>
        <w:t xml:space="preserve">[29:27] </w:t>
      </w:r>
      <w:r>
        <w:t>dekhiye, main samajhta hoon ke dono condition case hote hain.</w:t>
      </w:r>
    </w:p>
    <w:p>
      <w:pPr>
        <w:jc w:val="right"/>
      </w:pPr>
      <w:r>
        <w:t>دیکھیے، میں سمجھتا ہوں کہ دونوں کنڈیشن کیس ہوتے ہیں۔</w:t>
      </w:r>
    </w:p>
    <w:p>
      <w:r>
        <w:rPr>
          <w:b/>
        </w:rPr>
        <w:t xml:space="preserve">[29:31] </w:t>
      </w:r>
      <w:r>
        <w:t>educated bhi aur doosre log bhi. sirf ek difference hai, woh educated aadmi apni conditioning ko batane ke liye, justify karne ke liye, beautiful word pa leta hai.</w:t>
      </w:r>
    </w:p>
    <w:p>
      <w:pPr>
        <w:jc w:val="right"/>
      </w:pPr>
      <w:r>
        <w:t>ایجوکیٹڈ بھی اور دوسرے لوگ بھی۔ صرف ایک ڈیفرنس ہے، وہ ایجوکیٹڈ آدمی اپنی کنڈیشننگ کو بتانے کے لیے، جسٹیفائی کرنے کے لیے، بیوٹی فل ورڈ پا لیتا ہے۔</w:t>
      </w:r>
    </w:p>
    <w:p>
      <w:r>
        <w:rPr>
          <w:b/>
        </w:rPr>
        <w:t xml:space="preserve">[29:45] </w:t>
      </w:r>
      <w:r>
        <w:t>he is able to beautify his conditioning.</w:t>
      </w:r>
    </w:p>
    <w:p>
      <w:pPr>
        <w:jc w:val="right"/>
      </w:pPr>
      <w:r>
        <w:t>ہی از ایبل ٹو بیوٹیفائی ہز کنڈیشننگ۔</w:t>
      </w:r>
    </w:p>
    <w:p>
      <w:r>
        <w:rPr>
          <w:b/>
        </w:rPr>
        <w:t xml:space="preserve">[29:50] </w:t>
      </w:r>
      <w:r>
        <w:t>yeh educated log hote hain.yani educated person is able to beautify his conditioning. aam log bechare unke paas itne beautiful shabd nahin hote.</w:t>
      </w:r>
    </w:p>
    <w:p>
      <w:pPr>
        <w:jc w:val="right"/>
      </w:pPr>
      <w:r>
        <w:t>یہ ایجوکیٹڈ لوگ ہوتے ہیں۔ یعنی ایجوکیٹڈ پرسن از ایبل ٹو بیوٹیفائی ہز کنڈیشننگ۔ عام لوگ بیچارے ان کے پاس اتنے بیوٹی فل शब्द نہیں ہوتے۔</w:t>
      </w:r>
    </w:p>
    <w:p>
      <w:r>
        <w:rPr>
          <w:b/>
        </w:rPr>
        <w:t xml:space="preserve">[30:02] </w:t>
      </w:r>
      <w:r>
        <w:t>baqi conditioning to ek bilkul hoti hi hoti hai sab ki.</w:t>
      </w:r>
    </w:p>
    <w:p>
      <w:pPr>
        <w:jc w:val="right"/>
      </w:pPr>
      <w:r>
        <w:t>باقی کنڈیشننگ تو ایک بالکل ہوتی ہی ہوتی ہے سب کی۔</w:t>
      </w:r>
    </w:p>
    <w:p>
      <w:r>
        <w:rPr>
          <w:b/>
        </w:rPr>
        <w:t xml:space="preserve">[30:07] </w:t>
      </w:r>
      <w:r>
        <w:t>ab jo deconditioning ki baat hai, to main samajhta hoon ke iski starting apne aap se hoti hai. jis aadmi ne apne ko apni deconditioning na ki ho, woh doosron ko nahin kar sakta.</w:t>
      </w:r>
    </w:p>
    <w:p>
      <w:pPr>
        <w:jc w:val="right"/>
      </w:pPr>
      <w:r>
        <w:t>اب جو ڈی کنڈیشننگ کی بات ہے، تو میں سمجھتا ہوں کہ اس کی سٹارٹنگ اپنے آپ سے ہوتی ہے۔ جس آدمی نے اپنے کو اپنی ڈی کنڈیشننگ نہ کی ہو، وہ دوسروں کو نہیں کر سکتا۔</w:t>
      </w:r>
    </w:p>
    <w:p>
      <w:r>
        <w:rPr>
          <w:b/>
        </w:rPr>
        <w:t xml:space="preserve">[30:17] </w:t>
      </w:r>
      <w:r>
        <w:t>yaad rakhiye, charity begins from home, jo angrezi mein kaha jata hai, charity begins from home.</w:t>
      </w:r>
    </w:p>
    <w:p>
      <w:pPr>
        <w:jc w:val="right"/>
      </w:pPr>
      <w:r>
        <w:t>یاد رکھیے، چیریٹی بگنز فرام ہوم، جو انگریزی میں کہا جاتا ہے، چیریٹی بگنز فرام ہوم۔</w:t>
      </w:r>
    </w:p>
    <w:p>
      <w:r>
        <w:rPr>
          <w:b/>
        </w:rPr>
        <w:t xml:space="preserve">[30:25] </w:t>
      </w:r>
      <w:r>
        <w:t>to deconditioning apne aap se shuru hoti hai. ab bahut hi mushkil kaam hai, yaad rakhiye, deconditioning. deconditioning ko main agar define karoon doosre shabdon mein to main kahunga merciless introspection.</w:t>
      </w:r>
    </w:p>
    <w:p>
      <w:pPr>
        <w:jc w:val="right"/>
      </w:pPr>
      <w:r>
        <w:t>تو ڈی کنڈیشننگ اپنے آپ سے شروع ہوتی ہے۔ اب بہت ہی مشکل کام ہے، یاد رکھیے، ڈی کنڈیشننگ۔ ڈی کنڈیشننگ کو میں اگر ڈیفائن کروں دوسرے शब्दوں میں تو میں کہوں گا مرسی لیس انٹراسپیکشن۔</w:t>
      </w:r>
    </w:p>
    <w:p>
      <w:r>
        <w:rPr>
          <w:b/>
        </w:rPr>
        <w:t xml:space="preserve">[30:44] </w:t>
      </w:r>
      <w:r>
        <w:t>deconditioning kaun kar payega? apni khud, apni jo merciless introspection kare, to kaun karta hai? hum ko koi mila nahin aisa aadmi.</w:t>
      </w:r>
    </w:p>
    <w:p>
      <w:pPr>
        <w:jc w:val="right"/>
      </w:pPr>
      <w:r>
        <w:t>ڈی کنڈیشننگ کون کر پائے گا؟ اپنی خود، اپنی جو مرسی لیس انٹراسپیکشن کرے، تو کون کرتا ہے؟ ہم کو کوئی ملا نہیں ایسا آدمی۔</w:t>
      </w:r>
    </w:p>
    <w:p>
      <w:r>
        <w:rPr>
          <w:b/>
        </w:rPr>
        <w:t xml:space="preserve">[30:58] </w:t>
      </w:r>
      <w:r>
        <w:t>to deconditioning doosron ko karna</w:t>
      </w:r>
    </w:p>
    <w:p>
      <w:pPr>
        <w:jc w:val="right"/>
      </w:pPr>
      <w:r>
        <w:t>تو ڈی کنڈیشننگ دوسروں کو کرنا</w:t>
      </w:r>
    </w:p>
    <w:p>
      <w:r>
        <w:rPr>
          <w:b/>
        </w:rPr>
        <w:t xml:space="preserve">[31:02] </w:t>
      </w:r>
      <w:r>
        <w:t>bilkul possible kaam hai. bismillah, agar woh jo american woh tha, professor watson, woh to samajhta tha ke decondition ho nahin sakti hai. bahut bada professor tha watson, lekin usne samjha jo condition ho chuki hai, woh wahi wahi wahi nature hai.</w:t>
      </w:r>
    </w:p>
    <w:p>
      <w:pPr>
        <w:jc w:val="right"/>
      </w:pPr>
      <w:r>
        <w:t>بالکل پاسیبل کام ہے۔ بسم اللہ، اگر وہ جو امریکن وہ تھا، پروفیسر واٹسن، وہ تو سمجھتا تھا کہ ڈی کنڈیشن ہو نہیں سکتی ہے۔ بہت بڑا پروفیسر تھا واٹسن، لیکن اس نے سمجھا جو کنڈیشن ہو چکی ہے، وہ وہی وہی وہی نیچر ہے۔</w:t>
      </w:r>
    </w:p>
    <w:p>
      <w:r>
        <w:rPr>
          <w:b/>
        </w:rPr>
        <w:t xml:space="preserve">[31:19] </w:t>
      </w:r>
      <w:r>
        <w:t>main is ko galat samajhta hoon,</w:t>
      </w:r>
    </w:p>
    <w:p>
      <w:pPr>
        <w:jc w:val="right"/>
      </w:pPr>
      <w:r>
        <w:t>میں اس کو غلط سمجھتا ہوں،</w:t>
      </w:r>
    </w:p>
    <w:p>
      <w:r>
        <w:rPr>
          <w:b/>
        </w:rPr>
        <w:t xml:space="preserve">[31:21] </w:t>
      </w:r>
      <w:r>
        <w:t>bilkul. halanki sau saal se logon ke dimagh pe bhara hua hai, lekin yeh bilkul baseless baat hai.</w:t>
      </w:r>
    </w:p>
    <w:p>
      <w:pPr>
        <w:jc w:val="right"/>
      </w:pPr>
      <w:r>
        <w:t>بالکل۔ حالانکہ سو سال سے لوگوں کے دماغ پہ بھرا ہوا ہے، لیکن یہ بالکل بیس لیس بات ہے۔</w:t>
      </w:r>
    </w:p>
    <w:p>
      <w:r>
        <w:rPr>
          <w:b/>
        </w:rPr>
        <w:t xml:space="preserve">[31:30] </w:t>
      </w:r>
      <w:r>
        <w:t>deconditioning bilkul possible hai, lekin deconditioning begins from yourself,</w:t>
      </w:r>
    </w:p>
    <w:p>
      <w:pPr>
        <w:jc w:val="right"/>
      </w:pPr>
      <w:r>
        <w:t>ڈی کنڈیشننگ بالکل پاسیبل ہے، لیکن ڈی کنڈیشننگ بگنز فرام یور سیلف،</w:t>
      </w:r>
    </w:p>
    <w:p>
      <w:r>
        <w:rPr>
          <w:b/>
        </w:rPr>
        <w:t xml:space="preserve">[31:39] </w:t>
      </w:r>
      <w:r>
        <w:t>kyunki aap is ko janenge nahin, is ki abc d nahin janenge, is ka formula nahin janenge. agar aap ne apni deconditioning nahin ki hai to aap is ka formula nahin janenge.</w:t>
      </w:r>
    </w:p>
    <w:p>
      <w:pPr>
        <w:jc w:val="right"/>
      </w:pPr>
      <w:r>
        <w:t>کیونکہ آپ اس کو جانیں گے نہیں، اس کی اے بی سی ڈی نہیں جانیں گے، اس کا فارمولا نہیں جانیں گے۔ اگر آپ نے اپنی ڈی کنڈیشننگ نہیں کی ہے تو آپ اس کا فارمولا نہیں جانیں گے۔</w:t>
      </w:r>
    </w:p>
    <w:p>
      <w:r>
        <w:rPr>
          <w:b/>
        </w:rPr>
        <w:t xml:space="preserve">[31:50] </w:t>
      </w:r>
      <w:r>
        <w:t>to doosron ko kya karenge aap? to mujhe to koi aadmi nahin maloom jo merciless introspection karta ho. apna</w:t>
      </w:r>
    </w:p>
    <w:p>
      <w:pPr>
        <w:jc w:val="right"/>
      </w:pPr>
      <w:r>
        <w:t>تو دوسروں کو کیا کریں گے آپ؟ تو مجھے تو کوئی آدمی نہیں معلوم جو مرسی لیس انٹراسپیکشن کرتا ہو۔ اپنا</w:t>
      </w:r>
    </w:p>
    <w:p>
      <w:r>
        <w:rPr>
          <w:b/>
        </w:rPr>
        <w:t xml:space="preserve">[31:59] </w:t>
      </w:r>
      <w:r>
        <w:t>jo karta ho, woh main is ka mujhe naam bataiye, us ko main us se milunga. us ka milna mere liye ibadat hoga, inshallah.</w:t>
      </w:r>
    </w:p>
    <w:p>
      <w:pPr>
        <w:jc w:val="right"/>
      </w:pPr>
      <w:r>
        <w:t>جو کرتا ہو، وہ میں اس کا مجھے نام بتائیے، اس کو میں اس سے ملوں گا۔ اس کا ملنا میرے لیے عبادت ہوگا، انشاءاللہ۔</w:t>
      </w:r>
    </w:p>
    <w:p>
      <w:r>
        <w:rPr>
          <w:b/>
        </w:rPr>
        <w:t xml:space="preserve">[32:11] </w:t>
      </w:r>
      <w:r>
        <w:t>to yaad rakhiye, is duniya mein sachai ko paane ke liye deconditioning yani bilkul shart hai.</w:t>
      </w:r>
    </w:p>
    <w:p>
      <w:pPr>
        <w:jc w:val="right"/>
      </w:pPr>
      <w:r>
        <w:t>تو یاد رکھیے، اس دنیا میں سچائی کو پانے کے لیے ڈی کنڈیشننگ یعنی بالکل شرط ہے۔</w:t>
      </w:r>
    </w:p>
    <w:p>
      <w:r>
        <w:rPr>
          <w:b/>
        </w:rPr>
        <w:t xml:space="preserve">[32:21] </w:t>
      </w:r>
      <w:r>
        <w:t>shart</w:t>
      </w:r>
    </w:p>
    <w:p>
      <w:pPr>
        <w:jc w:val="right"/>
      </w:pPr>
      <w:r>
        <w:t>شرط</w:t>
      </w:r>
    </w:p>
    <w:p>
      <w:r>
        <w:rPr>
          <w:b/>
        </w:rPr>
        <w:t xml:space="preserve">[32:27] </w:t>
      </w:r>
      <w:r>
        <w:t>is ke baghair sachai nahin mil sakti kisi ko. dekhen, log jo hain, itne apni apni decondition kaun karta hai?</w:t>
      </w:r>
    </w:p>
    <w:p>
      <w:pPr>
        <w:jc w:val="right"/>
      </w:pPr>
      <w:r>
        <w:t>اس کے بغیر سچائی نہیں مل سکتی کسی کو۔ دیکھیں، لوگ جو ہیں، اتنے اپنی اپنی ڈی کنڈیشن کون کرتا ہے؟</w:t>
      </w:r>
    </w:p>
    <w:p>
      <w:r>
        <w:rPr>
          <w:b/>
        </w:rPr>
        <w:t xml:space="preserve">[32:36] </w:t>
      </w:r>
      <w:r>
        <w:t>abhi kal ek sahab se baat ho rahi thi, jo purane mere janne wale hain, to main ne un se kaha, intelligent aadmi hain, padhe likhe aadmi hain. un se main ne kaha, abhi kal ki baat hai ke aap jo hain, bahut hi zyada kaam ke hote hain is waqt jab ke aap se</w:t>
      </w:r>
    </w:p>
    <w:p>
      <w:pPr>
        <w:jc w:val="right"/>
      </w:pPr>
      <w:r>
        <w:t>ابھی کل ایک صاحب سے بات ہو رہی تھی، جو پرانے میرے جاننے والے ہیں، تو میں نے ان سے کہا، انٹیلیجنٹ آدمی ہیں، پڑھے لکھے آدمی ہیں۔ ان سے میں نے کہا، ابھی کل کی بات ہے کہ آپ جو ہیں، بہت ہی زیادہ کام کے ہوتے ہیں اس وقت جب کہ آپ سے</w:t>
      </w:r>
    </w:p>
    <w:p>
      <w:r>
        <w:rPr>
          <w:b/>
        </w:rPr>
        <w:t xml:space="preserve">[32:55] </w:t>
      </w:r>
      <w:r>
        <w:t>intellectual exchange kiya jaye external issues par. yeh kal ki baat bata raha hoon aap ko. main bahut padhe likha aadmi hoon.</w:t>
      </w:r>
    </w:p>
    <w:p>
      <w:pPr>
        <w:jc w:val="right"/>
      </w:pPr>
      <w:r>
        <w:t>انٹلیکچول ایکسچینج کیا جائے ایکسٹرنل ایشوز پر۔ یہ کل کی بات بتا رہا ہوں آپ کو۔ میں بہت پڑھے لکھا آدمی ہوں۔</w:t>
      </w:r>
    </w:p>
    <w:p>
      <w:r>
        <w:rPr>
          <w:b/>
        </w:rPr>
        <w:t xml:space="preserve">[33:04] </w:t>
      </w:r>
      <w:r>
        <w:t>aap se jab bhi main external issues par exchange karta hoon to aap bahut hi u prove to be a good</w:t>
      </w:r>
    </w:p>
    <w:p>
      <w:pPr>
        <w:jc w:val="right"/>
      </w:pPr>
      <w:r>
        <w:t>آپ سے جب بھی میں ایکسٹرنل ایشوز پر ایکسچینج کرتا ہوں تو آپ بہت ہی یو پروف ٹو بی ا گڈ</w:t>
      </w:r>
    </w:p>
    <w:p>
      <w:r>
        <w:rPr>
          <w:b/>
        </w:rPr>
        <w:t xml:space="preserve">[33:14] </w:t>
      </w:r>
      <w:r>
        <w:t>intellectual partner. intellectual exchange kar ke aap se mujhe bahut faida hota hai. dekhen, jaise hi baat aa gayi aap ki, aap ki apni, to aap ab aap ki subjectivity bhi khatam ho jati hai.</w:t>
      </w:r>
    </w:p>
    <w:p>
      <w:pPr>
        <w:jc w:val="right"/>
      </w:pPr>
      <w:r>
        <w:t>انٹلیکچول پارٹنر۔ انٹلیکچول ایکسچینج کر کے آپ سے مجھے بہت فائدہ ہوتا ہے۔ دیکھیں، جیسے ہی بات آ گئی آپ کی، آپ کی اپنی، تو آپ اب آپ کی سبجیکٹوٹی بھی ختم ہو جاتی ہے۔</w:t>
      </w:r>
    </w:p>
    <w:p>
      <w:r>
        <w:rPr>
          <w:b/>
        </w:rPr>
        <w:t xml:space="preserve">[33:26] </w:t>
      </w:r>
      <w:r>
        <w:t>woh objectivity bhi khatm ho jati hai. yani external issues par aap bohat achhe</w:t>
      </w:r>
    </w:p>
    <w:p>
      <w:pPr>
        <w:jc w:val="right"/>
      </w:pPr>
      <w:r>
        <w:t>وہ ابجیکٹوٹی بھی ختم ہو جاتی ہے۔ یعنی ایکسٹرنل ایشوز پر آپ بہت اچھے</w:t>
      </w:r>
    </w:p>
    <w:p>
      <w:r>
        <w:rPr>
          <w:b/>
        </w:rPr>
        <w:t xml:space="preserve">[33:35] </w:t>
      </w:r>
      <w:r>
        <w:t>woh hain, exchange karne ka madah aap ke andar hai. bohat achha exchange chalta hai aap se external issues par. aur jaise hi baat aayi jahan aap ke aap ki zaat involve ho, kuch aap ko aap ki zaat touch kar rahi ho, wahan kuch apni ghalti ko manna parta ho aap ko.</w:t>
      </w:r>
    </w:p>
    <w:p>
      <w:pPr>
        <w:jc w:val="right"/>
      </w:pPr>
      <w:r>
        <w:t>وہ ہیں، ایکسچینج کرنے کا مادہ آپ کے اندر ہے۔ بہت اچھا ایکسچینج چلتا ہے آپ سے ایکسٹرنل ایشوز پر۔ اور جیسے ہی بات آئی جہاں آپ کے آپ کی ذات انوالو ہو، کچھ آپ کو آپ کی ذات ٹچ کر رہی ہو، وہاں کچھ اپنی غلطی کو ماننا پڑتا ہو آپ کو۔</w:t>
      </w:r>
    </w:p>
    <w:p>
      <w:r>
        <w:rPr>
          <w:b/>
        </w:rPr>
        <w:t xml:space="preserve">[33:53] </w:t>
      </w:r>
      <w:r>
        <w:t>wahan par achaanak aap bilkul doosre insaan ban jate hain.</w:t>
      </w:r>
    </w:p>
    <w:p>
      <w:pPr>
        <w:jc w:val="right"/>
      </w:pPr>
      <w:r>
        <w:t>وہاں پر اچانک آپ بالکل دوسرے انسان بن جاتے ہیں۔</w:t>
      </w:r>
    </w:p>
    <w:p>
      <w:r>
        <w:rPr>
          <w:b/>
        </w:rPr>
        <w:t xml:space="preserve">[33:58] </w:t>
      </w:r>
      <w:r>
        <w:t>objectivity khatm ho jati hai. aap ki yeh hai logon ka haal.</w:t>
      </w:r>
    </w:p>
    <w:p>
      <w:pPr>
        <w:jc w:val="right"/>
      </w:pPr>
      <w:r>
        <w:t>ابجیکٹوٹی ختم ہو جاتی ہے۔ آپ کی یہ ہے لوگوں کا حال۔</w:t>
      </w:r>
    </w:p>
    <w:p>
      <w:r>
        <w:rPr>
          <w:b/>
        </w:rPr>
        <w:t xml:space="preserve">[34:06] </w:t>
      </w:r>
      <w:r>
        <w:t>toh main yeh kahunga ke har aadmi, har aadmi, har aadmi sab se pehle apni brasi less deconditioning kare, tab us ko sachai milegi.</w:t>
      </w:r>
    </w:p>
    <w:p>
      <w:pPr>
        <w:jc w:val="right"/>
      </w:pPr>
      <w:r>
        <w:t>تو میں یہ کہوں گا کہ ہر آدمی، ہر آدمی، ہر آدمی سب سے پہلے اپنی برسی لیس ڈی کنڈیشننگ کرے، تب اس کو سچائی ملے گی۔</w:t>
      </w:r>
    </w:p>
    <w:p>
      <w:r>
        <w:rPr>
          <w:b/>
        </w:rPr>
        <w:t xml:space="preserve">[34:17] </w:t>
      </w:r>
      <w:r>
        <w:t>tab woh us ke baad hi woh sachha daai banega. yeh hamein karna hi karna hai.</w:t>
      </w:r>
    </w:p>
    <w:p>
      <w:pPr>
        <w:jc w:val="right"/>
      </w:pPr>
      <w:r>
        <w:t>تب وہ اس کے بعد ہی وہ سچا داعی بنے گا۔ یہ ہمیں کرنا ہی کرنا ہے۔</w:t>
      </w:r>
    </w:p>
    <w:p>
      <w:r>
        <w:rPr>
          <w:b/>
        </w:rPr>
        <w:t xml:space="preserve">[34:24] </w:t>
      </w:r>
      <w:r>
        <w:t>This question is from Mr Nafees Sheraz. Meri bhatiji ek beauty contest mein participate karna chahti hai. Us ne poocha hai Islami shariyat ke mutabiq kya woh beauty contest mein bhaag le sakti hai ya nahi?</w:t>
      </w:r>
    </w:p>
    <w:p>
      <w:pPr>
        <w:jc w:val="right"/>
      </w:pPr>
      <w:r>
        <w:t>This question is from مسٹر نفیس شیراز۔ میری بھتیجی ایک بیوٹی کنٹیسٹ میں پارٹیسپیٹ کرنا چاہتی ہے۔ اس نے پوچھا ہے اسلامی شریعت کے مطابق کیا وہ بیوٹی کنٹیسٹ میں بھاگ لے سکتی ہے یا نہیں؟</w:t>
      </w:r>
    </w:p>
    <w:p>
      <w:r>
        <w:rPr>
          <w:b/>
        </w:rPr>
        <w:t xml:space="preserve">[34:41] </w:t>
      </w:r>
      <w:r>
        <w:t>yeh beauty contest mein us ko</w:t>
      </w:r>
    </w:p>
    <w:p>
      <w:pPr>
        <w:jc w:val="right"/>
      </w:pPr>
      <w:r>
        <w:t>یہ بیوٹی کانٹیسٹ میں اس کو</w:t>
      </w:r>
    </w:p>
    <w:p>
      <w:r>
        <w:rPr>
          <w:b/>
        </w:rPr>
        <w:t xml:space="preserve">[34:44] </w:t>
      </w:r>
      <w:r>
        <w:t>yani mere paas bohat hi sakht word hain us ke liye. un ko mere paas bhej dein, bataunga un ko. yahan main kuch nahi keh sakta.</w:t>
      </w:r>
    </w:p>
    <w:p>
      <w:pPr>
        <w:jc w:val="right"/>
      </w:pPr>
      <w:r>
        <w:t>یعنی میرے پاس بہت ہی سخت ورڈ ہیں اس کے لیے۔ ان کو میرے پاس بھیج دیں، بتاؤں گا ان کو۔ یہاں میں کچھ نہیں کہہ سکتا۔</w:t>
      </w:r>
    </w:p>
    <w:p>
      <w:r>
        <w:rPr>
          <w:b/>
        </w:rPr>
        <w:t xml:space="preserve">[34:52] </w:t>
      </w:r>
      <w:r>
        <w:t>woh aadmi mere saamne aaye jo us pe shairi kholna chahta hai toh bataunga us ko kya hamakat hai. yeh us ko main diwangi, madness samajhta hoon. madness</w:t>
      </w:r>
    </w:p>
    <w:p>
      <w:pPr>
        <w:jc w:val="right"/>
      </w:pPr>
      <w:r>
        <w:t>وہ آدمی میرے سامنے آئے جو اس پہ شاعری کھولنا چاہتا ہے تو بتاؤں گا اس کو کیا حماقت ہے۔ یہ اس کو میں دیوانگی، میڈنس سمجھتا ہوں۔ میڈنس</w:t>
      </w:r>
    </w:p>
    <w:p>
      <w:r>
        <w:rPr>
          <w:b/>
        </w:rPr>
        <w:t xml:space="preserve">[35:02] </w:t>
      </w:r>
      <w:r>
        <w:t>yeh yeh beauty contest nahi hota, woh madness hota hai. agar koi janna chahta hai detail toh mere paas aaye, main bataunga us ko. This question is from Mr Zubair.</w:t>
      </w:r>
    </w:p>
    <w:p>
      <w:pPr>
        <w:jc w:val="right"/>
      </w:pPr>
      <w:r>
        <w:t>یہ یہ بیوٹی کانٹسٹ نہیں ہوتا، وہ میڈنس ہوتا ہے۔ اگر کوئی جاننا چاہتا ہے ڈیٹیل تو میرے پاس آئے، میں بتاؤں گا اس کو۔ This question is from مسٹر زبیر۔</w:t>
      </w:r>
    </w:p>
    <w:p>
      <w:r>
        <w:rPr>
          <w:b/>
        </w:rPr>
        <w:t xml:space="preserve">[35:13] </w:t>
      </w:r>
      <w:r>
        <w:t>in one hadith Rasool Allah said "I leave behind me two things:</w:t>
      </w:r>
    </w:p>
    <w:p>
      <w:pPr>
        <w:jc w:val="right"/>
      </w:pPr>
      <w:r>
        <w:t>ان ون حدیث رسول اللہ سیڈ "I leave behind me two things:</w:t>
      </w:r>
    </w:p>
    <w:p>
      <w:r>
        <w:rPr>
          <w:b/>
        </w:rPr>
        <w:t xml:space="preserve">[35:18] </w:t>
      </w:r>
      <w:r>
        <w:t>the kitab and my sunnat, and in another he said the kitab and ahl-e-bait." Which hadith is more kya cheez?</w:t>
      </w:r>
    </w:p>
    <w:p>
      <w:pPr>
        <w:jc w:val="right"/>
      </w:pPr>
      <w:r>
        <w:t>the کتاب and my سنت, and in another he said the کتاب and اہل بیت." Which حدیث is more کیا چیز؟</w:t>
      </w:r>
    </w:p>
    <w:p>
      <w:r>
        <w:rPr>
          <w:b/>
        </w:rPr>
        <w:t xml:space="preserve">[35:28] </w:t>
      </w:r>
      <w:r>
        <w:t>kitab and ahl-e-bait. hmm, which hadith is more reliable?</w:t>
      </w:r>
    </w:p>
    <w:p>
      <w:pPr>
        <w:jc w:val="right"/>
      </w:pPr>
      <w:r>
        <w:t>کتاب and اہل بیت۔ ہمم، which حدیث is more reliable?</w:t>
      </w:r>
    </w:p>
    <w:p>
      <w:r>
        <w:rPr>
          <w:b/>
        </w:rPr>
        <w:t xml:space="preserve">[35:33] </w:t>
      </w:r>
      <w:r>
        <w:t>in which hadith book can we find these two hadith? haan, main jaanta hoon is hadith mein unhon ne izafa kar rakha hai: kitab Allah o itrati.</w:t>
      </w:r>
    </w:p>
    <w:p>
      <w:pPr>
        <w:jc w:val="right"/>
      </w:pPr>
      <w:r>
        <w:t>In which حدیث book can we find these two حدیث؟ ہاں، میں جانتا ہوں اس حدیث میں انہوں نے اضافہ کر رکھا ہے: کتاب اللہ و عترتی۔</w:t>
      </w:r>
    </w:p>
    <w:p>
      <w:r>
        <w:rPr>
          <w:b/>
        </w:rPr>
        <w:t xml:space="preserve">[35:45] </w:t>
      </w:r>
      <w:r>
        <w:t>yeh main jaanta hoon yani tark mustaqil kitab Allah o itrati. bilkul ridiculous baat hai aisa ke Rasool Allah yeh kahein ke main is baat do cheez chhod raha hoon: Khuda ki kitab aur apne khandan.</w:t>
      </w:r>
    </w:p>
    <w:p>
      <w:pPr>
        <w:jc w:val="right"/>
      </w:pPr>
      <w:r>
        <w:t>یہ میں جانتا ہوں یعنی ترک مستقل کتاب اللہ و عترتی۔ بالکل ریڈیکولیس بات ہے ایسا کہ رسول اللہ یہ کہیں کہ میں اس بات دو چیز چھوڑ رہا ہوں: خدا کی کتاب اور اپنے خاندان۔</w:t>
      </w:r>
    </w:p>
    <w:p>
      <w:r>
        <w:rPr>
          <w:b/>
        </w:rPr>
        <w:t xml:space="preserve">[35:58] </w:t>
      </w:r>
      <w:r>
        <w:t>kaun yeh common sense kafi hai samajhne ke liye? bilkul laghu baat hai, yeh koi kehne ki baat hai. paighambar aisa bolega bilashuba yeh mauzu hai</w:t>
      </w:r>
    </w:p>
    <w:p>
      <w:pPr>
        <w:jc w:val="right"/>
      </w:pPr>
      <w:r>
        <w:t>کون یہ کامن سینس کافی ہے سمجھنے کے لیے؟ بالکل لغو بات ہے، یہ کوئی کہنے کی بات ہے۔ پیغمبر ایسا بولے گا بلاشبہ یہ موضوع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