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22 Feb 2009 Maulana Wahiduddin Khan</w:t>
      </w:r>
    </w:p>
    <w:p>
      <w:r>
        <w:t>https://www.youtube.com/watch?v=5SIhCZTzbKY</w:t>
      </w:r>
    </w:p>
    <w:p>
      <w:r>
        <w:rPr>
          <w:b/>
        </w:rPr>
        <w:t xml:space="preserve">[00:13] </w:t>
      </w:r>
      <w:r>
        <w:t>yeh Maulana se poochte hain ke mohtaram, kya Qadiani hazraat ko Islam se kharij kiya jana sahi hai? kya unhein nazar andaaz kiya ja sakta tha?</w:t>
      </w:r>
    </w:p>
    <w:p>
      <w:pPr>
        <w:jc w:val="right"/>
      </w:pPr>
      <w:r>
        <w:t>یہ مولانا سے پوچھتے ہیں کہ محترم، کیا قادیانی حضرات کو اسلام سے خارج کیا جانا صحیح ہے؟ کیا انہیں نظر انداز کیا جا سکتا تھا؟</w:t>
      </w:r>
    </w:p>
    <w:p>
      <w:r>
        <w:rPr>
          <w:b/>
        </w:rPr>
        <w:t xml:space="preserve">[00:29] </w:t>
      </w:r>
      <w:r>
        <w:t>dekhein, main fatwa activism ke khilaf hoon. fatwa activism ko main ek bidat samajhta hoon, bidat, innovation.</w:t>
      </w:r>
    </w:p>
    <w:p>
      <w:pPr>
        <w:jc w:val="right"/>
      </w:pPr>
      <w:r>
        <w:t>دیکھیں، میں فتویٰ ایکٹیو کے خلاف ہوں۔ فتویٰ ایکٹیوزم کو میں ایک بدعت سمجھتا ہوں، بدعت، انویشن۔</w:t>
      </w:r>
    </w:p>
    <w:p>
      <w:r>
        <w:rPr>
          <w:b/>
        </w:rPr>
        <w:t xml:space="preserve">[00:38] </w:t>
      </w:r>
      <w:r>
        <w:t>aaj kal chala hua hai na har baat pe fatwa? Sahaba ke zamane mein aisa nahi hota tha. wahan kya tha?</w:t>
      </w:r>
    </w:p>
    <w:p>
      <w:pPr>
        <w:jc w:val="right"/>
      </w:pPr>
      <w:r>
        <w:t>آج کل چلا ہوا ہے نا ہر بات پہ فتویٰ؟ صحابہ کے زمانے میں ایسا نہیں ہوتا تھا۔ وہاں کیا تھا؟</w:t>
      </w:r>
    </w:p>
    <w:p>
      <w:r>
        <w:rPr>
          <w:b/>
        </w:rPr>
        <w:t xml:space="preserve">[00:46] </w:t>
      </w:r>
      <w:r>
        <w:t>wahan yeh tha ke un ko samjhao, un ko samjhao. aaj kal kya samjhane ki koshish nahi karte, bas fatwa shuru kar dete hain. toh Qadiani masla jab paida hua toh unhon ne fatwa shuru kar diya.</w:t>
      </w:r>
    </w:p>
    <w:p>
      <w:pPr>
        <w:jc w:val="right"/>
      </w:pPr>
      <w:r>
        <w:t>وہاں یہ تھا کہ ان کو سمجھاؤ، ان کو سمجھاؤ۔ آج کل کیا سمجھانے کی کوشش نہیں کرتے، بس فتویٰ شروع کر دیتے ہیں۔ تو قادیانی مسئلہ جب پیدا ہوا تو انہوں نے فتویٰ شروع کر دیا۔</w:t>
      </w:r>
    </w:p>
    <w:p>
      <w:r>
        <w:rPr>
          <w:b/>
        </w:rPr>
        <w:t xml:space="preserve">[00:59] </w:t>
      </w:r>
      <w:r>
        <w:t>mere ilm ke mutabiq koi bhi qabil-e-zikr aalim nahi tha jo un se mila ho aur un se baat kare, samjhe mamle ko. bas fatwa, fatwa, fatwa.</w:t>
      </w:r>
    </w:p>
    <w:p>
      <w:pPr>
        <w:jc w:val="right"/>
      </w:pPr>
      <w:r>
        <w:t>میرے علم کے مطابق کوئی بھی قابل ذکر عالم نہیں تھا جو ان سے ملا ہو اور ان سے بات کرے، سمجھے معاملے کو۔ بس فتویٰ، فتویٰ، فتویٰ۔</w:t>
      </w:r>
    </w:p>
    <w:p>
      <w:r>
        <w:rPr>
          <w:b/>
        </w:rPr>
        <w:t xml:space="preserve">[01:07] </w:t>
      </w:r>
      <w:r>
        <w:t>main is sari karrawai ko bilkul ghair Islami samajhta hoon.</w:t>
      </w:r>
    </w:p>
    <w:p>
      <w:pPr>
        <w:jc w:val="right"/>
      </w:pPr>
      <w:r>
        <w:t>میں اس ساری کارروائی کو بالکل غیر اسلامی سمجھتا ہوں۔</w:t>
      </w:r>
    </w:p>
    <w:p>
      <w:r>
        <w:rPr>
          <w:b/>
        </w:rPr>
        <w:t xml:space="preserve">[01:12] </w:t>
      </w:r>
      <w:r>
        <w:t>Islam mein fatwa baazi nahi hai, Islam mein dawat aur tablegh hai. yaad rakhiye. Islam mein fatwa activism nahi hai, Islam mein dawah activism hai.</w:t>
      </w:r>
    </w:p>
    <w:p>
      <w:pPr>
        <w:jc w:val="right"/>
      </w:pPr>
      <w:r>
        <w:t>اسلام میں فتویٰ بازی نہیں ہے، اسلام میں دعوت اور تبلیغ ہے۔ یاد رکھیے۔ اسلام میں فتویٰ ایکٹیوزم نہیں ہے، اسلام میں دعویٰ ایکٹیوزم ہے۔</w:t>
      </w:r>
    </w:p>
    <w:p>
      <w:r>
        <w:rPr>
          <w:b/>
        </w:rPr>
        <w:t xml:space="preserve">[01:23] </w:t>
      </w:r>
      <w:r>
        <w:t>ek aspect yeh hai. doosri baat ke aspect yeh hai ke is mein pehla kaam hai apni ghalti ko manna.</w:t>
      </w:r>
    </w:p>
    <w:p>
      <w:pPr>
        <w:jc w:val="right"/>
      </w:pPr>
      <w:r>
        <w:t>ایک آسپیکٹ یہ ہے۔ دوسری بات کے آسپیکٹ یہ ہے کہ اس میں پہلا کام ہے اپنی غلطی کو ماننا۔</w:t>
      </w:r>
    </w:p>
    <w:p>
      <w:r>
        <w:rPr>
          <w:b/>
        </w:rPr>
        <w:t xml:space="preserve">[01:30] </w:t>
      </w:r>
      <w:r>
        <w:t>pehla kaam yeh nahi ke aap un ke khilaaf aik aur fatwa jarr jarr dein. yeh sab se pehli sochne ki baat hai ke yeh masla paida hua kyun?</w:t>
      </w:r>
    </w:p>
    <w:p>
      <w:pPr>
        <w:jc w:val="right"/>
      </w:pPr>
      <w:r>
        <w:t>پہلا کام یہ نہیں کہ آپ ان کے خلاف ایک اور فتویٰ جڑ جڑ دیں۔ یہ سب سے پہلی سوچنے کی بات ہے کہ یہ مسئلہ پیدا ہوا کیوں؟</w:t>
      </w:r>
    </w:p>
    <w:p>
      <w:r>
        <w:rPr>
          <w:b/>
        </w:rPr>
        <w:t xml:space="preserve">[01:41] </w:t>
      </w:r>
      <w:r>
        <w:t>aap mujhe bataein, kisi bhi baray aalim ka naam jo is baat ko na maanta ho, sab maante hain ke Islam mukammal mazhab hai, Rasool Allah mukammal</w:t>
      </w:r>
    </w:p>
    <w:p>
      <w:pPr>
        <w:jc w:val="right"/>
      </w:pPr>
      <w:r>
        <w:t>آپ مجھے بتائیں، کسی بھی بڑے عالم کا نام جو اس بات کو نہ مانتا ہو، سب مانتے ہیں کہ اسلام مکمل مذہب ہے، رسول اللہ مکمل</w:t>
      </w:r>
    </w:p>
    <w:p>
      <w:r>
        <w:rPr>
          <w:b/>
        </w:rPr>
        <w:t xml:space="preserve">[01:49] </w:t>
      </w:r>
      <w:r>
        <w:t>Nabi hain. jab mukammal ho gaya to ab doosra kyun aaye ga koi? is ko saboot keh dete hain ke insaniyat jo hai saatvi sadi eesvi mein apne balogh ko pahunch gayi thi.</w:t>
      </w:r>
    </w:p>
    <w:p>
      <w:pPr>
        <w:jc w:val="right"/>
      </w:pPr>
      <w:r>
        <w:t>نبی ہیں۔ جب مکمل ہو گیا تو اب دوسرا کیوں آئے گا کوئی؟ اس کو ثبوت کہہ دیتے ہیں کہ انسانیت جو ہے ساتویں صدی عیسوی میں اپنے بلوغ کو پہنچ گئی تھی۔</w:t>
      </w:r>
    </w:p>
    <w:p>
      <w:r>
        <w:rPr>
          <w:b/>
        </w:rPr>
        <w:t xml:space="preserve">[01:59] </w:t>
      </w:r>
      <w:r>
        <w:t>balogh ka matlab hai maturity. yeh sab saare aalim kehte hain yeh boli. yahin se paida hui hai Qadiyaniat.</w:t>
      </w:r>
    </w:p>
    <w:p>
      <w:pPr>
        <w:jc w:val="right"/>
      </w:pPr>
      <w:r>
        <w:t>بلوغ کا مطلب ہے میچورٹی۔ یہ سب سارے علماء کہتے ہیں یہ بولی۔ یہیں سے پیدا ہوئی ہے قادیانیت۔</w:t>
      </w:r>
    </w:p>
    <w:p>
      <w:r>
        <w:rPr>
          <w:b/>
        </w:rPr>
        <w:t xml:space="preserve">[02:08] </w:t>
      </w:r>
      <w:r>
        <w:t>to mere nazdeek number pehle zimmedaar hain hamare aalim. doosri zimmedari hai Qadiyaniyon ki. kisi ko is se ikhtilaf ho to mujhe bataein ke kaun aalim hai jo is ne aisa na kaha ho?</w:t>
      </w:r>
    </w:p>
    <w:p>
      <w:pPr>
        <w:jc w:val="right"/>
      </w:pPr>
      <w:r>
        <w:t>تو میرے نزدیک نمبر پہلے ذمہ دار ہیں ہمارے علماء۔ دوسری ذمہ داری ہے قادیانیوں کی۔ کسی کو اس سے اختلاف ہو تو مجھے بتائیں کہ کون عالم ہے جو اس نے ایسا نہ کہا ہو؟</w:t>
      </w:r>
    </w:p>
    <w:p>
      <w:r>
        <w:rPr>
          <w:b/>
        </w:rPr>
        <w:t xml:space="preserve">[02:21] </w:t>
      </w:r>
      <w:r>
        <w:t>mujhe is ka naam bataiye.</w:t>
      </w:r>
    </w:p>
    <w:p>
      <w:pPr>
        <w:jc w:val="right"/>
      </w:pPr>
      <w:r>
        <w:t>مجھے اس کا نام بتائیے۔</w:t>
      </w:r>
    </w:p>
    <w:p>
      <w:r>
        <w:rPr>
          <w:b/>
        </w:rPr>
        <w:t xml:space="preserve">[02:25] </w:t>
      </w:r>
      <w:r>
        <w:t>sab ne yahi baatein, yahi boliyaan boli hain ke jab is insaniyat balogh ke darje mein pahunch gayi, yaani maturity ke age mein pahunch gayi, to ab naye Nabi ka zaroorat hi kya hai?</w:t>
      </w:r>
    </w:p>
    <w:p>
      <w:pPr>
        <w:jc w:val="right"/>
      </w:pPr>
      <w:r>
        <w:t>سب نے یہی باتیں، یہی بولیاں بولی ہیں کہ جب اس انسانیت بلوغ کے درجے میں پہنچ گئی، یعنی میچورٹی کے ایج میں پہنچ گئی، تو اب نئے نبی کا ضرورت ہی کیا ہے؟</w:t>
      </w:r>
    </w:p>
    <w:p>
      <w:r>
        <w:rPr>
          <w:b/>
        </w:rPr>
        <w:t xml:space="preserve">[02:36] </w:t>
      </w:r>
      <w:r>
        <w:t>ab to jo Nabi aa gaya, wo bas wahi kamil ho gaya. yeh argument bilkul hi base less hai.</w:t>
      </w:r>
    </w:p>
    <w:p>
      <w:pPr>
        <w:jc w:val="right"/>
      </w:pPr>
      <w:r>
        <w:t>اب تو جو نبی آ گیا، وہ بس وہی کامل ہو گیا۔ یہ آرگیومنٹ بالکل ہی بیس لیس ہے۔</w:t>
      </w:r>
    </w:p>
    <w:p>
      <w:r>
        <w:rPr>
          <w:b/>
        </w:rPr>
        <w:t xml:space="preserve">[02:43] </w:t>
      </w:r>
      <w:r>
        <w:t>yeh main ne aaj bataya aap ko. to pehle aap yeh maaniye ke hum ne ghalat stand liya, is se Qadiyaniat paida ho gayi.</w:t>
      </w:r>
    </w:p>
    <w:p>
      <w:pPr>
        <w:jc w:val="right"/>
      </w:pPr>
      <w:r>
        <w:t>یہ میں نے آج بتایا آپ کو۔ تو پہلے آپ یہ مانیے کہ ہم نے غلط اسٹینڈ لیا، اس سے قادیانیت پیدا ہو گئی۔</w:t>
      </w:r>
    </w:p>
    <w:p>
      <w:r>
        <w:rPr>
          <w:b/>
        </w:rPr>
        <w:t xml:space="preserve">[02:54] </w:t>
      </w:r>
      <w:r>
        <w:t>jab tak yeh nahi maanein ge, aage koi kaam bhi nahi ho sakta. jab tak lala, lala nahi kahein ge, ila Allah bhi nahi ho sakta.</w:t>
      </w:r>
    </w:p>
    <w:p>
      <w:pPr>
        <w:jc w:val="right"/>
      </w:pPr>
      <w:r>
        <w:t>جب تک یہ نہیں مانیں گے، آگے کوئی کام بھی نہیں ہو سکتا۔ جب تک لالا، لالا نہیں کہیں گے، الا اللہ بھی نہیں ہو سکتا۔</w:t>
      </w:r>
    </w:p>
    <w:p>
      <w:r>
        <w:rPr>
          <w:b/>
        </w:rPr>
        <w:t xml:space="preserve">[03:01] </w:t>
      </w:r>
      <w:r>
        <w:t>to starting part yeh nahi hai ke aap tahaffuz khatm nabuwat. bhai, dekhiye, yahan par jo sahib aate hain, unhein jaanna chahiye ke yahan mobile telephone ko band kar rakhna hai.</w:t>
      </w:r>
    </w:p>
    <w:p>
      <w:pPr>
        <w:jc w:val="right"/>
      </w:pPr>
      <w:r>
        <w:t>تو سٹارٹنگ پارٹ یہ نہیں ہے کہ آپ تحفظ ختم نبوت۔ بھائی، دیکھیے، یہاں پر جو صاحب آتے ہیں، انہیں جاننا چاہیے کہ یہاں موبائل ٹیلی فون کو بند کر رکھنا ہے۔</w:t>
      </w:r>
    </w:p>
    <w:p>
      <w:r>
        <w:rPr>
          <w:b/>
        </w:rPr>
        <w:t xml:space="preserve">[03:12] </w:t>
      </w:r>
      <w:r>
        <w:t>kaise aap logon ko yeh itna bhi nahi jaante? aap yeh aik serious majlis hai, yahan aik bohat hi sanjeeda sab woh hota hai. aap mobile liye baithe hain.</w:t>
      </w:r>
    </w:p>
    <w:p>
      <w:pPr>
        <w:jc w:val="right"/>
      </w:pPr>
      <w:r>
        <w:t>کیسے آپ لوگوں کو یہ اتنا بھی نہیں جانتے؟ آپ یہ ایک سیریس مجلس ہے، یہاں ایک بہت ہی سنجیدہ سب وہ ہوتا ہے۔ آپ موبائل لیے بیٹھے ہیں۔</w:t>
      </w:r>
    </w:p>
    <w:p>
      <w:r>
        <w:rPr>
          <w:b/>
        </w:rPr>
        <w:t xml:space="preserve">[03:22] </w:t>
      </w:r>
      <w:r>
        <w:t>aisi qaum kya taraqqi kare gi jo mobile pe jeeti ho? jo mobile pe jeete ho, taraqqi kya kare gi? mujhe bataiye.</w:t>
      </w:r>
    </w:p>
    <w:p>
      <w:pPr>
        <w:jc w:val="right"/>
      </w:pPr>
      <w:r>
        <w:t>ایسی قوم کیا ترقی کرے گی جو موبائل پہ جیتی ہو؟ جو موبائل پہ جیتے ہو، ترقی کیا کرے گی؟ مجھے بتائیے۔</w:t>
      </w:r>
    </w:p>
    <w:p>
      <w:r>
        <w:rPr>
          <w:b/>
        </w:rPr>
        <w:t xml:space="preserve">[03:32] </w:t>
      </w:r>
      <w:r>
        <w:t>aap ko jaanna chahiye ke yeh is tarah ki majlis nahi hai jahan taaliyan bajti hain, yahan qaaqe buland hote hain. woh aisa nahi hai yahan par.</w:t>
      </w:r>
    </w:p>
    <w:p>
      <w:pPr>
        <w:jc w:val="right"/>
      </w:pPr>
      <w:r>
        <w:t>آپ کو جاننا چاہیے کہ یہ اس طرح کی مجلس نہیں ہے جہاں تالیاں بجتی ہیں، یہاں قاقے بلند ہوتے ہیں۔ وہ ایسا نہیں ہے یہاں پر۔</w:t>
      </w:r>
    </w:p>
    <w:p>
      <w:r>
        <w:rPr>
          <w:b/>
        </w:rPr>
        <w:t xml:space="preserve">[03:42] </w:t>
      </w:r>
      <w:r>
        <w:t>yeh sab wahan chalta hai jahan taaliyan bajti hain, qaaqe lagte hain. to yahan jo aaya hai, wo apne telephone ko band kar ke aaya hua hai.</w:t>
      </w:r>
    </w:p>
    <w:p>
      <w:pPr>
        <w:jc w:val="right"/>
      </w:pPr>
      <w:r>
        <w:t>یہ سب وہاں چلتا ہے جہاں تالیاں بجتی ہیں، قاقے لگتے ہیں۔ تو یہاں جو آیا ہے، وہ اپنے ٹیلی فون کو بند کر کے آیا ہوا ہے۔</w:t>
      </w:r>
    </w:p>
    <w:p>
      <w:r>
        <w:rPr>
          <w:b/>
        </w:rPr>
        <w:t xml:space="preserve">[03:53] </w:t>
      </w:r>
      <w:r>
        <w:t>isi liye Musalman barbaad hain. yahi sab phanse rehte hain hamesha isi mein, isi mein phanse rehte hain. to beharhaal main yeh kahoon ga ke Qadiyani masle ke nipatne ka aaghaz yahan se hai ke hamare aalim maanein is ghalati ko</w:t>
      </w:r>
    </w:p>
    <w:p>
      <w:pPr>
        <w:jc w:val="right"/>
      </w:pPr>
      <w:r>
        <w:t>اسی لیے مسلمان برباد ہیں۔ یہی سب پھنسے رہتے ہیں ہمیشہ اسی میں، اسی میں پھنسے رہتے ہیں۔ تو بہرحال میں یہ کہوں گا کہ قادیانی مسئلے کے نپٹنے کا آغاز یہاں سے ہے کہ ہمارے علماء مانیں اس غلطی کو</w:t>
      </w:r>
    </w:p>
    <w:p>
      <w:r>
        <w:rPr>
          <w:b/>
        </w:rPr>
        <w:t xml:space="preserve">[04:10] </w:t>
      </w:r>
      <w:r>
        <w:t>ke unhon ne khatm nabuwat ko saabit karne ke liye aik aisi baat, aisa naya, aik ghalat criteria create kiya. is se yeh cheez nikal aayi.</w:t>
      </w:r>
    </w:p>
    <w:p>
      <w:pPr>
        <w:jc w:val="right"/>
      </w:pPr>
      <w:r>
        <w:t>کہ انہوں نے ختم نبوت کو ثابت کرنے کے لیے ایک ایسی بات، ایسا نیا، ایک غلط کرائٹیریا کریٹ کیا۔ اس سے یہ چیز نکل آئی۔</w:t>
      </w:r>
    </w:p>
    <w:p>
      <w:r>
        <w:rPr>
          <w:b/>
        </w:rPr>
        <w:t xml:space="preserve">[04:20] </w:t>
      </w:r>
      <w:r>
        <w:t>jab tak wo nahi maanein ge, kuch bhi nahi ho sakta. tahaffuz khatm nabuwat ke naam par aap aik hazar aik jalsay kar daliye, kuch bhi is se hone wala nahi hai.</w:t>
      </w:r>
    </w:p>
    <w:p>
      <w:pPr>
        <w:jc w:val="right"/>
      </w:pPr>
      <w:r>
        <w:t>جب تک وہ نہیں مانیں گے، کچھ بھی نہیں ہو سکتا۔ تحفظ ختم نبوت کے نام پر آپ ایک ہزار ایک جلسے کر ڈالیے، کچھ بھی اس سے ہونے والا نہیں ہے۔</w:t>
      </w:r>
    </w:p>
    <w:p>
      <w:r>
        <w:rPr>
          <w:b/>
        </w:rPr>
        <w:t xml:space="preserve">[04:31] </w:t>
      </w:r>
      <w:r>
        <w:t>kuch bhi faida nahi, kyunke un ki jar to baqi hai. un ki jar to baqi hai. mere paas parson aik hafta hua, do hafta hua, chaar Qadiyani aaye the.</w:t>
      </w:r>
    </w:p>
    <w:p>
      <w:pPr>
        <w:jc w:val="right"/>
      </w:pPr>
      <w:r>
        <w:t>کچھ بھی فائدہ نہیں، کیونکہ ان کی جڑ تو باقی ہے۔ ان کی جڑ تو باقی ہے۔ میرے پاس پرسوں ایک ہفتہ ہوا، دو ہفتہ ہوا، چار قادیانی آئے تھے۔</w:t>
      </w:r>
    </w:p>
    <w:p>
      <w:r>
        <w:rPr>
          <w:b/>
        </w:rPr>
        <w:t xml:space="preserve">[04:44] </w:t>
      </w:r>
      <w:r>
        <w:t>unhon ne yeh baat kahi ke jab aap yeh maante hain ke insaniyat jo hai</w:t>
      </w:r>
    </w:p>
    <w:p>
      <w:pPr>
        <w:jc w:val="right"/>
      </w:pPr>
      <w:r>
        <w:t>انہوں نے یہ بات کہی کہ جب آپ یہ مانتے ہیں کہ انسانیت جو ہے</w:t>
      </w:r>
    </w:p>
    <w:p>
      <w:r>
        <w:rPr>
          <w:b/>
        </w:rPr>
        <w:t xml:space="preserve">[04:50] </w:t>
      </w:r>
      <w:r>
        <w:t>balogh pahunch gayi thi, is wajah se khatm nabuwat ho gaya, to balogh pahunchi hi nahi. wo to is is aitbaar se balogh to ab pahunchi hai, scientific age mein.</w:t>
      </w:r>
    </w:p>
    <w:p>
      <w:pPr>
        <w:jc w:val="right"/>
      </w:pPr>
      <w:r>
        <w:t>بلوغ پہنچ گئی تھی، اس وجہ سے ختم نبوت ہو گیا، تو بلوغ پہنچی ہی نہیں۔ وہ تو اس اس اعتبار سے بلوغ تو اب پہنچی ہے، سائنٹیفک ایج میں۔</w:t>
      </w:r>
    </w:p>
    <w:p>
      <w:r>
        <w:rPr>
          <w:b/>
        </w:rPr>
        <w:t xml:space="preserve">[04:59] </w:t>
      </w:r>
      <w:r>
        <w:t>ab to hum kehte hain ke naya Nabi hai, hamara aadmi naya Nabi hai, to is mein hargz kya hai? to beharhaal main yeh maanta hoon ke fatwa activism kuch bhi nahi, conference aur jalsay kuch bhi nahi.</w:t>
      </w:r>
    </w:p>
    <w:p>
      <w:pPr>
        <w:jc w:val="right"/>
      </w:pPr>
      <w:r>
        <w:t>اب تو ہم کہتے ہیں کہ نیا نبی ہے، ہمارا آدمی نیا نبی ہے، تو اس میں حرج کیا ہے؟ تو بہرحال میں یہ مانتا ہوں کہ فتویٰ ایکٹیوزم کچھ بھی نہیں، کانفرنس اور جلسے کچھ بھی نہیں۔</w:t>
      </w:r>
    </w:p>
    <w:p>
      <w:r>
        <w:rPr>
          <w:b/>
        </w:rPr>
        <w:t xml:space="preserve">[05:13] </w:t>
      </w:r>
      <w:r>
        <w:t>masle ko samjhiye ke jar kahan hai, ghalati kahan hai. jab tak aap is ko nahi jaanen ge, kuch bhi nahi.</w:t>
      </w:r>
    </w:p>
    <w:p>
      <w:pPr>
        <w:jc w:val="right"/>
      </w:pPr>
      <w:r>
        <w:t>مسئلے کو سمجھیے کہ جڑ کہاں ہے، غلطی کہاں ہے۔ جب تک آپ اس کو نہیں جانیں گے، کچھ بھی نہیں۔</w:t>
      </w:r>
    </w:p>
    <w:p>
      <w:r>
        <w:rPr>
          <w:b/>
        </w:rPr>
        <w:t xml:space="preserve">[05:21] </w:t>
      </w:r>
      <w:r>
        <w:t>aisa abas hai jo Quran mein hai ke la khair fi kaseer min najwah. in in baaton se koi faida nahi.</w:t>
      </w:r>
    </w:p>
    <w:p>
      <w:pPr>
        <w:jc w:val="right"/>
      </w:pPr>
      <w:r>
        <w:t>ایسا عبث ہے جو قرآن میں ہے کہ لا خیر فی کثیر من نجواہ۔ ان ان باتوں سے کوئی فائدہ نہیں۔</w:t>
      </w:r>
    </w:p>
    <w:p>
      <w:r>
        <w:rPr>
          <w:b/>
        </w:rPr>
        <w:t xml:space="preserve">[05:30] </w:t>
      </w:r>
      <w:r>
        <w:t>isi ayat ka aap ustaad rahein ge, aap ki saari conferencein aur saare fatwa activism aap ka. aap jaante hain ke is par bohat kuch kiya gaya hai. aalim, aalim Nuusheh Kashmir se le kar aaj tak pata nahi itna zyada likha gaya, itna bola gaya hai, hatta conferencein ke aik nateeja kuch nikla, wo flourish kar rahe hain.</w:t>
      </w:r>
    </w:p>
    <w:p>
      <w:pPr>
        <w:jc w:val="right"/>
      </w:pPr>
      <w:r>
        <w:t>اسی آیت کا آپ استاد رہیں گے، آپ کی ساری کانفرنسیں اور سارے فتویٰ ایکٹیوزم آپ کا۔ آپ جانتے ہیں کہ اس پر بہت کچھ کیا گیا ہے۔ علماء، علماء نوشہ کشمیر سے لے کر آج تک پتہ نہیں اتنا زیادہ لکھا گیا، اتنا بولا گیا ہے، حتیٰ کانفرنسیں کہ ایک نتیجہ کچھ نکلا، وہ فلرش کر رہے ہیں۔</w:t>
      </w:r>
    </w:p>
    <w:p>
      <w:r>
        <w:rPr>
          <w:b/>
        </w:rPr>
        <w:t xml:space="preserve">[05:49] </w:t>
      </w:r>
      <w:r>
        <w:t>woh flourish kar rahe hain, woh sari dunya mein. toh faida kya hai? you have to see the result.</w:t>
      </w:r>
    </w:p>
    <w:p>
      <w:pPr>
        <w:jc w:val="right"/>
      </w:pPr>
      <w:r>
        <w:t>وہ فلرش کر رہے ہیں، وہ ساری دنیا میں۔ تو فائدہ کیا ہے؟ یو ہیو ٹو سی دا رزلٹ۔</w:t>
      </w:r>
    </w:p>
    <w:p>
      <w:r>
        <w:rPr>
          <w:b/>
        </w:rPr>
        <w:t xml:space="preserve">[05:59] </w:t>
      </w:r>
      <w:r>
        <w:t>jab result nahi nikal raha hai toh aap kahein ghalati, ikrari ki ghalati hai kahan? modern mind jo hai,</w:t>
      </w:r>
    </w:p>
    <w:p>
      <w:pPr>
        <w:jc w:val="right"/>
      </w:pPr>
      <w:r>
        <w:t>جب رزلٹ نہیں نکل رہا ہے تو آپ کہیں غلطی، اکڑیے کی غلطی ہے کہاں؟ ماڈرن مائنڈ جو ہے،</w:t>
      </w:r>
    </w:p>
    <w:p>
      <w:r>
        <w:rPr>
          <w:b/>
        </w:rPr>
        <w:t xml:space="preserve">[06:07] </w:t>
      </w:r>
      <w:r>
        <w:t>woh samajhta hai ke haan bhai theek hai, naya nabi toh aani chahiye, yeh toh ulma khud hi keh rahe hain. toh yeh hai meri soch is maamle mein.</w:t>
      </w:r>
    </w:p>
    <w:p>
      <w:pPr>
        <w:jc w:val="right"/>
      </w:pPr>
      <w:r>
        <w:t>وہ سمجھتا ہے کہ ہاں بھئی ٹھیک ہے، نیا نبی تو آنی چاہیے، یہ تو علماء خود ہی کہہ رہے ہیں۔ تو یہ ہے میری سوچ اس معاملے میں۔</w:t>
      </w:r>
    </w:p>
    <w:p>
      <w:r>
        <w:rPr>
          <w:b/>
        </w:rPr>
        <w:t xml:space="preserve">[06:17] </w:t>
      </w:r>
      <w:r>
        <w:t>there is another question in the similar topic: how could qadiyani fitna be encountered by muslim scholars in the beginning?</w:t>
      </w:r>
    </w:p>
    <w:p>
      <w:pPr>
        <w:jc w:val="right"/>
      </w:pPr>
      <w:r>
        <w:t>دیر از انادر کوئسچن ان دی سمیلر ٹاپک: ہاؤ کڈ قادیانی فتنہ بین انکاؤنٹرڈ بائی مسلم سکالرز ان دا بگننگ؟</w:t>
      </w:r>
    </w:p>
    <w:p>
      <w:r>
        <w:rPr>
          <w:b/>
        </w:rPr>
        <w:t xml:space="preserve">[06:25] </w:t>
      </w:r>
      <w:r>
        <w:t>and this question is from mr khurram.</w:t>
      </w:r>
    </w:p>
    <w:p>
      <w:pPr>
        <w:jc w:val="right"/>
      </w:pPr>
      <w:r>
        <w:t>اینڈ دس کوئسچن از فرام مسٹر خرم۔</w:t>
      </w:r>
    </w:p>
    <w:p>
      <w:r>
        <w:rPr>
          <w:b/>
        </w:rPr>
        <w:t xml:space="preserve">[06:30] </w:t>
      </w:r>
      <w:r>
        <w:t>dekhein, main aap ko ek parallel misaal deta hoon. amreeka mein theek isi tarah ka masla paida hai, is ko aap log fitna kehte hain.</w:t>
      </w:r>
    </w:p>
    <w:p>
      <w:pPr>
        <w:jc w:val="right"/>
      </w:pPr>
      <w:r>
        <w:t>دیکھیں، میں آپ کو ایک پیرلل مثال دیتا ہوں۔ امریکہ میں ٹھیک اسی طرح کا مسئلہ پیدا ہے، اس کو آپ لوگ فتنہ کہتے ہیں۔</w:t>
      </w:r>
    </w:p>
    <w:p>
      <w:r>
        <w:rPr>
          <w:b/>
        </w:rPr>
        <w:t xml:space="preserve">[06:41] </w:t>
      </w:r>
      <w:r>
        <w:t>is theek isi tarah ka, jis ko jo black muslims ko aap kehte hain, woh isi tarah ke log thay. woh prophet mante thay apne aadmi ko.</w:t>
      </w:r>
    </w:p>
    <w:p>
      <w:pPr>
        <w:jc w:val="right"/>
      </w:pPr>
      <w:r>
        <w:t>اس ٹھیک اسی طرح کا، جس کو جو بلیک مسلمز کو آپ کہتے ہیں، وہ اسی طرح کے لوگ تھے۔ وہ پرافٹ مانتے تھے اپنے آدمی کو۔</w:t>
      </w:r>
    </w:p>
    <w:p>
      <w:r>
        <w:rPr>
          <w:b/>
        </w:rPr>
        <w:t xml:space="preserve">[06:53] </w:t>
      </w:r>
      <w:r>
        <w:t>bilkul wohi theek, yaani woh amreeki qadiyani thay, woh amreeki qadiyani.</w:t>
      </w:r>
    </w:p>
    <w:p>
      <w:pPr>
        <w:jc w:val="right"/>
      </w:pPr>
      <w:r>
        <w:t>بالکل وہی ٹھیک، یعنی وہ امریکی قادیانی تھے، وہ امریکی قادیانی۔</w:t>
      </w:r>
    </w:p>
    <w:p>
      <w:r>
        <w:rPr>
          <w:b/>
        </w:rPr>
        <w:t xml:space="preserve">[07:03] </w:t>
      </w:r>
      <w:r>
        <w:t>lekin aaj jo khatam ho chuka hai, woh masla khatam ho chuka hai aaj. kyunke waris muhammad jo thay, yaani jinhone ke daawa kiya tha paighambari ka,</w:t>
      </w:r>
    </w:p>
    <w:p>
      <w:pPr>
        <w:jc w:val="right"/>
      </w:pPr>
      <w:r>
        <w:t>لیکن آج جو ختم ہو ہو چکا ہے، وہ مسئلہ ختم ہو چکا ہے آج۔ کیونکہ وارث محمد جو تھے، یعنی جنہوں نے کہ دعویٰ کیا تھا پیغمبری کا،</w:t>
      </w:r>
    </w:p>
    <w:p>
      <w:r>
        <w:rPr>
          <w:b/>
        </w:rPr>
        <w:t xml:space="preserve">[07:16] </w:t>
      </w:r>
      <w:r>
        <w:t>toh is ke baad kya hua? chunchke amreeka mein woh mauqa nahi hai jise india mein aap karte hain, fatwe baazi</w:t>
      </w:r>
    </w:p>
    <w:p>
      <w:pPr>
        <w:jc w:val="right"/>
      </w:pPr>
      <w:r>
        <w:t>تو اس کے بعد کیا ہوا؟ چونکہ امریکہ میں وہ موقع نہیں ہے جسے انڈیا میں آپ کرتے ہیں، فتوے بازی</w:t>
      </w:r>
    </w:p>
    <w:p>
      <w:r>
        <w:rPr>
          <w:b/>
        </w:rPr>
        <w:t xml:space="preserve">[07:23] </w:t>
      </w:r>
      <w:r>
        <w:t>aur adham baazi aur conference baazi, yeh toh wahan kar nahi sakte. aap wahan ka mahaul doosra hai. wahan aap yeh sab nahi kar sakte ke fatwa dein, conference dein aur maro kaato karein.</w:t>
      </w:r>
    </w:p>
    <w:p>
      <w:pPr>
        <w:jc w:val="right"/>
      </w:pPr>
      <w:r>
        <w:t>اور ادھم بازی اور کانفرنس بازی، یہ تو وہاں کر نہیں سکتے۔ آپ وہاں کا ماحول دوسرا ہے۔ وہاں آپ یہ سب نہیں کر سکتے کہ فتویٰ دیں، کانفرنس دیں اور مارو کاٹو کریں۔</w:t>
      </w:r>
    </w:p>
    <w:p>
      <w:r>
        <w:rPr>
          <w:b/>
        </w:rPr>
        <w:t xml:space="preserve">[07:33] </w:t>
      </w:r>
      <w:r>
        <w:t>woh chal nahi sakta. yeh culture toh compulsorily musalmanon ne wohi kiya jo main keh raha hoon.</w:t>
      </w:r>
    </w:p>
    <w:p>
      <w:pPr>
        <w:jc w:val="right"/>
      </w:pPr>
      <w:r>
        <w:t>وہ چل نہیں سکتا۔ یہ کلچر تو کمپلسولی مسلمانوں نے وہی کیا جو میں کہہ رہا ہوں۔</w:t>
      </w:r>
    </w:p>
    <w:p>
      <w:r>
        <w:rPr>
          <w:b/>
        </w:rPr>
        <w:t xml:space="preserve">[07:40] </w:t>
      </w:r>
      <w:r>
        <w:t>compulsorily, yaani baat cheet, discussion, yeh hua wahan par. compulsorily hua. agar wahan bhi agar azaadi hoti rahi, india pakistan jaisi, toh wahan bhi hungama khara karte log.</w:t>
      </w:r>
    </w:p>
    <w:p>
      <w:pPr>
        <w:jc w:val="right"/>
      </w:pPr>
      <w:r>
        <w:t>کمپلسولی، یعنی بات چیت، ڈسکشن، یہ ہوا وہاں پر۔ کمپلسولی ہوا۔ اگر وہاں بھی اگر آزادی ہوتی رہی، انڈیا پاکستان جیسی، تو وہاں بھی ہنگامہ کھڑا کرتے لوگ۔</w:t>
      </w:r>
    </w:p>
    <w:p>
      <w:r>
        <w:rPr>
          <w:b/>
        </w:rPr>
        <w:t xml:space="preserve">[07:53] </w:t>
      </w:r>
      <w:r>
        <w:t>toh kya hua ke woh sab, woh sab phir un ka zehan badla. yaani baap ne daawa kiya tha, bete tak aate aate maamla badal gaya. bete ko yeh le gaye hajj karwane ke liye.</w:t>
      </w:r>
    </w:p>
    <w:p>
      <w:pPr>
        <w:jc w:val="right"/>
      </w:pPr>
      <w:r>
        <w:t>تو کیا ہوا کہ وہ سب، وہ سب پھر ان کا ذہن بدلا۔ یعنی باپ نے دعویٰ کیا تھا، بیٹے تک آتے آتے معاملہ بدل گیا۔ بیٹے کو یہ لے گئے حج کرانے کے لیے۔</w:t>
      </w:r>
    </w:p>
    <w:p>
      <w:r>
        <w:rPr>
          <w:b/>
        </w:rPr>
        <w:t xml:space="preserve">[08:04] </w:t>
      </w:r>
      <w:r>
        <w:t>hajj mein us ne dekha ke saare musalman yahan pe itne bade shandar tareeqe se aate hain, hajj karte hain waghera. toh zehan badal gaya. us ne ailaan kiya bete ne, mera baap galat tha yeh kehne mein ke main paighambar hoon.</w:t>
      </w:r>
    </w:p>
    <w:p>
      <w:pPr>
        <w:jc w:val="right"/>
      </w:pPr>
      <w:r>
        <w:t>حج میں اس نے دیکھا کہ سارے مسلمان یہاں پہ اتنے بڑے شاندار طریقے سے آتے ہیں، حج کرتے ہیں وغیرہ۔ تو ذہن بدل گیا۔ اس نے اعلان کیا بیٹے نے، میرا باپ غلط تھا یہ کہنے میں کہ میں پیغمبر ہوں۔</w:t>
      </w:r>
    </w:p>
    <w:p>
      <w:r>
        <w:rPr>
          <w:b/>
        </w:rPr>
        <w:t xml:space="preserve">[08:16] </w:t>
      </w:r>
      <w:r>
        <w:t>ab woh muslim jo mainstream is mein aa gaye hain, woh log</w:t>
      </w:r>
    </w:p>
    <w:p>
      <w:pPr>
        <w:jc w:val="right"/>
      </w:pPr>
      <w:r>
        <w:t>اب وہ مسلم جو مین اسٹریم اس میں آگئے ہیں، وہ لوگ</w:t>
      </w:r>
    </w:p>
    <w:p>
      <w:r>
        <w:rPr>
          <w:b/>
        </w:rPr>
        <w:t xml:space="preserve">[08:22] </w:t>
      </w:r>
      <w:r>
        <w:t>yahi karna chahiye tha india mein bhi. so ab yeh mainstream mein hote hain. aaj yeh aap is ki history padhiye, wahan ke jo black muslims hain, un ki history padhiye.</w:t>
      </w:r>
    </w:p>
    <w:p>
      <w:pPr>
        <w:jc w:val="right"/>
      </w:pPr>
      <w:r>
        <w:t>یہی کرنا چاہیے تھا انڈیا میں بھی۔ سو اب یہ مین اسٹریم میں ہوتے ہیں۔ آج یہ آپ اس کی ہسٹری پڑھیے، وہاں کے جو بلیک مسلمز ہیں، ان کی ہسٹری پڑھیے۔</w:t>
      </w:r>
    </w:p>
    <w:p>
      <w:r>
        <w:rPr>
          <w:b/>
        </w:rPr>
        <w:t xml:space="preserve">[08:34] </w:t>
      </w:r>
      <w:r>
        <w:t>theek wohi maamla tha wahan par, wohi masla tha wahan par jo india mein paida hua.</w:t>
      </w:r>
    </w:p>
    <w:p>
      <w:pPr>
        <w:jc w:val="right"/>
      </w:pPr>
      <w:r>
        <w:t>ٹھیک وہی معاملہ تھا وہاں پر، وہی مسئلہ تھا وہاں پر جو انڈیا میں پیدا ہوا۔</w:t>
      </w:r>
    </w:p>
    <w:p>
      <w:r>
        <w:rPr>
          <w:b/>
        </w:rPr>
        <w:t xml:space="preserve">[08:41] </w:t>
      </w:r>
      <w:r>
        <w:t>lekin under compulsion unhone kya kiya ke baat cheet ki, discussion kiya, samjhaya bujhaya, aur yahan tak ke un ko le gaye wahan par hajj karwane ke liye.</w:t>
      </w:r>
    </w:p>
    <w:p>
      <w:pPr>
        <w:jc w:val="right"/>
      </w:pPr>
      <w:r>
        <w:t>لیکن انڈر کمپریشن انہوں نے کیا کیا کہ بات چیت کی، ڈسکشن کیا، سمجھایا بجھایا، اور یہاں تک کہ ان کو لے گئے وہاں پر حج کروانے کے لیے۔</w:t>
      </w:r>
    </w:p>
    <w:p>
      <w:r>
        <w:rPr>
          <w:b/>
        </w:rPr>
        <w:t xml:space="preserve">[08:52] </w:t>
      </w:r>
      <w:r>
        <w:t>sab masla khatam ho gaya. ab woh mainstream mein shamil hain. woh maine khud un ke bete ki taqreer suni hai, jab amreeka gaya tha. wohi taqreer karte hain, woh bhi jo aam aam ulma karte hain.</w:t>
      </w:r>
    </w:p>
    <w:p>
      <w:pPr>
        <w:jc w:val="right"/>
      </w:pPr>
      <w:r>
        <w:t>سب مسئلہ ختم ہو گیا۔ اب وہ مین اسٹریم میں شامل ہیں۔ وہ میں نے خود ان کے بیٹے کی تقریر سنی ہے، جب امریکہ گیا تھا۔ وہی تقریر کرتے ہیں، وہ بھی جو عام عام علماء کرتے ہیں۔</w:t>
      </w:r>
    </w:p>
    <w:p>
      <w:r>
        <w:rPr>
          <w:b/>
        </w:rPr>
        <w:t xml:space="preserve">[09:05] </w:t>
      </w:r>
      <w:r>
        <w:t>toh ulma ne ghalati yeh ki ke is ko, is ko dhoom baazi ka masla bana liya. un ke khilaaf muqadma qaim kiya gaya, un ko maro, un ko kaato, yeh sab kiya gaya.</w:t>
      </w:r>
    </w:p>
    <w:p>
      <w:pPr>
        <w:jc w:val="right"/>
      </w:pPr>
      <w:r>
        <w:t>تو علماء نے غلطی یہ کی کہ اس کو، اس کو دھوم بازی کا مسئلہ بنا لیا۔ ان کے خلاف مقدمہ قائم کیا گیا، ان کو مارو، ان کو کاٹو، یہ سب کیا گیا۔</w:t>
      </w:r>
    </w:p>
    <w:p>
      <w:r>
        <w:rPr>
          <w:b/>
        </w:rPr>
        <w:t xml:space="preserve">[09:18] </w:t>
      </w:r>
      <w:r>
        <w:t>samjhana bujhana, yaani persuade karna, discussion karna, yeh yeh kiya hi nahi hai hamare ulma ne. munazra baazi kiya logon ne.</w:t>
      </w:r>
    </w:p>
    <w:p>
      <w:pPr>
        <w:jc w:val="right"/>
      </w:pPr>
      <w:r>
        <w:t>سمجھانا بجھانا، یعنی پرسویٹ کرنا، ڈسکشن کرنا، یہ یہ کیا ہی نہیں ہے ہمارے علماء نے۔ مناظرہ بازی کیا لوگوں نے۔</w:t>
      </w:r>
    </w:p>
    <w:p>
      <w:r>
        <w:rPr>
          <w:b/>
        </w:rPr>
        <w:t xml:space="preserve">[09:27] </w:t>
      </w:r>
      <w:r>
        <w:t>toh is ki saza bhugti hai. aap is ki price hum de rahe hain aaj ke aur un ko aur taraf aur taqat mil gayi.</w:t>
      </w:r>
    </w:p>
    <w:p>
      <w:pPr>
        <w:jc w:val="right"/>
      </w:pPr>
      <w:r>
        <w:t>تو اس کی سزا بھگتی ہے۔ آپ اس کی پرائس ہم دے رہے ہیں آج کہ اور ان کو اور طرف اور طاقت مل گئی۔</w:t>
      </w:r>
    </w:p>
    <w:p>
      <w:r>
        <w:rPr>
          <w:b/>
        </w:rPr>
        <w:t xml:space="preserve">[09:37] </w:t>
      </w:r>
      <w:r>
        <w:t>toh wohi karna chahiye tha jo amreeka mein logon ne kiya black muslims ke maamle mein. woh yahan bhi karna chahiye tha. toh kuch bhi na hota, aaj woh mainstream mein dakhil hote.</w:t>
      </w:r>
    </w:p>
    <w:p>
      <w:pPr>
        <w:jc w:val="right"/>
      </w:pPr>
      <w:r>
        <w:t>تو وہی کرنا چاہیے تھا جو امریکہ میں لوگوں نے کیا بلیک مسلمز کے معاملے میں۔ وہ یہاں بھی کرنا چاہیے تھا۔ تو کچھ بھی نہ ہوتا، آج وہ مین اسٹریم میں داخل ہوتے۔</w:t>
      </w:r>
    </w:p>
    <w:p>
      <w:r>
        <w:rPr>
          <w:b/>
        </w:rPr>
        <w:t xml:space="preserve">[09:47] </w:t>
      </w:r>
      <w:r>
        <w:t>woh.</w:t>
      </w:r>
    </w:p>
    <w:p>
      <w:pPr>
        <w:jc w:val="right"/>
      </w:pPr>
      <w:r>
        <w:t>وہ۔</w:t>
      </w:r>
    </w:p>
    <w:p>
      <w:r>
        <w:rPr>
          <w:b/>
        </w:rPr>
        <w:t xml:space="preserve">[09:50] </w:t>
      </w:r>
      <w:r>
        <w:t>das question is from Maulana Zakwan: diz the reasoning given by qadiyanis for the need of a new nabi in today's situation valid, or the religion revealed by God upon prophet Muhammad holds true for times to come?</w:t>
      </w:r>
    </w:p>
    <w:p>
      <w:pPr>
        <w:jc w:val="right"/>
      </w:pPr>
      <w:r>
        <w:t>دس کوئسچن از فرام مولانا زکوان: ڈز دی ریزننگ گیون بائی قادیانیز فار دی نیڈ اف ا نیو نبی ان ٹوڈے سچویشن ویلڈ، اور دی ریلیجن ریویلڈ بائی گاڈ اپون پرافٹ محمد ہولڈز ٹرو فار ٹائمز ٹو کم؟</w:t>
      </w:r>
    </w:p>
    <w:p>
      <w:r>
        <w:rPr>
          <w:b/>
        </w:rPr>
        <w:t xml:space="preserve">[10:09] </w:t>
      </w:r>
      <w:r>
        <w:t>please give your views on it.</w:t>
      </w:r>
    </w:p>
    <w:p>
      <w:pPr>
        <w:jc w:val="right"/>
      </w:pPr>
      <w:r>
        <w:t>پلیز گیو یور ویوز ان اٹ۔</w:t>
      </w:r>
    </w:p>
    <w:p>
      <w:r>
        <w:rPr>
          <w:b/>
        </w:rPr>
        <w:t xml:space="preserve">[10:11] </w:t>
      </w:r>
      <w:r>
        <w:t>haan, dekhiye, is baat ko samjhiye. aap bahut hi aham yeh sawal hai. dekhiye, halaat ke badalne se naya nabi ki zaroorat nahi hua karti.</w:t>
      </w:r>
    </w:p>
    <w:p>
      <w:pPr>
        <w:jc w:val="right"/>
      </w:pPr>
      <w:r>
        <w:t>ہاں، دیکھیے، اس بات کو سمجھیے۔ آپ بہت ہی اہم یہ سوال ہے۔ دیکھیے، حالات کے بدلنے سے نیا نبی کی ضرورت نہیں ہوا کرتی۔</w:t>
      </w:r>
    </w:p>
    <w:p>
      <w:r>
        <w:rPr>
          <w:b/>
        </w:rPr>
        <w:t xml:space="preserve">[10:23] </w:t>
      </w:r>
      <w:r>
        <w:t>yeh ek haqeeqat hai ke halaat badal gaye hain. yaani woh tha traditional age, ab hai scientific age.</w:t>
      </w:r>
    </w:p>
    <w:p>
      <w:pPr>
        <w:jc w:val="right"/>
      </w:pPr>
      <w:r>
        <w:t>یہ ایک حقیقت ہے کہ حالات بدل گئے ہیں۔ یعنی وہ تھا ٹریڈیشنل ایج، اب ہے سائنٹیفک ایج۔</w:t>
      </w:r>
    </w:p>
    <w:p>
      <w:r>
        <w:rPr>
          <w:b/>
        </w:rPr>
        <w:t xml:space="preserve">[10:30] </w:t>
      </w:r>
      <w:r>
        <w:t>woh tha pre civilization age, ab hai post civilization age. yeh khuli hui baat hai. lekin halaat ke badalne se nayi nabuwat ki zaroorat nahi hua karti.</w:t>
      </w:r>
    </w:p>
    <w:p>
      <w:pPr>
        <w:jc w:val="right"/>
      </w:pPr>
      <w:r>
        <w:t>وہ تھا پری سیولائزیشن ایج، اب ہے پوسٹ سیولائزیشن ایج۔ یہ کھلی ہوئی بات ہے۔ لیکن حالات کے بدلنے سے نئی نبوت کی ضرورت نہیں ہوا کرتی۔</w:t>
      </w:r>
    </w:p>
    <w:p>
      <w:r>
        <w:rPr>
          <w:b/>
        </w:rPr>
        <w:t xml:space="preserve">[10:41] </w:t>
      </w:r>
      <w:r>
        <w:t>ijtehad ki zaroorat hoti hai. yaad rakhiye, naye halaat mein humein jo karna tha, woh ijtehad. aisa nahi ke naye nabi</w:t>
      </w:r>
    </w:p>
    <w:p>
      <w:pPr>
        <w:jc w:val="right"/>
      </w:pPr>
      <w:r>
        <w:t>اجتہاد کی ضرورت ہوتی ہے۔ یاد رکھیے، نئے حالات میں ہمیں جو کرنا تھا، وہ اجتہاد۔ ایسا نہیں کہ نئے نبی</w:t>
      </w:r>
    </w:p>
    <w:p>
      <w:r>
        <w:rPr>
          <w:b/>
        </w:rPr>
        <w:t xml:space="preserve">[10:51] </w:t>
      </w:r>
      <w:r>
        <w:t>paida karen. hum nabi kis liye aata hai? nabi aata hai buniyadi basic jo principles hain, woh dene ke liye.</w:t>
      </w:r>
    </w:p>
    <w:p>
      <w:pPr>
        <w:jc w:val="right"/>
      </w:pPr>
      <w:r>
        <w:t>پیدا کریں۔ ہم نبی کس لیے آتا ہے؟ نبی آتا ہے بنیادی بیسک جو پرنسپلز ہیں، وہ دینے کے لیے۔</w:t>
      </w:r>
    </w:p>
    <w:p>
      <w:r>
        <w:rPr>
          <w:b/>
        </w:rPr>
        <w:t xml:space="preserve">[11:02] </w:t>
      </w:r>
      <w:r>
        <w:t>detail dene ke liye nabi nahi aata hai. nabi ke apne zamane mein bhi ijtehad ka amal shuru ho jata hai.</w:t>
      </w:r>
    </w:p>
    <w:p>
      <w:pPr>
        <w:jc w:val="right"/>
      </w:pPr>
      <w:r>
        <w:t>ڈیٹیل دینے کے لیے نبی نہیں آتا ہے۔ نبی کے اپنے زمانے میں بھی اجتہاد کا عمل شروع ہو جاتا ہے۔</w:t>
      </w:r>
    </w:p>
    <w:p>
      <w:r>
        <w:rPr>
          <w:b/>
        </w:rPr>
        <w:t xml:space="preserve">[11:09] </w:t>
      </w:r>
      <w:r>
        <w:t>mashhoor waqia hai, aap jante hain ke rasool Allah salallahu alaihi wasallam ne kuch sahaba ko bheja bano quraiza ke basti ki taraf, aur aap ne farmaya jaate hue, yaani madine se gaye the, woh log ke la yusalli ahadakum</w:t>
      </w:r>
    </w:p>
    <w:p>
      <w:pPr>
        <w:jc w:val="right"/>
      </w:pPr>
      <w:r>
        <w:t>مشہور واقعہ ہے، آپ جانتے ہیں کہ رسول اللہ صلی اللہ علیہ وسلم نے کچھ صحابہ کو بھیجا بنو قریضہ کے بستی کی طرف، اور آپ نے فرمایا جاتے ہوئے، یعنی مدینے سے گئے تھے، وہ لوگ کہ لا یصل احدکم</w:t>
      </w:r>
    </w:p>
    <w:p>
      <w:r>
        <w:rPr>
          <w:b/>
        </w:rPr>
        <w:t xml:space="preserve">[11:27] </w:t>
      </w:r>
      <w:r>
        <w:t>al asr illa fi bani quraiza. ke bano quraiza ke pahunch jao un ki basti mein, tab namaz parhna asr ki. toh khullam khulla aap ne, aap ne un ko hukum diya tha taakeed ke saath.</w:t>
      </w:r>
    </w:p>
    <w:p>
      <w:pPr>
        <w:jc w:val="right"/>
      </w:pPr>
      <w:r>
        <w:t>العصر الا فی بنی قریضہ۔ کہ بنو قریضہ کے پہنچ جاؤ ان کی بستی میں، تب نماز پڑھنا عصر کی۔ تو کھلم کھلا آپ نے، آپ نے ان کو حکم دیا تھا تاکید کے ساتھ۔</w:t>
      </w:r>
    </w:p>
    <w:p>
      <w:r>
        <w:rPr>
          <w:b/>
        </w:rPr>
        <w:t xml:space="preserve">[11:41] </w:t>
      </w:r>
      <w:r>
        <w:t>la yusalli lan ka matlab bahut taakeedi kaha aap ne.</w:t>
      </w:r>
    </w:p>
    <w:p>
      <w:pPr>
        <w:jc w:val="right"/>
      </w:pPr>
      <w:r>
        <w:t>لا یصل لان کا مطلب بہت تاکیدی کہا آپ نے۔</w:t>
      </w:r>
    </w:p>
    <w:p>
      <w:r>
        <w:rPr>
          <w:b/>
        </w:rPr>
        <w:t xml:space="preserve">[11:47] </w:t>
      </w:r>
      <w:r>
        <w:t>toh kya hua? jab sahaba wahan qareeb pahunche toh suraj dubne laga. toh kuch logon ne kaha tha aap ke aap ne farmaya hai ke namaz asr ke mat raste mein parhna, wahan pahunch kar parhna.</w:t>
      </w:r>
    </w:p>
    <w:p>
      <w:pPr>
        <w:jc w:val="right"/>
      </w:pPr>
      <w:r>
        <w:t>تو کیا ہوا؟ جب صحابہ وہاں قریب پہنچے تو سورج ڈوبنے لگا۔ تو کچھ لوگوں نے کہا تھا آپ کہ آپ نے فرمایا ہے کہ نماز عصر کے مت راستے میں پڑھنا، وہاں پہنچ کر پڑھنا۔</w:t>
      </w:r>
    </w:p>
    <w:p>
      <w:r>
        <w:rPr>
          <w:b/>
        </w:rPr>
        <w:t xml:space="preserve">[11:59] </w:t>
      </w:r>
      <w:r>
        <w:t>toh kuch sahaba ne ijtehad kiya. ya yeh, yeh, yeh bhi sahaba ke zamane ka ijtehad hai. yeh rasool Allah ke zamane ka ijtehad hai. yeh</w:t>
      </w:r>
    </w:p>
    <w:p>
      <w:pPr>
        <w:jc w:val="right"/>
      </w:pPr>
      <w:r>
        <w:t>تو کچھ صحابہ نے اجتہاد کیا۔ یا یہ، یہ، یہ بھی صحابہ کے زمانے کا اجتہاد ہے۔ یہ رسول اللہ کے زمانے کا اجتہاد ہے۔ یہ</w:t>
      </w:r>
    </w:p>
    <w:p>
      <w:r>
        <w:rPr>
          <w:b/>
        </w:rPr>
        <w:t xml:space="preserve">[12:08] </w:t>
      </w:r>
      <w:r>
        <w:t>unhone kaha, unhone kuch logon ne literal taur par liya aur kaha ke nahi, hum wahin ja ke parhenge. kuch logon ne liya ke ke aap ne ta'jeel fis sayr murad thi, aap ki jaldi karo, tez tez jao.</w:t>
      </w:r>
    </w:p>
    <w:p>
      <w:pPr>
        <w:jc w:val="right"/>
      </w:pPr>
      <w:r>
        <w:t>انہوں نے کہا، انہوں نے کچھ لوگوں نے لٹرل طور پر لیا اور کہا کہ نہیں، ہم وہیں جا کے پڑھیں گے۔ کچھ لوگوں نے لیا کہ کہ آپ نے تعجیل فی السیر مراد تھی، آپ کی جلدی کرو، تیز تیز جاؤ۔</w:t>
      </w:r>
    </w:p>
    <w:p>
      <w:r>
        <w:rPr>
          <w:b/>
        </w:rPr>
        <w:t xml:space="preserve">[12:26] </w:t>
      </w:r>
      <w:r>
        <w:t>ta'jeel fis sayr, tezi se jao. is ke liye aap ne ek andaaz tha, woh kehne ka aap ka. toh ijtehad tha yeh. toh ijtehad toh rasool Allah ke zamane mein shuru ho gaya.</w:t>
      </w:r>
    </w:p>
    <w:p>
      <w:pPr>
        <w:jc w:val="right"/>
      </w:pPr>
      <w:r>
        <w:t>تعجیل فی السیر، تیزی سے جاؤ۔ اس کے لیے آپ نے ایک انداز تھا، وہ کہنے کا آپ کا۔ تو اجتہاد تھا یہ۔ تو اجتہاد تو رسول اللہ کے زمانے میں شروع ہو گیا۔</w:t>
      </w:r>
    </w:p>
    <w:p>
      <w:r>
        <w:rPr>
          <w:b/>
        </w:rPr>
        <w:t xml:space="preserve">[12:38] </w:t>
      </w:r>
      <w:r>
        <w:t>ijtehad kaise khatam ho sakta hai? logon ne nadani doosri ek ek ijtehad darwaze hi band kar diya.</w:t>
      </w:r>
    </w:p>
    <w:p>
      <w:pPr>
        <w:jc w:val="right"/>
      </w:pPr>
      <w:r>
        <w:t>اجتہاد کیسے ختم ہو سکتا ہے؟ لوگوں نے نادانی دوسری ایک ایک اجتہاد دروازے ہی بند کر دیا۔</w:t>
      </w:r>
    </w:p>
    <w:p>
      <w:r>
        <w:rPr>
          <w:b/>
        </w:rPr>
        <w:t xml:space="preserve">[12:46] </w:t>
      </w:r>
      <w:r>
        <w:t>ijtehad ek aisa amal hai jo zindagi ke saath juda hua hai hamesha ke liye. toh ab ijtehad darwaza band kiya toh phir naya nabi paida ho gaya aur jab ijtehad darwaza band karenge, aap toh yahi hoga.</w:t>
      </w:r>
    </w:p>
    <w:p>
      <w:pPr>
        <w:jc w:val="right"/>
      </w:pPr>
      <w:r>
        <w:t>اجتہاد ایک ایسا عمل ہے جو زندگی کے ساتھ جڑا ہوا ہے ہمیشہ کے لیے۔ تو اب اجتہاد دروازہ بند کیا تو پھر نیا نبی پیدا ہو گیا۔ اور جب اجتہاد دروازہ بند کریں گے، آپ تو یہی ہوگا۔</w:t>
      </w:r>
    </w:p>
    <w:p>
      <w:r>
        <w:rPr>
          <w:b/>
        </w:rPr>
        <w:t xml:space="preserve">[12:59] </w:t>
      </w:r>
      <w:r>
        <w:t>toh behal main yeh kahunga ke halaat ke badalne se</w:t>
      </w:r>
    </w:p>
    <w:p>
      <w:pPr>
        <w:jc w:val="right"/>
      </w:pPr>
      <w:r>
        <w:t>تو بہرحال میں یہ کہوں گا کہ حالات کے بدلنے سے</w:t>
      </w:r>
    </w:p>
    <w:p>
      <w:r>
        <w:rPr>
          <w:b/>
        </w:rPr>
        <w:t xml:space="preserve">[13:03] </w:t>
      </w:r>
      <w:r>
        <w:t>kisi naye nabi ki zaroorat nahi hoti hai. sirf naye ijtehad ki zaroorat hoti hai.</w:t>
      </w:r>
    </w:p>
    <w:p>
      <w:pPr>
        <w:jc w:val="right"/>
      </w:pPr>
      <w:r>
        <w:t>کسی نئے نبی کی ضرورت نہیں ہوتی ہے۔ صرف نئے اجتہاد کی ضرورت ہوتی ہے۔</w:t>
      </w:r>
    </w:p>
    <w:p>
      <w:r>
        <w:rPr>
          <w:b/>
        </w:rPr>
        <w:t xml:space="preserve">[13:11] </w:t>
      </w:r>
      <w:r>
        <w:t>naye nabi ke badalne se,</w:t>
      </w:r>
    </w:p>
    <w:p>
      <w:pPr>
        <w:jc w:val="right"/>
      </w:pPr>
      <w:r>
        <w:t>نئے نبی کے بدلنے سے،</w:t>
      </w:r>
    </w:p>
    <w:p>
      <w:r>
        <w:rPr>
          <w:b/>
        </w:rPr>
        <w:t xml:space="preserve">[13:15] </w:t>
      </w:r>
      <w:r>
        <w:t>woh halaat ke badalne se ke naye nabi ki zaroorat nahi hoti hai, ijtehad ki zaroorat hoti hai. aur ijtehad ek aisa kaam hai jo hamesha chalta rahega, hamesha.</w:t>
      </w:r>
    </w:p>
    <w:p>
      <w:pPr>
        <w:jc w:val="right"/>
      </w:pPr>
      <w:r>
        <w:t>وہ حالات کے بدلنے سے کہ نئے نبی کی ضرورت نہیں ہوتی ہے، اجتہاد کی ضرورت ہوتی ہے۔ اور اجتہاد ایک ایسا کام ہے جو ہمیشہ چلتا رہے گا، ہمیشہ۔</w:t>
      </w:r>
    </w:p>
    <w:p>
      <w:r>
        <w:rPr>
          <w:b/>
        </w:rPr>
        <w:t xml:space="preserve">[13:25] </w:t>
      </w:r>
      <w:r>
        <w:t>toh aaj yeh zaroorat humein ek ek ijtehad ki, ek aisa, ek ek aisa insaan jo</w:t>
      </w:r>
    </w:p>
    <w:p>
      <w:pPr>
        <w:jc w:val="right"/>
      </w:pPr>
      <w:r>
        <w:t>تو آج یہ ضرورت ہمیں ایک ایک اجتہاد کی، ایک ایسا، ایک ایک ایسا انسان جو</w:t>
      </w:r>
    </w:p>
    <w:p>
      <w:r>
        <w:rPr>
          <w:b/>
        </w:rPr>
        <w:t xml:space="preserve">[13:33] </w:t>
      </w:r>
      <w:r>
        <w:t>jaane acche tarike se aaj ke halaat ko, Islam dono ko jaane, qadeem jadeed dono ko jaane, aur aaj ke lehaz se rehnumai de. nabi ki zaroorat nahi hai hum ko, ek mujtahidana qism ke aalim ki zaroorat hai, bas aur kuch nahi.</w:t>
      </w:r>
    </w:p>
    <w:p>
      <w:pPr>
        <w:jc w:val="right"/>
      </w:pPr>
      <w:r>
        <w:t>جانے اچھے طریقے سے آج کے حالات کو، اسلام دونوں کو جانے، قدیم جدید دونوں کو جانے، اور آج کے لحاظ سے رہنمائی دے۔ نبی کی ضرورت نہیں ہے ہم کو، ایک مجتہدانہ قسم کے عالم کی ضرورت ہے، بس اور کچھ نہیں۔</w:t>
      </w:r>
    </w:p>
    <w:p>
      <w:r>
        <w:rPr>
          <w:b/>
        </w:rPr>
        <w:t xml:space="preserve">[13:49] </w:t>
      </w:r>
      <w:r>
        <w:t>badqismati se hamare ulama har mamle mein</w:t>
      </w:r>
    </w:p>
    <w:p>
      <w:pPr>
        <w:jc w:val="right"/>
      </w:pPr>
      <w:r>
        <w:t>بدقسمتی سے ہمارے علماء ہر معاملے میں</w:t>
      </w:r>
    </w:p>
    <w:p>
      <w:r>
        <w:rPr>
          <w:b/>
        </w:rPr>
        <w:t xml:space="preserve">[13:52] </w:t>
      </w:r>
      <w:r>
        <w:t>nadani karte hain, aur phir is ki price poori ummat ko bhugtani padti hai. ijtehad darwaza band kiya toh un ka phir toh nabi aana zaroori hai.</w:t>
      </w:r>
    </w:p>
    <w:p>
      <w:pPr>
        <w:jc w:val="right"/>
      </w:pPr>
      <w:r>
        <w:t>نادانی کرتے ہیں، اور پھر اس کی پرائس پوری ملت کو بھگتنی پڑتی ہے۔ اجتہاد دروازہ بند کیا تو ان کا پھر تو نبی آنا ضروری ہے۔</w:t>
      </w:r>
    </w:p>
    <w:p>
      <w:r>
        <w:rPr>
          <w:b/>
        </w:rPr>
        <w:t xml:space="preserve">[14:01] </w:t>
      </w:r>
      <w:r>
        <w:t>kon hamein rehnumai de?</w:t>
      </w:r>
    </w:p>
    <w:p>
      <w:pPr>
        <w:jc w:val="right"/>
      </w:pPr>
      <w:r>
        <w:t>کون ہمیں رہنمائی دے؟</w:t>
      </w:r>
    </w:p>
    <w:p>
      <w:r>
        <w:rPr>
          <w:b/>
        </w:rPr>
        <w:t xml:space="preserve">[14:06] </w:t>
      </w:r>
      <w:r>
        <w:t>to nabi bilashuba is, yani jab deen, deen, deen jab mehfooz ho gaya to naye nabi ki zaroorat khatm ho gayi.</w:t>
      </w:r>
    </w:p>
    <w:p>
      <w:pPr>
        <w:jc w:val="right"/>
      </w:pPr>
      <w:r>
        <w:t>تو نبی بلاشبہ اس، یعنی جب دین، دین، دین جب محفوظ ہو گیا تو نئے نبی کی ضرورت ختم ہوگئی۔</w:t>
      </w:r>
    </w:p>
    <w:p>
      <w:r>
        <w:rPr>
          <w:b/>
        </w:rPr>
        <w:t xml:space="preserve">[14:16] </w:t>
      </w:r>
      <w:r>
        <w:t>ab jo zaroorat hai, woh ijtihad ki hai. aur ijtihad ek aisa amal hai jo hamesha hi rehta hai. rasool ALLAH ke zamane mein bhi tha, aur aaj bhi rahega. woh is ke darwaze, ijtihad darwaza kaise band ho sakta hai?</w:t>
      </w:r>
    </w:p>
    <w:p>
      <w:pPr>
        <w:jc w:val="right"/>
      </w:pPr>
      <w:r>
        <w:t>اب جو ضرورت ہے، وہ اجتہاد کی ہے۔ اور اجتہاد ایک ایسا عمل ہے جو ہمیشہ ہی رہتا ہے۔ رسول اللہ کے زمانے میں بھی تھا، اور آج بھی رہے گا۔ وہ اس کے دروازے، اجتہاد دروازہ کیسے بند ہو سکتا ہے؟</w:t>
      </w:r>
    </w:p>
    <w:p>
      <w:r>
        <w:rPr>
          <w:b/>
        </w:rPr>
        <w:t xml:space="preserve">[14:25] </w:t>
      </w:r>
      <w:r>
        <w:t>woh</w:t>
      </w:r>
    </w:p>
    <w:p>
      <w:pPr>
        <w:jc w:val="right"/>
      </w:pPr>
      <w:r>
        <w:t>وہ</w:t>
      </w:r>
    </w:p>
    <w:p>
      <w:r>
        <w:rPr>
          <w:b/>
        </w:rPr>
        <w:t xml:space="preserve">[14:29] </w:t>
      </w:r>
      <w:r>
        <w:t>misal ke taur par dekhiye, maujooda zamane mein secular aur democracy aayi, sare ulma is ke khilaf ho gaye. secular ka tarjuma kya tha?</w:t>
      </w:r>
    </w:p>
    <w:p>
      <w:pPr>
        <w:jc w:val="right"/>
      </w:pPr>
      <w:r>
        <w:t>مثال کے طور پر دیکھیے، موجودہ زمانے میں سیکولرز اور ڈیموکریسی آئی، سارے علماء اس کے خلاف ہو گئے۔ سیکولرز کا ترجمہ کیا تھا؟</w:t>
      </w:r>
    </w:p>
    <w:p>
      <w:r>
        <w:rPr>
          <w:b/>
        </w:rPr>
        <w:t xml:space="preserve">[14:37] </w:t>
      </w:r>
      <w:r>
        <w:t>ladeeniyat. galat tarjuma hai yeh. secular ka tarjuma ladeeniyat bilkul absurd tarjuma hai yeh.</w:t>
      </w:r>
    </w:p>
    <w:p>
      <w:pPr>
        <w:jc w:val="right"/>
      </w:pPr>
      <w:r>
        <w:t>لادینیت۔ غلط ترجمہ ہے یہ۔ سیکولرز کا ترجمہ لادینیت بالکل ایبسرٹ ترجمہ ہے یہ۔</w:t>
      </w:r>
    </w:p>
    <w:p>
      <w:r>
        <w:rPr>
          <w:b/>
        </w:rPr>
        <w:t xml:space="preserve">[14:47] </w:t>
      </w:r>
      <w:r>
        <w:t>to ulma ne kaha ke secular ladeeniyat hai, islam ke khilaf hai. democracy bhi ladeeniyat hai, is liye ke woh awam ko haq de diya gaya is mein.</w:t>
      </w:r>
    </w:p>
    <w:p>
      <w:pPr>
        <w:jc w:val="right"/>
      </w:pPr>
      <w:r>
        <w:t>تو علماء نے کہا کہ سیکولر لادینیت ہے، اسلام کے خلاف ہے۔ ڈیموکریسی بھی لادینیت ہے، اس لیے کہ وہ عوام کو حق دے دیا گیا اس میں۔</w:t>
      </w:r>
    </w:p>
    <w:p>
      <w:r>
        <w:rPr>
          <w:b/>
        </w:rPr>
        <w:t xml:space="preserve">[14:58] </w:t>
      </w:r>
      <w:r>
        <w:t>yani ijtihad agar karte to dono islam ke mutabiq tha. secular bhi, jamhooriyat bhi.</w:t>
      </w:r>
    </w:p>
    <w:p>
      <w:pPr>
        <w:jc w:val="right"/>
      </w:pPr>
      <w:r>
        <w:t>یعنی اجتہاد اگر کرتے تو دونوں اسلام کے مطابق تھا۔ سیکولرز بھی، جمہوریت بھی۔</w:t>
      </w:r>
    </w:p>
    <w:p>
      <w:r>
        <w:rPr>
          <w:b/>
        </w:rPr>
        <w:t xml:space="preserve">[15:05] </w:t>
      </w:r>
      <w:r>
        <w:t>ijtihad na karne ki wajah se bilkul intehai, yani, yani bohat hi, yani unwise tha logon ka yeh, yeh sab kehna manna ke secular jo ladeeniyat hai, jamhooriyat jo islam ke khilaf hai,</w:t>
      </w:r>
    </w:p>
    <w:p>
      <w:pPr>
        <w:jc w:val="right"/>
      </w:pPr>
      <w:r>
        <w:t>اجتہاد نہ کرنے کی وجہ سے بالکل انتہائی، یعنی، یعنی بہت ہی، یعنی انوائز تھا لوگوں کا یہ، یہ سب کہن ماننا کہ سیکولرز جو لادینیت ہے، جمہوریت جو اسلام کے خلاف ہے،</w:t>
      </w:r>
    </w:p>
    <w:p>
      <w:r>
        <w:rPr>
          <w:b/>
        </w:rPr>
        <w:t xml:space="preserve">[15:20] </w:t>
      </w:r>
      <w:r>
        <w:t>aur phir jhanda le khare ho ke ke hamein alag mulk do, hum, hamein alag mulk chahiye taake hum wahan</w:t>
      </w:r>
    </w:p>
    <w:p>
      <w:pPr>
        <w:jc w:val="right"/>
      </w:pPr>
      <w:r>
        <w:t>اور پھر جھنڈا لے کھڑے ہو کے کہ ہمیں الگ ملک دو، ہم، ہمیں الگ ملک چاہیے تاکہ ہم وہاں</w:t>
      </w:r>
    </w:p>
    <w:p>
      <w:r>
        <w:rPr>
          <w:b/>
        </w:rPr>
        <w:t xml:space="preserve">[15:25] </w:t>
      </w:r>
      <w:r>
        <w:t>ek islami hukoomat qaim kar saken. aur aaj tak 60 baras bhi islam ko hukoomat nahi bani wahan. yeh sara mere nazdeek ulma hi ki wajah se sab mamle bigra hai.</w:t>
      </w:r>
    </w:p>
    <w:p>
      <w:pPr>
        <w:jc w:val="right"/>
      </w:pPr>
      <w:r>
        <w:t>ایک اسلامی حکومت قائم کر سکیں۔ اور آج تک 60 برس بھی اسلام کو حکومت نہیں بنی وہاں۔ یہ سارا میرے نزدیک علماء ہی کی وجہ سے سب معاملے بگڑا ہے۔</w:t>
      </w:r>
    </w:p>
    <w:p>
      <w:r>
        <w:rPr>
          <w:b/>
        </w:rPr>
        <w:t xml:space="preserve">[15:36] </w:t>
      </w:r>
      <w:r>
        <w:t>sahib, aap kyunke woh jante hain nahi aaj ke halaat ko. hamare ulma mein ek bhi mere ilm mein nahi hai, ek, ek, ek bhi alam nahi hai</w:t>
      </w:r>
    </w:p>
    <w:p>
      <w:pPr>
        <w:jc w:val="right"/>
      </w:pPr>
      <w:r>
        <w:t>صاحب، آپ کیونکہ وہ جانتے ہیں نہیں آج کے حالات کو۔ ہمارے علماء میں ایک بھی میرے علم میں نہیں ہے، ایک، ایک، ایک بھی عالم نہیں ہے</w:t>
      </w:r>
    </w:p>
    <w:p>
      <w:r>
        <w:rPr>
          <w:b/>
        </w:rPr>
        <w:t xml:space="preserve">[15:44] </w:t>
      </w:r>
      <w:r>
        <w:t>jo aaj ke halaat ko jaane. ek halaat ko jaane. nadwa ke ek sahib aaye the mere paas, wahan ke alam, is pe baat hui to unhone kaha ke nahi, yeh hai ke kaise aap kehte hain?</w:t>
      </w:r>
    </w:p>
    <w:p>
      <w:pPr>
        <w:jc w:val="right"/>
      </w:pPr>
      <w:r>
        <w:t>جو آج کے حالات کو جانے۔ ایک حالات کو جانے۔ ندوہ کے ایک صاحب آئے تھے میرے پاس، وہاں کے عالم، اس پہ بات ہوئی تو انہوں نے کہا کہ نہیں، یہ ہے کہ کیسے آپ کہتے ہیں؟</w:t>
      </w:r>
    </w:p>
    <w:p>
      <w:r>
        <w:rPr>
          <w:b/>
        </w:rPr>
        <w:t xml:space="preserve">[15:58] </w:t>
      </w:r>
      <w:r>
        <w:t>main ne kaha ji theek hai, naam bata dijiye. to naam nahi bata sake. main ne kaha jaiye ghar, jaiye wapas Lucknow, wahan se naam bhej dijiye. kon aap ke nazdeek woh hai insan jo aaj ko bharpoor taur par janta hai?</w:t>
      </w:r>
    </w:p>
    <w:p>
      <w:pPr>
        <w:jc w:val="right"/>
      </w:pPr>
      <w:r>
        <w:t>میں نے کہا جی ٹھیک ہے، نام بتا دیجئے۔ تو نام نہیں بتا سکے۔ میں نے کہا جائیے گھر، جائیے واپس لکھنو، وہاں سے نام بھیج دیجئے۔ کون آپ کے نزدیک وہ ہے انسان جو آج کو بھرپور طور پر جانتا ہے؟</w:t>
      </w:r>
    </w:p>
    <w:p>
      <w:r>
        <w:rPr>
          <w:b/>
        </w:rPr>
        <w:t xml:space="preserve">[16:10] </w:t>
      </w:r>
      <w:r>
        <w:t>yani ek taraf woh islam ko janta hai, sath sath aaj ko bhi janta hai, asr-e-jadeed ko janta hai. aaj tak unhone naam nahi bheja. to galti yahan hai ke hamare ulma asr-e-jadeed se waqif nahi hain, galat fatwe dete hain.</w:t>
      </w:r>
    </w:p>
    <w:p>
      <w:pPr>
        <w:jc w:val="right"/>
      </w:pPr>
      <w:r>
        <w:t>یعنی ایک طرف وہ اسلام کو جانتا ہے، ساتھ ساتھ آج کو بھی جانتا ہے، عصر جدید کو جانتا ہے۔ آج تک انہوں نے نام نہیں بھیجا۔ تو غلطی یہاں ہے کہ ہمارے علماء عصر جدید سے واقف نہیں ہیں، غلط فتوے دیتے ہیں۔</w:t>
      </w:r>
    </w:p>
    <w:p>
      <w:r>
        <w:rPr>
          <w:b/>
        </w:rPr>
        <w:t xml:space="preserve">[16:26] </w:t>
      </w:r>
      <w:r>
        <w:t>jabke hadees mein aata hai ke</w:t>
      </w:r>
    </w:p>
    <w:p>
      <w:pPr>
        <w:jc w:val="right"/>
      </w:pPr>
      <w:r>
        <w:t>جبکہ حدیث میں آتا ہے کہ</w:t>
      </w:r>
    </w:p>
    <w:p>
      <w:r>
        <w:rPr>
          <w:b/>
        </w:rPr>
        <w:t xml:space="preserve">[16:29] </w:t>
      </w:r>
      <w:r>
        <w:t>in yakun basiran bi zamani, aap ko zamane apne zamane ke halaat se waqif hona chahiye. to sare ulma mein ek bhi insan mujhe nazar nahi aata poori duniya mein jo aaj ke halaat se waqif ho.</w:t>
      </w:r>
    </w:p>
    <w:p>
      <w:pPr>
        <w:jc w:val="right"/>
      </w:pPr>
      <w:r>
        <w:t>ان یکون بصیرا بے زمانہ، آپ کو زمانے اپنے زمانے کے حالات سے واقف ہونا چاہیے۔ تو سارے علماء میں ایک بھی انسان مجھے نظر نہیں آتا پوری دنیا میں جو آج کے حالات سے واقف ہو۔</w:t>
      </w:r>
    </w:p>
    <w:p>
      <w:r>
        <w:rPr>
          <w:b/>
        </w:rPr>
        <w:t xml:space="preserve">[16:44] </w:t>
      </w:r>
      <w:r>
        <w:t>is aisi galat qism ke fatwe chalte hain, galat qism ke bashri chalte hain, galat qism ki tehreekein uthi hain, badi badi tehreekein uthi hain, poori galat qism ki, is se poori millat ko nuqsan pahuncha hai.</w:t>
      </w:r>
    </w:p>
    <w:p>
      <w:pPr>
        <w:jc w:val="right"/>
      </w:pPr>
      <w:r>
        <w:t>اس ایسی غلط قسم کے فتوے چلتے ہیں، غلط قسم کے بشری چلتے ہیں، غلط قسم کی تحریکیں اٹھی ہیں، بڑی بڑی تحریکیں اٹھی ہیں، پوری غلط قسم کی، اس سے پوری ملت کو نقصان پہنچا ہے۔</w:t>
      </w:r>
    </w:p>
    <w:p>
      <w:r>
        <w:rPr>
          <w:b/>
        </w:rPr>
        <w:t xml:space="preserve">[16:54] </w:t>
      </w:r>
      <w:r>
        <w:t>yeh sab ho raha hai. to sab se pehla yeh kaam hai ke aap maniye is baat ko ke hum galti par thay, we were wrong. tabhi aap ko naya, is naya, tab aaghaz milega, starting point milega.</w:t>
      </w:r>
    </w:p>
    <w:p>
      <w:pPr>
        <w:jc w:val="right"/>
      </w:pPr>
      <w:r>
        <w:t>یہ سب ہو رہا ہے۔ تو سب سے پہلا یہ کام ہے کہ آپ مانیے اس بات کو کہ ہم غلطی پر تھے، وی ویر رونگ۔ تبھی آپ کو نیا، اس نیا، تب آغاز ملے گا، سٹارٹنگ پوائنٹ ملے گا۔</w:t>
      </w:r>
    </w:p>
    <w:p>
      <w:r>
        <w:rPr>
          <w:b/>
        </w:rPr>
        <w:t xml:space="preserve">[17:08] </w:t>
      </w:r>
      <w:r>
        <w:t>warna blind valley mein bhatakte bhatakte rahenge aur koi end nahi aayega aap ka.</w:t>
      </w:r>
    </w:p>
    <w:p>
      <w:pPr>
        <w:jc w:val="right"/>
      </w:pPr>
      <w:r>
        <w:t>ورنہ بلائنڈ ویلی میں بھٹکتے بھٹکتے رہیں گے اور کوئی اینڈ نہیں آئے گا آپ کا۔</w:t>
      </w:r>
    </w:p>
    <w:p>
      <w:r>
        <w:rPr>
          <w:b/>
        </w:rPr>
        <w:t xml:space="preserve">[17:14] </w:t>
      </w:r>
      <w:r>
        <w:t>the question is from Mr Ghulam Nabi Ganai from Kashmir. he asks that sir, in one hand there is traditional Islam and in the other the real Islam which you preach.</w:t>
      </w:r>
    </w:p>
    <w:p>
      <w:pPr>
        <w:jc w:val="right"/>
      </w:pPr>
      <w:r>
        <w:t>دس کوئسچن از فرام مسٹر غلام نبی گنائی فرام کشمیر۔ ہی اسک دیٹ سر، ان ون ہینڈ دیر از ٹریڈیشنل اسلام اینڈ ان دی ادر دی ریل اسلام وچ یو پریچ۔</w:t>
      </w:r>
    </w:p>
    <w:p>
      <w:r>
        <w:rPr>
          <w:b/>
        </w:rPr>
        <w:t xml:space="preserve">[17:28] </w:t>
      </w:r>
      <w:r>
        <w:t>how can people understand this difference?</w:t>
      </w:r>
    </w:p>
    <w:p>
      <w:pPr>
        <w:jc w:val="right"/>
      </w:pPr>
      <w:r>
        <w:t>ہاؤ کین پیپل انڈرسٹینڈ دس ڈیفرنس؟</w:t>
      </w:r>
    </w:p>
    <w:p>
      <w:r>
        <w:rPr>
          <w:b/>
        </w:rPr>
        <w:t xml:space="preserve">[17:34] </w:t>
      </w:r>
      <w:r>
        <w:t>yeh traditional Islam koi cheez nahi hai aur na koi naya Islam hai.</w:t>
      </w:r>
    </w:p>
    <w:p>
      <w:pPr>
        <w:jc w:val="right"/>
      </w:pPr>
      <w:r>
        <w:t>یہ ٹریڈیشنل اسلام کوئی چیز نہیں ہے اور نہ کوئی نیا اسلام ہے۔</w:t>
      </w:r>
    </w:p>
    <w:p>
      <w:r>
        <w:rPr>
          <w:b/>
        </w:rPr>
        <w:t xml:space="preserve">[17:41] </w:t>
      </w:r>
      <w:r>
        <w:t>sirf naya, yani zaroorat padti hai ke Islam ko re-define kiya jaye, phir se interpret kiya jaye, phir se apply kiya jaye. bas hum jo kar rahe hain woh koi naya Islam nahi pesh kar rahe hain, koi liberal Islam nahi bata rahe hain logon ko.</w:t>
      </w:r>
    </w:p>
    <w:p>
      <w:pPr>
        <w:jc w:val="right"/>
      </w:pPr>
      <w:r>
        <w:t>صرف نیا، یعنی ضرورت پڑتی ہے کہ اسلام کو ری ڈیفائن کیا جائے، پھر سے انٹرپریٹ کیا جائے، پھر سے اپلائی کیا جائے۔ بس ہم جو کر رہے ہیں وہ کوئی نیا اسلام نہیں پیش کر رہے ہیں، کوئی لبرل اسلام نہیں بتا رہے ہیں لوگوں کو۔</w:t>
      </w:r>
    </w:p>
    <w:p>
      <w:r>
        <w:rPr>
          <w:b/>
        </w:rPr>
        <w:t xml:space="preserve">[17:57] </w:t>
      </w:r>
      <w:r>
        <w:t>isi Islam ko hum re-define kar rahe hain, isi Islam ko hum re-interpretation de rahe hain, bas aur kuch nahi kar rahe hain.</w:t>
      </w:r>
    </w:p>
    <w:p>
      <w:pPr>
        <w:jc w:val="right"/>
      </w:pPr>
      <w:r>
        <w:t>اسی اسلام کو ہم ری ڈیفائن کر رہے ہیں، اسی اسلام کو ہم ری انٹرپریٹیشن دے رہے ہیں، بس اور کچھ نہیں کر رہے ہیں۔</w:t>
      </w:r>
    </w:p>
    <w:p>
      <w:r>
        <w:rPr>
          <w:b/>
        </w:rPr>
        <w:t xml:space="preserve">[18:04] </w:t>
      </w:r>
      <w:r>
        <w:t>ab, ab aap ko jo sawal hai ke log kaise janen to bohat hi asan hai. chahe meri baat ho ya kisi aur ki baat ho, in ko janchein aap quran o hadith par, bas.</w:t>
      </w:r>
    </w:p>
    <w:p>
      <w:pPr>
        <w:jc w:val="right"/>
      </w:pPr>
      <w:r>
        <w:t>اب، اب آپ کو جو سوال ہے کہ لوگ کیسے جانیں تو بہت ہی آسان ہے۔ چاہے میری بات ہو یا کسی اور کی بات ہو، ان کو جانچیں آپ قرآن و حدیث پر، بس۔</w:t>
      </w:r>
    </w:p>
    <w:p>
      <w:r>
        <w:rPr>
          <w:b/>
        </w:rPr>
        <w:t xml:space="preserve">[18:16] </w:t>
      </w:r>
      <w:r>
        <w:t>aur doosre, doosre jo criteria hain logon ko, is ko khatam karna pare ga.</w:t>
      </w:r>
    </w:p>
    <w:p>
      <w:pPr>
        <w:jc w:val="right"/>
      </w:pPr>
      <w:r>
        <w:t>اور دوسرے، دوسرے جو کرائٹیریا ہیں لوگوں کو، اس کو ختم کرنا پڑے گا۔</w:t>
      </w:r>
    </w:p>
    <w:p>
      <w:r>
        <w:rPr>
          <w:b/>
        </w:rPr>
        <w:t xml:space="preserve">[18:21] </w:t>
      </w:r>
      <w:r>
        <w:t>main har baat ke liye reference deta hoon quran ka aur hadith ka. aaj bhi jo baat main ne kahi, main ne bukhari ki riwayat naqal ki, innal laha la fajir, to is ko, is is se napie aap, is reference mein ja kar dekhiye ke main koi khitabath nahi karta hoon.</w:t>
      </w:r>
    </w:p>
    <w:p>
      <w:pPr>
        <w:jc w:val="right"/>
      </w:pPr>
      <w:r>
        <w:t>میں ہر بات کے لیے ریفرنس دیتا ہوں قرآن کا اور حدیث کا۔ آج بھی جو بات میں نے کہی، میں نے بخاری کی روایت نقل کی، ان اللہ لا الفاجر، تو اس کو، اس اس سے ناپیے آپ، اس ریفرنس میں جا کر دیکھیے کہ میں کوئی خطابت نہیں کرتا ہوں۔</w:t>
      </w:r>
    </w:p>
    <w:p>
      <w:r>
        <w:rPr>
          <w:b/>
        </w:rPr>
        <w:t xml:space="preserve">[18:40] </w:t>
      </w:r>
      <w:r>
        <w:t>har baat ko main quran se aur hadith se reference deta hoon. to aap is ko janchie. aql di hai aap ko allah taala ne, kis liye aql di hai?</w:t>
      </w:r>
    </w:p>
    <w:p>
      <w:pPr>
        <w:jc w:val="right"/>
      </w:pPr>
      <w:r>
        <w:t>ہر بات کو میں قرآن سے اور حدیث سے ریفرنس دیتا ہوں۔ تو آپ اس کو جانچیے۔ عقل دی ہے آپ کو اللہ تعالی نے، کس لیے عقل دی ہے؟</w:t>
      </w:r>
    </w:p>
    <w:p>
      <w:r>
        <w:rPr>
          <w:b/>
        </w:rPr>
        <w:t xml:space="preserve">[18:50] </w:t>
      </w:r>
      <w:r>
        <w:t>is liye aql di hai ke aap jaanch kar dekhen.</w:t>
      </w:r>
    </w:p>
    <w:p>
      <w:pPr>
        <w:jc w:val="right"/>
      </w:pPr>
      <w:r>
        <w:t>اس لیے عقل دی ہے کہ آپ جانچ کر دیکھیں۔</w:t>
      </w:r>
    </w:p>
    <w:p>
      <w:r>
        <w:rPr>
          <w:b/>
        </w:rPr>
        <w:t xml:space="preserve">[18:57] </w:t>
      </w:r>
      <w:r>
        <w:t>yeh to karna hi karna pare ga ke apni aql ko istemal karna pare ga, warna marifat kaise barhe gi? yani litical development kaise hoga? to bohat hi seedhi si baat hai ke agar koi bila reference ke bole to is se kahien quran o hadith pe daleel lao,</w:t>
      </w:r>
    </w:p>
    <w:p>
      <w:pPr>
        <w:jc w:val="right"/>
      </w:pPr>
      <w:r>
        <w:t>یہ تو کرنا ہی کرنا پڑے گا کہ اپنی عقل کو استعمال کرنا پڑے گا، ورنہ معرفت کیسے بڑھے گی؟ یعنی لٹیکل ڈیویلپمنٹ کیسے ہوگا؟ تو بہت ہی سیدھی سی بات ہے کہ اگر کوئی بلا ریفرنس کے بولے تو اس سے کہیں قرآن و حدیث پہ دلیل لاؤ،</w:t>
      </w:r>
    </w:p>
    <w:p>
      <w:r>
        <w:rPr>
          <w:b/>
        </w:rPr>
        <w:t xml:space="preserve">[19:13] </w:t>
      </w:r>
      <w:r>
        <w:t>lao daleel. agar reference deta hai to is ko ja kar quran o hadith mein dekhiye.</w:t>
      </w:r>
    </w:p>
    <w:p>
      <w:pPr>
        <w:jc w:val="right"/>
      </w:pPr>
      <w:r>
        <w:t>لاؤ دلیل۔ اگر ریفرنس دیتا ہے تو اس کو جا کر قرآن و حدیث میں دیکھیے۔</w:t>
      </w:r>
    </w:p>
    <w:p>
      <w:r>
        <w:rPr>
          <w:b/>
        </w:rPr>
        <w:t xml:space="preserve">[19:19] </w:t>
      </w:r>
      <w:r>
        <w:t>reference agar sahi hai to phir is ko maan lijie. baat bilkul simple formula hai ke jo aadmi baghair reference diye hue bole, is se reference mangie.</w:t>
      </w:r>
    </w:p>
    <w:p>
      <w:pPr>
        <w:jc w:val="right"/>
      </w:pPr>
      <w:r>
        <w:t>ریفرنس اگر صحیح ہے تو پھر اس کو مان لیجئے۔ بات بالکل سمپل فارمولا ہے کہ جو آدمی بغیر ریفرنس دیے ہوئے بولے، اس سے ریفرنس مانگیے۔</w:t>
      </w:r>
    </w:p>
    <w:p>
      <w:r>
        <w:rPr>
          <w:b/>
        </w:rPr>
        <w:t xml:space="preserve">[19:31] </w:t>
      </w:r>
      <w:r>
        <w:t>aur jo reference de kar bole to is ko quran o hadith mein ja kar janchee.</w:t>
      </w:r>
    </w:p>
    <w:p>
      <w:pPr>
        <w:jc w:val="right"/>
      </w:pPr>
      <w:r>
        <w:t>اور جو ریفرنس دے کر بولے تو اس کو قرآن و حدیث میں جا کر جانچیے۔</w:t>
      </w:r>
    </w:p>
    <w:p>
      <w:r>
        <w:rPr>
          <w:b/>
        </w:rPr>
        <w:t xml:space="preserve">[19:37] </w:t>
      </w:r>
      <w:r>
        <w:t>to aap ke dil, aap ke dimagh agar gawahi de ke bhai yeh to sahi baat kar rahe hain, sirf is ko reapply kar rahe hain. jo hadith hai, innal laha la din, to main is ko reapply kar raha hoon.</w:t>
      </w:r>
    </w:p>
    <w:p>
      <w:pPr>
        <w:jc w:val="right"/>
      </w:pPr>
      <w:r>
        <w:t>تو آپ کے دل، آپ کے دماغ اگر گواہی دے کہ بھئی یہ تو صحیح بات کر رہے ہیں، صرف اس کو ری اپلائی کر رہے ہیں۔ جو حدیث ہے، ان اللہ لا الدین، تو میں اس کو ری اپلائی کر رہا ہوں۔</w:t>
      </w:r>
    </w:p>
    <w:p>
      <w:r>
        <w:rPr>
          <w:b/>
        </w:rPr>
        <w:t xml:space="preserve">[19:50] </w:t>
      </w:r>
      <w:r>
        <w:t>sirf woh to maujood hai bukhari mein, bukhari mein maujood hai. woh</w:t>
      </w:r>
    </w:p>
    <w:p>
      <w:pPr>
        <w:jc w:val="right"/>
      </w:pPr>
      <w:r>
        <w:t>صرف وہ تو موجود ہے بخاری میں، بخاری میں موجود ہے۔ وہ</w:t>
      </w:r>
    </w:p>
    <w:p>
      <w:r>
        <w:rPr>
          <w:b/>
        </w:rPr>
        <w:t xml:space="preserve">[19:56] </w:t>
      </w:r>
      <w:r>
        <w:t>yeh sirf reapplication hai. to aap is ko janchee. agar maloom, maloom ho ke aap ke waqai yeh hadith maujood hai to aap maan lijie meri baat ko.</w:t>
      </w:r>
    </w:p>
    <w:p>
      <w:pPr>
        <w:jc w:val="right"/>
      </w:pPr>
      <w:r>
        <w:t>یہ صرف ری ایپلیکیشن ہے۔ تو آپ اس کو جانچیے۔ اگر معلوم، معلوم ہو کہ آپ کے واقعی یہ حدیث موجود ہے تو آپ مان لیجئے میری بات کو۔</w:t>
      </w:r>
    </w:p>
    <w:p>
      <w:r>
        <w:rPr>
          <w:b/>
        </w:rPr>
        <w:t xml:space="preserve">[20:06] </w:t>
      </w:r>
      <w:r>
        <w:t>okay, das question is from naghma. i have read in one of your books that tatari prince was imposed with islam and he accepted it.</w:t>
      </w:r>
    </w:p>
    <w:p>
      <w:pPr>
        <w:jc w:val="right"/>
      </w:pPr>
      <w:r>
        <w:t>اوکے، دس کوئسچن از فرام نغمہ۔ ائی ہیو ریڈ ان ون اف یور بکس دیٹ تاتاری پرنس واز امپوزڈ ود اسلام اینڈ ہی ایکسیپٹڈ اٹ۔</w:t>
      </w:r>
    </w:p>
    <w:p>
      <w:r>
        <w:rPr>
          <w:b/>
        </w:rPr>
        <w:t xml:space="preserve">[20:18] </w:t>
      </w:r>
      <w:r>
        <w:t>was he really impressed by islam or just wanted to avail the opportunity as you have just commented?</w:t>
      </w:r>
    </w:p>
    <w:p>
      <w:pPr>
        <w:jc w:val="right"/>
      </w:pPr>
      <w:r>
        <w:t>واز ہی ریلی امپریسڈ بائے اسلام اور جسٹ وانٹڈ ٹو اویل دی اپرچونیٹی ایز یو ہیو جسٹ کمنٹڈ؟</w:t>
      </w:r>
    </w:p>
    <w:p>
      <w:r>
        <w:rPr>
          <w:b/>
        </w:rPr>
        <w:t xml:space="preserve">[20:28] </w:t>
      </w:r>
      <w:r>
        <w:t>dekhiye, dono cheezein hoti hain. bilkul hard aur fast cheez quran insan ki zindagi mein nahi hua karti. wahan ek aam tha tatariyon mein ke musalmanon ko hamare dawat daawa kaise kaam ho, qaim ho.</w:t>
      </w:r>
    </w:p>
    <w:p>
      <w:pPr>
        <w:jc w:val="right"/>
      </w:pPr>
      <w:r>
        <w:t>دیکھیے، دونوں چیزیں ہوتی ہیں۔ بالکل ہارڈ اور فاسٹ چیز قرآن انسان کی زندگی میں نہیں ہوا کرتی۔ وہاں ایک عام تھا تاتاریوں میں کہ مسلمانوں کو ہمارے دعوت دعویٰ کیسے کام ہو، قائم ہو۔</w:t>
      </w:r>
    </w:p>
    <w:p>
      <w:r>
        <w:rPr>
          <w:b/>
        </w:rPr>
        <w:t xml:space="preserve">[20:42] </w:t>
      </w:r>
      <w:r>
        <w:t>yeh sab ka hota hai. yeh britishs aaye india mein to unhein bhi sawal tha ke aap kaise dawat daawa qaim karen. yahan ek taraf to yeh tha ke un ke andar koi islam mazhab tha hi nahi.</w:t>
      </w:r>
    </w:p>
    <w:p>
      <w:pPr>
        <w:jc w:val="right"/>
      </w:pPr>
      <w:r>
        <w:t>یہ سب کا ہوتا ہے۔ یہ برٹشز آئے انڈیا میں تو انہیں بھی سوال تھا کہ آپ کیسے دعوت دعویٰ قائم کریں۔ یہاں پر ایک طرف تو یہ تھا کہ ان کے اندر کوئی اسلام مذہب تھا ہی نہیں۔</w:t>
      </w:r>
    </w:p>
    <w:p>
      <w:r>
        <w:rPr>
          <w:b/>
        </w:rPr>
        <w:t xml:space="preserve">[20:51] </w:t>
      </w:r>
      <w:r>
        <w:t>yeh kuch bhi un ka mazhab nahi tha. un ka but bhi nahi hua karte thay. un ke jo tatari log thay, woh lamzahab log, qism ke log thay, wahshi thay, paharon mein rehte thay. to ek to yeh ke un ka apna koi khas mazhab nahi tha.</w:t>
      </w:r>
    </w:p>
    <w:p>
      <w:pPr>
        <w:jc w:val="right"/>
      </w:pPr>
      <w:r>
        <w:t>یہ کچھ بھی ان کا مذہب نہیں تھا۔ ان کا بت بھی نہیں ہوا کرتے تھے۔ ان کے جو تاتاری لوگ تھے، وہ لامذہب لوگ، قسم کے لوگ تھے، وحشی تھے، پہاڑوں میں رہتے تھے۔ تو ایک تو یہ کہ ان کا اپنا کوئی خاص مذہب نہیں تھا۔</w:t>
      </w:r>
    </w:p>
    <w:p>
      <w:r>
        <w:rPr>
          <w:b/>
        </w:rPr>
        <w:t xml:space="preserve">[21:06] </w:t>
      </w:r>
      <w:r>
        <w:t>is wajah se mazhab mein jarrein un ki koi gadi hui nahi thi. aisi doosri taraf yeh political interest dono ne mil kar ke woh situation paida ki ke woh islam mein dakhil ho gaye.</w:t>
      </w:r>
    </w:p>
    <w:p>
      <w:pPr>
        <w:jc w:val="right"/>
      </w:pPr>
      <w:r>
        <w:t>اس وجہ سے مذہب میں جڑیں ان کی کوئی گڑی ہوئی نہیں تھی۔ ایسی دوسری طرف یہ پولیٹیکل انٹرسٹ دونوں نے مل کر کے وہ سچوئیشن پیدا کی کہ وہ اسلام میں داخل ہو گئے۔</w:t>
      </w:r>
    </w:p>
    <w:p>
      <w:r>
        <w:rPr>
          <w:b/>
        </w:rPr>
        <w:t xml:space="preserve">[21:17] </w:t>
      </w:r>
      <w:r>
        <w:t>aur phir musalmanon mein un ka dabdaba qaim ho gaya.</w:t>
      </w:r>
    </w:p>
    <w:p>
      <w:pPr>
        <w:jc w:val="right"/>
      </w:pPr>
      <w:r>
        <w:t>اور پھر مسلمانوں میں ان کا دبدبہ قائم ہو گیا۔</w:t>
      </w:r>
    </w:p>
    <w:p>
      <w:r>
        <w:rPr>
          <w:b/>
        </w:rPr>
        <w:t xml:space="preserve">[21:24] </w:t>
      </w:r>
      <w:r>
        <w:t>yeh sawal nafees shiraz ka hai. kabhi kabhi log apne faide ke liye kisi doosre aadmi ka misuse karte hain.</w:t>
      </w:r>
    </w:p>
    <w:p>
      <w:pPr>
        <w:jc w:val="right"/>
      </w:pPr>
      <w:r>
        <w:t>یہ سوال نفیس شیراز کا ہے۔ کبھی کبھی لوگ اپنے فائدے کے لیے کسی دوسرے آدمی کا مس یوز کرتے ہیں۔</w:t>
      </w:r>
    </w:p>
    <w:p>
      <w:r>
        <w:rPr>
          <w:b/>
        </w:rPr>
        <w:t xml:space="preserve">[21:33] </w:t>
      </w:r>
      <w:r>
        <w:t>is situation ko avail kar ke bhale hi doosre log faida uthaen, lekin doosra aadmi bhi misuse ho jata hai.</w:t>
      </w:r>
    </w:p>
    <w:p>
      <w:pPr>
        <w:jc w:val="right"/>
      </w:pPr>
      <w:r>
        <w:t>اس سچوئیشن کو اویل کر کے بھلے ہی دوسرے لوگ فائدہ اٹھائیں، لیکن دوسرا آدمی بھی مس یوز ہو جاتا ہے۔</w:t>
      </w:r>
    </w:p>
    <w:p>
      <w:r>
        <w:rPr>
          <w:b/>
        </w:rPr>
        <w:t xml:space="preserve">[21:43] </w:t>
      </w:r>
      <w:r>
        <w:t>yeh poochte hain ke kya jo jis aadmi ka misuse kiya ja raha hai, us ko bachana insani farz nahi hai?</w:t>
      </w:r>
    </w:p>
    <w:p>
      <w:pPr>
        <w:jc w:val="right"/>
      </w:pPr>
      <w:r>
        <w:t>یہ پوچھتے ہیں کہ کیا جو جس آدمی کا مس یوز کیا جا رہا ہے، اس کو بچانا انسانی فرض نہیں ہے؟</w:t>
      </w:r>
    </w:p>
    <w:p>
      <w:r>
        <w:rPr>
          <w:b/>
        </w:rPr>
        <w:t xml:space="preserve">[21:54] </w:t>
      </w:r>
      <w:r>
        <w:t>ab kyunke misaal koi nahi hai, yeh main nahi samajh sakta ke kya matlab is ka hai. yeh to ek, ek, ek, ek farzi sawal hai. jab tak koi misaal na batai jaye, main is ko kuch nahi keh sakta.</w:t>
      </w:r>
    </w:p>
    <w:p>
      <w:pPr>
        <w:jc w:val="right"/>
      </w:pPr>
      <w:r>
        <w:t>اب کیونکہ مثال کوئی نہیں ہے، یہ میں نہیں سمجھ سکتا کہ کیا مطلب اس کا ہے۔ یہ تو ایک، ایک، ایک، ایک فرضی سوال ہے۔ جب تک کوئی مثال نہ بتائی جائے، میں اس کو کچھ نہیں کہہ سکتا۔</w:t>
      </w:r>
    </w:p>
    <w:p>
      <w:r>
        <w:rPr>
          <w:b/>
        </w:rPr>
        <w:t xml:space="preserve">[22:05] </w:t>
      </w:r>
      <w:r>
        <w:t>lekin yeh main kahunga ke dunya naam hai isi baat ka ke har aadmi misuse karna chahe ga, exploit karna chahe ga.</w:t>
      </w:r>
    </w:p>
    <w:p>
      <w:pPr>
        <w:jc w:val="right"/>
      </w:pPr>
      <w:r>
        <w:t>لیکن یہ میں کہوں گا کہ دنیا نام ہے اسی بات کا کہ ہر آدمی مس یوز کرنا چاہے گا، ایکسپائرٹ کرنا چاہے گا۔</w:t>
      </w:r>
    </w:p>
    <w:p>
      <w:r>
        <w:rPr>
          <w:b/>
        </w:rPr>
        <w:t xml:space="preserve">[22:12] </w:t>
      </w:r>
      <w:r>
        <w:t>yeh shikayati galat hai ke log exploit karna chahte hain hum ko, kyunke woh to karenge exploit aap ko. aap ka farz hai ke aap exploit na hon.</w:t>
      </w:r>
    </w:p>
    <w:p>
      <w:pPr>
        <w:jc w:val="right"/>
      </w:pPr>
      <w:r>
        <w:t>یہ شکایتی غلط ہے کہ لوگ ایکسپائرٹ کرنا چاہتے ہیں ہم کو، کیونکہ وہ تو کریں گے ایکسپائرٹ آپ کو۔ آپ کا فرض ہے کہ آپ ایکسپائرٹ نہ ہوں۔</w:t>
      </w:r>
    </w:p>
    <w:p>
      <w:r>
        <w:rPr>
          <w:b/>
        </w:rPr>
        <w:t xml:space="preserve">[22:23] </w:t>
      </w:r>
      <w:r>
        <w:t>yeh duniya khuda ne banai hai test ke liye, azadi de rakhi hai. tab ko aap to aap chahte hain logon ka hath baandh dein. aap</w:t>
      </w:r>
    </w:p>
    <w:p>
      <w:pPr>
        <w:jc w:val="right"/>
      </w:pPr>
      <w:r>
        <w:t>یہ دنیا خدا نے بنائی ہے ٹیسٹ کے لیے، آزادی دے رکھی ہے۔ تب کو آپ تو آپ چاہتے ہیں لوگوں کا ہاتھ باندھ دیں۔ آپ</w:t>
      </w:r>
    </w:p>
    <w:p>
      <w:r>
        <w:rPr>
          <w:b/>
        </w:rPr>
        <w:t xml:space="preserve">[22:28] </w:t>
      </w:r>
      <w:r>
        <w:t>kaun hai itna taqatwar ke logon ka hath baandh de? logon ke hath to khule hue hain ke Hazrat Usman ko qatl kar diya. aap hath baandh denge un ka?</w:t>
      </w:r>
    </w:p>
    <w:p>
      <w:pPr>
        <w:jc w:val="right"/>
      </w:pPr>
      <w:r>
        <w:t>کون ہے اتنا طاقتور کہ لوگوں کا ہاتھ باندھ دے؟ لوگوں کے ہاتھ تو کھلے ہوئے ہیں کہ حضرت عثمان کو قتل کر دیا۔ آپ ہاتھ باندھ دیں گے ان کا؟</w:t>
      </w:r>
    </w:p>
    <w:p>
      <w:r>
        <w:rPr>
          <w:b/>
        </w:rPr>
        <w:t xml:space="preserve">[22:37] </w:t>
      </w:r>
      <w:r>
        <w:t>Hazrat Usman, Hazrat Umar ko qatl kar diya. aaj kal ke musalman chahte hain ke sab ke hath bandh jayen, bas hum ko free duniya mil jaye.</w:t>
      </w:r>
    </w:p>
    <w:p>
      <w:pPr>
        <w:jc w:val="right"/>
      </w:pPr>
      <w:r>
        <w:t>حضرت عثمان، حضرت عمر کو قتل کر دیا۔ آج کل کے مسلمان چاہتے ہیں کہ سب کے ہاتھ بندھ جائیں، بس ہم کو فری دنیا مل جائے۔</w:t>
      </w:r>
    </w:p>
    <w:p>
      <w:r>
        <w:rPr>
          <w:b/>
        </w:rPr>
        <w:t xml:space="preserve">[22:45] </w:t>
      </w:r>
      <w:r>
        <w:t>dekhiye, yeh hoga hamesha ke log exploit karna chahenge. aap ka imtehan hai ke aap exploit na hon. log aap ka misuse karna chahenge.</w:t>
      </w:r>
    </w:p>
    <w:p>
      <w:pPr>
        <w:jc w:val="right"/>
      </w:pPr>
      <w:r>
        <w:t>دیکھیے، یہ ہوگا ہمیشہ کہ لوگ ایکسپائرٹ کرنا چاہیں گے۔ آپ کا امتحان ہے کہ آپ ایکسپائرٹ نہ ہوں۔ لوگ آپ کا مس یوز کرنا چاہیں گے۔</w:t>
      </w:r>
    </w:p>
    <w:p>
      <w:r>
        <w:rPr>
          <w:b/>
        </w:rPr>
        <w:t xml:space="preserve">[22:57] </w:t>
      </w:r>
      <w:r>
        <w:t>aap ka hoshiyari hai ke aap misuse na hon. log aap se apna interest hasil karna chahenge. aap yeh hai ke aap in</w:t>
      </w:r>
    </w:p>
    <w:p>
      <w:pPr>
        <w:jc w:val="right"/>
      </w:pPr>
      <w:r>
        <w:t>آپ کا ہوشیاری ہے کہ آپ مس یوز نہ ہوں۔ لوگ آپ سے اپنا انٹرسٹ حاصل کرنا چاہیں گے۔ آپ یہ ہے کہ آپ ان</w:t>
      </w:r>
    </w:p>
    <w:p>
      <w:r>
        <w:rPr>
          <w:b/>
        </w:rPr>
        <w:t xml:space="preserve">[23:05] </w:t>
      </w:r>
      <w:r>
        <w:t>ka, un ke liye istemal na hon baghair ladai bhadai kiye hue, yaani peaceful tareeqe se. musalman karte hue to kya, ladne lagte hain. ladna bhi itna hi galat hai jitna ke misuse hona.</w:t>
      </w:r>
    </w:p>
    <w:p>
      <w:pPr>
        <w:jc w:val="right"/>
      </w:pPr>
      <w:r>
        <w:t>کا، ان کے لیے استعمال نہ ہوں بغیر لڑائی بھڑائی کیے ہوئے، یعنی پیس فل طریقے سے۔ مسلمان کرتے ہوئے تو کیا، لڑنے لگتے ہیں۔ لڑنا بھی اتنا ہی غلط ہے جتنا کہ مس ہونا۔</w:t>
      </w:r>
    </w:p>
    <w:p>
      <w:r>
        <w:rPr>
          <w:b/>
        </w:rPr>
        <w:t xml:space="preserve">[23:19] </w:t>
      </w:r>
      <w:r>
        <w:t>to aap ko hadith mein aata hai ke la zarar wa la dirar fi al-islam. islam mein nuksan dena hai, nuksan pahunchana hai.</w:t>
      </w:r>
    </w:p>
    <w:p>
      <w:pPr>
        <w:jc w:val="right"/>
      </w:pPr>
      <w:r>
        <w:t>تو آپ کو حدیث میں آتا ہے کہ لا ضرر ولا ضرر فی الاسلام۔ اسلام میں نقصان دینا ہے، نقصان پہنچانا ہے۔</w:t>
      </w:r>
    </w:p>
    <w:p>
      <w:r>
        <w:rPr>
          <w:b/>
        </w:rPr>
        <w:t xml:space="preserve">[23:29] </w:t>
      </w:r>
      <w:r>
        <w:t>yaani aap na to exploit karen, na exploit hon. yeh chahiye, lekin baghair had, baghair woh violence kiye hue, peaceful tareeqe se.</w:t>
      </w:r>
    </w:p>
    <w:p>
      <w:pPr>
        <w:jc w:val="right"/>
      </w:pPr>
      <w:r>
        <w:t>یعنی آپ نہ تو ایکسپائرٹ کریں، نہ ایکسپائرٹ ہوں۔ یہ چاہیے، لیکن بغیر حد، بغیر وہ وائیلنس کیے ہوئے، پیس فل طریقے سے۔</w:t>
      </w:r>
    </w:p>
    <w:p>
      <w:r>
        <w:rPr>
          <w:b/>
        </w:rPr>
        <w:t xml:space="preserve">[23:40] </w:t>
      </w:r>
      <w:r>
        <w:t>yeh to, yeh to hoga duniya mein. yeh to hoga. kaise aap bach sakte hain is se?</w:t>
      </w:r>
    </w:p>
    <w:p>
      <w:pPr>
        <w:jc w:val="right"/>
      </w:pPr>
      <w:r>
        <w:t>یہ تو، یہ تو ہوگا دنیا میں۔ یہ تو ہوگا۔ کیسے آپ بچ سکتے ہیں اس سے؟</w:t>
      </w:r>
    </w:p>
    <w:p>
      <w:r>
        <w:rPr>
          <w:b/>
        </w:rPr>
        <w:t xml:space="preserve">[23:48] </w:t>
      </w:r>
      <w:r>
        <w:t>Shaitan pehle din se aazad hai aap ko bhatkane ke liye. to woh, woh to karega. aap ki hoshiyari ka imtehan hai.</w:t>
      </w:r>
    </w:p>
    <w:p>
      <w:pPr>
        <w:jc w:val="right"/>
      </w:pPr>
      <w:r>
        <w:t>شیطان پہلے دن سے آزاد ہے آپ کو بھٹکانے کے لیے۔ تو وہ، وہ تو کرے گا۔ آپ کی ہوشیاری کا امتحان ہے۔</w:t>
      </w:r>
    </w:p>
    <w:p>
      <w:r>
        <w:rPr>
          <w:b/>
        </w:rPr>
        <w:t xml:space="preserve">[23:59] </w:t>
      </w:r>
      <w:r>
        <w:t>aisi shikayat hi be-mani hai ke log hum ko exploit karna chahte hain. woh to karenge.</w:t>
      </w:r>
    </w:p>
    <w:p>
      <w:pPr>
        <w:jc w:val="right"/>
      </w:pPr>
      <w:r>
        <w:t>ایسی شکایت ہی بے معنی ہے کہ لوگ ہم کو ایکسپائرٹ کرنا چاہتے ہیں۔ وہ تو کریں گے۔</w:t>
      </w:r>
    </w:p>
    <w:p>
      <w:r>
        <w:rPr>
          <w:b/>
        </w:rPr>
        <w:t xml:space="preserve">[24:06] </w:t>
      </w:r>
      <w:r>
        <w:t>aap ka kamal yeh hai ke aap peaceful tareeqe se rasta dhoondh len un ke exploit se bachne ka.</w:t>
      </w:r>
    </w:p>
    <w:p>
      <w:pPr>
        <w:jc w:val="right"/>
      </w:pPr>
      <w:r>
        <w:t>آپ کا کمال یہ ہے کہ آپ پیس فل طریقے سے راستہ ڈھونڈ لیں ان کے ایکسپائرٹ سے بچنے کا۔</w:t>
      </w:r>
    </w:p>
    <w:p>
      <w:r>
        <w:rPr>
          <w:b/>
        </w:rPr>
        <w:t xml:space="preserve">[24:15] </w:t>
      </w:r>
      <w:r>
        <w:t>Moula, un ka point ek aur teesra pehlu utha raha hai ke aap ke samne agar kisi ko misuse kiya ja raha hai to kya yeh aap ka farz hai ke us ko us misuse se bachayen?</w:t>
      </w:r>
    </w:p>
    <w:p>
      <w:pPr>
        <w:jc w:val="right"/>
      </w:pPr>
      <w:r>
        <w:t>مولا، ان کا پوائنٹ ایک اور تیسرا پہلو اٹھا رہا ہے کہ آپ کے سامنے اگر کسی کو مس یوز کیا جا رہا ہے تو کیا یہ آپ کا فرض ہے کہ اس کو اس مس یوز سے بچائیں؟</w:t>
      </w:r>
    </w:p>
    <w:p>
      <w:r>
        <w:rPr>
          <w:b/>
        </w:rPr>
        <w:t xml:space="preserve">[24:24] </w:t>
      </w:r>
      <w:r>
        <w:t>yahan bhi bohat bari ghalati hai. musalman chhalang laga dete hain. asal cheez hai result dekhna. man hasan sa'il mar jab tark ho bala yani hai.</w:t>
      </w:r>
    </w:p>
    <w:p>
      <w:pPr>
        <w:jc w:val="right"/>
      </w:pPr>
      <w:r>
        <w:t>یہاں بھی بہت بڑی غلطی ہے۔ مسلمان چھلاگ لگا دیتے ہیں۔ اصل چیز ہے رزلٹ دیکھنا۔ من حسن سائل مر جب ترک ہو بالا یعنی ہے۔</w:t>
      </w:r>
    </w:p>
    <w:p>
      <w:r>
        <w:rPr>
          <w:b/>
        </w:rPr>
        <w:t xml:space="preserve">[24:34] </w:t>
      </w:r>
      <w:r>
        <w:t>kood padte hain is mein. aur us ke baad jab ulta nateeja samne aata hai to phir, phir, phir shikayaten karte hain.</w:t>
      </w:r>
    </w:p>
    <w:p>
      <w:pPr>
        <w:jc w:val="right"/>
      </w:pPr>
      <w:r>
        <w:t>کود پڑتے ہیں اس میں۔ اور اس کے بعد جب الٹا نتیجہ سامنے آتا ہے تو پھر، پھر، پھر شکایتیں کرتے ہیں۔</w:t>
      </w:r>
    </w:p>
    <w:p>
      <w:r>
        <w:rPr>
          <w:b/>
        </w:rPr>
        <w:t xml:space="preserve">[24:43] </w:t>
      </w:r>
      <w:r>
        <w:t>jab bhi kisi situation mein aap chhalang lagayen to aap ko dekhna chahiye ke aap kya wahan kuch kar payenge ke nahi kar payenge. na karo, bas chup chap baithiye. chup chap baithiye.</w:t>
      </w:r>
    </w:p>
    <w:p>
      <w:pPr>
        <w:jc w:val="right"/>
      </w:pPr>
      <w:r>
        <w:t>جب بھی کسی سچوئیشن میں آپ چھلانگ لگائیں تو آپ کو دیکھنا چاہیے کہ آپ کیا وہاں کچھ کر پائیں گے کہ نہیں کر پائیں گے۔ نہ کرو، بس چپ چاپ بیٹھیے۔ چپ چاپ بیٹھیے۔</w:t>
      </w:r>
    </w:p>
    <w:p>
      <w:r>
        <w:rPr>
          <w:b/>
        </w:rPr>
        <w:t xml:space="preserve">[24:59] </w:t>
      </w:r>
      <w:r>
        <w:t>duniya mein yeh karna hi karna hai. is ka aap koi to option nahi hai aap ke liye. dekhiye, yaad rakhiye, Hazrat Umar R.A. ka qaul hai ke laysa al-'aaqil alladhi ya'rifu al-khair bi-sharr, walakinahu alladhi ya'rifu khairay sharrayn.</w:t>
      </w:r>
    </w:p>
    <w:p>
      <w:pPr>
        <w:jc w:val="right"/>
      </w:pPr>
      <w:r>
        <w:t>دنیا میں یہ کرنا ہی کرنا ہے۔ اس کا آپ کوئی تو آپشن نہیں ہے آپ کے لیے۔ دیکھیے، یاد رکھیے، حضرت عمر رضی اللہ عنہ کا قول ہے کہ لیس العاقل الذی یعرف الخیر بشر، ولكنہ الذی یعرف خیر شرین۔</w:t>
      </w:r>
    </w:p>
    <w:p>
      <w:r>
        <w:rPr>
          <w:b/>
        </w:rPr>
        <w:t xml:space="preserve">[25:16] </w:t>
      </w:r>
      <w:r>
        <w:t>wo farmate hain ke, yaani wa'iz aadmi woh nahi hai jo yeh jaane ke yeh right hai ya wrong hai. yeh right hai, yeh wrong hai.</w:t>
      </w:r>
    </w:p>
    <w:p>
      <w:pPr>
        <w:jc w:val="right"/>
      </w:pPr>
      <w:r>
        <w:t>وہ فرماتے ہیں کہ، یعنی واعظ آدمی وہ نہیں ہے جو یہ جانے کہ یہ رائٹ ہے یا رانگ ہے۔ یہ رائٹ ہے، یہ رانگ ہے۔</w:t>
      </w:r>
    </w:p>
    <w:p>
      <w:r>
        <w:rPr>
          <w:b/>
        </w:rPr>
        <w:t xml:space="preserve">[25:23] </w:t>
      </w:r>
      <w:r>
        <w:t>is ko bewakoof samajhte hain Hazrat Umar. wa'iz aadmi woh hai jo yeh jaane ke less reveal kya hai, get reveal kya hai. kitni bari baat hai, itni bari bari baaten hamare maujood hain, hamare yaani Rasool Allah aur khulafa ke haan, aur musalman is ke khilaf chalte hain, phir shikayaten karte hain.</w:t>
      </w:r>
    </w:p>
    <w:p>
      <w:pPr>
        <w:jc w:val="right"/>
      </w:pPr>
      <w:r>
        <w:t>اس کو بیوقوف سمجھتے ہیں حضرت عمر۔ واعظ آدمی وہ ہے جو یہ جانے کہ لیس ریویل کیا ہے، گیٹ ریویل کیا ہے۔ کتنی بڑی بات ہے، اتنی بڑی بڑی باتیں ہمارے موجود ہیں، ہمارے یعنی رسول اللہ اور خلفاء کے ہاں، اور مسلمان اس کے خلاف چلتے ہیں، پھر شکایتیں کرتے ہیں۔</w:t>
      </w:r>
    </w:p>
    <w:p>
      <w:r>
        <w:rPr>
          <w:b/>
        </w:rPr>
        <w:t xml:space="preserve">[25:43] </w:t>
      </w:r>
      <w:r>
        <w:t>chhalang laga denge, kahenge ji ke aisa hi to aisa ho gaya, woh to waisa ho gaya. yeh bohat hi hamare liye part se bari baat hai yeh ke zindagi mein choice jo hai, yeh, yeh, yeh right aur wrong ke beech mein nahi hai.</w:t>
      </w:r>
    </w:p>
    <w:p>
      <w:pPr>
        <w:jc w:val="right"/>
      </w:pPr>
      <w:r>
        <w:t>چھلاگ لگا دیں گے، کہیں گے جی کہ ایسا ہی تو ایسا ہو گیا، وہ تو ویسا ہو گیا۔ یہ بہت ہی ہمارے لیے پارٹ سے بڑی بات ہے یہ کہ زندگی میں چوائس جو ہے، یہ، یہ، یہ رائٹ اور رانگ کے بیچ میں نہیں ہے۔</w:t>
      </w:r>
    </w:p>
    <w:p>
      <w:r>
        <w:rPr>
          <w:b/>
        </w:rPr>
        <w:t xml:space="preserve">[25:58] </w:t>
      </w:r>
      <w:r>
        <w:t>yaad rakhiye,</w:t>
      </w:r>
    </w:p>
    <w:p>
      <w:pPr>
        <w:jc w:val="right"/>
      </w:pPr>
      <w:r>
        <w:t>یاد رکھیے،</w:t>
      </w:r>
    </w:p>
    <w:p>
      <w:r>
        <w:rPr>
          <w:b/>
        </w:rPr>
        <w:t xml:space="preserve">[26:01] </w:t>
      </w:r>
      <w:r>
        <w:t>Hazrat Umar ne yeh farmaya, itni bari baat farmayi ke zindagi jo hai, imtehan hai, test hai. yahan tumhare liye right aur wrong ke beech mein choice nahi hai.</w:t>
      </w:r>
    </w:p>
    <w:p>
      <w:pPr>
        <w:jc w:val="right"/>
      </w:pPr>
      <w:r>
        <w:t>حضرت عمر نے یہ فرمایا، اتنی بڑی بات فرمائی کہ زندگی جو ہے، امتحان ہے، ٹیسٹ ہے۔ یہاں تمہارے لیے رائٹ اور رانگ کے بیچ میں چوائس نہیں ہے۔</w:t>
      </w:r>
    </w:p>
    <w:p>
      <w:r>
        <w:rPr>
          <w:b/>
        </w:rPr>
        <w:t xml:space="preserve">[26:11] </w:t>
      </w:r>
      <w:r>
        <w:t>less reveal aur get reveal ke beech mein choice hai. mujhe bataiye, koi janta hai is baat ko? bas chhalang lagana jante hain, ladna, ladna jante hain, baat ko bigadna jante hain.</w:t>
      </w:r>
    </w:p>
    <w:p>
      <w:pPr>
        <w:jc w:val="right"/>
      </w:pPr>
      <w:r>
        <w:t>لیس ریویل اور گیٹ ریویل کے بیچ میں چوائس ہے۔ مجھے بتائیے، کوئی جانتا ہے اس بات کو؟ بس چھلاگ لگانا جانتے ہیں، لڑنا، لڑنا جانتے ہیں، بات کو بگاڑنا جانتے ہیں۔</w:t>
      </w:r>
    </w:p>
    <w:p>
      <w:r>
        <w:rPr>
          <w:b/>
        </w:rPr>
        <w:t xml:space="preserve">[26:21] </w:t>
      </w:r>
      <w:r>
        <w:t>bas</w:t>
      </w:r>
    </w:p>
    <w:p>
      <w:pPr>
        <w:jc w:val="right"/>
      </w:pPr>
      <w:r>
        <w:t>بس</w:t>
      </w:r>
    </w:p>
    <w:p>
      <w:r>
        <w:rPr>
          <w:b/>
        </w:rPr>
        <w:t xml:space="preserve">[26:24] </w:t>
      </w:r>
      <w:r>
        <w:t>to main yahi kahunga ke is cheez ko discover kijiye, is haqeeqat ko ke duniya mein hum, duniya mein right aur wrong ka choice pehle ke pe nahi hota hai.</w:t>
      </w:r>
    </w:p>
    <w:p>
      <w:pPr>
        <w:jc w:val="right"/>
      </w:pPr>
      <w:r>
        <w:t>تو میں یہی کہوں گا کہ اس چیز کو ڈسکور کیجئے، اس حقیقت کو کہ دنیا میں ہم، دنیا میں رائٹ اور رانگ کا چوائس پیغمبر کے پہ نہیں ہوتا ہے۔</w:t>
      </w:r>
    </w:p>
    <w:p>
      <w:r>
        <w:rPr>
          <w:b/>
        </w:rPr>
        <w:t xml:space="preserve">[26:36] </w:t>
      </w:r>
      <w:r>
        <w:t>rasool Allah ke zamane mein kaba jo hai, woh tod kar ke banaya tha,</w:t>
      </w:r>
    </w:p>
    <w:p>
      <w:pPr>
        <w:jc w:val="right"/>
      </w:pPr>
      <w:r>
        <w:t>رسول اللہ کے زمانے میں کعبہ جو ہے، وہ توڑ کر کے بنایا تھا،</w:t>
      </w:r>
    </w:p>
    <w:p>
      <w:r>
        <w:rPr>
          <w:b/>
        </w:rPr>
        <w:t xml:space="preserve">[26:40] </w:t>
      </w:r>
      <w:r>
        <w:t>woh toota nahi toh gir gaya tha, toh mushrikeen ne banaya tha, aur us ko Hazrat Ibrahim ka jo kaba tha, us se badal diya tha.</w:t>
      </w:r>
    </w:p>
    <w:p>
      <w:pPr>
        <w:jc w:val="right"/>
      </w:pPr>
      <w:r>
        <w:t>وہ ٹوٹا نہیں تو گر گیا تھا، تو مشرکین نے بنایا تھا، اور اس کو حضرت ابراہیم کا جو کعبہ تھا، اس سے بدل دیا تھا۔</w:t>
      </w:r>
    </w:p>
    <w:p>
      <w:r>
        <w:rPr>
          <w:b/>
        </w:rPr>
        <w:t xml:space="preserve">[26:49] </w:t>
      </w:r>
      <w:r>
        <w:t>unho ne jo, jo hatim aap kehte hain, hatim chhod diya tha. unho ne rasool Allah ne is ko badla nahi. aap ne farmaya ke agar main is ko badlun toh yahan ka hangama khada ho jayega.</w:t>
      </w:r>
    </w:p>
    <w:p>
      <w:pPr>
        <w:jc w:val="right"/>
      </w:pPr>
      <w:r>
        <w:t>انہوں نے جو، جو حاتم آپ کہتے ہیں، حاتم چھوڑ دیا تھا۔ انہوں نے رسول اللہ نے اس کو بدلا نہیں۔ آپ نے فرمایا کہ اگر میں اس کو بدلوں تو یہاں کا ہنگامہ کھڑا ہو جائے گا۔</w:t>
      </w:r>
    </w:p>
    <w:p>
      <w:r>
        <w:rPr>
          <w:b/>
        </w:rPr>
        <w:t xml:space="preserve">[27:01] </w:t>
      </w:r>
      <w:r>
        <w:t>toh peghambar ke liye bhi choice nahi hota right aur wrong mein. yaad rakhiye, choice sirf hai less reveal aur get reveal mein. aap jab bhi aap kisi mamle mein aap koi action lein, koi step lein toh janiye ke step lena aap ka mamle ko badhayega ya ghatayega.</w:t>
      </w:r>
    </w:p>
    <w:p>
      <w:pPr>
        <w:jc w:val="right"/>
      </w:pPr>
      <w:r>
        <w:t>تو پیغمبر کے لیے بھی چوائس نہیں ہوتا رائٹ اور رانگ میں۔ یاد رکھیے، چوائس صرف ہے لیس ریویل اور گیٹ ریویل میں۔ آپ جب بھی آپ کسی معاملے میں آپ کوئی ایکشن لیں، کوئی سٹیپ لیں تو جانیے کہ سٹیپ لینا آپ کا معاملے کو بڑھائے گا یا گھٹائے گا۔</w:t>
      </w:r>
    </w:p>
    <w:p>
      <w:r>
        <w:rPr>
          <w:b/>
        </w:rPr>
        <w:t xml:space="preserve">[27:19] </w:t>
      </w:r>
      <w:r>
        <w:t>yani result oriented action yeh Islam ka tareeqa hai. yaad rakhiye, Islam ka tareeqa hai result oriented action.</w:t>
      </w:r>
    </w:p>
    <w:p>
      <w:pPr>
        <w:jc w:val="right"/>
      </w:pPr>
      <w:r>
        <w:t>یعنی رزلٹ اورینٹڈ ایکشن یہ اسلام کا طریقہ ہے۔ یاد رکھیے، اسلام کا طریقہ ہے رزلٹ اورینٹڈ ایکشن۔</w:t>
      </w:r>
    </w:p>
    <w:p>
      <w:r>
        <w:rPr>
          <w:b/>
        </w:rPr>
        <w:t xml:space="preserve">[27:30] </w:t>
      </w:r>
      <w:r>
        <w:t>aap ka bolna, aap ka amal karna, aap ka chhalaag lagana, is se bahut</w:t>
      </w:r>
    </w:p>
    <w:p>
      <w:pPr>
        <w:jc w:val="right"/>
      </w:pPr>
      <w:r>
        <w:t>آپ کا بولنا، آپ کا عمل کرنا، آپ کا چھلاگ لگانا، اس سے بہت</w:t>
      </w:r>
    </w:p>
    <w:p>
      <w:r>
        <w:rPr>
          <w:b/>
        </w:rPr>
        <w:t xml:space="preserve">[27:35] </w:t>
      </w:r>
      <w:r>
        <w:t>zyada sochiye pehle ke is ka nateeja kya nikal niklega. negative result hai, positive result hai. negative result hai toh chup chap baithiye ghar mein.</w:t>
      </w:r>
    </w:p>
    <w:p>
      <w:pPr>
        <w:jc w:val="right"/>
      </w:pPr>
      <w:r>
        <w:t>زیادہ سوچیے پہلے کہ اس کا نتیجہ کیا نکل نکلے گا۔ نیگیٹیو رزلٹ ہے، پازیٹیو رزلٹ ہے۔ نیگیٹیو رزلٹ ہے تو چپ چاپ بیٹھیے گھر میں۔</w:t>
      </w:r>
    </w:p>
    <w:p>
      <w:r>
        <w:rPr>
          <w:b/>
        </w:rPr>
        <w:t xml:space="preserve">[27:47] </w:t>
      </w:r>
      <w:r>
        <w:t>haan, positive result nikal sakte ho aap toh, toh aap jaiye is mein hissa lijiye.</w:t>
      </w:r>
    </w:p>
    <w:p>
      <w:pPr>
        <w:jc w:val="right"/>
      </w:pPr>
      <w:r>
        <w:t>ہاں، پازیٹیو رزلٹ نکال سکتے ہو آپ تو، تو آپ جائیے اس میں حصہ لیجئے۔</w:t>
      </w:r>
    </w:p>
    <w:p>
      <w:r>
        <w:rPr>
          <w:b/>
        </w:rPr>
        <w:t xml:space="preserve">[27:54] </w:t>
      </w:r>
      <w:r>
        <w:t>das question is from Fareeda Khanum. why is it that wisdom is the rarest commodity in this world?</w:t>
      </w:r>
    </w:p>
    <w:p>
      <w:pPr>
        <w:jc w:val="right"/>
      </w:pPr>
      <w:r>
        <w:t>دس کوئسچن از فرام فریدہ خانم۔ وائی از اٹ دیٹ وزڈم از دی ریئرسٹ کموڈٹی ان دس ورلڈ؟</w:t>
      </w:r>
    </w:p>
    <w:p>
      <w:r>
        <w:rPr>
          <w:b/>
        </w:rPr>
        <w:t xml:space="preserve">[28:07] </w:t>
      </w:r>
      <w:r>
        <w:t>yeh toh main samajhta hoon ke shaitan ka jo challenge tha, woh poora ho gaya hai. la tanakoon zuriya billahi qaleela. kaisi ajeeb baat hai yeh.</w:t>
      </w:r>
    </w:p>
    <w:p>
      <w:pPr>
        <w:jc w:val="right"/>
      </w:pPr>
      <w:r>
        <w:t>یہ تو میں سمجھتا ہوں کہ شیطان کا جو چیلنج تھا، وہ پورا ہو گیا ہے۔ لا تنکن ضروریۃ باللہ قلیلا۔ کیسی عجیب بات ہے یہ۔</w:t>
      </w:r>
    </w:p>
    <w:p>
      <w:r>
        <w:rPr>
          <w:b/>
        </w:rPr>
        <w:t xml:space="preserve">[28:19] </w:t>
      </w:r>
      <w:r>
        <w:t>yani Adam ke zamane hi mein yeh masla paida hua ke shaitan ko freedom mil gayi bakani ki.</w:t>
      </w:r>
    </w:p>
    <w:p>
      <w:pPr>
        <w:jc w:val="right"/>
      </w:pPr>
      <w:r>
        <w:t>یعنی آدم کے زمانے ہی میں یہ مسئلہ پیدا ہوا کہ شیطان کو فریڈم مل گئی باکانی کی۔</w:t>
      </w:r>
    </w:p>
    <w:p>
      <w:r>
        <w:rPr>
          <w:b/>
        </w:rPr>
        <w:t xml:space="preserve">[28:25] </w:t>
      </w:r>
      <w:r>
        <w:t>toh us ne kaha ke la tanakoon zuriya billahi qaleela. main saare insano ko behka doonga, thode logon ko chhod kar ke. is ka matlab yahi hai in ko bewaqoof bana doonga.</w:t>
      </w:r>
    </w:p>
    <w:p>
      <w:pPr>
        <w:jc w:val="right"/>
      </w:pPr>
      <w:r>
        <w:t>تو اس نے کہا کہ لا تنکن ضروریۃ باللہ قلیلا۔ میں سارے انسانوں کو بہکا دوں گا، تھوڑے لوگوں کو چھوڑ کر کے۔ اس کا مطلب یہی ہے ان کو بیوقوف بنا دوں گا۔</w:t>
      </w:r>
    </w:p>
    <w:p>
      <w:r>
        <w:rPr>
          <w:b/>
        </w:rPr>
        <w:t xml:space="preserve">[28:38] </w:t>
      </w:r>
      <w:r>
        <w:t>main aql, aql se se kaam nahi karenge, jazbat se kaam karenge. woh</w:t>
      </w:r>
    </w:p>
    <w:p>
      <w:pPr>
        <w:jc w:val="right"/>
      </w:pPr>
      <w:r>
        <w:t>میں عقل، عقل سے سے کام نہیں کریں گے، جذبات سے کام کریں گے۔ وہ</w:t>
      </w:r>
    </w:p>
    <w:p>
      <w:r>
        <w:rPr>
          <w:b/>
        </w:rPr>
        <w:t xml:space="preserve">[28:44] </w:t>
      </w:r>
      <w:r>
        <w:t>apne desire se kaam karenge, apne jazbat se kaam karenge, apne sentiment se kaam karenge. woh aql ko chhodhe rahenge.</w:t>
      </w:r>
    </w:p>
    <w:p>
      <w:pPr>
        <w:jc w:val="right"/>
      </w:pPr>
      <w:r>
        <w:t>اپنے ڈیزائر سے کام کریں گے، اپنے جذبات سے کام کریں گے، اپنے سینٹیمنٹ سے کام کریں گے۔ وہ عقل کو چھوڑے رہیں گے۔</w:t>
      </w:r>
    </w:p>
    <w:p>
      <w:r>
        <w:rPr>
          <w:b/>
        </w:rPr>
        <w:t xml:space="preserve">[28:53] </w:t>
      </w:r>
      <w:r>
        <w:t>toh jo shaitan ka challenge tha, wahi poora hua hai. saare log shaitan ke direct ya indirect isi ke is mein hain.</w:t>
      </w:r>
    </w:p>
    <w:p>
      <w:pPr>
        <w:jc w:val="right"/>
      </w:pPr>
      <w:r>
        <w:t>تو جو شیطان کا چیلنج تھا، وہی پورا ہوا ہے۔ سارے لوگ شیطان کے ڈائریکٹ یا ان ڈائریکٹ اسی کے اس میں ہیں۔</w:t>
      </w:r>
    </w:p>
    <w:p>
      <w:r>
        <w:rPr>
          <w:b/>
        </w:rPr>
        <w:t xml:space="preserve">[29:02] </w:t>
      </w:r>
      <w:r>
        <w:t>jo log aoozubillah mein shaitan raje padhte hain, woh bhi isi ke, isi ke phande mein phans jate hain.</w:t>
      </w:r>
    </w:p>
    <w:p>
      <w:pPr>
        <w:jc w:val="right"/>
      </w:pPr>
      <w:r>
        <w:t>جو لوگ اعوذ باللہ میں شیطان رجی پڑھتے ہیں، وہ بھی اسی کے، اسی کے پھندے میں پھنس جاتے ہیں۔</w:t>
      </w:r>
    </w:p>
    <w:p>
      <w:r>
        <w:rPr>
          <w:b/>
        </w:rPr>
        <w:t xml:space="preserve">[29:09] </w:t>
      </w:r>
      <w:r>
        <w:t>toh is ka hal kya hai? tadabbur, tafakkur, bahut zyada sochna, bahut zyada sochna, bahut zyada sochna. aap soch kar hi shaitan ke jo tareeqe hain, us ko samajh sakte hain.</w:t>
      </w:r>
    </w:p>
    <w:p>
      <w:pPr>
        <w:jc w:val="right"/>
      </w:pPr>
      <w:r>
        <w:t>تو اس کا حل کیا ہے؟ تدبر، تفکر، بہت زیادہ سوچنا، بہت زیادہ سوچنا، بہت زیادہ سوچنا۔ آپ سوچ کر ہی شیطان کے جو طریقے ہیں، اس کو سمجھ سکتے ہیں۔</w:t>
      </w:r>
    </w:p>
    <w:p>
      <w:r>
        <w:rPr>
          <w:b/>
        </w:rPr>
        <w:t xml:space="preserve">[29:22] </w:t>
      </w:r>
      <w:r>
        <w:t>unhein nahi samajh sakte aap. aisa</w:t>
      </w:r>
    </w:p>
    <w:p>
      <w:pPr>
        <w:jc w:val="right"/>
      </w:pPr>
      <w:r>
        <w:t>انہیں نہیں سمجھ سکتے آپ۔ ایسا</w:t>
      </w:r>
    </w:p>
    <w:p>
      <w:r>
        <w:rPr>
          <w:b/>
        </w:rPr>
        <w:t xml:space="preserve">[29:25] </w:t>
      </w:r>
      <w:r>
        <w:t>kyun ke shaitan jo hota hai, is ka tareeqa hota hai tazeen. tazeen ka matlab khoobsurat bana kar dikhana. shaitan jab aap ko behkana chahta hai toh us ko bahut khoobsurat bana kar dikhata hai, us ko beautify karta hai.</w:t>
      </w:r>
    </w:p>
    <w:p>
      <w:pPr>
        <w:jc w:val="right"/>
      </w:pPr>
      <w:r>
        <w:t>کیونکہ شیطان جو ہوتا ہے، اس کا طریقہ ہوتا ہے تزین۔ تزین کا مطلب خوبصورت بنا کر دکھانا۔ شیطان جب آپ کو بہکانا چاہتا ہے تو اس کو بہت خوبصورت بنا کر دکھاتا ہے، اس کو بیوٹیفائی کرتا ہے۔</w:t>
      </w:r>
    </w:p>
    <w:p>
      <w:r>
        <w:rPr>
          <w:b/>
        </w:rPr>
        <w:t xml:space="preserve">[29:38] </w:t>
      </w:r>
      <w:r>
        <w:t>toh aap phans jate hain is ke andar. toh Allah taala ne aql di hai, is ke istemal kijiye.</w:t>
      </w:r>
    </w:p>
    <w:p>
      <w:pPr>
        <w:jc w:val="right"/>
      </w:pPr>
      <w:r>
        <w:t>تو آپ پھنس جاتے ہیں اس کے اندر۔ تو اللہ تعالی نے عقل دی ہے، اس کے استعمال کیجئے۔</w:t>
      </w:r>
    </w:p>
    <w:p>
      <w:r>
        <w:rPr>
          <w:b/>
        </w:rPr>
        <w:t xml:space="preserve">[29:48] </w:t>
      </w:r>
      <w:r>
        <w:t>aql par bahut sari hadeeson hain, main is ko inshallah ek article likhna chahta hoon in hadeeson ko le kar ke ke aql Allah taala ne sab se badi cheez paida ki hai.</w:t>
      </w:r>
    </w:p>
    <w:p>
      <w:pPr>
        <w:jc w:val="right"/>
      </w:pPr>
      <w:r>
        <w:t>عقل پر بہت ساری حدیثیں ہیں، میں اس کو انشاءاللہ ایک آرٹیکل لکھنا چاہتا ہوں ان حدیثوں کو لے کر کے کہ عقل اللہ تعالی نے سب سے بڑی چیز پیدا کی ہے۔</w:t>
      </w:r>
    </w:p>
    <w:p>
      <w:r>
        <w:rPr>
          <w:b/>
        </w:rPr>
        <w:t xml:space="preserve">[29:57] </w:t>
      </w:r>
      <w:r>
        <w:t>sab se badi cheez jo poori universe mein paida ki, Allah taala ne woh aql hai. is ko istemal kijiye, shaitan ke fitne se apne ko bachaiye.</w:t>
      </w:r>
    </w:p>
    <w:p>
      <w:pPr>
        <w:jc w:val="right"/>
      </w:pPr>
      <w:r>
        <w:t>سب سے بڑی چیز جو پوری یونیورس میں پیدا کی، اللہ تعالی نے وہ عقل ہے۔ اس کو استعمال کیجئے، شیطان کے فتنے سے اپنے کو بچائیے۔</w:t>
      </w:r>
    </w:p>
    <w:p>
      <w:r>
        <w:rPr>
          <w:b/>
        </w:rPr>
        <w:t xml:space="preserve">[30:07] </w:t>
      </w:r>
      <w:r>
        <w:t>yeh ek hi ek hi rasta hai aur koi doosra rasta nahi hai.</w:t>
      </w:r>
    </w:p>
    <w:p>
      <w:pPr>
        <w:jc w:val="right"/>
      </w:pPr>
      <w:r>
        <w:t>یہ ایک ہی ایک ہی راستہ ہے اور کوئی دوسرا راستہ نہیں ہے۔</w:t>
      </w:r>
    </w:p>
    <w:p>
      <w:r>
        <w:rPr>
          <w:b/>
        </w:rPr>
        <w:t xml:space="preserve">[30:12] </w:t>
      </w:r>
      <w:r>
        <w:t>Muhammad Hamid sahab ka yeh sawal hai ke hum log nayi nasal ke ulama ko positive soch ki taraf kaise layein?</w:t>
      </w:r>
    </w:p>
    <w:p>
      <w:pPr>
        <w:jc w:val="right"/>
      </w:pPr>
      <w:r>
        <w:t>محمد حامد صاحب کا یہ سوال ہے کہ ہم لوگ نئی نسل کے علماء کو پازیٹیو سوچ کی طرف کیسے لائیں؟</w:t>
      </w:r>
    </w:p>
    <w:p>
      <w:r>
        <w:rPr>
          <w:b/>
        </w:rPr>
        <w:t xml:space="preserve">[30:24] </w:t>
      </w:r>
      <w:r>
        <w:t>jaise hum la rahe hain. hum koshish karte hain ke hum monthly magazine nikalte hain, kitabein chhapte hain aur yeh class chalate hain, do do class aur jate hain idhar udhar.</w:t>
      </w:r>
    </w:p>
    <w:p>
      <w:pPr>
        <w:jc w:val="right"/>
      </w:pPr>
      <w:r>
        <w:t>جیسے ہم لا رہے ہیں۔ ہم کوشش کرتے ہیں کہ ہم منتھلی میگزین نکالتے ہیں، کتابیں چھاپتے ہیں اور یہ کلاس چلاتے ہیں، دو دو کلاس اور جاتے ہیں ادھر ادھر۔</w:t>
      </w:r>
    </w:p>
    <w:p>
      <w:r>
        <w:rPr>
          <w:b/>
        </w:rPr>
        <w:t xml:space="preserve">[30:40] </w:t>
      </w:r>
      <w:r>
        <w:t>hazaron logon ka jab mind badal gaya hai. ek baat mein yeh kahunga ke hamara jo monthly magazine hai, risala jo 1976 se nikal raha hai, woh aap</w:t>
      </w:r>
    </w:p>
    <w:p>
      <w:pPr>
        <w:jc w:val="right"/>
      </w:pPr>
      <w:r>
        <w:t>ہزاروں لوگوں کا جب مائنڈ بدل گیا ہے۔ ایک بات میں یہ کہوں گا کہ ہمارا جو منتھلی میگزین ہے، رسالہ جو 1976 سے نکل رہا ہے، وہ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