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24 Jun 2012 Maulana Wahiduddin Khan</w:t>
      </w:r>
    </w:p>
    <w:p>
      <w:r>
        <w:t>https://www.youtube.com/watch?v=t-W7IaCQsUs</w:t>
      </w:r>
    </w:p>
    <w:p>
      <w:r>
        <w:rPr>
          <w:b/>
        </w:rPr>
        <w:t xml:space="preserve">[00:14] </w:t>
      </w:r>
      <w:r>
        <w:t>okay, we will start the question answer session now. maulana, yeh sawal aaya hai delhi se, maulana zakwan nadvi sahab ka. unhone likha hai ke quran ke chapter number 2, verse number 138 mein aaya hai,</w:t>
      </w:r>
    </w:p>
    <w:p>
      <w:pPr>
        <w:jc w:val="right"/>
      </w:pPr>
      <w:r>
        <w:t>ओके, वी विल स्टार्ट द क्वेश्चन आंसर सेशन नाउ। मौलाना, यह सवाल आया है दिल्ली से, मौलाना जकवान नदवी साहब का। उन्होंने लिखा है कि कुरान के चैप्टर नंबर 2, वर्ष नंबर 138 में आया है,</w:t>
      </w:r>
    </w:p>
    <w:p>
      <w:r>
        <w:rPr>
          <w:b/>
        </w:rPr>
        <w:t xml:space="preserve">[00:30] </w:t>
      </w:r>
      <w:r>
        <w:t>"we take on god's own dye." who has a better dye than god's dye? maulana, what is the meaning of god's dye, that is sibghatullah, iske bare mein batayein.</w:t>
      </w:r>
    </w:p>
    <w:p>
      <w:pPr>
        <w:jc w:val="right"/>
      </w:pPr>
      <w:r>
        <w:t>"वी टेक ऑन गॉड्स ओन डाई।" हु हैज़ अ बेटर डाई देन गॉड्स डाई? मौलाना, व्हाट इज़ द मीनिंग ऑफ गॉड्स डाई, दैट इज़ सिबकतुल्लाह, इसके बारे में बताएं।</w:t>
      </w:r>
    </w:p>
    <w:p>
      <w:r>
        <w:rPr>
          <w:b/>
        </w:rPr>
        <w:t xml:space="preserve">[00:51] </w:t>
      </w:r>
      <w:r>
        <w:t>sibghatullah, ismein dekhiye, woh ek uska ek background hai, yeh jisko kehte hain istibagh, isai logon ke yahan. toh unke yahan ek rasam thi ke jab woh kisi ko christian banate the,</w:t>
      </w:r>
    </w:p>
    <w:p>
      <w:pPr>
        <w:jc w:val="right"/>
      </w:pPr>
      <w:r>
        <w:t>सिबकतुल्लाह, इसमें देखिए, वो एक उसका एक बैकग्राउंड है, ये जिसको कहते हैं इस्तबाक, ईसाई लोगों के यहां। तो उनके यहां एक रस्म थी कि जब वो किसी को क्रिश्चियन बनाते थे,</w:t>
      </w:r>
    </w:p>
    <w:p>
      <w:r>
        <w:rPr>
          <w:b/>
        </w:rPr>
        <w:t xml:space="preserve">[01:09] </w:t>
      </w:r>
      <w:r>
        <w:t>toh istibagh karte the.</w:t>
      </w:r>
    </w:p>
    <w:p>
      <w:pPr>
        <w:jc w:val="right"/>
      </w:pPr>
      <w:r>
        <w:t>तो इस्तबाक करते थे।</w:t>
      </w:r>
    </w:p>
    <w:p>
      <w:r>
        <w:rPr>
          <w:b/>
        </w:rPr>
        <w:t xml:space="preserve">[01:14] </w:t>
      </w:r>
      <w:r>
        <w:t>yani pehle zamane mein kuch rang, koi khaas rang ka kapda pehnana, ab toh shayad pani seekhte hain sirf. toh uske background mein yeh alfaaz aaye hain. matlab yeh nahi ke koi rang hota hai allah taala ka,</w:t>
      </w:r>
    </w:p>
    <w:p>
      <w:pPr>
        <w:jc w:val="right"/>
      </w:pPr>
      <w:r>
        <w:t>यानी पहले जमाने में कुछ रंग, कोई खास रंग का कपड़ा पहनाना, अब तो शायद पानी सीखते हैं सिर्फ। तो उसके बैकग्राउंड में यह अल्फाज आए हैं। मतलब यह नहीं कि कोई रंग होता है अल्लाह ताला का,</w:t>
      </w:r>
    </w:p>
    <w:p>
      <w:r>
        <w:rPr>
          <w:b/>
        </w:rPr>
        <w:t xml:space="preserve">[01:33] </w:t>
      </w:r>
      <w:r>
        <w:t>uska matlab yeh hai ke</w:t>
      </w:r>
    </w:p>
    <w:p>
      <w:pPr>
        <w:jc w:val="right"/>
      </w:pPr>
      <w:r>
        <w:t>उसका मतलब यह है कि</w:t>
      </w:r>
    </w:p>
    <w:p>
      <w:r>
        <w:rPr>
          <w:b/>
        </w:rPr>
        <w:t xml:space="preserve">[01:37] </w:t>
      </w:r>
      <w:r>
        <w:t>allah ko, yani allah ki following ke maane mein, allah ko ikhtiyar karo, sirf rang ke maane mein nahi. woh log sirf rang ke maane mein samajh rahe the ke khaas rang ka kapda ho,</w:t>
      </w:r>
    </w:p>
    <w:p>
      <w:pPr>
        <w:jc w:val="right"/>
      </w:pPr>
      <w:r>
        <w:t>अल्लाह को, यानी अल्लाह की फॉलोइंग के माने में, अल्लाह को इख्तियार करो, सिर्फ रंग के माने में नहीं। वो लोग सिर्फ रंग के माने में समझ रहे थे कि खास रंग का कपड़ा हो,</w:t>
      </w:r>
    </w:p>
    <w:p>
      <w:r>
        <w:rPr>
          <w:b/>
        </w:rPr>
        <w:t xml:space="preserve">[01:52] </w:t>
      </w:r>
      <w:r>
        <w:t>toh woh deendar ban gaya. abhi bhi unke yahan yeh hai, mukhtalif rang ke kapde unke hote hain, jo batate hain unke deeni darje ko.</w:t>
      </w:r>
    </w:p>
    <w:p>
      <w:pPr>
        <w:jc w:val="right"/>
      </w:pPr>
      <w:r>
        <w:t>तो वो दीनदार बन गया। अभी भी उनके यहां यह है, मुख्तलिफ रंग के कपड़े उनके होते हैं, जो बताते हैं उनके दीनी दर्जे को।</w:t>
      </w:r>
    </w:p>
    <w:p>
      <w:r>
        <w:rPr>
          <w:b/>
        </w:rPr>
        <w:t xml:space="preserve">[02:01] </w:t>
      </w:r>
      <w:r>
        <w:t>toh har mazhab mein aisa hua hai, mazhabi tabqe ne rang ke saath mazhab jod rakha hai. toh yahan par bataya gaya ke asli rang woh nahi hai, madhy rang. asli rang yeh hai ke allah ki tabedari.</w:t>
      </w:r>
    </w:p>
    <w:p>
      <w:pPr>
        <w:jc w:val="right"/>
      </w:pPr>
      <w:r>
        <w:t>तो हर मजहब में ऐसा हुआ है, मजहबी तबके ने रंग के साथ मजहब जोड़ रखा है। तो यहां पर बताया गया कि असली रंग वो नहीं है, माध्य रंग। असली रंग यह है कि अल्लाह की تابेदारी।</w:t>
      </w:r>
    </w:p>
    <w:p>
      <w:r>
        <w:rPr>
          <w:b/>
        </w:rPr>
        <w:t xml:space="preserve">[02:18] </w:t>
      </w:r>
      <w:r>
        <w:t>yeh is bare mein main samajhta hoon kaha gaya hai. doosri baat yeh hai ke rang ki tamseel bahut bawana hai. dekhiye, yeh pani hai, ismein agar aap patthar ka tukda dalein, toh alag aakar pad jayega. woh pani mein ghulega nahi. dekhiye, jab rang daalte hain, toh pure pani mein ghul jata hai. woh</w:t>
      </w:r>
    </w:p>
    <w:p>
      <w:pPr>
        <w:jc w:val="right"/>
      </w:pPr>
      <w:r>
        <w:t>ये इस बारे में मैं समझता हूं कहा गया है। दूसरी बात यह है कि रंग की तमसील बहुत बावाना है। देखिए, यह पानी है, इसमें अगर आप पत्थर का टुकड़ा डालें, तो अलग आकर पड़ जाएगा। वो पानी में घुलेगा नहीं। देखिए, जब रंग डालते हैं, तो पूरे पानी में घुल जाता है। वो</w:t>
      </w:r>
    </w:p>
    <w:p>
      <w:r>
        <w:rPr>
          <w:b/>
        </w:rPr>
        <w:t xml:space="preserve">[02:40] </w:t>
      </w:r>
      <w:r>
        <w:t>toh yeh matlab hai ke jis tarah se rang pani mein ghul kar ke pura usmein sarayat kar jata hai, toh allah ke deen ko ikhtiyar ko puri shakhsiyat ka hissa ban jaye.</w:t>
      </w:r>
    </w:p>
    <w:p>
      <w:pPr>
        <w:jc w:val="right"/>
      </w:pPr>
      <w:r>
        <w:t>तो यह मतलब है कि जिस तरह से रंग पानी में घुल कर के पूरा उसमें सरायत कर जाता है, तो अल्लाह के दीन को इख्तियार को पूरी शख्सियत का हिस्सा बन जाए।</w:t>
      </w:r>
    </w:p>
    <w:p>
      <w:r>
        <w:rPr>
          <w:b/>
        </w:rPr>
        <w:t xml:space="preserve">[02:56] </w:t>
      </w:r>
      <w:r>
        <w:t>aisa na ho ke tumhari shakhsiyat alag hai aur deen alag hai. woh zamima ke taur par na rahe, balki tumhari shakhsiyat puri ki puri se uthal jaye. yeh matlab hai uska.</w:t>
      </w:r>
    </w:p>
    <w:p>
      <w:pPr>
        <w:jc w:val="right"/>
      </w:pPr>
      <w:r>
        <w:t>ऐसा ना हो कि तुम्हारी शख्सियत अलग है और दीन अलग है। वो जमीमा के तौर पर ना रहे, बल्कि तुम्हारी शख्सियत पूरी की पूरी से उठल जाए। यह मतलब है उसका।</w:t>
      </w:r>
    </w:p>
    <w:p>
      <w:r>
        <w:rPr>
          <w:b/>
        </w:rPr>
        <w:t xml:space="preserve">[03:12] </w:t>
      </w:r>
      <w:r>
        <w:t>maulana, agla sawal tamil nadu se hai, maulana iqbal umri sahab ka. unhone likha hai, "mazhab aur siyasat mein fark karne ko deen ka naqis tasawwur samjha jata hai. aisa kyun?"</w:t>
      </w:r>
    </w:p>
    <w:p>
      <w:pPr>
        <w:jc w:val="right"/>
      </w:pPr>
      <w:r>
        <w:t>मौलाना, अगला सवाल तमिलनाडु से है, मौलाना इकबाल उमरी साहब का। उन्होंने लिखा है, "मजहब और सियासत में फर्क करने को दीन का नाकस तसव्वुर समझा जाता है। ऐसा क्यों?"</w:t>
      </w:r>
    </w:p>
    <w:p>
      <w:r>
        <w:rPr>
          <w:b/>
        </w:rPr>
        <w:t xml:space="preserve">[03:28] </w:t>
      </w:r>
      <w:r>
        <w:t>yeh toh bilkul main samajhta hoon ke yani batil tasawwur hai, jiska islam mein koi bhi reference maujood nahi. bila shubah,</w:t>
      </w:r>
    </w:p>
    <w:p>
      <w:pPr>
        <w:jc w:val="right"/>
      </w:pPr>
      <w:r>
        <w:t>यह तो बिल्कुल मैं समझता हूं कि यानी बातिल तसव्वुर है, जिसका इस्लाम में कोई भी रेफरेंस मौजूद नहीं। बिला शुभ,</w:t>
      </w:r>
    </w:p>
    <w:p>
      <w:r>
        <w:rPr>
          <w:b/>
        </w:rPr>
        <w:t xml:space="preserve">[03:43] </w:t>
      </w:r>
      <w:r>
        <w:t>deen alag hai aur siyasat alag hai, ismein koi shaq nahi.</w:t>
      </w:r>
    </w:p>
    <w:p>
      <w:pPr>
        <w:jc w:val="right"/>
      </w:pPr>
      <w:r>
        <w:t>दीन अलग है और सियासत अलग है, इसमें कोई शक नहीं।</w:t>
      </w:r>
    </w:p>
    <w:p>
      <w:r>
        <w:rPr>
          <w:b/>
        </w:rPr>
        <w:t xml:space="preserve">[03:50] </w:t>
      </w:r>
      <w:r>
        <w:t>dekhiye, islam ke mutabiq</w:t>
      </w:r>
    </w:p>
    <w:p>
      <w:pPr>
        <w:jc w:val="right"/>
      </w:pPr>
      <w:r>
        <w:t>देखिए, इस्लाम के मुताबिक</w:t>
      </w:r>
    </w:p>
    <w:p>
      <w:r>
        <w:rPr>
          <w:b/>
        </w:rPr>
        <w:t xml:space="preserve">[03:56] </w:t>
      </w:r>
      <w:r>
        <w:t>deen ki talimat jo hain, woh hoti hain according to the situation. ittaqullah mustataq. toh jahan tak apni zaat ka talluq hai, har waqt hamare bas mein hai ke apni zaat ke aitbar se hum</w:t>
      </w:r>
    </w:p>
    <w:p>
      <w:pPr>
        <w:jc w:val="right"/>
      </w:pPr>
      <w:r>
        <w:t>दीन की तालीमात जो हैं, वो होती हैं अकॉर्डिंग टू द सिचुएशन। इतकल्लाह मुस्तताक। तो जहां तक अपनी जात का ताल्लुक है, हर वक्त हमारे बस में है कि अपनी जात के एतबार से हम</w:t>
      </w:r>
    </w:p>
    <w:p>
      <w:r>
        <w:rPr>
          <w:b/>
        </w:rPr>
        <w:t xml:space="preserve">[04:13] </w:t>
      </w:r>
      <w:r>
        <w:t>deen ko ikhtiyar karein. yani ismein hamein koi excuse nahi ho sakta hai zaat ke aitbar se. lekin jab aata hai mamla society ka, mujt ka, toh wahan doosre logon ki rai ke mutabiq</w:t>
      </w:r>
    </w:p>
    <w:p>
      <w:pPr>
        <w:jc w:val="right"/>
      </w:pPr>
      <w:r>
        <w:t>दीन को इख्तियार करें। यानी इसमें हमें कोई एक्सक्यूज नहीं हो सकता है जात के एतबार से। लेकिन जब आता है मामला सोसाइटी का, मुजत का, तो वहां दूसरे लोगों की राय के मुताबिक</w:t>
      </w:r>
    </w:p>
    <w:p>
      <w:r>
        <w:rPr>
          <w:b/>
        </w:rPr>
        <w:t xml:space="preserve">[04:31] </w:t>
      </w:r>
      <w:r>
        <w:t>karna padega. yeh nahi hai ke aap impose kar dein unke upar. inam ki baat hai, impose karenge toh impose nahi hoga. toh hukumat ka ki naviyat hi alag hai. hukumat bilkul naviyat alag hai. hukumat ka mamla yeh hai ke jaise halaat, waisi hukumat. hadees mein aata hai ke</w:t>
      </w:r>
    </w:p>
    <w:p>
      <w:pPr>
        <w:jc w:val="right"/>
      </w:pPr>
      <w:r>
        <w:t>करना पड़ेगा। यह नहीं है कि आप इंपोज कर दें उनके ऊपर। इनाम की बात है, इंपोज करेंगे तो इंपोज नहीं होगा। तो हुकूमत का की नवियत ही अलग है। हुकूमत बिल्कुल नवियत अलग है। हुकूमत का मामला यह है कि जैसे हालात, वैसी हुकूमत। हदीस में आता है कि</w:t>
      </w:r>
    </w:p>
    <w:p>
      <w:r>
        <w:rPr>
          <w:b/>
        </w:rPr>
        <w:t xml:space="preserve">[04:52] </w:t>
      </w:r>
      <w:r>
        <w:t>kama takun kulla yul walikum, jaise tum ho gaye, waise hukmara ho gaye. yani hukumat ubharti hai mujt se, yani social condition se. lekin infal jo deen hai, woh toh har waqt aata rehte hain. toh jo log dono taka ek karke kehte hain ke islam mukammal nizam hai, woh bila shubah batil boli bolte hain. aur islam mein tashaddud jo aa gaya hai, isi liye aa gaya hai.</w:t>
      </w:r>
    </w:p>
    <w:p>
      <w:pPr>
        <w:jc w:val="right"/>
      </w:pPr>
      <w:r>
        <w:t>कमा तकून कलक यल वालेकुम, जैसे तुम हो गए, वैसे हुक्मरा हो गए। यानी हुकूमत उभरती है मुजत से, यानी सोशल कंडीशन से। लेकिन इंफाल जो दीन है, वो तो हर वक्त आता रहते हैं। तो जो लोग दोनों तका एक करके कहते हैं कि इस्लाम मुकम्मल निजाम है, वो बिला शुभ बातिल बोली बोलते हैं। और इस्लाम में तशदूद जो आ गया है, इसीलिए आ गया है।</w:t>
      </w:r>
    </w:p>
    <w:p>
      <w:r>
        <w:rPr>
          <w:b/>
        </w:rPr>
        <w:t xml:space="preserve">[05:18] </w:t>
      </w:r>
      <w:r>
        <w:t>tashaddud jo aa gaya hai islam mein, bara zimmedar hain woh log kiske, jinhone yeh nara diya ke islam mukammal nizam hai. isko main bila shubah batil samajhta hoon. meri bahut si kitabein hain, aap padh lijiye. tabeer galti, deen aur shariyat, ali islam wagera.</w:t>
      </w:r>
    </w:p>
    <w:p>
      <w:pPr>
        <w:jc w:val="right"/>
      </w:pPr>
      <w:r>
        <w:t>तशदूद जो आ गया है इस्लाम में, बरा जिम्मेदार हैं वो लोग किसके, जिन्होंने यह नारा दिया कि इस्लाम मुकम्मल निजाम है। इसको मैं बिला शुभ बातिल समझता हूं। मेरी बहुत सी किताबें हैं, आप पढ़ लीजिए। ताबीर गलती, दीन और शरीयत, अली इस्लाम वगैरह।</w:t>
      </w:r>
    </w:p>
    <w:p>
      <w:r>
        <w:rPr>
          <w:b/>
        </w:rPr>
        <w:t xml:space="preserve">[05:39] </w:t>
      </w:r>
      <w:r>
        <w:t>maulana, unka ek aur sawal hai. unhone likha hai ke "you have written that in islam politics is a matter of convenience and not a matter of belief. kindly clarify this."</w:t>
      </w:r>
    </w:p>
    <w:p>
      <w:pPr>
        <w:jc w:val="right"/>
      </w:pPr>
      <w:r>
        <w:t>मौलाना, उनका एक और सवाल है। उन्होंने लिखा है कि "यू हैव रिटन दैट इन इस्लाम पॉलिटिक्स इज अ मैटर ऑफ कन्वीनियंस एंड नॉट अ मैटर ऑफ बिलीफ। काइंडली क्लेरिफाई दिस।"</w:t>
      </w:r>
    </w:p>
    <w:p>
      <w:r>
        <w:rPr>
          <w:b/>
        </w:rPr>
        <w:t xml:space="preserve">[05:54] </w:t>
      </w:r>
      <w:r>
        <w:t>wahi baat maine kaha,</w:t>
      </w:r>
    </w:p>
    <w:p>
      <w:pPr>
        <w:jc w:val="right"/>
      </w:pPr>
      <w:r>
        <w:t>वही बात मैंने कहा,</w:t>
      </w:r>
    </w:p>
    <w:p>
      <w:r>
        <w:rPr>
          <w:b/>
        </w:rPr>
        <w:t xml:space="preserve">[06:00] </w:t>
      </w:r>
      <w:r>
        <w:t>convenience ka matlab yeh hai, jaise halaat uske mutabiq. aur ek cheez woh hai deen mein, jiska talluq halaat se nahi, mere apne irade se hai. jaise hi main irada karoon, fill for usko ikhtiyar kar sakta hoon. allah ko ek manna,</w:t>
      </w:r>
    </w:p>
    <w:p>
      <w:pPr>
        <w:jc w:val="right"/>
      </w:pPr>
      <w:r>
        <w:t>कन्वीनियंस का मतलब यह है, जैसे हालात उसके मुताबिक। और एक चीज वो है दीन में, जिसका ताल्लुक हालात से नहीं, मेरे अपने इरादे से है। जैसे ही मैं इरादा करूं, फिल फॉर उसको इख्तियार कर सकता हूं। अल्लाह को एक मानना,</w:t>
      </w:r>
    </w:p>
    <w:p>
      <w:r>
        <w:rPr>
          <w:b/>
        </w:rPr>
        <w:t xml:space="preserve">[06:20] </w:t>
      </w:r>
      <w:r>
        <w:t>aakhirat ko yaqeen karna, jannat jahannum ko manna, allah ke creation plan ko manna, jis waqt mujh par khule, usi waqt isko main yaqeen kar sakta hoon ki yeh barhak hai. lekin jab, yaani jo system hai, jo social</w:t>
      </w:r>
    </w:p>
    <w:p>
      <w:pPr>
        <w:jc w:val="right"/>
      </w:pPr>
      <w:r>
        <w:t>आखिरत को यकीन करना, जन्नत जहन्नम को मानना, अल्लाह के क्रिएशन प्लान को मानना, जिस वक्त मुझ पर खुले, उसी वक्त इसको मैं यकीन कर सकता हूं कि यह बरहक है। लेकिन जब, यानी जो सिस्टम है, जो सोशल</w:t>
      </w:r>
    </w:p>
    <w:p>
      <w:r>
        <w:rPr>
          <w:b/>
        </w:rPr>
        <w:t xml:space="preserve">[06:41] </w:t>
      </w:r>
      <w:r>
        <w:t>takade hain, wahan par aap koi cheez naaf karna chahe, to jab naaf ho payegi, jabk log maane isko, wohne wohne kuch bhi nahi hoga. to yaani wo halaat par depend karta hai. jabki aqeeda ka talluq la se nahi, wo aap mere apne irade se hai.</w:t>
      </w:r>
    </w:p>
    <w:p>
      <w:pPr>
        <w:jc w:val="right"/>
      </w:pPr>
      <w:r>
        <w:t>तकादे हैं, वहां पर आप कोई चीज नाफ करना चाहे, तो जब नाफ हो पाएगी, जबक लोग माने इसको, वोने वोने कुछ भी नहीं होगा। तो यानी वो हालात पर डिपेंड करता है। जबकि अकीदा का ताल्लुक ला से नहीं, वो आप मेरे अपने इरादे से है।</w:t>
      </w:r>
    </w:p>
    <w:p>
      <w:r>
        <w:rPr>
          <w:b/>
        </w:rPr>
        <w:t xml:space="preserve">[07:02] </w:t>
      </w:r>
      <w:r>
        <w:t>ye matlab hai uska.</w:t>
      </w:r>
    </w:p>
    <w:p>
      <w:pPr>
        <w:jc w:val="right"/>
      </w:pPr>
      <w:r>
        <w:t>य मतलब है उसका।</w:t>
      </w:r>
    </w:p>
    <w:p>
      <w:r>
        <w:rPr>
          <w:b/>
        </w:rPr>
        <w:t xml:space="preserve">[07:06] </w:t>
      </w:r>
      <w:r>
        <w:t>maulana, agla sawal karachi pakistan se hai, abdul lateef sahab ka.</w:t>
      </w:r>
    </w:p>
    <w:p>
      <w:pPr>
        <w:jc w:val="right"/>
      </w:pPr>
      <w:r>
        <w:t>मौलाना, अगला सवाल कराची पाकिस्तान से है, अब्दुल लतीफ साहब का।</w:t>
      </w:r>
    </w:p>
    <w:p>
      <w:r>
        <w:rPr>
          <w:b/>
        </w:rPr>
        <w:t xml:space="preserve">[07:11] </w:t>
      </w:r>
      <w:r>
        <w:t>unhone likha hai, "ek gaai ko maine kaha keh aapne parinde paal rakhe hain, jo aap ke liye destruction</w:t>
      </w:r>
    </w:p>
    <w:p>
      <w:pPr>
        <w:jc w:val="right"/>
      </w:pPr>
      <w:r>
        <w:t>उन्होंने लिखा है, "एक गाई को मैंने कहा कि आपने परिंदे पाल रखे हैं, जो आपके लिए डिस्ट्रक्शन</w:t>
      </w:r>
    </w:p>
    <w:p>
      <w:r>
        <w:rPr>
          <w:b/>
        </w:rPr>
        <w:t xml:space="preserve">[07:19] </w:t>
      </w:r>
      <w:r>
        <w:t>ka zariya hai, aur aapka keemti waqt uski dekhbhaal mein zarf ho raha hai.</w:t>
      </w:r>
    </w:p>
    <w:p>
      <w:pPr>
        <w:jc w:val="right"/>
      </w:pPr>
      <w:r>
        <w:t>का जरिया है, और आपका कीमती वक्त उसकी देखभाल में जर्फ हो रहा है।</w:t>
      </w:r>
    </w:p>
    <w:p>
      <w:r>
        <w:rPr>
          <w:b/>
        </w:rPr>
        <w:t xml:space="preserve">[07:25] </w:t>
      </w:r>
      <w:r>
        <w:t>to unhone kaha keh yeh yeh to mera shauq bhi hai aur karobar bhi hai, aur main shauq</w:t>
      </w:r>
    </w:p>
    <w:p>
      <w:pPr>
        <w:jc w:val="right"/>
      </w:pPr>
      <w:r>
        <w:t>तो उन्होंने कहा कि यह यह तो मेरा शौक भी है और कारोबार भी है, और मैं शौक</w:t>
      </w:r>
    </w:p>
    <w:p>
      <w:r>
        <w:rPr>
          <w:b/>
        </w:rPr>
        <w:t xml:space="preserve">[07:32] </w:t>
      </w:r>
      <w:r>
        <w:t>ke hathon majboor hoon.</w:t>
      </w:r>
    </w:p>
    <w:p>
      <w:pPr>
        <w:jc w:val="right"/>
      </w:pPr>
      <w:r>
        <w:t>के हाथों मजबूर हूं।</w:t>
      </w:r>
    </w:p>
    <w:p>
      <w:r>
        <w:rPr>
          <w:b/>
        </w:rPr>
        <w:t xml:space="preserve">[07:34] </w:t>
      </w:r>
      <w:r>
        <w:t>maulana sahab, ek ba-maqsad insaan is duniya mein koi aisa shauq rakh sakta hai, jo uske liye destruction</w:t>
      </w:r>
    </w:p>
    <w:p>
      <w:pPr>
        <w:jc w:val="right"/>
      </w:pPr>
      <w:r>
        <w:t>मौलाना साहब, एक बामकसद इंसान इस दुनिया में कोई ऐसा शौक रख सकता है, जो उसके लिए डिस्ट्रक्शन</w:t>
      </w:r>
    </w:p>
    <w:p>
      <w:r>
        <w:rPr>
          <w:b/>
        </w:rPr>
        <w:t xml:space="preserve">[07:44] </w:t>
      </w:r>
      <w:r>
        <w:t>ka sabab ho.</w:t>
      </w:r>
    </w:p>
    <w:p>
      <w:pPr>
        <w:jc w:val="right"/>
      </w:pPr>
      <w:r>
        <w:t>का सबब हो।</w:t>
      </w:r>
    </w:p>
    <w:p>
      <w:r>
        <w:rPr>
          <w:b/>
        </w:rPr>
        <w:t xml:space="preserve">[07:46] </w:t>
      </w:r>
      <w:r>
        <w:t>iske bare mein bataiye."</w:t>
      </w:r>
    </w:p>
    <w:p>
      <w:pPr>
        <w:jc w:val="right"/>
      </w:pPr>
      <w:r>
        <w:t>इसके बारे में बताएं।"</w:t>
      </w:r>
    </w:p>
    <w:p>
      <w:r>
        <w:rPr>
          <w:b/>
        </w:rPr>
        <w:t xml:space="preserve">[07:48] </w:t>
      </w:r>
      <w:r>
        <w:t>zahair hai ki yeh koi wo halaal hola ka masla nahi hai, na qanoon ka masla hai. us aadmi ko aap samjhaiye ki sabse pehle yeh matan karo, "what is the purpose of life?"</w:t>
      </w:r>
    </w:p>
    <w:p>
      <w:pPr>
        <w:jc w:val="right"/>
      </w:pPr>
      <w:r>
        <w:t>जाहिर है कि यह कोई वो हलाल होला का मसला नहीं है, ना कानून का मसला है। उस आदमी को आप समझाइए कि सबसे पहले यह मतन करो, "व्हाट इज द पर्पस ऑफ लाइफ?</w:t>
      </w:r>
    </w:p>
    <w:p>
      <w:r>
        <w:rPr>
          <w:b/>
        </w:rPr>
        <w:t xml:space="preserve">[08:05] </w:t>
      </w:r>
      <w:r>
        <w:t>what is the goal of life?</w:t>
      </w:r>
    </w:p>
    <w:p>
      <w:pPr>
        <w:jc w:val="right"/>
      </w:pPr>
      <w:r>
        <w:t>व्हाट इज द गोल ऑफ लाइफ?"</w:t>
      </w:r>
    </w:p>
    <w:p>
      <w:r>
        <w:rPr>
          <w:b/>
        </w:rPr>
        <w:t xml:space="preserve">[08:07] </w:t>
      </w:r>
      <w:r>
        <w:t>phir usse lihaz se jaanchon</w:t>
      </w:r>
    </w:p>
    <w:p>
      <w:pPr>
        <w:jc w:val="right"/>
      </w:pPr>
      <w:r>
        <w:t>फिर उससे लिहाज से जांचो</w:t>
      </w:r>
    </w:p>
    <w:p>
      <w:r>
        <w:rPr>
          <w:b/>
        </w:rPr>
        <w:t xml:space="preserve">[08:10] </w:t>
      </w:r>
      <w:r>
        <w:t>keh usse destruction hai keh nahi.</w:t>
      </w:r>
    </w:p>
    <w:p>
      <w:pPr>
        <w:jc w:val="right"/>
      </w:pPr>
      <w:r>
        <w:t>कि उससे डिस्ट्रक्शन है कि नहीं।</w:t>
      </w:r>
    </w:p>
    <w:p>
      <w:r>
        <w:rPr>
          <w:b/>
        </w:rPr>
        <w:t xml:space="preserve">[08:13] </w:t>
      </w:r>
      <w:r>
        <w:t>destruction hai. jo goal hai, usse agar yeh sab cheezein aapko hatati hain, to bila shubah woh qabile</w:t>
      </w:r>
    </w:p>
    <w:p>
      <w:pPr>
        <w:jc w:val="right"/>
      </w:pPr>
      <w:r>
        <w:t>डिस्ट्रक्शन है। जो गोल है, उससे अगर ये सब चीजें आपको हटाती हैं, तो बिला शुभ वो काबिले</w:t>
      </w:r>
    </w:p>
    <w:p>
      <w:r>
        <w:rPr>
          <w:b/>
        </w:rPr>
        <w:t xml:space="preserve">[08:22] </w:t>
      </w:r>
      <w:r>
        <w:t>iznab hai. usko chhodna chahiye.</w:t>
      </w:r>
    </w:p>
    <w:p>
      <w:pPr>
        <w:jc w:val="right"/>
      </w:pPr>
      <w:r>
        <w:t>इतनाब है। उसको छोड़ना चाहिए।</w:t>
      </w:r>
    </w:p>
    <w:p>
      <w:r>
        <w:rPr>
          <w:b/>
        </w:rPr>
        <w:t xml:space="preserve">[08:25] </w:t>
      </w:r>
      <w:r>
        <w:t>to yeh cheezein aisi nahi, jis ko jis ko koi fatwa de ya koi qanoon naaf kare, jo samjhane bujhane</w:t>
      </w:r>
    </w:p>
    <w:p>
      <w:pPr>
        <w:jc w:val="right"/>
      </w:pPr>
      <w:r>
        <w:t>तो यह चीजें ऐसी नहीं, जिसको जिसको कोई फतवा दे या कोई कानून नाफ करे, जो समझाने बुझाने</w:t>
      </w:r>
    </w:p>
    <w:p>
      <w:r>
        <w:rPr>
          <w:b/>
        </w:rPr>
        <w:t xml:space="preserve">[08:31] </w:t>
      </w:r>
      <w:r>
        <w:t>ki baaten hain.</w:t>
      </w:r>
    </w:p>
    <w:p>
      <w:pPr>
        <w:jc w:val="right"/>
      </w:pPr>
      <w:r>
        <w:t>की बातें हैं।</w:t>
      </w:r>
    </w:p>
    <w:p>
      <w:r>
        <w:rPr>
          <w:b/>
        </w:rPr>
        <w:t xml:space="preserve">[08:32] </w:t>
      </w:r>
      <w:r>
        <w:t>to us aadmi ko masla ko yahi samjhana chahiye ki sabse pehle jano ki tumhari zindagi ka maqsad</w:t>
      </w:r>
    </w:p>
    <w:p>
      <w:pPr>
        <w:jc w:val="right"/>
      </w:pPr>
      <w:r>
        <w:t>तो उस आदमी को मसला को यही समझाना चाहिए कि सबसे पहले जानो कि तुम्हारी जिंदगी का मकसद</w:t>
      </w:r>
    </w:p>
    <w:p>
      <w:r>
        <w:rPr>
          <w:b/>
        </w:rPr>
        <w:t xml:space="preserve">[08:36] </w:t>
      </w:r>
      <w:r>
        <w:t>kya hai. tab jakar ke woh taiyar hoga, yaani is par gaur karne ke liye.</w:t>
      </w:r>
    </w:p>
    <w:p>
      <w:pPr>
        <w:jc w:val="right"/>
      </w:pPr>
      <w:r>
        <w:t>क्या है। तब जाकर के वह तैयार होगा, यानी इस पर गौर करने के लिए।</w:t>
      </w:r>
    </w:p>
    <w:p>
      <w:r>
        <w:rPr>
          <w:b/>
        </w:rPr>
        <w:t xml:space="preserve">[08:46] </w:t>
      </w:r>
      <w:r>
        <w:t>maulana, agla sawal delhi se hai, danish sahab ka. unhone likha hai, "what is the role of mosque in dawa and how we can use it for dawa work?" kindly. role of?</w:t>
      </w:r>
    </w:p>
    <w:p>
      <w:pPr>
        <w:jc w:val="right"/>
      </w:pPr>
      <w:r>
        <w:t>मौलाना, अगला सवाल दिल्ली से है, दानिश साहब का। उन्होंने लिखा है, "व्हाट इज द रोल ऑफ मॉस्क इन दावा एंड हाउ वी कैन यूज इट फॉर दावा वर्क?" काइंडली। रोल ऑफ?</w:t>
      </w:r>
    </w:p>
    <w:p>
      <w:r>
        <w:rPr>
          <w:b/>
        </w:rPr>
        <w:t xml:space="preserve">[09:00] </w:t>
      </w:r>
      <w:r>
        <w:t>mosque, masjid ka kya role hai dawa work mein aur usko kaise istemal kiya ja sakta hai</w:t>
      </w:r>
    </w:p>
    <w:p>
      <w:pPr>
        <w:jc w:val="right"/>
      </w:pPr>
      <w:r>
        <w:t>मॉस्क, मस्जिद का क्या रोल है दावा वर्क में और उसको कैसे इस्तेमाल किया जा सकता है</w:t>
      </w:r>
    </w:p>
    <w:p>
      <w:r>
        <w:rPr>
          <w:b/>
        </w:rPr>
        <w:t xml:space="preserve">[09:04] </w:t>
      </w:r>
      <w:r>
        <w:t>? dekhiye, masjid aur madarse ki baat nahin hai.</w:t>
      </w:r>
    </w:p>
    <w:p>
      <w:pPr>
        <w:jc w:val="right"/>
      </w:pPr>
      <w:r>
        <w:t>? देखिए, मस्जिद और मदरसे की बात नहीं है।</w:t>
      </w:r>
    </w:p>
    <w:p>
      <w:r>
        <w:rPr>
          <w:b/>
        </w:rPr>
        <w:t xml:space="preserve">[09:09] </w:t>
      </w:r>
      <w:r>
        <w:t>yeh to insaan ka mamla hai.</w:t>
      </w:r>
    </w:p>
    <w:p>
      <w:pPr>
        <w:jc w:val="right"/>
      </w:pPr>
      <w:r>
        <w:t>यह तो इंसान का मामला है।</w:t>
      </w:r>
    </w:p>
    <w:p>
      <w:r>
        <w:rPr>
          <w:b/>
        </w:rPr>
        <w:t xml:space="preserve">[09:10] </w:t>
      </w:r>
      <w:r>
        <w:t>jahan insaan hai, wahan dawat hai.</w:t>
      </w:r>
    </w:p>
    <w:p>
      <w:pPr>
        <w:jc w:val="right"/>
      </w:pPr>
      <w:r>
        <w:t>जहां इंसान है, वहां दावत है।</w:t>
      </w:r>
    </w:p>
    <w:p>
      <w:r>
        <w:rPr>
          <w:b/>
        </w:rPr>
        <w:t xml:space="preserve">[09:13] </w:t>
      </w:r>
      <w:r>
        <w:t>yeh nahin ki aap masjid ko lekar baith jaen, madarse ko lekar baith jaen.</w:t>
      </w:r>
    </w:p>
    <w:p>
      <w:pPr>
        <w:jc w:val="right"/>
      </w:pPr>
      <w:r>
        <w:t>यह नहीं कि आप मस्जिद को लेकर बैठ जाएं, मदरसे को लेकर बैठ जाएं।</w:t>
      </w:r>
    </w:p>
    <w:p>
      <w:r>
        <w:rPr>
          <w:b/>
        </w:rPr>
        <w:t xml:space="preserve">[09:18] </w:t>
      </w:r>
      <w:r>
        <w:t>aapko insaan oriented kaam hai dawa.</w:t>
      </w:r>
    </w:p>
    <w:p>
      <w:pPr>
        <w:jc w:val="right"/>
      </w:pPr>
      <w:r>
        <w:t>आपको इंसान ओरिएंटेड काम है दावा।</w:t>
      </w:r>
    </w:p>
    <w:p>
      <w:r>
        <w:rPr>
          <w:b/>
        </w:rPr>
        <w:t xml:space="preserve">[09:23] </w:t>
      </w:r>
      <w:r>
        <w:t>yeh main isko nahin manta ki bas masjid bahar tareekh chalae to dawat ho gayi.</w:t>
      </w:r>
    </w:p>
    <w:p>
      <w:pPr>
        <w:jc w:val="right"/>
      </w:pPr>
      <w:r>
        <w:t>यह मैं इसको नहीं मानता कि बस मस्जिद बाहर तारीख चलाए तो दावत हो गई।</w:t>
      </w:r>
    </w:p>
    <w:p>
      <w:r>
        <w:rPr>
          <w:b/>
        </w:rPr>
        <w:t xml:space="preserve">[09:29] </w:t>
      </w:r>
      <w:r>
        <w:t>sahab, behtar insaan to masjid ke bahar hi hain.</w:t>
      </w:r>
    </w:p>
    <w:p>
      <w:pPr>
        <w:jc w:val="right"/>
      </w:pPr>
      <w:r>
        <w:t>साहब, बेहतर इंसान तो मस्जिद के बाहर ही हैं।</w:t>
      </w:r>
    </w:p>
    <w:p>
      <w:r>
        <w:rPr>
          <w:b/>
        </w:rPr>
        <w:t xml:space="preserve">[09:32] </w:t>
      </w:r>
      <w:r>
        <w:t>to kya karenge aap?</w:t>
      </w:r>
    </w:p>
    <w:p>
      <w:pPr>
        <w:jc w:val="right"/>
      </w:pPr>
      <w:r>
        <w:t>तो क्या करेंगे आप?</w:t>
      </w:r>
    </w:p>
    <w:p>
      <w:r>
        <w:rPr>
          <w:b/>
        </w:rPr>
        <w:t xml:space="preserve">[09:34] </w:t>
      </w:r>
      <w:r>
        <w:t>yaani 99 par insaan to masjid ke bahar hain. to kaun par dawat nahi karwana hai aapko? to yeh main samajhta hoon ki dawat ka kaam insaan war tareekh hai. wo na to masjid war hai, na madarsa war.</w:t>
      </w:r>
    </w:p>
    <w:p>
      <w:pPr>
        <w:jc w:val="right"/>
      </w:pPr>
      <w:r>
        <w:t>यानी 99 पर इंसान तो मस्जिद के बाहर हैं। तो कौन पर दावत नहीं करवाना है आपको? तो यह मैं समझता हूं कि दावत का काम इंसान वार तारीख है। वो ना तो मस्जिद वार है, ना मदरसा वार।</w:t>
      </w:r>
    </w:p>
    <w:p>
      <w:r>
        <w:rPr>
          <w:b/>
        </w:rPr>
        <w:t xml:space="preserve">[09:53] </w:t>
      </w:r>
      <w:r>
        <w:t>maulana, agla sawal maulana inayatullah umri sahab ka hai, bangalore se. unhone likha hai, "hindustan ke muslim madarse government se takrai kiye bagair kaam karte hain, lekin madarse se nikalne wale yahi ulama baad mein government ke khilaf takrav ki tehreek chala dete hain. aisa kyun hai?"</w:t>
      </w:r>
    </w:p>
    <w:p>
      <w:pPr>
        <w:jc w:val="right"/>
      </w:pPr>
      <w:r>
        <w:t>मौलाना, अगला सवाल मौलाना इनायतुल्लाह उमरी साहब का है, बेंगलोर से। उन्होंने लिखा है, "हिंदुस्तान के मुस्लिम मदरसे गवर्नमेंट से टकराई किए बगैर काम करते हैं, लेकिन मदरसे से निकलने वाले यही उलेमा बाद में गवर्नमेंट के खिलाफ टकराव की तहरीक चला देते हैं। ऐसा क्यों है?"</w:t>
      </w:r>
    </w:p>
    <w:p>
      <w:r>
        <w:rPr>
          <w:b/>
        </w:rPr>
        <w:t xml:space="preserve">[10:16] </w:t>
      </w:r>
      <w:r>
        <w:t>isliye ki wo wahan padhaya jata hai. humne khud madarse mein padha hai. jo kitabein padhai jati hain, jo takreer hoti hai, wo sab wahi hai.</w:t>
      </w:r>
    </w:p>
    <w:p>
      <w:pPr>
        <w:jc w:val="right"/>
      </w:pPr>
      <w:r>
        <w:t>इसलिए कि वो वहां पढ़ाया जाता है। हमने खुद मदरसे में पढ़ा है। जो किताबें पढ़ाई जाती हैं, जो तकरीर होती है, वो सब वही है।</w:t>
      </w:r>
    </w:p>
    <w:p>
      <w:r>
        <w:rPr>
          <w:b/>
        </w:rPr>
        <w:t xml:space="preserve">[10:27] </w:t>
      </w:r>
      <w:r>
        <w:t>jisne bhi madarse mein padha, usse poochh lijiye ki poora madarse ke mahol mein charcha hota hai, wo usi ka futuha aur aur hukoomat aur daur e idar ka. to madarse mein to taleemi mahol hota hai, wahan par mauqa nahi nahi lagta. lekin jab madarse bahar aaye, to jhanda utha lete hain, kyunki wo usi ke liye tarbiyat tabta hai. wo usi ke liye unki training hui hai.</w:t>
      </w:r>
    </w:p>
    <w:p>
      <w:pPr>
        <w:jc w:val="right"/>
      </w:pPr>
      <w:r>
        <w:t>जिसने भी मदरसे में पढ़ा, उससे पूछ लीजिए कि पूरा मदरसे के माहौल में चर्चा होता है, वो उसी का फतुहा और और हुकूमत और दौरे इदार का। तो मदरसे में तो तालीमी माहौल होता है, वहां पर मौका नहीं नहीं लगता। लेकिन जब मदरसे बाहर आए, तो झंडा उठा लेते हैं, क्योंकि वो उसी के लिए तरबियत ताबता है। वो उसी के लिए उनकी ट्रेनिंग हुई है।</w:t>
      </w:r>
    </w:p>
    <w:p>
      <w:r>
        <w:rPr>
          <w:b/>
        </w:rPr>
        <w:t xml:space="preserve">[10:54] </w:t>
      </w:r>
      <w:r>
        <w:t>madarse mein taleemi jo mahol hota hai, uski bandish hoti hai. uski wajah se wo amli saath mein nahi aate. halanki baad mein daris aalami saath bhi aa gaye. madarsa chalati amli saath bhi aa gaye. iski bhi misaal hai.</w:t>
      </w:r>
    </w:p>
    <w:p>
      <w:pPr>
        <w:jc w:val="right"/>
      </w:pPr>
      <w:r>
        <w:t>मदरसे में तालीमी जो माहौल होता है, उसकी बंदिश होती है। उसकी वजह से वो अमली साथ में नहीं आते। हालांकि बाद में दारिस आलमी साथ भी आ गए। मदरसा चलाती अमली साथ भी आ गए। इसकी भी मिसाल है।</w:t>
      </w:r>
    </w:p>
    <w:p>
      <w:r>
        <w:rPr>
          <w:b/>
        </w:rPr>
        <w:t xml:space="preserve">[11:13] </w:t>
      </w:r>
      <w:r>
        <w:t>to ek behrahal, asal cheez hai zehan kaisa banta hai. to zehan banta hai zahiri, siyasi aur tareekhi. wo zehan bahar aakar jisko mauqa milta hai, wo usmein jhanda utha leta hai. koi log nahi uthate, unko kahin doosra mauqa mil gaya, wahan chale jate hain. wo</w:t>
      </w:r>
    </w:p>
    <w:p>
      <w:pPr>
        <w:jc w:val="right"/>
      </w:pPr>
      <w:r>
        <w:t>तो एक बहरहाल, असल चीज है जहन कैसा बनता है। तो जहन बनता है जहरी, सियासी और तारीखी। वो जहन बाहर आकर जिसको मौका मिलता है, वो उसमें झंडा उठा लेता है। कोई लोग नहीं उठाते, उनको कहीं दूसरा मौका मिल गया, वहां चले जाते हैं। वो</w:t>
      </w:r>
    </w:p>
    <w:p>
      <w:r>
        <w:rPr>
          <w:b/>
        </w:rPr>
        <w:t xml:space="preserve">[11:33] </w:t>
      </w:r>
      <w:r>
        <w:t>behral, zehan ek hi hai. masjid mein, madarse mein, har jagah wo zehan jo hai, wahi hai. yaani shasik aur hukoomat wala zehan hai.</w:t>
      </w:r>
    </w:p>
    <w:p>
      <w:pPr>
        <w:jc w:val="right"/>
      </w:pPr>
      <w:r>
        <w:t>बहरहाल, जहन एक ही है। मस्जिद में, मदरसे में, हर जगह वो जहन जो है, वही है। यानी शासक और हुकूमत वाला जहन है।</w:t>
      </w:r>
    </w:p>
    <w:p>
      <w:r>
        <w:rPr>
          <w:b/>
        </w:rPr>
        <w:t xml:space="preserve">[11:46] </w:t>
      </w:r>
      <w:r>
        <w:t>maulana, agla sawal delhi se hai, nazeem ahmad sahab ka. unhone likha hai, "jo log hamare sampark mein aate hain, unko islam ke bare mein batane ke liye kaun si kitabein hum dein?"</w:t>
      </w:r>
    </w:p>
    <w:p>
      <w:pPr>
        <w:jc w:val="right"/>
      </w:pPr>
      <w:r>
        <w:t>मौलाना, अगला सवाल दिल्ली से है, नजीम अहमद साहब का। उन्होंने लिखा है, "जो लोग हमारे संपर्क में आते हैं, उनको इस्लाम के बारे में बताने के लिए कौन सी किताबें हम दें?</w:t>
      </w:r>
    </w:p>
    <w:p>
      <w:r>
        <w:rPr>
          <w:b/>
        </w:rPr>
        <w:t xml:space="preserve">[11:59] </w:t>
      </w:r>
      <w:r>
        <w:t>iske bare mein bataye."</w:t>
      </w:r>
    </w:p>
    <w:p>
      <w:pPr>
        <w:jc w:val="right"/>
      </w:pPr>
      <w:r>
        <w:t>इसके बारे में बताएं।"</w:t>
      </w:r>
    </w:p>
    <w:p>
      <w:r>
        <w:rPr>
          <w:b/>
        </w:rPr>
        <w:t xml:space="preserve">[12:03] </w:t>
      </w:r>
      <w:r>
        <w:t>bhai, dekhiye, yeh koi</w:t>
      </w:r>
    </w:p>
    <w:p>
      <w:pPr>
        <w:jc w:val="right"/>
      </w:pPr>
      <w:r>
        <w:t>भाई, देखिए, यह कोई</w:t>
      </w:r>
    </w:p>
    <w:p>
      <w:r>
        <w:rPr>
          <w:b/>
        </w:rPr>
        <w:t xml:space="preserve">[12:07] </w:t>
      </w:r>
      <w:r>
        <w:t>yaani koi batane ki baat nahi hai. yeh to aapke samajhne ki baat hai, kyunki jo aapke sampark mein aate hain, wo kya hai. to tarah tarah ke log ho sakte hain. insaan ki to bahut qismein hain. to aapko khud kitabein padhna hoga. khuda padhkar khud aapko tay karna hoga ki unke mind ko address karne wali kitab kaun si hai. yeh koi doosra aadmi nahi bata sakta hai.</w:t>
      </w:r>
    </w:p>
    <w:p>
      <w:pPr>
        <w:jc w:val="right"/>
      </w:pPr>
      <w:r>
        <w:t>यानी कोई बताने की बात नहीं है। यह तो आपके समझने की बात है, क्योंकि जो आपके संपर्क में आते हैं, वो क्या है। तो तरह-तरह के लोग हो सकते हैं। इंसान की तो बहुत किस्में हैं। तो आपको खुद किताबें पढ़ना होगा। खुदा पढ़कर खुद आपको तय करना होगा कि उनके माइंड को एड्रेस करने वाली किताब कौन सी है। यह कोई दूसरा आदमी नहीं बता सकता है।</w:t>
      </w:r>
    </w:p>
    <w:p>
      <w:r>
        <w:rPr>
          <w:b/>
        </w:rPr>
        <w:t xml:space="preserve">[12:36] </w:t>
      </w:r>
      <w:r>
        <w:t>maulana, agla ek comment aaya hai, patna se, bihar se, danial sahab ka.</w:t>
      </w:r>
    </w:p>
    <w:p>
      <w:pPr>
        <w:jc w:val="right"/>
      </w:pPr>
      <w:r>
        <w:t>मौलाना, अगला एक कमेंट आया है, पटना से, बिहार से, दानियल साहब का।</w:t>
      </w:r>
    </w:p>
    <w:p>
      <w:r>
        <w:rPr>
          <w:b/>
        </w:rPr>
        <w:t xml:space="preserve">[12:41] </w:t>
      </w:r>
      <w:r>
        <w:t>unhone likha hai, "maulana, pichhle sunday ko main delhi mein tha.</w:t>
      </w:r>
    </w:p>
    <w:p>
      <w:pPr>
        <w:jc w:val="right"/>
      </w:pPr>
      <w:r>
        <w:t>उन्होंने लिखा है, "मौलाना, पिछले संडे को मैं दिल्ली में था।</w:t>
      </w:r>
    </w:p>
    <w:p>
      <w:r>
        <w:rPr>
          <w:b/>
        </w:rPr>
        <w:t xml:space="preserve">[12:46] </w:t>
      </w:r>
      <w:r>
        <w:t>maine cps hall mein aapke lecture ko attend kiya, jiska topic tha political activism aur futile activism.</w:t>
      </w:r>
    </w:p>
    <w:p>
      <w:pPr>
        <w:jc w:val="right"/>
      </w:pPr>
      <w:r>
        <w:t>मैंने सीपीएस हॉल में आपके लेक्चर को अटेंड किया, जिसका टॉपिक था पॉलिटिकल एक्टिविज्म और फ्यूटाइल एक्टिविज्म।</w:t>
      </w:r>
    </w:p>
    <w:p>
      <w:r>
        <w:rPr>
          <w:b/>
        </w:rPr>
        <w:t xml:space="preserve">[12:55] </w:t>
      </w:r>
      <w:r>
        <w:t>aur aaj main online lecture yeh sun raha hoon.</w:t>
      </w:r>
    </w:p>
    <w:p>
      <w:pPr>
        <w:jc w:val="right"/>
      </w:pPr>
      <w:r>
        <w:t>और आज मैं ऑनलाइन लेक्चर यह सुन रहा हूं।</w:t>
      </w:r>
    </w:p>
    <w:p>
      <w:r>
        <w:rPr>
          <w:b/>
        </w:rPr>
        <w:t xml:space="preserve">[12:58] </w:t>
      </w:r>
      <w:r>
        <w:t>in donon lecture se kai bahut zyada important islam ke aspects clear hue, jiske baad mere andar thrilling</w:t>
      </w:r>
    </w:p>
    <w:p>
      <w:pPr>
        <w:jc w:val="right"/>
      </w:pPr>
      <w:r>
        <w:t>इन दोनों लेक्चर से कई बहुत ज्यादा इंपॉर्टेंट इस्लाम के एस्पेक्ट्स क्लियर हुए, जिसके बाद मेरे अंदर थ्रिलिंग</w:t>
      </w:r>
    </w:p>
    <w:p>
      <w:r>
        <w:rPr>
          <w:b/>
        </w:rPr>
        <w:t xml:space="preserve">[13:06] </w:t>
      </w:r>
      <w:r>
        <w:t>ka ehsaas ho raha hai. jo baatein maine samjhi, wo yeh hain ki hum 200 saal se political empire ko regain karne ki koshish kar rahe hain. halanki usse bhi bada, usse bhi, usse bhi zyada bada empire maujood hai, aur wo hai dawa empire. aur dawa empire ke baad kisi aur empire ki zaroorat nahi.</w:t>
      </w:r>
    </w:p>
    <w:p>
      <w:pPr>
        <w:jc w:val="right"/>
      </w:pPr>
      <w:r>
        <w:t>का एहसास हो रहा है। जो बातें मैंने समझी, वह यह हैं कि हम 200 साल से पॉलिटिकल एंपायर को रीगेन करने की कोशिश कर रहे हैं। हालांकि उससे भी बड़ा, उससे भी, उससे भी ज्यादा बड़ा एंपायर मौजूद है, और वह है दावा एंपायर। और दावा एंपायर के बाद किसी और एंपायर की जरूरत नहीं।</w:t>
      </w:r>
    </w:p>
    <w:p>
      <w:r>
        <w:rPr>
          <w:b/>
        </w:rPr>
        <w:t xml:space="preserve">[13:30] </w:t>
      </w:r>
      <w:r>
        <w:t>doosri aham baat yeh hai ki quran ke mutabik hamare liye zimmedari yeh hai ki hum adal ko apnayein, na ki adal ko naaf karne ke liye pur tashaddud, jaddojahad karein. teesri, prophet aur sahaba ke zamane mein religious persecution ka zamana tha. un logon ne jo bhi defensive confrontation kiya, uska asal maqsad religious persecution ko</w:t>
      </w:r>
    </w:p>
    <w:p>
      <w:pPr>
        <w:jc w:val="right"/>
      </w:pPr>
      <w:r>
        <w:t>दूसरी अहम बात यह है कि कुरान के मुताबिक हमारे लिए जिम्मेदारी यह है कि हम अदल को अपनाएं, ना कि अदल को नाफ करने के लिए पुर तशदूद, जद्दोजहद करें। तीसरी, प्रॉफेट और सहाबा के जमाने में रिलीजियस पर्सीक्यूशन का जमाना था। उन लोगों ने जो भी डिफेंसिव कन्फ्रंटेशन किया, उसका असल मकसद रिलीजियस पर्सीक्यूशन को</w:t>
      </w:r>
    </w:p>
    <w:p>
      <w:r>
        <w:rPr>
          <w:b/>
        </w:rPr>
        <w:t xml:space="preserve">[13:57] </w:t>
      </w:r>
      <w:r>
        <w:t>khatm karne ka tha, na ki political power ko gain karne ka. aur unhi ki koshishon ke nateeje mein jo process shuru hua, uska culmination aaj freedom of expression hai. maulana sahab, yeh baatein kya maine sahi samjhi?</w:t>
      </w:r>
    </w:p>
    <w:p>
      <w:pPr>
        <w:jc w:val="right"/>
      </w:pPr>
      <w:r>
        <w:t>खत्म करने का था, ना कि पॉलिटिकल पावर को गेन करने का। और उन्हीं की कोशिशों के नतीजे में जो प्रोसेस शुरू हुआ, उसका कल्मिनेशन आज फ्रीडम ऑफ एक्सप्रेशन है। मौलाना साहब, यह बातें क्या मैंने सही समझी?</w:t>
      </w:r>
    </w:p>
    <w:p>
      <w:r>
        <w:rPr>
          <w:b/>
        </w:rPr>
        <w:t xml:space="preserve">[14:14] </w:t>
      </w:r>
      <w:r>
        <w:t>theek, bahut sahi, bilkul sahi hai, bilkul theek. maulana, agla sawal delhi se hai, miss nagma siddiqui ka. unhone likha hai, "if ideal cannot be achieved, why has there been efforts throughout history to achieve it?"</w:t>
      </w:r>
    </w:p>
    <w:p>
      <w:pPr>
        <w:jc w:val="right"/>
      </w:pPr>
      <w:r>
        <w:t>ठीक, बहुत सही, बिल्कुल सही है, बिल्कुलठीक। मौलाना, अगला सवाल दिल्ली से है, मिस नगमा सिद्दीकी का। उन्होंने लिखा है, "इफ आइडियल कैन नॉट बी अचीव्ड, व्हाई हैज देयर बीन एफर्ट्स थ्रू आउट हिस्ट्री टू अचीव इट?"</w:t>
      </w:r>
    </w:p>
    <w:p>
      <w:r>
        <w:rPr>
          <w:b/>
        </w:rPr>
        <w:t xml:space="preserve">[14:35] </w:t>
      </w:r>
      <w:r>
        <w:t>dekhiye, insaan jo hai, yaani ideal seeking animal hai. paidaishi taraf uske mind mein ek miyar hai, ek ideal hai, jisko wo achieve karna chahta hai. to Allah taala ne</w:t>
      </w:r>
    </w:p>
    <w:p>
      <w:pPr>
        <w:jc w:val="right"/>
      </w:pPr>
      <w:r>
        <w:t>देखिए, इंसान जो है, यानी आइडियल सीकिंग एनिमल है। पैदाइशी तरफ उसके माइंड में एक मियार है, एक आइडियल है, जिसको वो अचीव करना चाहता है। तो अल्लाह ताला ने</w:t>
      </w:r>
    </w:p>
    <w:p>
      <w:r>
        <w:rPr>
          <w:b/>
        </w:rPr>
        <w:t xml:space="preserve">[14:53] </w:t>
      </w:r>
      <w:r>
        <w:t>yeh jo miyar pasandi hai insaan ke andar rakhi thi, jannat ke shauk ke liye. ki aadmi duniya mein kam tawajjoh de, duniya mein apne dil na lagaye, yeh samajh kar ke bhai, jo ideal mere mind mein hai, wo to jannat mein milega. yahan to bas kuch din rehna hai.</w:t>
      </w:r>
    </w:p>
    <w:p>
      <w:pPr>
        <w:jc w:val="right"/>
      </w:pPr>
      <w:r>
        <w:t>यह जो म्यार पसंदी है इंसान के अंदर रखी थी, जन्नत के शौक के लिए। कि आदमी दुनिया में कम तवज्जो दे, दुनिया में अपने दिल ना लगाए, यह समझ कर के कि भाई, जो आइडियल मेरे माइंड में है, वो तो जन्नत में मिलेगा। यहां तो बस कुछ दिन रहना है।</w:t>
      </w:r>
    </w:p>
    <w:p>
      <w:r>
        <w:rPr>
          <w:b/>
        </w:rPr>
        <w:t xml:space="preserve">[15:11] </w:t>
      </w:r>
      <w:r>
        <w:t>lekin aaj is hua yeh ki behtar insaanon ne us miyar pasandi ko isi duniya mein transfer karna chaha, jo miyar pasandi thi akhirat, unki jannat ki yaad karne ke liye, usse apne ko ishq lagane ke liye.</w:t>
      </w:r>
    </w:p>
    <w:p>
      <w:pPr>
        <w:jc w:val="right"/>
      </w:pPr>
      <w:r>
        <w:t>लेकिन आज इस हुआ यह कि बेहतर इंसानों ने उस म्यार पसंदी को इसी दुनिया में ट्रांसफर करना चाहा, जो म्यार पसंदी थी आखिरत, उनकी जन्नत की याद करने के लिए, उससे अपने को लव लगाने के लिए।</w:t>
      </w:r>
    </w:p>
    <w:p>
      <w:r>
        <w:rPr>
          <w:b/>
        </w:rPr>
        <w:t xml:space="preserve">[15:28] </w:t>
      </w:r>
      <w:r>
        <w:t>us miyar pasandi ko chah ke is duniya mein main bana loon. iske nateeje mein yeh tareekh mein yeh manzar aapko dikhai deta hai.</w:t>
      </w:r>
    </w:p>
    <w:p>
      <w:pPr>
        <w:jc w:val="right"/>
      </w:pPr>
      <w:r>
        <w:t>उस म्यार पसंदी को चाह के इस दुनिया में मैं बना लूं। इसके नतीजे में यह तारीख में यह मंजर आपको दिखाई दे देता है।</w:t>
      </w:r>
    </w:p>
    <w:p>
      <w:r>
        <w:rPr>
          <w:b/>
        </w:rPr>
        <w:t xml:space="preserve">[15:46] </w:t>
      </w:r>
      <w:r>
        <w:t>maulana, agla sawal dilli se hai, nafees sahab ne likha hai. unhone poocha hai ki kisi waqea ka zikr karte hue aapne ek hadees ka hawala diya tha, jo is tareeqe, is tareeqe se, is tari, is tarah the: "jab na ahal log ohdedaar banaye jaane lage, to qayamat ka intezar karo." is hadees mein kya baat kahi gayi hai,</w:t>
      </w:r>
    </w:p>
    <w:p>
      <w:pPr>
        <w:jc w:val="right"/>
      </w:pPr>
      <w:r>
        <w:t>मौलाना, अगला सवाल दिल्ली से है, नफीस साहब ने लिखा है। उन्होंने पूछा है कि किसी वाक्य का जिक्र करते हुए आपने एक हदीस का हवाला दिया था, जो इस तरीके, इस तरीके से, इस तरी, इस तरह थे: "जब ना अहल लोग ओहदेदार बनाए जाने लगे, तो कयामत का इंतजार करो।" इस हदीस में क्या बात कही गई है,</w:t>
      </w:r>
    </w:p>
    <w:p>
      <w:r>
        <w:rPr>
          <w:b/>
        </w:rPr>
        <w:t xml:space="preserve">[16:12] </w:t>
      </w:r>
      <w:r>
        <w:t>main use poori tareeqe se samajh nahin paya hoon.</w:t>
      </w:r>
    </w:p>
    <w:p>
      <w:pPr>
        <w:jc w:val="right"/>
      </w:pPr>
      <w:r>
        <w:t>मैं उसे पूरी तरीके से समझ नहीं पाया हूं।</w:t>
      </w:r>
    </w:p>
    <w:p>
      <w:r>
        <w:rPr>
          <w:b/>
        </w:rPr>
        <w:t xml:space="preserve">[16:16] </w:t>
      </w:r>
      <w:r>
        <w:t>us hadees ke alfaaz hain, "jab mamlaat jo hai, naalon ke haath mein</w:t>
      </w:r>
    </w:p>
    <w:p>
      <w:pPr>
        <w:jc w:val="right"/>
      </w:pPr>
      <w:r>
        <w:t>उस हदीस के अल्फाज हैं, "जब मामलात जो है, नालो के हाथ में</w:t>
      </w:r>
    </w:p>
    <w:p>
      <w:r>
        <w:rPr>
          <w:b/>
        </w:rPr>
        <w:t xml:space="preserve">[16:33] </w:t>
      </w:r>
      <w:r>
        <w:t>jane lage, to intezar karo qayamat ka." to main sochta hoon ki yeh jo hadees thi, iski peshangoi, yeh duaen poori ho chuki hain. aaj jis jagah dekhen, nal log baithe hue hain.</w:t>
      </w:r>
    </w:p>
    <w:p>
      <w:pPr>
        <w:jc w:val="right"/>
      </w:pPr>
      <w:r>
        <w:t>जाने लगे, तो इंतजार करो कामत का।" तो मैं सोचता हूं कि यह जो हदीस थी, इसकी पेशेदगोई, यह दुआएं पूरी हो चुकी हैं। आज जिस जगह देखें, नाल लोग बैठे हुए हैं।</w:t>
      </w:r>
    </w:p>
    <w:p>
      <w:r>
        <w:rPr>
          <w:b/>
        </w:rPr>
        <w:t xml:space="preserve">[16:51] </w:t>
      </w:r>
      <w:r>
        <w:t>har seat par ek nal aadmi baitha hua hai.</w:t>
      </w:r>
    </w:p>
    <w:p>
      <w:pPr>
        <w:jc w:val="right"/>
      </w:pPr>
      <w:r>
        <w:t>हर सीट पर एक नाल आदमी बैठा हुआ है।</w:t>
      </w:r>
    </w:p>
    <w:p>
      <w:r>
        <w:rPr>
          <w:b/>
        </w:rPr>
        <w:t xml:space="preserve">[16:58] </w:t>
      </w:r>
      <w:r>
        <w:t>uske sabab kya hai? kyon aisa hua ki nal log baith gaye wa ja ja karke? to isko aap dhoondhiye. lekin yeh to waqea hai ki is zamane mein jitni seat hai, sab par nal log baithe hue hain.</w:t>
      </w:r>
    </w:p>
    <w:p>
      <w:pPr>
        <w:jc w:val="right"/>
      </w:pPr>
      <w:r>
        <w:t>उसके सबब क्या है? क्यों ऐसा हुआ कि नाल लोग बैठ गए व जा जा करके? तो इसको आपढूंढिए। लेकिन यह तो वाकया है कि इस जमाने में जितनी सीट है, सब पर नाल लोग बैठे हुए हैं।</w:t>
      </w:r>
    </w:p>
    <w:p>
      <w:r>
        <w:rPr>
          <w:b/>
        </w:rPr>
        <w:t xml:space="preserve">[17:13] </w:t>
      </w:r>
      <w:r>
        <w:t>jahan tak main janta hoon,</w:t>
      </w:r>
    </w:p>
    <w:p>
      <w:pPr>
        <w:jc w:val="right"/>
      </w:pPr>
      <w:r>
        <w:t>जहां तक मैं जानता हूं,</w:t>
      </w:r>
    </w:p>
    <w:p>
      <w:r>
        <w:rPr>
          <w:b/>
        </w:rPr>
        <w:t xml:space="preserve">[17:15] </w:t>
      </w:r>
      <w:r>
        <w:t>wo yeh hai ki nal log baatein khoob bolte hain. nal aadmi munaf, munafiqat khoob dikhata hai, khoob achhi-achhi baatein karega. to log samjhen ki yeh bahut mauzoo hai is ohde ke liye. aur jo aadmi sachcha hoga, Allah se darta hoga, badh-badh kar baatein nahin bolega.</w:t>
      </w:r>
    </w:p>
    <w:p>
      <w:pPr>
        <w:jc w:val="right"/>
      </w:pPr>
      <w:r>
        <w:t>वो यह है कि नाल लोग बातें खूब बोलते हैं। नाल आदमी मुनाफ, मुनाफिकत खूब दिखाता है, खूब अच्छी-अच्छी बातें करेगा। तो लोग समझें कि यह बहुत मौजू है इस ओहदे के लिए। और जो आदमी सच्चा होगा, अल्लाह से डरता होगा, बढ़-बढ़ कर बातें नहीं बोलेगा।</w:t>
      </w:r>
    </w:p>
    <w:p>
      <w:r>
        <w:rPr>
          <w:b/>
        </w:rPr>
        <w:t xml:space="preserve">[17:38] </w:t>
      </w:r>
      <w:r>
        <w:t>wo language, wo language of understanding sawal karega. theek hai, ek hai language of overstatement, ek hai language of understanding. to munafiq jo hota, wo language of overstatement bolta hai.</w:t>
      </w:r>
    </w:p>
    <w:p>
      <w:pPr>
        <w:jc w:val="right"/>
      </w:pPr>
      <w:r>
        <w:t>वो लैंग्वेज, वो लैंग्वेज ऑफ अंडरस्टैंडमेंट सवाल करेगा।ठीक है, एक है लैंग्वेज ऑफ ओवर स्टेटमेंट, एक है लैंग्वेज ऑफ अंडरस्टैंडमेंट। तो मुनाफिक जो होता, वो लैंग्वेज ऑफ ओवर स्टेटमेंट बोलता है।</w:t>
      </w:r>
    </w:p>
    <w:p>
      <w:r>
        <w:rPr>
          <w:b/>
        </w:rPr>
        <w:t xml:space="preserve">[17:55] </w:t>
      </w:r>
      <w:r>
        <w:t>aur jo sachcha aadmi hoga, wo language of understanding bolega. to log tajziya kar nahin paate. to uski baaton ke dhoke bhai aate hain, kehte ki yeh hai, isko seat par baithao. yeh daur to poora aise hi ka hai.</w:t>
      </w:r>
    </w:p>
    <w:p>
      <w:pPr>
        <w:jc w:val="right"/>
      </w:pPr>
      <w:r>
        <w:t>और जो सच्चा आदमी होगा, वो लैंग्वेज ऑफ अंडरस्टैंडमेंट बोलेगा। तो लोग तजिया कर नहीं पाते। तो उसकी बातों के धोखे भाई आते हैं, कहते कि यह है, इसको सीट पर बैठाओ। यह दौर तो पूरा ऐसे ही का है।</w:t>
      </w:r>
    </w:p>
    <w:p>
      <w:r>
        <w:rPr>
          <w:b/>
        </w:rPr>
        <w:t xml:space="preserve">[18:11] </w:t>
      </w:r>
      <w:r>
        <w:t>hadees mein aata hai ki turfa zaman, ek zaman aayega jab honesty uth jayegi. honesty uthne ka matlab kya hai?</w:t>
      </w:r>
    </w:p>
    <w:p>
      <w:pPr>
        <w:jc w:val="right"/>
      </w:pPr>
      <w:r>
        <w:t>हदीस में आता है कि तुरफ लमाना, एक जमाना आएगा जब ऑनेस्टी उठ जाएगी। ऑनेस्टी उठने का मतलब क्या है?</w:t>
      </w:r>
    </w:p>
    <w:p>
      <w:r>
        <w:rPr>
          <w:b/>
        </w:rPr>
        <w:t xml:space="preserve">[18:22] </w:t>
      </w:r>
      <w:r>
        <w:t>munafiqat ka daur aa jayega. khoob baatein karenge log. wahi to hai aajkal.</w:t>
      </w:r>
    </w:p>
    <w:p>
      <w:pPr>
        <w:jc w:val="right"/>
      </w:pPr>
      <w:r>
        <w:t>मुनाफिकत का दौर आ जाएगा। खूब बातें करेंगे लोग। वही तो है आजकल।</w:t>
      </w:r>
    </w:p>
    <w:p>
      <w:r>
        <w:rPr>
          <w:b/>
        </w:rPr>
        <w:t xml:space="preserve">[18:29] </w:t>
      </w:r>
      <w:r>
        <w:t>har aadmi baaton ka badshah bana hua hai. to sachche log jo hain, wo baatein bana nahin paate. to unko seat bhi nahin milti.</w:t>
      </w:r>
    </w:p>
    <w:p>
      <w:pPr>
        <w:jc w:val="right"/>
      </w:pPr>
      <w:r>
        <w:t>हर आदमी बातों का बादशाह बना हुआ है। तो सच्चे लोग जो हैं, वो बातें बना नहीं पाते। तो उनको सीट भी नहीं मिलती।</w:t>
      </w:r>
    </w:p>
    <w:p>
      <w:r>
        <w:rPr>
          <w:b/>
        </w:rPr>
        <w:t xml:space="preserve">[18:42] </w:t>
      </w:r>
      <w:r>
        <w:t>maulana, agla sawal melbourne, australia se aaya hai, mister shantan mehra ka. unhone likha hai, "if ideal society is never possible to achieve, so is it also wrong to compare ongoing situations against the ideal, keeping in mind the fact that we, that we would never achieve the ideal?"</w:t>
      </w:r>
    </w:p>
    <w:p>
      <w:pPr>
        <w:jc w:val="right"/>
      </w:pPr>
      <w:r>
        <w:t>मौलाना, अगला सवाल मेलबर्न, ऑस्ट्रेलिया से आया है, मिस्टर शांतन मेहरा का। उन्होंने लिखा है, "इफ आइडियल सोसाइटी इज नेवर पॉसिबल टू अचीव, सो इज इट आल्सो रंग टू कंपेयर ऑन गोइंग सिचुएशंस अगेंस्ट द आइडियल, कीपिंग इन माइंड द फैक्ट दैट वी, दैट वी वुड नेवर अचीव द आइडियल?"</w:t>
      </w:r>
    </w:p>
    <w:p>
      <w:r>
        <w:rPr>
          <w:b/>
        </w:rPr>
        <w:t xml:space="preserve">[19:07] </w:t>
      </w:r>
      <w:r>
        <w:t>dekhiye,</w:t>
      </w:r>
    </w:p>
    <w:p>
      <w:pPr>
        <w:jc w:val="right"/>
      </w:pPr>
      <w:r>
        <w:t>देखिए,</w:t>
      </w:r>
    </w:p>
    <w:p>
      <w:r>
        <w:rPr>
          <w:b/>
        </w:rPr>
        <w:t xml:space="preserve">[19:10] </w:t>
      </w:r>
      <w:r>
        <w:t>jo surat haal hai, jo existing situation hai, usko ideal se naap kar kab ada karte hain? aap ek bafau ideal, ek ek farzi ideal naam nahin. uske bajaye aap yeh dekhiye ki jo bhi situation hai,</w:t>
      </w:r>
    </w:p>
    <w:p>
      <w:pPr>
        <w:jc w:val="right"/>
      </w:pPr>
      <w:r>
        <w:t>जो सूरत हाल है, जो एसिस्टिंग सिचुएशन है, उसको आइडियल से नापकर कब अदा करते हैं? आप एक बफू आइडियल, एक एक फर्जी आइडियल नाम नहीं। उसके बजाय आप यह देखिए कि जो भी सिचुएशन है,</w:t>
      </w:r>
    </w:p>
    <w:p>
      <w:r>
        <w:rPr>
          <w:b/>
        </w:rPr>
        <w:t xml:space="preserve">[19:25] </w:t>
      </w:r>
      <w:r>
        <w:t>usmein phir bhi opportunity maujood hai.</w:t>
      </w:r>
    </w:p>
    <w:p>
      <w:pPr>
        <w:jc w:val="right"/>
      </w:pPr>
      <w:r>
        <w:t>उसमें फिर भी अपॉर्चुनिटी मौजूद है।</w:t>
      </w:r>
    </w:p>
    <w:p>
      <w:r>
        <w:rPr>
          <w:b/>
        </w:rPr>
        <w:t xml:space="preserve">[19:31] </w:t>
      </w:r>
      <w:r>
        <w:t>to main yahan samjhaya, maine ki aadmi ko chahiye ki wo apne zamane ko in terms of ideal na nape, in terms of opportunity dekhe. yaani jo</w:t>
      </w:r>
    </w:p>
    <w:p>
      <w:pPr>
        <w:jc w:val="right"/>
      </w:pPr>
      <w:r>
        <w:t>तो मैं यहां समझाया, मैंने कि आदमी को चाहिए कि वह अपने जमाने को इन टर्म्स ऑफ आइडियल ना नपे, इन टर्म्स ऑफ अपॉर्चुनिटी देखे। यानी जो</w:t>
      </w:r>
    </w:p>
    <w:p>
      <w:r>
        <w:rPr>
          <w:b/>
        </w:rPr>
        <w:t xml:space="preserve">[19:47] </w:t>
      </w:r>
      <w:r>
        <w:t>situation hai, jis mein aadmi hai, usko ideal na judge kare. is aitbaar dekhe, kya opportunity maujood hai? tumhare wo bahut maujood hai, enom opportunity. to bas usi par focus kar de. ideal ke liye wo jannat ka, yaani</w:t>
      </w:r>
    </w:p>
    <w:p>
      <w:pPr>
        <w:jc w:val="right"/>
      </w:pPr>
      <w:r>
        <w:t>सिचुएशन है, जिसमें आदमी है, उसको आइडियल ना जज करे। इस एतबार देखे, क्या अपॉर्चुनिटी मौजूद है? तुम्हारे वो बहुत मौजूद है, एनम अपॉर्चुनिटी। तो बस उसी पर फोकस कर दे। आइडियल के लिए वह जन्नत का, यानी</w:t>
      </w:r>
    </w:p>
    <w:p>
      <w:r>
        <w:rPr>
          <w:b/>
        </w:rPr>
        <w:t xml:space="preserve">[20:05] </w:t>
      </w:r>
      <w:r>
        <w:t>wo samjhe ki jannat ke liye duaen kare, jannat ke liye wo ishtaq uske andar ho. to idealism jannat ke liye hai. aur duniya mein jo hai, wo opportunity ko talash karke uska avel karna,</w:t>
      </w:r>
    </w:p>
    <w:p>
      <w:pPr>
        <w:jc w:val="right"/>
      </w:pPr>
      <w:r>
        <w:t>वो समझे कि जन्नत के लिए दुआएं करे, जन्नत के लिए वो इश्ताक उसके अंदर हो। तो आइडियलिज्म जन्नत के लिए है। और दुनिया में जो है, वह अपॉर्चुनिटी को तलाश करके उसका अवेल करना,</w:t>
      </w:r>
    </w:p>
    <w:p>
      <w:r>
        <w:rPr>
          <w:b/>
        </w:rPr>
        <w:t xml:space="preserve">[20:20] </w:t>
      </w:r>
      <w:r>
        <w:t>yeh hai sahi tareeqe ka.</w:t>
      </w:r>
    </w:p>
    <w:p>
      <w:pPr>
        <w:jc w:val="right"/>
      </w:pPr>
      <w:r>
        <w:t>यह है सही तरीके का।</w:t>
      </w:r>
    </w:p>
    <w:p>
      <w:r>
        <w:rPr>
          <w:b/>
        </w:rPr>
        <w:t xml:space="preserve">[20:27] </w:t>
      </w:r>
      <w:r>
        <w:t>maulana, agla sawal dilli se hai, doctor najma siddiqui ka. unhone likha hai, "curriculum change is considered an ongoing process in the field of education. how difficult is it to have open discussion and bring meaningful changes in madrasa curriculum?</w:t>
      </w:r>
    </w:p>
    <w:p>
      <w:pPr>
        <w:jc w:val="right"/>
      </w:pPr>
      <w:r>
        <w:t>मौलाना, अगला सवाल दिल्ली से है, डॉक्टर नजमा सिद्दीकी का। उन्होंने लिखा है, "करिकुलम चेंज इज कंसीडर्ड एन ऑन गोइंग प्रोसेस इन द फील्ड ऑफ एजुकेशन। हाउ डिफिकल्ट इज इट टू हैव ओपन डिस्कशन एंड ब्रिंग मीनिंगफुल चेंजेज इन मदरसा करिकुलम?</w:t>
      </w:r>
    </w:p>
    <w:p>
      <w:r>
        <w:rPr>
          <w:b/>
        </w:rPr>
        <w:t xml:space="preserve">[20:47] </w:t>
      </w:r>
      <w:r>
        <w:t>who can take a leading role for such work?</w:t>
      </w:r>
    </w:p>
    <w:p>
      <w:pPr>
        <w:jc w:val="right"/>
      </w:pPr>
      <w:r>
        <w:t>हु कैन टेक अ लीडिंग रोल फॉर सच वर्क?"</w:t>
      </w:r>
    </w:p>
    <w:p>
      <w:r>
        <w:rPr>
          <w:b/>
        </w:rPr>
        <w:t xml:space="preserve">[20:51] </w:t>
      </w:r>
      <w:r>
        <w:t>dekhiye, main us concept hi ko, yaani nahi manta ke curriculum change karne se koi inqilab aa jayega. main isko nahi manta. india mein humne dekha hai ke british daur mein,</w:t>
      </w:r>
    </w:p>
    <w:p>
      <w:pPr>
        <w:jc w:val="right"/>
      </w:pPr>
      <w:r>
        <w:t>देखिए, मैं उस कांसेप्ट ही को, यानी नहीं मानता कि करिकुलम चेंज करने से कोई इंकलाब आ जाएगा। मैं इसको नहीं मानता। इंडिया में हमने देखा है कि ब्रिटिश दौर में,</w:t>
      </w:r>
    </w:p>
    <w:p>
      <w:r>
        <w:rPr>
          <w:b/>
        </w:rPr>
        <w:t xml:space="preserve">[21:07] </w:t>
      </w:r>
      <w:r>
        <w:t>1938 mein,</w:t>
      </w:r>
    </w:p>
    <w:p>
      <w:pPr>
        <w:jc w:val="right"/>
      </w:pPr>
      <w:r>
        <w:t>1938 में,</w:t>
      </w:r>
    </w:p>
    <w:p>
      <w:r>
        <w:rPr>
          <w:b/>
        </w:rPr>
        <w:t xml:space="preserve">[21:09] </w:t>
      </w:r>
      <w:r>
        <w:t>ek curriculum banaya gaya tha. lord macaulay ne banaya tha. uske baad se pata nahi kitni baar curriculum change kiya gaya hai. halaat kya?</w:t>
      </w:r>
    </w:p>
    <w:p>
      <w:pPr>
        <w:jc w:val="right"/>
      </w:pPr>
      <w:r>
        <w:t>एक करिकुलम बनाया गया था। लॉर्ड मेकले ने बनाया था। उसके बाद से पता नहीं कितनी बार करिकुलम चेंज किया गया है। हालात क्या?</w:t>
      </w:r>
    </w:p>
    <w:p>
      <w:r>
        <w:rPr>
          <w:b/>
        </w:rPr>
        <w:t xml:space="preserve">[21:19] </w:t>
      </w:r>
      <w:r>
        <w:t>halaat achhe ho rahe hain, bas se badtar ho rahe hain. jo zamana maine dekha tha, 1938 mein, aaj uske muqable bahut hi zyada bura haal ho chuka hai. halanki curriculum to kam se kam, yaani</w:t>
      </w:r>
    </w:p>
    <w:p>
      <w:pPr>
        <w:jc w:val="right"/>
      </w:pPr>
      <w:r>
        <w:t>हालात अच्छे हो रहे हैं, बस से बदतर हो रहे हैं। जो जमाना मैंने देखा था, 1938 में, आज उसके मुकाबले बहुत ही ज्यादा बुरा हाल हो चुका है। हालांकि करिकुलम तो कम से कम, यानी</w:t>
      </w:r>
    </w:p>
    <w:p>
      <w:r>
        <w:rPr>
          <w:b/>
        </w:rPr>
        <w:t xml:space="preserve">[21:33] </w:t>
      </w:r>
      <w:r>
        <w:t>dasio baar change ho chuka hai. jo hukumat aati hai, woh curriculum mein change kar laati hai. the concept itself is wrong ke curriculum ke badalne se koi naya change aa jayega. jo insan bane the, lord macaulay ke jo system mein, waise insan aaj kahan ban rahe hain?</w:t>
      </w:r>
    </w:p>
    <w:p>
      <w:pPr>
        <w:jc w:val="right"/>
      </w:pPr>
      <w:r>
        <w:t>दसियों बार चेंज हो चुका है। जो हुकूमत आती है, वह करिकुलम में चेंज कर लाती है। द कांसेप्ट इट सेल्फ इज रंग कि करिकुलम के बदलने से कोई नया चेंज आ जाएगा। जो इंसान बने थे, लॉर्ड बेकले के जो सिस्टम में, वैसे इंसान आज कहां बन रहे हैं?</w:t>
      </w:r>
    </w:p>
    <w:p>
      <w:r>
        <w:rPr>
          <w:b/>
        </w:rPr>
        <w:t xml:space="preserve">[21:54] </w:t>
      </w:r>
      <w:r>
        <w:t>usi mein to bane the sab. gandhi aur nehru aur doctor prasad, radha krishnan, zakir hussain, doctor raman, sabke log. ab kahan wo log paida ho rahe hain?</w:t>
      </w:r>
    </w:p>
    <w:p>
      <w:pPr>
        <w:jc w:val="right"/>
      </w:pPr>
      <w:r>
        <w:t>उसी में तो बने थे सब। गांधी और नेहरू और डॉक्टर प्रसाद, राधा कृष्ण, जाकिर हुसैन, डॉक्टर रमन, सबके लोग। अब कहां वो लोग पैदा हो रहे हैं?</w:t>
      </w:r>
    </w:p>
    <w:p>
      <w:r>
        <w:rPr>
          <w:b/>
        </w:rPr>
        <w:t xml:space="preserve">[22:06] </w:t>
      </w:r>
      <w:r>
        <w:t>ab log kahan paida ho rahe hain? to curriculum change karne ka jo concept hai, woh main isko bilkul nahi manta.</w:t>
      </w:r>
    </w:p>
    <w:p>
      <w:pPr>
        <w:jc w:val="right"/>
      </w:pPr>
      <w:r>
        <w:t>अब लोग कहां पैदा हो रहे हैं? तो करिकुलम चेंज करने का जो कांसेप्ट है, वह मैं इसको बिल्कुल नहीं मानता।</w:t>
      </w:r>
    </w:p>
    <w:p>
      <w:r>
        <w:rPr>
          <w:b/>
        </w:rPr>
        <w:t xml:space="preserve">[22:15] </w:t>
      </w:r>
      <w:r>
        <w:t>agar koi manta ho, to saboot de wo ke waise afraad aaj ko nahi paida ho rahe hain. jitne hamare top ke, yaani log paida hue, wo sab usi british curriculum ke zariye paida hue the. yeh so called aajkal ka jo curriculum hai, usmein koi bhi sab media karar paida ho rahe hain. media karar,</w:t>
      </w:r>
    </w:p>
    <w:p>
      <w:pPr>
        <w:jc w:val="right"/>
      </w:pPr>
      <w:r>
        <w:t>अगर कोई मानता हो, तो सबूत दे वो कि वैसे अफराद आज को नहीं पैदा हो रहे हैं। जितने हमारे टॉप के, यानी लोग पैदा हुए, वो सब उसी ब्रिटिश करिकुलम के जरिए पैदा हुए थे। यह सो कॉल्ड आजकल का जो करिकुलम है, उसमें कोई भी सब मीडिया करर पैदा हो रहे हैं। मीडिया करर,</w:t>
      </w:r>
    </w:p>
    <w:p>
      <w:r>
        <w:rPr>
          <w:b/>
        </w:rPr>
        <w:t xml:space="preserve">[22:36] </w:t>
      </w:r>
      <w:r>
        <w:t>isliye main isko nahi manta. madrasa mein bhi jo log dhoom bajate hain, curriculum badle to, yaani kaun sa result hai, jiska refer karenge?</w:t>
      </w:r>
    </w:p>
    <w:p>
      <w:pPr>
        <w:jc w:val="right"/>
      </w:pPr>
      <w:r>
        <w:t>इसलिए मैं इसको नहीं मानता। मदरसे में भी जो लोग धूम बजाते हैं, करिकुलम बदले तो, यानी कौन सा रिजल्ट है, जिसका रेफर करेंगे?</w:t>
      </w:r>
    </w:p>
    <w:p>
      <w:r>
        <w:rPr>
          <w:b/>
        </w:rPr>
        <w:t xml:space="preserve">[22:46] </w:t>
      </w:r>
      <w:r>
        <w:t>universities ke curriculum mein agar nateeja nikla hota, bahut bada, to kehte ke badlo. jab college, university mein, school mein</w:t>
      </w:r>
    </w:p>
    <w:p>
      <w:pPr>
        <w:jc w:val="right"/>
      </w:pPr>
      <w:r>
        <w:t>यूनिवर्सिटियों के करिकुलम में अगर नतीजा निकला होता, बहुत बड़ा, तो कहते कि बदलो। जब कॉलेजों, यूनिवर्सिटियों में, स्कूलों में</w:t>
      </w:r>
    </w:p>
    <w:p>
      <w:r>
        <w:rPr>
          <w:b/>
        </w:rPr>
        <w:t xml:space="preserve">[22:55] </w:t>
      </w:r>
      <w:r>
        <w:t>kuch bhi nahi fark, fayda hua, kuch bhi fayda nahi hua. to to kis, yaani kis, kis, yaani kis result ke hawale se wo mutaliba karte hain ke madarasa badlo?</w:t>
      </w:r>
    </w:p>
    <w:p>
      <w:pPr>
        <w:jc w:val="right"/>
      </w:pPr>
      <w:r>
        <w:t>कुछ भी नहीं फर्क, फायदा हुआ, कुछ भी फायदा नहीं हुआ। तो तो किस, यानी किस, किस, यानी किस रिजल्ट के हवाले से वह मुतालबा करते हैं कि मदरसों बदलो?</w:t>
      </w:r>
    </w:p>
    <w:p>
      <w:r>
        <w:rPr>
          <w:b/>
        </w:rPr>
        <w:t xml:space="preserve">[23:09] </w:t>
      </w:r>
      <w:r>
        <w:t>kuch bhi fayda nahi hoga. madarasa badla jaye, tab bhi</w:t>
      </w:r>
    </w:p>
    <w:p>
      <w:pPr>
        <w:jc w:val="right"/>
      </w:pPr>
      <w:r>
        <w:t>कुछ भी फायदा नहीं होगा। मदरसों बदला जाए, तब भी</w:t>
      </w:r>
    </w:p>
    <w:p>
      <w:r>
        <w:rPr>
          <w:b/>
        </w:rPr>
        <w:t xml:space="preserve">[23:13] </w:t>
      </w:r>
      <w:r>
        <w:t>to sochna chahiye. aur kya cheez darkar hai? to mera jo, meri jo finding hai ke aur jo cheez darkar hai, woh hai, woh hai,</w:t>
      </w:r>
    </w:p>
    <w:p>
      <w:pPr>
        <w:jc w:val="right"/>
      </w:pPr>
      <w:r>
        <w:t>तो सोचना चाहिए। और क्या चीज दरकार है? तो मेरा जो, मेरी जो फाइंडिंग है कि और जो चीज दरकार है, वह है, वह है,</w:t>
      </w:r>
    </w:p>
    <w:p>
      <w:r>
        <w:rPr>
          <w:b/>
        </w:rPr>
        <w:t xml:space="preserve">[23:26] </w:t>
      </w:r>
      <w:r>
        <w:t>woh nahi. ek hai, dekhiye, formal education. ek informal education. main dekh, insan bante hain informal education ke liye. formal education mein kabhi bhi insan nahi bante. yeh dhoom macha rakhe logon ne. sochte hain ke education se yeh ho jayega, woh ho</w:t>
      </w:r>
    </w:p>
    <w:p>
      <w:pPr>
        <w:jc w:val="right"/>
      </w:pPr>
      <w:r>
        <w:t>वह नहीं। एक है, देखिए, फॉर्मल एजुकेशन। एक इनफॉर्मल एजुकेशन। मैं देख, इंसान बनते हैं इनफॉर्मल एजुकेशन के लिए। फॉर्मल एजुकेशन में कभी भी इंसान नहीं बनते। यह धूम मचा रखे लोगों ने। सोचते हैं कि एजुकेशन से यह हो जाएगा, वह हो</w:t>
      </w:r>
    </w:p>
    <w:p>
      <w:r>
        <w:rPr>
          <w:b/>
        </w:rPr>
        <w:t xml:space="preserve">[23:43] </w:t>
      </w:r>
      <w:r>
        <w:t>jayega. tagore iske badshah the. tagore ne shanti niketan banai. wo sochte the ke shanti niketan mein ek naye indian banenge. ek bhi aadmi nahi bana. kuch bhi nahi hua, kuch bhi nahi hua. to mere nazdeek insan sa, dekhiye, ek hai insan saazi, ek hai profession.</w:t>
      </w:r>
    </w:p>
    <w:p>
      <w:pPr>
        <w:jc w:val="right"/>
      </w:pPr>
      <w:r>
        <w:t>जाएगा। टैगोर इसके बादशाह थे। टैगोर ने शांति निकतन बनाई। वो सोचते थे कि शांति निकतन में एक नए इंडियन बनेंगे। एक भी आदमी नहीं बना। कुछ भी नहीं हुआ, कुछ भी नहीं हुआ। तो मेरे नजदीक इंसान सा, देखिए, एक है इंसान साजी, एक है प्रोफेशन।</w:t>
      </w:r>
    </w:p>
    <w:p>
      <w:r>
        <w:rPr>
          <w:b/>
        </w:rPr>
        <w:t xml:space="preserve">[24:05] </w:t>
      </w:r>
      <w:r>
        <w:t>yaani professional skill ke liye hai formal education. service lene ke liye, is tarah ke kaamo ke liye hai. to professional skill ke liye to bila shuba,</w:t>
      </w:r>
    </w:p>
    <w:p>
      <w:pPr>
        <w:jc w:val="right"/>
      </w:pPr>
      <w:r>
        <w:t>यानी प्रोफेशनल स्किल के लिए है फॉर्मल एजुकेशन। सर्विस लेने के लिए, इस तरह के कामों के लिए है। तो प्रोफेशनल स्किल के लिए तो बिला सुबह,</w:t>
      </w:r>
    </w:p>
    <w:p>
      <w:r>
        <w:rPr>
          <w:b/>
        </w:rPr>
        <w:t xml:space="preserve">[24:20] </w:t>
      </w:r>
      <w:r>
        <w:t>woh woh education bahut mufeed hai. lekin insan banne ke liye informal education</w:t>
      </w:r>
    </w:p>
    <w:p>
      <w:pPr>
        <w:jc w:val="right"/>
      </w:pPr>
      <w:r>
        <w:t>वो वो एजुकेशन बहुत मुफीद है। लेकिन इंसान बनने के लिए इनफॉर्मल एजुकेशन</w:t>
      </w:r>
    </w:p>
    <w:p>
      <w:r>
        <w:rPr>
          <w:b/>
        </w:rPr>
        <w:t xml:space="preserve">[24:26] </w:t>
      </w:r>
      <w:r>
        <w:t>ki sari ahmiyat, sari ahmiyat informal education ki hai. yeh meri soch hai aur lambe tajurbe ke baad maine yeh soch banai hai. isliye main kabhi bhi yeh nahi kehta ke madrasa ka nazara badlo. ek ek futile demand samajhta hoon. isko badlo ya na badlo, usse kuch fark nahi hone wala hai. achha, doosri baat main yeh bataoon, kai madarase aise qayam hue jo nisaab badalne hi ke</w:t>
      </w:r>
    </w:p>
    <w:p>
      <w:pPr>
        <w:jc w:val="right"/>
      </w:pPr>
      <w:r>
        <w:t>की सारी अहमियत, सारी अहमियत इनफॉर्मल एजुकेशन की है। यह मेरी सोच है और लंबे तजुर्बे के बाद मैंने यह सोच बनाई है। इसीलिए मैं कभी भी यह नहीं कहता कि मदरसे का नजारा बदलो। एक एक फ्यूटाइल डिमांड समझता हूं। इसको बदलो या ना बदलो, उससे कुछ फर्क नहीं होने वाला है। अच्छा, दूसरी बात मैं यह बताऊं, कई मदरसे ऐसे कायम हुए जो नसाब बदलने ही के</w:t>
      </w:r>
    </w:p>
    <w:p>
      <w:r>
        <w:rPr>
          <w:b/>
        </w:rPr>
        <w:t xml:space="preserve">[24:54] </w:t>
      </w:r>
      <w:r>
        <w:t>us bane the. usi par, maslan nadwa, maslan islah, maslan jamdul fala. kai madarase baqayda isiliye bane the ke jo qadeem, jo nizami, jo nizami kya kehte hain, dar sanaami,</w:t>
      </w:r>
    </w:p>
    <w:p>
      <w:pPr>
        <w:jc w:val="right"/>
      </w:pPr>
      <w:r>
        <w:t>उस बने थे। उसी पर, मसलन नदवा, मसलन इस्लाह, मसलन जामदुल फला। कई मदरसे बाकायदा इसीलिए बने थे कि जो कदीम, जो निजामी, जो निजामी क्या कहते हैं, दर सनामी,</w:t>
      </w:r>
    </w:p>
    <w:p>
      <w:r>
        <w:rPr>
          <w:b/>
        </w:rPr>
        <w:t xml:space="preserve">[25:10] </w:t>
      </w:r>
      <w:r>
        <w:t>qadeem jo nisaab jo kehte hain, dars-e-nizami, uske siway ek aur nisaab, usmein kaun aadmi paida hua? yaani already yeh tajurba kiya ja chuka hai. bahut se madarase qayam hue, ek do nahi, bahut se madarase qayam hue jinhone kaha ke dars-e-nizami ki bajaye hum ek aur</w:t>
      </w:r>
    </w:p>
    <w:p>
      <w:pPr>
        <w:jc w:val="right"/>
      </w:pPr>
      <w:r>
        <w:t>कदीम जो नसाब जो कहते हैं, दरस निजामी, उसके सिवाय एक और नसाब, उसमें कौन आदमी पैदा हुआ? यानी ऑलरेडी यह तजुर्बा किया जा चुका है। बहुत से मदरसे कायम हुए, एक दो नहीं, बहुत से मदरसे कायम हुए जिन्होंने कहा कि दरस निजामी की बजाय हम एक और</w:t>
      </w:r>
    </w:p>
    <w:p>
      <w:r>
        <w:rPr>
          <w:b/>
        </w:rPr>
        <w:t xml:space="preserve">[25:28] </w:t>
      </w:r>
      <w:r>
        <w:t>nisaab chalayenge. aur chalaya unhone. aadmi ek bhi nahi bana. aadmi banta hai informal education se. formal education sirf, yaani profession wale bante hain. bas, aur isse zyada kuch nahi.</w:t>
      </w:r>
    </w:p>
    <w:p>
      <w:pPr>
        <w:jc w:val="right"/>
      </w:pPr>
      <w:r>
        <w:t>नसाब चलाएंगे। और चलाया उन्होंने। आदमी एक भी नहीं बना। आदमी बनता है इनफॉर्मल एजुकेशन से। फॉर्मल एजुकेशन सिर्फ, यानी प्रोफेशन वाले बनते हैं। बस, और इससे ज्यादा कुछ नहीं।</w:t>
      </w:r>
    </w:p>
    <w:p>
      <w:r>
        <w:rPr>
          <w:b/>
        </w:rPr>
        <w:t xml:space="preserve">[25:46] </w:t>
      </w:r>
      <w:r>
        <w:t>maulana, agla sawal dilli se hai, maulana sharik hussain sahab ka. unhone likha hai, "logon ne deen ki siyasi taabeer kyun ki?</w:t>
      </w:r>
    </w:p>
    <w:p>
      <w:pPr>
        <w:jc w:val="right"/>
      </w:pPr>
      <w:r>
        <w:t>मौलाना, अगला सवाल दिल्ली से है, मौलाना शारिक हुसैन साहब का। उन्होंने लिखा है, "लोगों ने दीन की सियासी ताबीर क्यों की?</w:t>
      </w:r>
    </w:p>
    <w:p>
      <w:r>
        <w:rPr>
          <w:b/>
        </w:rPr>
        <w:t xml:space="preserve">[25:55] </w:t>
      </w:r>
      <w:r>
        <w:t>iski asal wajah kya hai? iske bare mein bataye."</w:t>
      </w:r>
    </w:p>
    <w:p>
      <w:pPr>
        <w:jc w:val="right"/>
      </w:pPr>
      <w:r>
        <w:t>इसकी असल वजह क्या है? इसके बारे में बताएं।"</w:t>
      </w:r>
    </w:p>
    <w:p>
      <w:r>
        <w:rPr>
          <w:b/>
        </w:rPr>
        <w:t xml:space="preserve">[26:01] </w:t>
      </w:r>
      <w:r>
        <w:t>masla siyasi taabeer ka nahin hai, masla siyasi fakhr ka hai. poori poori ummat siyasi fakhr mein jee rahi hai. mujhe koi bhi exception nahin maloom. is baar cps ke sab siyasi fakhr mein. yaani matlab usmani kuch daur tareekh guzra hai,</w:t>
      </w:r>
    </w:p>
    <w:p>
      <w:pPr>
        <w:jc w:val="right"/>
      </w:pPr>
      <w:r>
        <w:t>मसला सियासी ताबीर का नहीं है, मसला सियासी फख्र का है। पूरी पूरी उम्मत सियासी फख्र में जी रही है। मुझे कोई भी एक्सेप्शन नहीं मालूम। इस बार सीपीएस के सब सियासी फख्र में। यानी मतलब उस्मानी कुछ दौर तारीख गुजरा है,</w:t>
      </w:r>
    </w:p>
    <w:p>
      <w:r>
        <w:rPr>
          <w:b/>
        </w:rPr>
        <w:t xml:space="preserve">[26:20] </w:t>
      </w:r>
      <w:r>
        <w:t>usko lekar fakhr. to usi ko, usi ko revive karna, usi ko regain karna, usi ko phir duniya mein lana. to yeh yeh mizaj sabka hai. usi ne yeh siyasi taabeer,</w:t>
      </w:r>
    </w:p>
    <w:p>
      <w:pPr>
        <w:jc w:val="right"/>
      </w:pPr>
      <w:r>
        <w:t>उसको लेकर फख्र। तो उसी को, उसी को रिवाइव करना, उसी को रीगेन करना, उसी को फिर दुनिया में लाना। तो यह यह मिजाज सबका है। उसी ने यह सियासी ताबीर,</w:t>
      </w:r>
    </w:p>
    <w:p>
      <w:r>
        <w:rPr>
          <w:b/>
        </w:rPr>
        <w:t xml:space="preserve">[26:37] </w:t>
      </w:r>
      <w:r>
        <w:t>siyasi taabeer ka main isko fitna samajhta hoon. paida kiya. yeh tareekhi fakhr ko dobara haasil karo, dobara qaaim karo. isi ka naam hai siyasi taabeer. iska islam se koi talluq nahin.</w:t>
      </w:r>
    </w:p>
    <w:p>
      <w:pPr>
        <w:jc w:val="right"/>
      </w:pPr>
      <w:r>
        <w:t>सियासी ताबीर का मैं इसको फितना समझता हूं। पैदा किया। यह तारीखी फख्र को दोबारा हासिल करो, दोबारा कायम करो। इसी का नाम है सियासी ताबीर। इसका इस्लाम से कोई ताल्लुक नहीं।</w:t>
      </w:r>
    </w:p>
    <w:p>
      <w:r>
        <w:rPr>
          <w:b/>
        </w:rPr>
        <w:t xml:space="preserve">[26:53] </w:t>
      </w:r>
      <w:r>
        <w:t>maulana, unka ek aur sawal hai. unhone likha hai ki ek bade aalim jo islam ke political interpretation ke leader hain, maine unse poocha ki quran ki ayat mein kahan kaha gaya hai ki tum duniya mein political system ko qaaim karo. unhone ayat hakimuddin ka hawala diya. maulana, is ayat ko aap explain kar</w:t>
      </w:r>
    </w:p>
    <w:p>
      <w:pPr>
        <w:jc w:val="right"/>
      </w:pPr>
      <w:r>
        <w:t>मौलाना, उनका एक और सवाल है। उन्होंने लिखा है कि एक बड़े आलिम जो इस्लाम के पॉलिटिकल इंटरप्रिटेशन के लीडर हैं, मैंने उनसे पूछा कि कुरान की आयत में कहां कहा गया है कि तुम दुनिया में पॉलिटिकल सिस्टम को कायम करो। उन्होंने आयत हकीमुद्दीन का हवाला दिया। मौलाना, इस आयत को आप एक्सप्लेन कर</w:t>
      </w:r>
    </w:p>
    <w:p>
      <w:r>
        <w:rPr>
          <w:b/>
        </w:rPr>
        <w:t xml:space="preserve">[27:16] </w:t>
      </w:r>
      <w:r>
        <w:t>en. dekhiye, yeh bahut badi, main isko gunah samajhta hoon ki hakimuddin ko ikamat hukoomat ke maane mein liya jaaye. kuch aur log hain jo hakim salat ke maane lete hain. ikamat nizam, yaani social nizam qaaim karna</w:t>
      </w:r>
    </w:p>
    <w:p>
      <w:pPr>
        <w:jc w:val="right"/>
      </w:pPr>
      <w:r>
        <w:t>ें। देखिए, यह बहुत बड़ी, मैं इसको गुनाह समझता हूं कि हकीमुद्दीन को इकामत हुकूमत के माने में लिया जाए। कुछ और लोग हैं जो हकीम सलात के माने लेते हैं। इकामत निजाम, यानी सोशल निजाम कायम करना</w:t>
      </w:r>
    </w:p>
    <w:p>
      <w:r>
        <w:rPr>
          <w:b/>
        </w:rPr>
        <w:t xml:space="preserve">[27:33] </w:t>
      </w:r>
      <w:r>
        <w:t>samajhte hain ki ismein hakim salat ka alfaaz hukm diya gaya hai. hakim deen ke maane hargiz yeh nahin hai ki ikamat hukoomat. is par maine likhi taabeer galti hai. bahut lambi baat ki hai. usko aap padh lijiye. hakim deen ke maane hain ghair siyasi daayre mein deen ke jo takade hain, jis ko ki har fard bila rukawat ikhtiyar kar sakta hai,</w:t>
      </w:r>
    </w:p>
    <w:p>
      <w:pPr>
        <w:jc w:val="right"/>
      </w:pPr>
      <w:r>
        <w:t>समझते हैं कि इसमें हकीम सलात का अल्फाज हुकम दिया गया है। हकीम दीन के माने हरगिज यह नहीं है कि इकामत हुकूमत। इस पर मैंने लिखी ताबीर गलती है। बहुत लंबी बात की है। उसको आप पढ़ लीजिए। हकीम दीन के माने हैं गैर सियासी दायरे में दीन के जो तकादे हैं, जिसको कि हर फर्द बिला रुकावट इख्तियार कर सकता है,</w:t>
      </w:r>
    </w:p>
    <w:p>
      <w:r>
        <w:rPr>
          <w:b/>
        </w:rPr>
        <w:t xml:space="preserve">[27:57] </w:t>
      </w:r>
      <w:r>
        <w:t>us ko, us par qaaim hona. yaani tauheed, ikhlas, ibaadat, akhlaq aur allah se mohabbat, allah se khauf, yeh sab cheezein us se muraad hain. uska hukoomat se kuch bhi talluq nahin hai.</w:t>
      </w:r>
    </w:p>
    <w:p>
      <w:pPr>
        <w:jc w:val="right"/>
      </w:pPr>
      <w:r>
        <w:t>उसको, उस पर कायम होना। यानी तौहीद, इखलास, इबादत, अखलाक और अल्लाह से मोहब्बत, अल्लाह से खौफ, यह सब चीजें उससे मुराद हैं। उसका हुकूमत से कुछ भी ताल्लुक नहीं है।</w:t>
      </w:r>
    </w:p>
    <w:p>
      <w:r>
        <w:rPr>
          <w:b/>
        </w:rPr>
        <w:t xml:space="preserve">[28:16] </w:t>
      </w:r>
      <w:r>
        <w:t>is par maine likha aur maine yeh bhi likha us mein ki saare hi mufassireen mutaffiq hain ki is mein siyasat shaamil nahin hai. yeh jo aajkal ke nikle hain siyasi taabeer karne wale, yeh to bahut hi zyada jasat karte hain</w:t>
      </w:r>
    </w:p>
    <w:p>
      <w:pPr>
        <w:jc w:val="right"/>
      </w:pPr>
      <w:r>
        <w:t>इस पर मैंने लिखा और मैंने यह भी लिखा उसमें कि सारे ही मुफस्सिरिन मुत्तफिक हैं कि इसमें सियासत शामिल नहीं है। यह जो आजकल के निकले हैं सियासी ताबीर करने वाले, यह तो बहुत ही ज्यादा जसत करते हैं</w:t>
      </w:r>
    </w:p>
    <w:p>
      <w:r>
        <w:rPr>
          <w:b/>
        </w:rPr>
        <w:t xml:space="preserve">[28:34] </w:t>
      </w:r>
      <w:r>
        <w:t>aur ki koi saboot nahin hai aur phir bhi us ko dohrata chala jaa rahe hain. yaani na to lughat mein saboot hai, na quran mein saboot hai, na tafsir mein se koi ek bhi mufassir is ke haq mein hai.</w:t>
      </w:r>
    </w:p>
    <w:p>
      <w:pPr>
        <w:jc w:val="right"/>
      </w:pPr>
      <w:r>
        <w:t>और कि कोई सबूत नहीं है और फिर भी उसको दोहराया चला जा रहे हैं। यानी ना तो लुगत में सबूत है, ना कुरान में सबूत है, ना तफसीर में से कोई एक भी मुफस्सिर इसके हक में है।</w:t>
      </w:r>
    </w:p>
    <w:p>
      <w:r>
        <w:rPr>
          <w:b/>
        </w:rPr>
        <w:t xml:space="preserve">[28:51] </w:t>
      </w:r>
      <w:r>
        <w:t>main aap ko ek waqia arz karta hoon ki jab maine kitaab likhi tabeer galti, to is fiqah ke jo aima hain, bade-bade top ke log, un ko maine chhapne se pehle yeh kitaab di thi. to us mein yeh likha hua tha ki kisi bhi mufassir ne aakim deen ki amaan nahin liye.</w:t>
      </w:r>
    </w:p>
    <w:p>
      <w:pPr>
        <w:jc w:val="right"/>
      </w:pPr>
      <w:r>
        <w:t>मैं आपको एक वाकया अर्ज करता हूं कि जब मैंने किताब लिखी तबी गलती, तो इस फिक के जो अमा हैं, बड़े-बड़े टॉप के लोग, उनको मैंने छपने से पहले यह किताब दी थी। तो उसमें यह लिखा हुआ था कि किसी भी मुफस्सिर ने अकीम दीन की अमान नहीं लिए।</w:t>
      </w:r>
    </w:p>
    <w:p>
      <w:r>
        <w:rPr>
          <w:b/>
        </w:rPr>
        <w:t xml:space="preserve">[29:10] </w:t>
      </w:r>
      <w:r>
        <w:t>to unhone ek hawala diya ki fala mufassir ne liya hai. haalanki hawala bilkul galat tha. yaani us mein idhar-udhar karke saabit kiya gaya tha ki mufassir ne liya hai. phir us ko tajziya kiya maine. aap padh lijiye, badi kitaab tha. badi galti mein yeh top ke aalim the us halqe ke jinhone yeh kaam kiya tha</w:t>
      </w:r>
    </w:p>
    <w:p>
      <w:pPr>
        <w:jc w:val="right"/>
      </w:pPr>
      <w:r>
        <w:t>तो उन्होंने एक हवाला दिया कि फला मुफस्सिर ने लिया है। हालांकि हवाला बिल्कुल गलत था। यानी उसमें इधर-उधर करके साबित किया गया था कि मुफस्सिर ने लिया है। फिर उसको तजिया किया मैंने। आप पढ़ लीजिए, बड़ी किताब था। बड़ी गलती में यह टॉप के आलिम थे उस हल्के के जिन्होंने यह काम किया था</w:t>
      </w:r>
    </w:p>
    <w:p>
      <w:r>
        <w:rPr>
          <w:b/>
        </w:rPr>
        <w:t xml:space="preserve">[29:32] </w:t>
      </w:r>
      <w:r>
        <w:t>ki galat hawala dekar ke saabit karna chaha tha ki ek mufassir is ko maanta hai. haalanki aur bhi nahin maanta. woh bhi nahin maanta. hatta ki maine likha tha ki sawat ilhaam jo hai, bin-e-qat tafsir hai. ek ek tafsir hai jo poori tafsir hai. is mein nukta wale lafz nahin istemaal kiye gaye hain. us tafsir ka naam hai sawat ilhaam.</w:t>
      </w:r>
    </w:p>
    <w:p>
      <w:pPr>
        <w:jc w:val="right"/>
      </w:pPr>
      <w:r>
        <w:t>कि गलत हवाला देकर के साबित करना चाहा था कि एक मुफस्सिर इसको मानता है। हालांकि और भी नहीं मानता। वो भी नहीं मानता। हत्ता कि मैंने लिखा था कि सवात इल्हाम जो है, बिनु कत तफसीर है। एक एक तफसीर है जो पूरी तफसीर है। इसमें नुक्ता वाले लफ्ज नहीं इस्तेमाल किए गए हैं। उस तफसीर का नाम है सवात इल्हाम।</w:t>
      </w:r>
    </w:p>
    <w:p>
      <w:r>
        <w:rPr>
          <w:b/>
        </w:rPr>
        <w:t xml:space="preserve">[29:56] </w:t>
      </w:r>
      <w:r>
        <w:t>to maine kaha tha ki us mein bhi yeh mafhoom nahin hai jo aap lete hain. to aap is ko dekh lijiye, badi kitaab mein taabeer galti mein.</w:t>
      </w:r>
    </w:p>
    <w:p>
      <w:pPr>
        <w:jc w:val="right"/>
      </w:pPr>
      <w:r>
        <w:t>तो मैंने कहा था कि उसमें भी यह मफू नहीं है जो आप लेते हैं। तो आप इसको देख लीजिए, बड़ी किताब में ताबीर गलती में।</w:t>
      </w:r>
    </w:p>
    <w:p>
      <w:r>
        <w:rPr>
          <w:b/>
        </w:rPr>
        <w:t xml:space="preserve">[30:07] </w:t>
      </w:r>
      <w:r>
        <w:t>maulana, agla sawal karachi pakistan se hai, miss saira latif ka.</w:t>
      </w:r>
    </w:p>
    <w:p>
      <w:pPr>
        <w:jc w:val="right"/>
      </w:pPr>
      <w:r>
        <w:t>मौलाना, अगला सवाल कराची पाकिस्तान से है, मिस सायरा लतीफ का।</w:t>
      </w:r>
    </w:p>
    <w:p>
      <w:r>
        <w:rPr>
          <w:b/>
        </w:rPr>
        <w:t xml:space="preserve">[30:13] </w:t>
      </w:r>
      <w:r>
        <w:t>unhone likha hai, "ek muslim khatoon scholar,</w:t>
      </w:r>
    </w:p>
    <w:p>
      <w:pPr>
        <w:jc w:val="right"/>
      </w:pPr>
      <w:r>
        <w:t>उन्होंने लिखा है, "एक मुस्लिम खातून स्कॉलर,</w:t>
      </w:r>
    </w:p>
    <w:p>
      <w:r>
        <w:rPr>
          <w:b/>
        </w:rPr>
        <w:t xml:space="preserve">[30:18] </w:t>
      </w:r>
      <w:r>
        <w:t>ek muslim scholar, ek muslim khatoon scholar hain jo parde par bahut zyada zor deti hain.</w:t>
      </w:r>
    </w:p>
    <w:p>
      <w:pPr>
        <w:jc w:val="right"/>
      </w:pPr>
      <w:r>
        <w:t>एक मुस्लिम स्कॉलर, एक मुस्लिम खातून स्कॉलर हैं जो पर्दे पर बहुत ज्यादा जोर देती हैं।</w:t>
      </w:r>
    </w:p>
    <w:p>
      <w:r>
        <w:rPr>
          <w:b/>
        </w:rPr>
        <w:t xml:space="preserve">[30:26] </w:t>
      </w:r>
      <w:r>
        <w:t>yahan tak ki unke halke ki alamat ban gayi hai ki unki sirf aankhen khuli rahti hain.</w:t>
      </w:r>
    </w:p>
    <w:p>
      <w:pPr>
        <w:jc w:val="right"/>
      </w:pPr>
      <w:r>
        <w:t>यहां तक कि उनके हल्के की अलामत बन गई है कि उनकी सिर्फ आंखें खुली रहती हैं।</w:t>
      </w:r>
    </w:p>
    <w:p>
      <w:r>
        <w:rPr>
          <w:b/>
        </w:rPr>
        <w:t xml:space="preserve">[30:35] </w:t>
      </w:r>
      <w:r>
        <w:t>maulana sahab, kya hamara ek ikhtilafi masla mein itni shiddat karna hamari dawati shur ki kami ka nateeja</w:t>
      </w:r>
    </w:p>
    <w:p>
      <w:pPr>
        <w:jc w:val="right"/>
      </w:pPr>
      <w:r>
        <w:t>मौलाना साहब, क्या हमारा एक इख्तिलाफी मसला में इतनी शिद्दत करना हमारी दावती शूर की कमी का नतीजा</w:t>
      </w:r>
    </w:p>
    <w:p>
      <w:r>
        <w:rPr>
          <w:b/>
        </w:rPr>
        <w:t xml:space="preserve">[30:43] </w:t>
      </w:r>
      <w:r>
        <w:t>nahin hai?"</w:t>
      </w:r>
    </w:p>
    <w:p>
      <w:pPr>
        <w:jc w:val="right"/>
      </w:pPr>
      <w:r>
        <w:t>नहीं है?"</w:t>
      </w:r>
    </w:p>
    <w:p>
      <w:r>
        <w:rPr>
          <w:b/>
        </w:rPr>
        <w:t xml:space="preserve">[30:46] </w:t>
      </w:r>
      <w:r>
        <w:t>dekhiye, dawati shaoor ka baat alag hai, lekin yeh masla fiqah ka hai. fiqah mein dekhiye, do maslak hain. ek masla hai haq hai aanaf ka, ek maslak hai doosre logon ka. doosre fuqaha ne</w:t>
      </w:r>
    </w:p>
    <w:p>
      <w:pPr>
        <w:jc w:val="right"/>
      </w:pPr>
      <w:r>
        <w:t>देखिए, दावती शूर का बात अलग है, लेकिन यह मसला फिकह का है। फिकह में देखिए, दो मसलक हैं। एक मसला है हक है आनाफ का, एक मसलक है दूसरे लोगों का। दूसरे फुका ने</w:t>
      </w:r>
    </w:p>
    <w:p>
      <w:r>
        <w:rPr>
          <w:b/>
        </w:rPr>
        <w:t xml:space="preserve">[31:03] </w:t>
      </w:r>
      <w:r>
        <w:t>parde ko yahi ahmiyat di hai jis ko aap ne bataya. lekin masle ke hanfi jo hain, us mein dekhiye, yaani parda to maante hain woh log, lekin</w:t>
      </w:r>
    </w:p>
    <w:p>
      <w:pPr>
        <w:jc w:val="right"/>
      </w:pPr>
      <w:r>
        <w:t>पर्दे को यही अहमियत दी है जिसको आपने बताया। लेकिन मसले के हनफी जो है, उसमें देखिए, यानी पर्दा तो मानते हैं वो लोग, लेकिन</w:t>
      </w:r>
    </w:p>
    <w:p>
      <w:r>
        <w:rPr>
          <w:b/>
        </w:rPr>
        <w:t xml:space="preserve">[31:21] </w:t>
      </w:r>
      <w:r>
        <w:t>teen cheezon ko us se azm karte hain: wajah aur kafan aur qadam, yaani chehra aur yeh haath aur paanv. jis ko samajhna ho, is ko to main do kitabon ka hawala deta hoon. woh padh le.</w:t>
      </w:r>
    </w:p>
    <w:p>
      <w:pPr>
        <w:jc w:val="right"/>
      </w:pPr>
      <w:r>
        <w:t>तीन चीजों को उससे एजम करते हैं: वजह और कफन और कदम, यानी चेहरा और यह हाथ और पांव। जिसको समझना हो, इसको तो मैं दो किताबों का हवाला देता हूं। वो पढ़ ले।</w:t>
      </w:r>
    </w:p>
    <w:p>
      <w:r>
        <w:rPr>
          <w:b/>
        </w:rPr>
        <w:t xml:space="preserve">[31:37] </w:t>
      </w:r>
      <w:r>
        <w:t>ek hai allama albani ki kitaab "hijabul hijab al buratul muslima" aur doosri jo hai, woh pakistan ke bahut hi bade maane hue aalim the, maulana shabbir ahmed usmani. unhone pakistan mein qarardad makas ki</w:t>
      </w:r>
    </w:p>
    <w:p>
      <w:pPr>
        <w:jc w:val="right"/>
      </w:pPr>
      <w:r>
        <w:t>एक है अल्लामा अल्बानी की किताब "हजाबुल हिजाबुल बरतुल मुस्लिमा" और दूसरी जो है, वह पाकिस्तान के बहुत ही बड़े माने हुए आलिम थे, मौलाना शब्बीर अहमद उस्मानी। उन्होंने पाकिस्तान में करारदाद मकास की</w:t>
      </w:r>
    </w:p>
    <w:p>
      <w:r>
        <w:rPr>
          <w:b/>
        </w:rPr>
        <w:t xml:space="preserve">[31:54] </w:t>
      </w:r>
      <w:r>
        <w:t>sahadat ki thi. inki tafsir hai. us mein "illa ma zahara minha" ke tehat aap padh lijiye. unhone yeh baat likhi hai ki aanaf ka maslak yeh hai.</w:t>
      </w:r>
    </w:p>
    <w:p>
      <w:pPr>
        <w:jc w:val="right"/>
      </w:pPr>
      <w:r>
        <w:t>सहादत की थी। इनकी तफसीर है। उसमें "इल्ला माजहरा मिन्हा" के तहत आप पढ़ लीजिए। उन्होंने यह बात लिखी है कि आनाफ का मसलक यह है।</w:t>
      </w:r>
    </w:p>
    <w:p>
      <w:r>
        <w:rPr>
          <w:b/>
        </w:rPr>
        <w:t xml:space="preserve">[32:07] </w:t>
      </w:r>
      <w:r>
        <w:t>maulana, agla ek comment aaya hai, woh raipur se hai, miss shabana ka. unhone likha hai ki "todays talk was very inspiring. maulana sahab, thank you for giving us content for thinking every sunday." maulana, agla sawal hai,</w:t>
      </w:r>
    </w:p>
    <w:p>
      <w:pPr>
        <w:jc w:val="right"/>
      </w:pPr>
      <w:r>
        <w:t>मौलाना, अगला एक कमेंट आया है, वह रायपुर से है, मिस शबाना का। उन्होंने लिखा है कि "टुडेज टॉक वाज वेरी इंस्पायरिंग। मौलाना साहब, थैंक यू फॉर गिविंग अस कंटेंट फॉर थिंकिंग एवरी संडे।" मौलाना, अगला सवाल है,</w:t>
      </w:r>
    </w:p>
    <w:p>
      <w:r>
        <w:rPr>
          <w:b/>
        </w:rPr>
        <w:t xml:space="preserve">[32:24] </w:t>
      </w:r>
      <w:r>
        <w:t>doctor, unka naam clear nahin hai. unhone likha hai, "how to create centers of informal education?"</w:t>
      </w:r>
    </w:p>
    <w:p>
      <w:pPr>
        <w:jc w:val="right"/>
      </w:pPr>
      <w:r>
        <w:t>डॉक्टर, उनका नाम क्लियर नहीं है। उन्होंने लिखा है, "हाउ टू क्रिएट सेंटर्स ऑफ इनफॉर्मल एजुकेशन?</w:t>
      </w:r>
    </w:p>
    <w:p>
      <w:r>
        <w:rPr>
          <w:b/>
        </w:rPr>
        <w:t xml:space="preserve">[32:33] </w:t>
      </w:r>
      <w:r>
        <w:t>second, can we build up good person by distributor of cps? kind ly comment.</w:t>
      </w:r>
    </w:p>
    <w:p>
      <w:pPr>
        <w:jc w:val="right"/>
      </w:pPr>
      <w:r>
        <w:t>सेकंड, कैन वी बिल्ड अप गुड पर्सन बाय डिस्ट्रीब्यूटर ऑफ सीपीएस?" काइंडली कमेंट।</w:t>
      </w:r>
    </w:p>
    <w:p>
      <w:r>
        <w:rPr>
          <w:b/>
        </w:rPr>
        <w:t xml:space="preserve">[32:40] </w:t>
      </w:r>
      <w:r>
        <w:t>ji, yeh hum kar rahe hain.</w:t>
      </w:r>
    </w:p>
    <w:p>
      <w:pPr>
        <w:jc w:val="right"/>
      </w:pPr>
      <w:r>
        <w:t>जी, यह हम कर रहे हैं।</w:t>
      </w:r>
    </w:p>
    <w:p>
      <w:r>
        <w:rPr>
          <w:b/>
        </w:rPr>
        <w:t xml:space="preserve">[32:42] </w:t>
      </w:r>
      <w:r>
        <w:t>yeh to hum kar rahe hain.</w:t>
      </w:r>
    </w:p>
    <w:p>
      <w:pPr>
        <w:jc w:val="right"/>
      </w:pPr>
      <w:r>
        <w:t>यह तो हम कर रहे हैं।</w:t>
      </w:r>
    </w:p>
    <w:p>
      <w:r>
        <w:rPr>
          <w:b/>
        </w:rPr>
        <w:t xml:space="preserve">[32:44] </w:t>
      </w:r>
      <w:r>
        <w:t>misal ke taur par dekhiye, sare musalman negative ho rahe hain.</w:t>
      </w:r>
    </w:p>
    <w:p>
      <w:pPr>
        <w:jc w:val="right"/>
      </w:pPr>
      <w:r>
        <w:t>मिसाल के तौर पर देखिए, सारे मुसलमान नेगेटिव हो रहे हैं।</w:t>
      </w:r>
    </w:p>
    <w:p>
      <w:r>
        <w:rPr>
          <w:b/>
        </w:rPr>
        <w:t xml:space="preserve">[32:48] </w:t>
      </w:r>
      <w:r>
        <w:t>isme agar koi exception hai, to cps ke logon ka hai.</w:t>
      </w:r>
    </w:p>
    <w:p>
      <w:pPr>
        <w:jc w:val="right"/>
      </w:pPr>
      <w:r>
        <w:t>इसमें अगर कोई एक्सेप्शन है, तो सीपीएस के लोगों का है।</w:t>
      </w:r>
    </w:p>
    <w:p>
      <w:r>
        <w:rPr>
          <w:b/>
        </w:rPr>
        <w:t xml:space="preserve">[32:52] </w:t>
      </w:r>
      <w:r>
        <w:t>isi kitabon ko padh kar ke sari duniya ke musalman, aap yahan se europe tak chale jaiye, america</w:t>
      </w:r>
    </w:p>
    <w:p>
      <w:pPr>
        <w:jc w:val="right"/>
      </w:pPr>
      <w:r>
        <w:t>इसी किताबों को पढ़ कर के सारी दुनिया के मुसलमान, आप यहां से यूरोप तक चले जाइए, अमेरिका</w:t>
      </w:r>
    </w:p>
    <w:p>
      <w:r>
        <w:rPr>
          <w:b/>
        </w:rPr>
        <w:t xml:space="preserve">[32:58] </w:t>
      </w:r>
      <w:r>
        <w:t>tak chale jaiye, africa tak chale jaiye, ek-ek musalman negative ho raha hai.</w:t>
      </w:r>
    </w:p>
    <w:p>
      <w:pPr>
        <w:jc w:val="right"/>
      </w:pPr>
      <w:r>
        <w:t>तक चले जाइए, अफ्रीका तक चले जाइए, एक-एक मुसलमान नेगेटिव हो रहा है।</w:t>
      </w:r>
    </w:p>
    <w:p>
      <w:r>
        <w:rPr>
          <w:b/>
        </w:rPr>
        <w:t xml:space="preserve">[33:03] </w:t>
      </w:r>
      <w:r>
        <w:t>is pura negativity ke jangal mein sirf wahi log isse bache hue hain jo cps ke log hain.</w:t>
      </w:r>
    </w:p>
    <w:p>
      <w:pPr>
        <w:jc w:val="right"/>
      </w:pPr>
      <w:r>
        <w:t>इस पूरा नेगेटिविटी के जंगल में सिर्फ वही लोग इससे बचे हुए हैं जो सीपीएस के लोग हैं।</w:t>
      </w:r>
    </w:p>
    <w:p>
      <w:r>
        <w:rPr>
          <w:b/>
        </w:rPr>
        <w:t xml:space="preserve">[33:09] </w:t>
      </w:r>
      <w:r>
        <w:t>yahi kitabon ko padh kar ke to aap is kitabon ko padhwaye.</w:t>
      </w:r>
    </w:p>
    <w:p>
      <w:pPr>
        <w:jc w:val="right"/>
      </w:pPr>
      <w:r>
        <w:t>यही किताबों को पढ़ कर के तो आप इस किताबों को पढ़वाए।</w:t>
      </w:r>
    </w:p>
    <w:p>
      <w:r>
        <w:rPr>
          <w:b/>
        </w:rPr>
        <w:t xml:space="preserve">[33:13] </w:t>
      </w:r>
      <w:r>
        <w:t>main samajhta hoon ke buniyadi kaam hai jo amana se taiyar kiya gaya hai.</w:t>
      </w:r>
    </w:p>
    <w:p>
      <w:pPr>
        <w:jc w:val="right"/>
      </w:pPr>
      <w:r>
        <w:t>मैं समझता हूं कि बुनियादी काम है जो अमाना से तैयार किया गया है।</w:t>
      </w:r>
    </w:p>
    <w:p>
      <w:r>
        <w:rPr>
          <w:b/>
        </w:rPr>
        <w:t xml:space="preserve">[33:20] </w:t>
      </w:r>
      <w:r>
        <w:t>maulana, agla sawal delhi se hai, mr yahya kamar sahab ka. unhone likha hai, "is non confront model of muhaddiseen applicable in non muslim countries as this is pre government period?"</w:t>
      </w:r>
    </w:p>
    <w:p>
      <w:pPr>
        <w:jc w:val="right"/>
      </w:pPr>
      <w:r>
        <w:t>मौलाना, अगला सवाल दिल्ली से है, मिस्टर यहाया कमर साहब का। उन्होंने लिखा है, "इज नॉन कन्फ्रेंट मॉडल ऑफ मुहद्दसीन एप्लीकेबल इन नॉन मुस्लिम कंट्रीज एज दिस इज प्री गवर्नमेंट पीरियड?</w:t>
      </w:r>
    </w:p>
    <w:p>
      <w:r>
        <w:rPr>
          <w:b/>
        </w:rPr>
        <w:t xml:space="preserve">[33:36] </w:t>
      </w:r>
      <w:r>
        <w:t>second, can the confront with istema government be compared with muhaddiseen non confront model?"</w:t>
      </w:r>
    </w:p>
    <w:p>
      <w:pPr>
        <w:jc w:val="right"/>
      </w:pPr>
      <w:r>
        <w:t>सेकंड, कैन द कन्फ्रेंट विद इस्तेमा गवर्नमेंट बी कंपेयर्ड विद मुहद्दसीन नॉन कन्फ्रेंट मॉडल?"</w:t>
      </w:r>
    </w:p>
    <w:p>
      <w:r>
        <w:rPr>
          <w:b/>
        </w:rPr>
        <w:t xml:space="preserve">[33:47] </w:t>
      </w:r>
      <w:r>
        <w:t>yeh sawal bilkul ghair mutaalik hai. Masla yeh nahi ke Muslim hukoomat ho to aap takraav nahi karenge aur doosre logon ko to aap takraav karenge. Kisi bhi hukoomat mein agar aapko mawaaq haasil hain to aapko takraav haraam hai. Haraam, chahe India ho ya America ho. Asal masla yeh nahi ke woh</w:t>
      </w:r>
    </w:p>
    <w:p>
      <w:pPr>
        <w:jc w:val="right"/>
      </w:pPr>
      <w:r>
        <w:t>यह सवाल बिल्कुल गैर मुतालिक है। मसला यह नहीं कि मुस्लिम हुकूमत हो तो आप टकराव नहीं करेंगे और दूसरे लोगों को तो आप टकराव करेंगे। किसी भी हुकूमत में अगर आपको मवाक हासिल हैं तो आपको टकराव हराम है। हराम, चाहे इंडिया हो या अमेरिका हो। असल मसला यह नहीं कि वह</w:t>
      </w:r>
    </w:p>
    <w:p>
      <w:r>
        <w:rPr>
          <w:b/>
        </w:rPr>
        <w:t xml:space="preserve">[34:10] </w:t>
      </w:r>
      <w:r>
        <w:t>hukoomat mein jo baitha hua hai, woh Muslim hai ya non Muslim, seat par isse koi baat nahi hai. Baat sirf yeh hai ke freedom of reason hai ke nahi hai. Jab hai to bas phir haraam ho gaya. Woh jaise Madan ke zamane mein Muslim hukamraah the, sahi hai, lekin aaj jo hai non hukamraah hai, yeh non Muslim hai, bhi sahi, lekin illat to musht hai.</w:t>
      </w:r>
    </w:p>
    <w:p>
      <w:pPr>
        <w:jc w:val="right"/>
      </w:pPr>
      <w:r>
        <w:t>हुकूमत में जो बैठा हुआ है, वह मुस्लिम है या नॉन मुस्लिम, सीट पर इससे कोई बात नहीं है। बात सिर्फ यह है कि फ्रीडम ऑफ रीजन है कि नहीं है। जब है तो बस फिर हराम हो गया। वो जैसे मदन के जमाने में मुस्लिम हुकमराह थे, सही है, लेकिन आज जो है नॉन हुकमराह है, यह नॉन मुस्लिम है, भी सही, लेकिन इल्लत तो मुश्त है।</w:t>
      </w:r>
    </w:p>
    <w:p>
      <w:r>
        <w:rPr>
          <w:b/>
        </w:rPr>
        <w:t xml:space="preserve">[34:36] </w:t>
      </w:r>
      <w:r>
        <w:t>illat musht hai, yaani mawaaq ka jo de raha ho, usse takraav nahi kiya jayega. Yaani opportunity khuli rahe aur freedom of reason maujood ho to phir takraav haraam ho jayega, chahe woh America ho ya India ho ya koi aur mulk ho.</w:t>
      </w:r>
    </w:p>
    <w:p>
      <w:pPr>
        <w:jc w:val="right"/>
      </w:pPr>
      <w:r>
        <w:t>इल्लत मुश्त है, यानी मवाक का जो दे रहा हो, उससे टकराव नहीं किया जाएगा। यानी अपॉर्चुनिटी खुली रहे और फ्रीडम ऑफ रीजन मौजूद हो तो फिर टकराव हराम हो जाएगा, चाहे वह अमेरिका हो या इंडिया हो या कोई और मुल्क हो।</w:t>
      </w:r>
    </w:p>
    <w:p>
      <w:r>
        <w:rPr>
          <w:b/>
        </w:rPr>
        <w:t xml:space="preserve">[34:57] </w:t>
      </w:r>
      <w:r>
        <w:t>mau</w:t>
      </w:r>
    </w:p>
    <w:p>
      <w:pPr>
        <w:jc w:val="right"/>
      </w:pPr>
      <w:r>
        <w:t>मौ</w:t>
      </w:r>
    </w:p>
    <w:p>
      <w:r>
        <w:rPr>
          <w:b/>
        </w:rPr>
        <w:t xml:space="preserve">[34:58] </w:t>
      </w:r>
      <w:r>
        <w:t>lana, agla sawal Kolkata se hai, Mr Rakesh ka. Unhone likha hai, "Maulana sahab, why is it that sincerity cannot be seen these days?"</w:t>
      </w:r>
    </w:p>
    <w:p>
      <w:pPr>
        <w:jc w:val="right"/>
      </w:pPr>
      <w:r>
        <w:t>लाना, अगला सवाल कोलकाता से है, मिस्टर राकेश का। उन्होंने लिखा है, "मौलाना साहब, व्हाई इज इट दैट सिंसियरिटी कैन नॉट बी सीन दीज डेज?"</w:t>
      </w:r>
    </w:p>
    <w:p>
      <w:r>
        <w:rPr>
          <w:b/>
        </w:rPr>
        <w:t xml:space="preserve">[35:17] </w:t>
      </w:r>
      <w:r>
        <w:t>Dekhiye, consumer jo aaya hai, usne sabko selfish bana diya hai. Consumer, consumer se sab log ek taraf selfish ho gaye hain. Paisa, paisa, paisa. Hamare bachpan mein koi item nahi hota jisko khareede aadmi, hatta ke ek glass bhi nahi tha. To paise ki koi zaroorat hi nahi thi.</w:t>
      </w:r>
    </w:p>
    <w:p>
      <w:pPr>
        <w:jc w:val="right"/>
      </w:pPr>
      <w:r>
        <w:t>देखिए, कंज्यूमर जो आया है, उसने सबको सेल्फिश बना दिया है। कंज्यूमर, कंज्यूमर से सब लोग एक तरफ सेल्फिश हो गए हैं। पैसा, पैसा, पैसा। हमारे बचपन में कोई आइटम नहीं होता जिसको खरीदे आदमी, हत्ता कि एक गिलास भी नहीं था। तो पैसे की कोई जरूरत ही नहीं थी।</w:t>
      </w:r>
    </w:p>
    <w:p>
      <w:r>
        <w:rPr>
          <w:b/>
        </w:rPr>
        <w:t xml:space="preserve">[35:42] </w:t>
      </w:r>
      <w:r>
        <w:t>Mujhe yaad hai ke mere bachpan mein ek aadmi ek belgaadi par sarson laad kar le aaya. Sarson aur koi khareedar uska nahi tha. To ek aadmi ko woh 10 rupay mein sab dekar chala gaya. Aaj ke lihaaz se woh 10000 se bhi zyada tha. Woh</w:t>
      </w:r>
    </w:p>
    <w:p>
      <w:pPr>
        <w:jc w:val="right"/>
      </w:pPr>
      <w:r>
        <w:t>मुझे याद है कि मेरे बचपन में एक आदमी एक बेलगाड़ी पर सरसों लाद कर ले आया। सरसों और कोई खरीदार उसका नहीं था। तो एक आदमी को वो₹10 में सब देकर चला गया। आज के लिहाज से वो 10000 से भी ज्यादा था। वो</w:t>
      </w:r>
    </w:p>
    <w:p>
      <w:r>
        <w:rPr>
          <w:b/>
        </w:rPr>
        <w:t xml:space="preserve">[36:00] </w:t>
      </w:r>
      <w:r>
        <w:t>to us zamane mein koi aadmi paisa kare to kya kare? Aaj hazaron item hain, aaj hazaron ka million item hai. To woh woh temptation,</w:t>
      </w:r>
    </w:p>
    <w:p>
      <w:pPr>
        <w:jc w:val="right"/>
      </w:pPr>
      <w:r>
        <w:t>तो उस जमाने में कोई आदमी पैसा करे तो क्या करे? आज हजारों आइटम हैं, आज हजारों का मिलियन आइटम है। तो वो वो टेंपटेशन,</w:t>
      </w:r>
    </w:p>
    <w:p>
      <w:r>
        <w:rPr>
          <w:b/>
        </w:rPr>
        <w:t xml:space="preserve">[36:13] </w:t>
      </w:r>
      <w:r>
        <w:t>in consumer ne jo temptation paida kiya, usne sabko money oriented bana diya, sabko selfish bana diya.</w:t>
      </w:r>
    </w:p>
    <w:p>
      <w:pPr>
        <w:jc w:val="right"/>
      </w:pPr>
      <w:r>
        <w:t>इन कंज्यूमर ने जो टेंपटेशन पैदा किया, उसने सबको मनी ओरिएंटेड बना दिया, सबको सेल्फिश बना दिया।</w:t>
      </w:r>
    </w:p>
    <w:p>
      <w:r>
        <w:rPr>
          <w:b/>
        </w:rPr>
        <w:t xml:space="preserve">[36:21] </w:t>
      </w:r>
      <w:r>
        <w:t>Ab mere jaisa koi aadmi ke meri koi zaroorat hi nahi, main apne aap ko yaani us had par rakhi hui hoon ke jahan bare necessities mere liye kaafi hai. To jo aadmi yahan aa jaye, wahi bach sakta hai. Isse warna bachega nahi. Bare necessities ke saath meri koi zaroorat nahi hai.</w:t>
      </w:r>
    </w:p>
    <w:p>
      <w:pPr>
        <w:jc w:val="right"/>
      </w:pPr>
      <w:r>
        <w:t>अब मेरे जैसा कोई आदमी कि मेरी कोई जरूरत ही नहीं, मैं अपने आप को यानी उस हद पर रखी हुई हूं कि जहां बेयर नेसेसिटीज मेरे लिए काफी है। तो जो आदमी यहां आ जाए, वही बच सकता है। इससे वरना बचेगा नहीं। बेयर नेसेसिटीज के साथ मेरी कोई जरूरत नहीं है।</w:t>
      </w:r>
    </w:p>
    <w:p>
      <w:r>
        <w:rPr>
          <w:b/>
        </w:rPr>
        <w:t xml:space="preserve">[36:41] </w:t>
      </w:r>
      <w:r>
        <w:t>To jo aadmi is is had tak aa jaye, us wahi sincere hoga. Warna woh to ban jayega dishonest, selfish, kyunke usko paisa chahiye, paisa chahiye, paisa chahiye. Usko marketing, usko woh karna hai, shopping karna hai, usko bachchon ko yeh karna hai, woh karna hai.</w:t>
      </w:r>
    </w:p>
    <w:p>
      <w:pPr>
        <w:jc w:val="right"/>
      </w:pPr>
      <w:r>
        <w:t>तो जो आदमी इस इस हद तक आ जाए, उस वही सिंसियर होगा। वरना वो तो बन जाएगा डिसनेस्ट, सेल्फिश, क्योंकि उसको पैसा चाहिए, पैसा चाहिए, पैसा चाहिए। उसको मार्केटिंग, उसको वो करना है, शॉपिंग करना है, उसको बच्चों को यह करना है, वो करना है।</w:t>
      </w:r>
    </w:p>
    <w:p>
      <w:r>
        <w:rPr>
          <w:b/>
        </w:rPr>
        <w:t xml:space="preserve">[37:02] </w:t>
      </w:r>
      <w:r>
        <w:t>To yeh is daur mein jo jo jisko hum kaha jata hai consumer, us daur ka taqaza hai ke log selfish ban gaye hain aur money oriented unki soch ho gayi hai. Aur bas more and more ka</w:t>
      </w:r>
    </w:p>
    <w:p>
      <w:pPr>
        <w:jc w:val="right"/>
      </w:pPr>
      <w:r>
        <w:t>तो ये इस दौर में जो जो जिसको हम कहा जाता है कंज्यूमर, उस दौर का तकाजा है कि लोग सेल्फिश बन गए हैं और मनी ओरिएंटेड उनकी सोच हो गई है। और बस मोर एंड मोर का</w:t>
      </w:r>
    </w:p>
    <w:p>
      <w:r>
        <w:rPr>
          <w:b/>
        </w:rPr>
        <w:t xml:space="preserve">[37:20] </w:t>
      </w:r>
      <w:r>
        <w:t>unko ek jisko kehte hain Hindi mein kehte hoड़ lagi hui hai.</w:t>
      </w:r>
    </w:p>
    <w:p>
      <w:pPr>
        <w:jc w:val="right"/>
      </w:pPr>
      <w:r>
        <w:t>उनको एक जिसको कहते हैं हिंदी में कहते होड़ लगी हुई है।</w:t>
      </w:r>
    </w:p>
    <w:p>
      <w:r>
        <w:rPr>
          <w:b/>
        </w:rPr>
        <w:t xml:space="preserve">[37:28] </w:t>
      </w:r>
      <w:r>
        <w:t>Maulana, yeh ek comment aaya hai Doha Qatar se, Maulana Abdul Bas Umri ka. Unhone likha hai, "Maulana, aaj ki taqreer mein jo baat aapne kahi, hukoomaton se takraye baghair deen ka kaam kar sakte hain aur is iska namoona muhaddiseen ke daur se hamein milta hai. Yeh baat maine aaj pehli dafa jaani hai."</w:t>
      </w:r>
    </w:p>
    <w:p>
      <w:pPr>
        <w:jc w:val="right"/>
      </w:pPr>
      <w:r>
        <w:t>मौलाना, यह एक कमेंट आया है दोहा कतर से, मौलाना अब्दुल बास उमरी का। उन्होंने लिखा है, "मौलाना, आज की तकरीर में जो बात आपने कही, हुकूमतों से टकराए बगैर दीन का काम कर सकते हैं और इस इसका नमूना मुहद्दसीन के दौर से हमें मिलता है। यह बात मैंने आज पहली दफा जानी है।"</w:t>
      </w:r>
    </w:p>
    <w:p>
      <w:r>
        <w:rPr>
          <w:b/>
        </w:rPr>
        <w:t xml:space="preserve">[37:55] </w:t>
      </w:r>
      <w:r>
        <w:t>Maulana, iske saath hum</w:t>
      </w:r>
    </w:p>
    <w:p>
      <w:pPr>
        <w:jc w:val="right"/>
      </w:pPr>
      <w:r>
        <w:t>मौलाना, इसके साथ हम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